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left"/>
      </w:pPr>
      <w:r>
        <w:rPr>
          <w:rFonts w:ascii="Calibri" w:hAnsi="Calibri" w:eastAsia="Calibri"/>
          <w:b/>
          <w:i w:val="0"/>
          <w:color w:val="0C0E10"/>
          <w:sz w:val="56"/>
        </w:rPr>
        <w:t>RESUS 1</w:t>
      </w:r>
    </w:p>
    <w:p>
      <w:pPr>
        <w:spacing w:after="240"/>
      </w:pPr>
      <w:r>
        <w:rPr>
          <w:rFonts w:ascii="Calibri" w:hAnsi="Calibri" w:eastAsia="Calibri"/>
          <w:b w:val="0"/>
          <w:i/>
          <w:color w:val="505050"/>
          <w:sz w:val="26"/>
        </w:rPr>
        <w:t>All 41 scenarios — questions, answers, and how the bay reacts</w:t>
      </w:r>
    </w:p>
    <w:p>
      <w:pPr>
        <w:spacing w:before="0" w:after="200" w:line="259" w:lineRule="auto"/>
      </w:pPr>
      <w:r>
        <w:rPr>
          <w:rFonts w:ascii="Calibri" w:hAnsi="Calibri" w:eastAsia="Calibri"/>
          <w:b w:val="0"/>
          <w:i w:val="0"/>
          <w:color w:val="3C3C3C"/>
          <w:sz w:val="22"/>
        </w:rPr>
        <w:t>Use this document to mark what to change: stems, option lists, correct answers, follow-ups, bay lines, and vital reactions. Send the edited case number back and it will be patched in the app.</w:t>
      </w:r>
    </w:p>
    <w:p>
      <w:pPr>
        <w:spacing w:before="160" w:after="120" w:line="259" w:lineRule="auto"/>
      </w:pPr>
      <w:r>
        <w:rPr>
          <w:rFonts w:ascii="Calibri" w:hAnsi="Calibri" w:eastAsia="Calibri"/>
          <w:b/>
          <w:i w:val="0"/>
          <w:sz w:val="32"/>
        </w:rPr>
        <w:t>How the engine treats answers</w:t>
      </w:r>
    </w:p>
    <w:p>
      <w:pPr>
        <w:spacing w:before="0" w:after="60" w:line="259" w:lineRule="auto"/>
      </w:pPr>
      <w:r>
        <w:rPr>
          <w:rFonts w:ascii="Calibri" w:hAnsi="Calibri" w:eastAsia="Calibri"/>
          <w:b w:val="0"/>
          <w:i w:val="0"/>
          <w:sz w:val="22"/>
        </w:rPr>
        <w:t>• Q1, Q2, Q4, Q7, Q9 — single best answer. Wrong answers marked punishable count toward 3-wrong death. Follow-up wrongs do not count; they retry until correct.</w:t>
      </w:r>
    </w:p>
    <w:p>
      <w:pPr>
        <w:spacing w:before="0" w:after="60" w:line="259" w:lineRule="auto"/>
      </w:pPr>
      <w:r>
        <w:rPr>
          <w:rFonts w:ascii="Calibri" w:hAnsi="Calibri" w:eastAsia="Calibri"/>
          <w:b w:val="0"/>
          <w:i w:val="0"/>
          <w:sz w:val="22"/>
        </w:rPr>
        <w:t>• Q3 — investigations. Required tests must come back before you can move on. All results return within 15 seconds.</w:t>
      </w:r>
    </w:p>
    <w:p>
      <w:pPr>
        <w:spacing w:before="0" w:after="60" w:line="259" w:lineRule="auto"/>
      </w:pPr>
      <w:r>
        <w:rPr>
          <w:rFonts w:ascii="Calibri" w:hAnsi="Calibri" w:eastAsia="Calibri"/>
          <w:b w:val="0"/>
          <w:i w:val="0"/>
          <w:sz w:val="22"/>
        </w:rPr>
        <w:t>• Q5 — multi-select (usually three correct). Does not kill.</w:t>
      </w:r>
    </w:p>
    <w:p>
      <w:pPr>
        <w:spacing w:before="0" w:after="60" w:line="259" w:lineRule="auto"/>
      </w:pPr>
      <w:r>
        <w:rPr>
          <w:rFonts w:ascii="Calibri" w:hAnsi="Calibri" w:eastAsia="Calibri"/>
          <w:b w:val="0"/>
          <w:i w:val="0"/>
          <w:sz w:val="22"/>
        </w:rPr>
        <w:t>• Q6, Q8, Q10 — working diagnosis / destination / formal diagnosis. Not punishable.</w:t>
      </w:r>
    </w:p>
    <w:p>
      <w:pPr>
        <w:spacing w:before="0" w:after="60" w:line="259" w:lineRule="auto"/>
      </w:pPr>
      <w:r>
        <w:rPr>
          <w:rFonts w:ascii="Calibri" w:hAnsi="Calibri" w:eastAsia="Calibri"/>
          <w:b w:val="0"/>
          <w:i w:val="0"/>
          <w:sz w:val="22"/>
        </w:rPr>
        <w:t>• Bay: the spoken line in the live feed. Reaction: how vitals, rhythm or oxygen change.</w:t>
      </w:r>
    </w:p>
    <w:p>
      <w:pPr>
        <w:spacing w:before="0" w:after="60" w:line="259" w:lineRule="auto"/>
      </w:pPr>
      <w:r>
        <w:rPr>
          <w:rFonts w:ascii="Calibri" w:hAnsi="Calibri" w:eastAsia="Calibri"/>
          <w:b w:val="0"/>
          <w:i w:val="0"/>
          <w:sz w:val="22"/>
        </w:rPr>
        <w:t>• DROP / CRASH on a wrong answer = the patient deteriorates.</w:t>
      </w:r>
    </w:p>
    <w:p>
      <w:pPr>
        <w:spacing w:before="280" w:after="120" w:line="259" w:lineRule="auto"/>
      </w:pPr>
      <w:r>
        <w:rPr>
          <w:rFonts w:ascii="Calibri" w:hAnsi="Calibri" w:eastAsia="Calibri"/>
          <w:b/>
          <w:i w:val="0"/>
          <w:sz w:val="32"/>
        </w:rPr>
        <w:t>Index</w:t>
      </w:r>
    </w:p>
    <w:p>
      <w:pPr>
        <w:spacing w:before="0" w:after="40" w:line="259" w:lineRule="auto"/>
      </w:pPr>
      <w:r>
        <w:rPr>
          <w:rFonts w:ascii="Calibri" w:hAnsi="Calibri" w:eastAsia="Calibri"/>
          <w:b w:val="0"/>
          <w:i w:val="0"/>
          <w:sz w:val="22"/>
        </w:rPr>
        <w:t>01.  Ventricular fibrillation cardiac arrest (post-ROSC anterior STEMI)</w:t>
      </w:r>
    </w:p>
    <w:p>
      <w:pPr>
        <w:spacing w:before="0" w:after="40" w:line="259" w:lineRule="auto"/>
      </w:pPr>
      <w:r>
        <w:rPr>
          <w:rFonts w:ascii="Calibri" w:hAnsi="Calibri" w:eastAsia="Calibri"/>
          <w:b w:val="0"/>
          <w:i w:val="0"/>
          <w:sz w:val="22"/>
        </w:rPr>
        <w:t>02.  Anaphylaxis (drug-induced)</w:t>
      </w:r>
    </w:p>
    <w:p>
      <w:pPr>
        <w:spacing w:before="0" w:after="40" w:line="259" w:lineRule="auto"/>
      </w:pPr>
      <w:r>
        <w:rPr>
          <w:rFonts w:ascii="Calibri" w:hAnsi="Calibri" w:eastAsia="Calibri"/>
          <w:b w:val="0"/>
          <w:i w:val="0"/>
          <w:sz w:val="22"/>
        </w:rPr>
        <w:t>03.  Inferior STEMI (possible RV involvement)</w:t>
      </w:r>
    </w:p>
    <w:p>
      <w:pPr>
        <w:spacing w:before="0" w:after="40" w:line="259" w:lineRule="auto"/>
      </w:pPr>
      <w:r>
        <w:rPr>
          <w:rFonts w:ascii="Calibri" w:hAnsi="Calibri" w:eastAsia="Calibri"/>
          <w:b w:val="0"/>
          <w:i w:val="0"/>
          <w:sz w:val="22"/>
        </w:rPr>
        <w:t>04.  Life-threatening acute asthma</w:t>
      </w:r>
    </w:p>
    <w:p>
      <w:pPr>
        <w:spacing w:before="0" w:after="40" w:line="259" w:lineRule="auto"/>
      </w:pPr>
      <w:r>
        <w:rPr>
          <w:rFonts w:ascii="Calibri" w:hAnsi="Calibri" w:eastAsia="Calibri"/>
          <w:b w:val="0"/>
          <w:i w:val="0"/>
          <w:sz w:val="22"/>
        </w:rPr>
        <w:t>05.  Meningococcal septicaemia</w:t>
      </w:r>
    </w:p>
    <w:p>
      <w:pPr>
        <w:spacing w:before="0" w:after="40" w:line="259" w:lineRule="auto"/>
      </w:pPr>
      <w:r>
        <w:rPr>
          <w:rFonts w:ascii="Calibri" w:hAnsi="Calibri" w:eastAsia="Calibri"/>
          <w:b w:val="0"/>
          <w:i w:val="0"/>
          <w:sz w:val="22"/>
        </w:rPr>
        <w:t>06.  Convulsive status epilepticus</w:t>
      </w:r>
    </w:p>
    <w:p>
      <w:pPr>
        <w:spacing w:before="0" w:after="40" w:line="259" w:lineRule="auto"/>
      </w:pPr>
      <w:r>
        <w:rPr>
          <w:rFonts w:ascii="Calibri" w:hAnsi="Calibri" w:eastAsia="Calibri"/>
          <w:b w:val="0"/>
          <w:i w:val="0"/>
          <w:sz w:val="22"/>
        </w:rPr>
        <w:t>07.  Hyperkalaemic cardiotoxicity (missed haemodialysis)</w:t>
      </w:r>
    </w:p>
    <w:p>
      <w:pPr>
        <w:spacing w:before="0" w:after="40" w:line="259" w:lineRule="auto"/>
      </w:pPr>
      <w:r>
        <w:rPr>
          <w:rFonts w:ascii="Calibri" w:hAnsi="Calibri" w:eastAsia="Calibri"/>
          <w:b w:val="0"/>
          <w:i w:val="0"/>
          <w:sz w:val="22"/>
        </w:rPr>
        <w:t>08.  Left-sided tension pneumothorax</w:t>
      </w:r>
    </w:p>
    <w:p>
      <w:pPr>
        <w:spacing w:before="0" w:after="40" w:line="259" w:lineRule="auto"/>
      </w:pPr>
      <w:r>
        <w:rPr>
          <w:rFonts w:ascii="Calibri" w:hAnsi="Calibri" w:eastAsia="Calibri"/>
          <w:b w:val="0"/>
          <w:i w:val="0"/>
          <w:sz w:val="22"/>
        </w:rPr>
        <w:t>09.  Diabetic ketoacidosis</w:t>
      </w:r>
    </w:p>
    <w:p>
      <w:pPr>
        <w:spacing w:before="0" w:after="40" w:line="259" w:lineRule="auto"/>
      </w:pPr>
      <w:r>
        <w:rPr>
          <w:rFonts w:ascii="Calibri" w:hAnsi="Calibri" w:eastAsia="Calibri"/>
          <w:b w:val="0"/>
          <w:i w:val="0"/>
          <w:sz w:val="22"/>
        </w:rPr>
        <w:t>10.  Acute variceal haemorrhage</w:t>
      </w:r>
    </w:p>
    <w:p>
      <w:pPr>
        <w:spacing w:before="0" w:after="40" w:line="259" w:lineRule="auto"/>
      </w:pPr>
      <w:r>
        <w:rPr>
          <w:rFonts w:ascii="Calibri" w:hAnsi="Calibri" w:eastAsia="Calibri"/>
          <w:b w:val="0"/>
          <w:i w:val="0"/>
          <w:sz w:val="22"/>
        </w:rPr>
        <w:t>11.  High-risk (massive) pulmonary embolism</w:t>
      </w:r>
    </w:p>
    <w:p>
      <w:pPr>
        <w:spacing w:before="0" w:after="40" w:line="259" w:lineRule="auto"/>
      </w:pPr>
      <w:r>
        <w:rPr>
          <w:rFonts w:ascii="Calibri" w:hAnsi="Calibri" w:eastAsia="Calibri"/>
          <w:b w:val="0"/>
          <w:i w:val="0"/>
          <w:sz w:val="22"/>
        </w:rPr>
        <w:t>12.  Acute cardiogenic pulmonary oedema</w:t>
      </w:r>
    </w:p>
    <w:p>
      <w:pPr>
        <w:spacing w:before="0" w:after="40" w:line="259" w:lineRule="auto"/>
      </w:pPr>
      <w:r>
        <w:rPr>
          <w:rFonts w:ascii="Calibri" w:hAnsi="Calibri" w:eastAsia="Calibri"/>
          <w:b w:val="0"/>
          <w:i w:val="0"/>
          <w:sz w:val="22"/>
        </w:rPr>
        <w:t>13.  Ruptured abdominal aortic aneurysm</w:t>
      </w:r>
    </w:p>
    <w:p>
      <w:pPr>
        <w:spacing w:before="0" w:after="40" w:line="259" w:lineRule="auto"/>
      </w:pPr>
      <w:r>
        <w:rPr>
          <w:rFonts w:ascii="Calibri" w:hAnsi="Calibri" w:eastAsia="Calibri"/>
          <w:b w:val="0"/>
          <w:i w:val="0"/>
          <w:sz w:val="22"/>
        </w:rPr>
        <w:t>14.  Opioid overdose</w:t>
      </w:r>
    </w:p>
    <w:p>
      <w:pPr>
        <w:spacing w:before="0" w:after="40" w:line="259" w:lineRule="auto"/>
      </w:pPr>
      <w:r>
        <w:rPr>
          <w:rFonts w:ascii="Calibri" w:hAnsi="Calibri" w:eastAsia="Calibri"/>
          <w:b w:val="0"/>
          <w:i w:val="0"/>
          <w:sz w:val="22"/>
        </w:rPr>
        <w:t>15.  Ruptured ectopic pregnancy</w:t>
      </w:r>
    </w:p>
    <w:p>
      <w:pPr>
        <w:spacing w:before="0" w:after="40" w:line="259" w:lineRule="auto"/>
      </w:pPr>
      <w:r>
        <w:rPr>
          <w:rFonts w:ascii="Calibri" w:hAnsi="Calibri" w:eastAsia="Calibri"/>
          <w:b w:val="0"/>
          <w:i w:val="0"/>
          <w:sz w:val="22"/>
        </w:rPr>
        <w:t>16.  Eclampsia</w:t>
      </w:r>
    </w:p>
    <w:p>
      <w:pPr>
        <w:spacing w:before="0" w:after="40" w:line="259" w:lineRule="auto"/>
      </w:pPr>
      <w:r>
        <w:rPr>
          <w:rFonts w:ascii="Calibri" w:hAnsi="Calibri" w:eastAsia="Calibri"/>
          <w:b w:val="0"/>
          <w:i w:val="0"/>
          <w:sz w:val="22"/>
        </w:rPr>
        <w:t>17.  Tricyclic antidepressant overdose</w:t>
      </w:r>
    </w:p>
    <w:p>
      <w:pPr>
        <w:spacing w:before="0" w:after="40" w:line="259" w:lineRule="auto"/>
      </w:pPr>
      <w:r>
        <w:rPr>
          <w:rFonts w:ascii="Calibri" w:hAnsi="Calibri" w:eastAsia="Calibri"/>
          <w:b w:val="0"/>
          <w:i w:val="0"/>
          <w:sz w:val="22"/>
        </w:rPr>
        <w:t>18.  Severe hypoglycaemia</w:t>
      </w:r>
    </w:p>
    <w:p>
      <w:pPr>
        <w:spacing w:before="0" w:after="40" w:line="259" w:lineRule="auto"/>
      </w:pPr>
      <w:r>
        <w:rPr>
          <w:rFonts w:ascii="Calibri" w:hAnsi="Calibri" w:eastAsia="Calibri"/>
          <w:b w:val="0"/>
          <w:i w:val="0"/>
          <w:sz w:val="22"/>
        </w:rPr>
        <w:t>19.  Neutropenic sepsis</w:t>
      </w:r>
    </w:p>
    <w:p>
      <w:pPr>
        <w:spacing w:before="0" w:after="40" w:line="259" w:lineRule="auto"/>
      </w:pPr>
      <w:r>
        <w:rPr>
          <w:rFonts w:ascii="Calibri" w:hAnsi="Calibri" w:eastAsia="Calibri"/>
          <w:b w:val="0"/>
          <w:i w:val="0"/>
          <w:sz w:val="22"/>
        </w:rPr>
        <w:t>20.  Type A acute aortic dissection</w:t>
      </w:r>
    </w:p>
    <w:p>
      <w:pPr>
        <w:spacing w:before="0" w:after="40" w:line="259" w:lineRule="auto"/>
      </w:pPr>
      <w:r>
        <w:rPr>
          <w:rFonts w:ascii="Calibri" w:hAnsi="Calibri" w:eastAsia="Calibri"/>
          <w:b w:val="0"/>
          <w:i w:val="0"/>
          <w:sz w:val="22"/>
        </w:rPr>
        <w:t>21.  Complete heart block with adverse features</w:t>
      </w:r>
    </w:p>
    <w:p>
      <w:pPr>
        <w:spacing w:before="0" w:after="40" w:line="259" w:lineRule="auto"/>
      </w:pPr>
      <w:r>
        <w:rPr>
          <w:rFonts w:ascii="Calibri" w:hAnsi="Calibri" w:eastAsia="Calibri"/>
          <w:b w:val="0"/>
          <w:i w:val="0"/>
          <w:sz w:val="22"/>
        </w:rPr>
        <w:t>22.  Penetrating cardiac tamponade</w:t>
      </w:r>
    </w:p>
    <w:p>
      <w:pPr>
        <w:spacing w:before="0" w:after="40" w:line="259" w:lineRule="auto"/>
      </w:pPr>
      <w:r>
        <w:rPr>
          <w:rFonts w:ascii="Calibri" w:hAnsi="Calibri" w:eastAsia="Calibri"/>
          <w:b w:val="0"/>
          <w:i w:val="0"/>
          <w:sz w:val="22"/>
        </w:rPr>
        <w:t>23.  Massive haemothorax (penetrating)</w:t>
      </w:r>
    </w:p>
    <w:p>
      <w:pPr>
        <w:spacing w:before="0" w:after="40" w:line="259" w:lineRule="auto"/>
      </w:pPr>
      <w:r>
        <w:rPr>
          <w:rFonts w:ascii="Calibri" w:hAnsi="Calibri" w:eastAsia="Calibri"/>
          <w:b w:val="0"/>
          <w:i w:val="0"/>
          <w:sz w:val="22"/>
        </w:rPr>
        <w:t>24.  Traumatic extra-dural haematoma with herniation</w:t>
      </w:r>
    </w:p>
    <w:p>
      <w:pPr>
        <w:spacing w:before="0" w:after="40" w:line="259" w:lineRule="auto"/>
      </w:pPr>
      <w:r>
        <w:rPr>
          <w:rFonts w:ascii="Calibri" w:hAnsi="Calibri" w:eastAsia="Calibri"/>
          <w:b w:val="0"/>
          <w:i w:val="0"/>
          <w:sz w:val="22"/>
        </w:rPr>
        <w:t>25.  Haemorrhagic shock from open-book pelvic fracture</w:t>
      </w:r>
    </w:p>
    <w:p>
      <w:pPr>
        <w:spacing w:before="0" w:after="40" w:line="259" w:lineRule="auto"/>
      </w:pPr>
      <w:r>
        <w:rPr>
          <w:rFonts w:ascii="Calibri" w:hAnsi="Calibri" w:eastAsia="Calibri"/>
          <w:b w:val="0"/>
          <w:i w:val="0"/>
          <w:sz w:val="22"/>
        </w:rPr>
        <w:t>26.  Major burns with inhalational injury</w:t>
      </w:r>
    </w:p>
    <w:p>
      <w:pPr>
        <w:spacing w:before="0" w:after="40" w:line="259" w:lineRule="auto"/>
      </w:pPr>
      <w:r>
        <w:rPr>
          <w:rFonts w:ascii="Calibri" w:hAnsi="Calibri" w:eastAsia="Calibri"/>
          <w:b w:val="0"/>
          <w:i w:val="0"/>
          <w:sz w:val="22"/>
        </w:rPr>
        <w:t>27.  Life-threatening COPD exacerbation with hypercapnic acidosis</w:t>
      </w:r>
    </w:p>
    <w:p>
      <w:pPr>
        <w:spacing w:before="0" w:after="40" w:line="259" w:lineRule="auto"/>
      </w:pPr>
      <w:r>
        <w:rPr>
          <w:rFonts w:ascii="Calibri" w:hAnsi="Calibri" w:eastAsia="Calibri"/>
          <w:b w:val="0"/>
          <w:i w:val="0"/>
          <w:sz w:val="22"/>
        </w:rPr>
        <w:t>28.  SVT with adverse features</w:t>
      </w:r>
    </w:p>
    <w:p>
      <w:pPr>
        <w:spacing w:before="0" w:after="40" w:line="259" w:lineRule="auto"/>
      </w:pPr>
      <w:r>
        <w:rPr>
          <w:rFonts w:ascii="Calibri" w:hAnsi="Calibri" w:eastAsia="Calibri"/>
          <w:b w:val="0"/>
          <w:i w:val="0"/>
          <w:sz w:val="22"/>
        </w:rPr>
        <w:t>29.  Torsades de pointes (acquired long QT)</w:t>
      </w:r>
    </w:p>
    <w:p>
      <w:pPr>
        <w:spacing w:before="0" w:after="40" w:line="259" w:lineRule="auto"/>
      </w:pPr>
      <w:r>
        <w:rPr>
          <w:rFonts w:ascii="Calibri" w:hAnsi="Calibri" w:eastAsia="Calibri"/>
          <w:b w:val="0"/>
          <w:i w:val="0"/>
          <w:sz w:val="22"/>
        </w:rPr>
        <w:t>30.  Propranolol overdose with cardiotoxicity</w:t>
      </w:r>
    </w:p>
    <w:p>
      <w:pPr>
        <w:spacing w:before="0" w:after="40" w:line="259" w:lineRule="auto"/>
      </w:pPr>
      <w:r>
        <w:rPr>
          <w:rFonts w:ascii="Calibri" w:hAnsi="Calibri" w:eastAsia="Calibri"/>
          <w:b w:val="0"/>
          <w:i w:val="0"/>
          <w:sz w:val="22"/>
        </w:rPr>
        <w:t>31.  Severe salicylate poisoning</w:t>
      </w:r>
    </w:p>
    <w:p>
      <w:pPr>
        <w:spacing w:before="0" w:after="40" w:line="259" w:lineRule="auto"/>
      </w:pPr>
      <w:r>
        <w:rPr>
          <w:rFonts w:ascii="Calibri" w:hAnsi="Calibri" w:eastAsia="Calibri"/>
          <w:b w:val="0"/>
          <w:i w:val="0"/>
          <w:sz w:val="22"/>
        </w:rPr>
        <w:t>32.  Addisonian crisis</w:t>
      </w:r>
    </w:p>
    <w:p>
      <w:pPr>
        <w:spacing w:before="0" w:after="40" w:line="259" w:lineRule="auto"/>
      </w:pPr>
      <w:r>
        <w:rPr>
          <w:rFonts w:ascii="Calibri" w:hAnsi="Calibri" w:eastAsia="Calibri"/>
          <w:b w:val="0"/>
          <w:i w:val="0"/>
          <w:sz w:val="22"/>
        </w:rPr>
        <w:t>33.  Thyroid storm</w:t>
      </w:r>
    </w:p>
    <w:p>
      <w:pPr>
        <w:spacing w:before="0" w:after="40" w:line="259" w:lineRule="auto"/>
      </w:pPr>
      <w:r>
        <w:rPr>
          <w:rFonts w:ascii="Calibri" w:hAnsi="Calibri" w:eastAsia="Calibri"/>
          <w:b w:val="0"/>
          <w:i w:val="0"/>
          <w:sz w:val="22"/>
        </w:rPr>
        <w:t>34.  Hyperosmolar hyperglycaemic state</w:t>
      </w:r>
    </w:p>
    <w:p>
      <w:pPr>
        <w:spacing w:before="0" w:after="40" w:line="259" w:lineRule="auto"/>
      </w:pPr>
      <w:r>
        <w:rPr>
          <w:rFonts w:ascii="Calibri" w:hAnsi="Calibri" w:eastAsia="Calibri"/>
          <w:b w:val="0"/>
          <w:i w:val="0"/>
          <w:sz w:val="22"/>
        </w:rPr>
        <w:t>35.  Acute ischaemic stroke (MCA occlusion in AF, on a DOAC)</w:t>
      </w:r>
    </w:p>
    <w:p>
      <w:pPr>
        <w:spacing w:before="0" w:after="40" w:line="259" w:lineRule="auto"/>
      </w:pPr>
      <w:r>
        <w:rPr>
          <w:rFonts w:ascii="Calibri" w:hAnsi="Calibri" w:eastAsia="Calibri"/>
          <w:b w:val="0"/>
          <w:i w:val="0"/>
          <w:sz w:val="22"/>
        </w:rPr>
        <w:t>36.  Aneurysmal subarachnoid haemorrhage</w:t>
      </w:r>
    </w:p>
    <w:p>
      <w:pPr>
        <w:spacing w:before="0" w:after="40" w:line="259" w:lineRule="auto"/>
      </w:pPr>
      <w:r>
        <w:rPr>
          <w:rFonts w:ascii="Calibri" w:hAnsi="Calibri" w:eastAsia="Calibri"/>
          <w:b w:val="0"/>
          <w:i w:val="0"/>
          <w:sz w:val="22"/>
        </w:rPr>
        <w:t>37.  Necrotising fasciitis</w:t>
      </w:r>
    </w:p>
    <w:p>
      <w:pPr>
        <w:spacing w:before="0" w:after="40" w:line="259" w:lineRule="auto"/>
      </w:pPr>
      <w:r>
        <w:rPr>
          <w:rFonts w:ascii="Calibri" w:hAnsi="Calibri" w:eastAsia="Calibri"/>
          <w:b w:val="0"/>
          <w:i w:val="0"/>
          <w:sz w:val="22"/>
        </w:rPr>
        <w:t>38.  Severe symptomatic hyponatraemia</w:t>
      </w:r>
    </w:p>
    <w:p>
      <w:pPr>
        <w:spacing w:before="0" w:after="40" w:line="259" w:lineRule="auto"/>
      </w:pPr>
      <w:r>
        <w:rPr>
          <w:rFonts w:ascii="Calibri" w:hAnsi="Calibri" w:eastAsia="Calibri"/>
          <w:b w:val="0"/>
          <w:i w:val="0"/>
          <w:sz w:val="22"/>
        </w:rPr>
        <w:t>39.  Bleeding peptic ulcer (NSAID) with shock</w:t>
      </w:r>
    </w:p>
    <w:p>
      <w:pPr>
        <w:spacing w:before="0" w:after="40" w:line="259" w:lineRule="auto"/>
      </w:pPr>
      <w:r>
        <w:rPr>
          <w:rFonts w:ascii="Calibri" w:hAnsi="Calibri" w:eastAsia="Calibri"/>
          <w:b w:val="0"/>
          <w:i w:val="0"/>
          <w:sz w:val="22"/>
        </w:rPr>
        <w:t>40.  Verapamil (CCB) overdose</w:t>
      </w:r>
    </w:p>
    <w:p>
      <w:pPr>
        <w:spacing w:before="0" w:after="40" w:line="259" w:lineRule="auto"/>
      </w:pPr>
      <w:r>
        <w:rPr>
          <w:rFonts w:ascii="Calibri" w:hAnsi="Calibri" w:eastAsia="Calibri"/>
          <w:b w:val="0"/>
          <w:i w:val="0"/>
          <w:sz w:val="22"/>
        </w:rPr>
        <w:t>41.  Myasthenic crisis with respiratory failure</w:t>
      </w:r>
    </w:p>
    <w:p>
      <w:r>
        <w:br w:type="page"/>
      </w:r>
    </w:p>
    <w:p>
      <w:pPr>
        <w:spacing w:before="120" w:after="160" w:line="259" w:lineRule="auto"/>
      </w:pPr>
      <w:r>
        <w:rPr>
          <w:rFonts w:ascii="Calibri" w:hAnsi="Calibri" w:eastAsia="Calibri"/>
          <w:b/>
          <w:i w:val="0"/>
          <w:color w:val="0C0E10"/>
          <w:sz w:val="36"/>
        </w:rPr>
        <w:t>Case 01 — Ventricular fibrillation cardiac arrest (post-ROSC anterior STEMI)</w:t>
      </w:r>
    </w:p>
    <w:p>
      <w:pPr>
        <w:spacing w:before="0" w:after="40" w:line="259" w:lineRule="auto"/>
      </w:pPr>
      <w:r>
        <w:rPr>
          <w:rFonts w:ascii="Calibri" w:hAnsi="Calibri" w:eastAsia="Calibri"/>
          <w:b w:val="0"/>
          <w:i/>
          <w:color w:val="5A5A5A"/>
          <w:sz w:val="20"/>
        </w:rPr>
        <w:t>pre-alert · Scottish Ambulance Service — pre-alert · rhythm vf</w:t>
      </w:r>
    </w:p>
    <w:p>
      <w:pPr>
        <w:spacing w:before="0" w:after="40" w:line="259" w:lineRule="auto"/>
      </w:pPr>
      <w:r>
        <w:rPr>
          <w:rFonts w:ascii="Calibri" w:hAnsi="Calibri" w:eastAsia="Calibri"/>
          <w:b w:val="0"/>
          <w:i/>
          <w:color w:val="5A5A5A"/>
          <w:sz w:val="20"/>
        </w:rPr>
        <w:t>HR 0   BP 0/0   RR 0   SpO2 72%   temp 35.8   GCS 3   BM 6.4</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62 years, male</w:t>
      </w:r>
    </w:p>
    <w:p>
      <w:pPr>
        <w:spacing w:before="0" w:after="40" w:line="259" w:lineRule="auto"/>
      </w:pPr>
      <w:r>
        <w:rPr>
          <w:rFonts w:ascii="Calibri" w:hAnsi="Calibri" w:eastAsia="Calibri"/>
          <w:b w:val="0"/>
          <w:i w:val="0"/>
          <w:sz w:val="22"/>
        </w:rPr>
        <w:t>T collapse witnessed 8 minutes ago outside a bookmakers</w:t>
      </w:r>
    </w:p>
    <w:p>
      <w:pPr>
        <w:spacing w:before="0" w:after="40" w:line="259" w:lineRule="auto"/>
      </w:pPr>
      <w:r>
        <w:rPr>
          <w:rFonts w:ascii="Calibri" w:hAnsi="Calibri" w:eastAsia="Calibri"/>
          <w:b w:val="0"/>
          <w:i w:val="0"/>
          <w:sz w:val="22"/>
        </w:rPr>
        <w:t>M medical collapse, no trauma</w:t>
      </w:r>
    </w:p>
    <w:p>
      <w:pPr>
        <w:spacing w:before="0" w:after="40" w:line="259" w:lineRule="auto"/>
      </w:pPr>
      <w:r>
        <w:rPr>
          <w:rFonts w:ascii="Calibri" w:hAnsi="Calibri" w:eastAsia="Calibri"/>
          <w:b w:val="0"/>
          <w:i w:val="0"/>
          <w:sz w:val="22"/>
        </w:rPr>
        <w:t>I none known</w:t>
      </w:r>
    </w:p>
    <w:p>
      <w:pPr>
        <w:spacing w:before="0" w:after="40" w:line="259" w:lineRule="auto"/>
      </w:pPr>
      <w:r>
        <w:rPr>
          <w:rFonts w:ascii="Calibri" w:hAnsi="Calibri" w:eastAsia="Calibri"/>
          <w:b w:val="0"/>
          <w:i w:val="0"/>
          <w:sz w:val="22"/>
        </w:rPr>
        <w:t>S unresponsive, bystander CPR from the start, LUCAS on, i-gel in, ETCO2 1.8 kPa</w:t>
      </w:r>
    </w:p>
    <w:p>
      <w:pPr>
        <w:spacing w:before="0" w:after="40" w:line="259" w:lineRule="auto"/>
      </w:pPr>
      <w:r>
        <w:rPr>
          <w:rFonts w:ascii="Calibri" w:hAnsi="Calibri" w:eastAsia="Calibri"/>
          <w:b w:val="0"/>
          <w:i w:val="0"/>
          <w:sz w:val="22"/>
        </w:rPr>
        <w:t>T two shocks, one adrenaline</w:t>
      </w:r>
    </w:p>
    <w:p>
      <w:pPr>
        <w:spacing w:before="0" w:after="40" w:line="259" w:lineRule="auto"/>
      </w:pPr>
      <w:r>
        <w:rPr>
          <w:rFonts w:ascii="Calibri" w:hAnsi="Calibri" w:eastAsia="Calibri"/>
          <w:b w:val="0"/>
          <w:i w:val="0"/>
          <w:sz w:val="22"/>
        </w:rPr>
        <w:t>ETA 3 minutes — they are coming straight to the resus doors.</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i-gel in situ, being bagged, no gag. Airway not soiled.</w:t>
      </w:r>
    </w:p>
    <w:p>
      <w:pPr>
        <w:spacing w:before="0" w:after="40" w:line="259" w:lineRule="auto"/>
      </w:pPr>
      <w:r>
        <w:rPr>
          <w:rFonts w:ascii="Calibri" w:hAnsi="Calibri" w:eastAsia="Calibri"/>
          <w:b w:val="0"/>
          <w:i w:val="0"/>
          <w:sz w:val="22"/>
        </w:rPr>
        <w:t>B — chest rise equal with bagging. ETCO2 1.8 kPa. No chest wounds.</w:t>
      </w:r>
    </w:p>
    <w:p>
      <w:pPr>
        <w:spacing w:before="0" w:after="40" w:line="259" w:lineRule="auto"/>
      </w:pPr>
      <w:r>
        <w:rPr>
          <w:rFonts w:ascii="Calibri" w:hAnsi="Calibri" w:eastAsia="Calibri"/>
          <w:b w:val="0"/>
          <w:i w:val="0"/>
          <w:sz w:val="22"/>
        </w:rPr>
        <w:t>C — no pulse. LUCAS running. Monitor shows a chaotic irregular waveform. Skin mottled.</w:t>
      </w:r>
    </w:p>
    <w:p>
      <w:pPr>
        <w:spacing w:before="0" w:after="40" w:line="259" w:lineRule="auto"/>
      </w:pPr>
      <w:r>
        <w:rPr>
          <w:rFonts w:ascii="Calibri" w:hAnsi="Calibri" w:eastAsia="Calibri"/>
          <w:b w:val="0"/>
          <w:i w:val="0"/>
          <w:sz w:val="22"/>
        </w:rPr>
        <w:t>D — GCS 3. Pupils mid, sluggish. BM 6.4.</w:t>
      </w:r>
    </w:p>
    <w:p>
      <w:pPr>
        <w:spacing w:before="0" w:after="40" w:line="259" w:lineRule="auto"/>
      </w:pPr>
      <w:r>
        <w:rPr>
          <w:rFonts w:ascii="Calibri" w:hAnsi="Calibri" w:eastAsia="Calibri"/>
          <w:b w:val="0"/>
          <w:i w:val="0"/>
          <w:sz w:val="22"/>
        </w:rPr>
        <w:t>E — no obvious trauma, no medic-alert, clothes cut.</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He is on the trolley. LUCAS paused for a look at the monitor.</w:t>
      </w:r>
    </w:p>
    <w:p>
      <w:pPr>
        <w:spacing w:before="120" w:after="20" w:line="259" w:lineRule="auto"/>
        <w:shd w:fill="E8F5EC" w:val="clear"/>
      </w:pPr>
      <w:r>
        <w:rPr>
          <w:rFonts w:ascii="Calibri" w:hAnsi="Calibri" w:eastAsia="Calibri"/>
          <w:b/>
          <w:i w:val="0"/>
          <w:color w:val="146E3C"/>
          <w:sz w:val="22"/>
        </w:rPr>
        <w:t>A. [CORRECT] Unsynchronised defibrillation</w:t>
      </w:r>
    </w:p>
    <w:p>
      <w:pPr>
        <w:spacing w:before="0" w:after="20" w:line="259" w:lineRule="auto"/>
      </w:pPr>
      <w:r>
        <w:rPr>
          <w:rFonts w:ascii="Calibri" w:hAnsi="Calibri" w:eastAsia="Calibri"/>
          <w:b w:val="0"/>
          <w:i/>
          <w:color w:val="282828"/>
          <w:sz w:val="22"/>
        </w:rPr>
        <w:t>Bay: Shock delivered. Resume compressions at once — no pulse check after a shock. The nurse is timing two-minute cycles.</w:t>
      </w:r>
    </w:p>
    <w:p>
      <w:pPr>
        <w:spacing w:before="0" w:after="40" w:line="259" w:lineRule="auto"/>
      </w:pPr>
      <w:r>
        <w:rPr>
          <w:rFonts w:ascii="Calibri" w:hAnsi="Calibri" w:eastAsia="Calibri"/>
          <w:b w:val="0"/>
          <w:i/>
          <w:color w:val="5A4614"/>
          <w:sz w:val="20"/>
        </w:rPr>
        <w:t>Reaction: rhythm → vf</w:t>
      </w:r>
    </w:p>
    <w:p>
      <w:pPr>
        <w:spacing w:before="80" w:after="40" w:line="259" w:lineRule="auto"/>
      </w:pPr>
      <w:r>
        <w:rPr>
          <w:rFonts w:ascii="Calibri" w:hAnsi="Calibri" w:eastAsia="Calibri"/>
          <w:b/>
          <w:i w:val="0"/>
          <w:color w:val="46326E"/>
          <w:sz w:val="22"/>
        </w:rPr>
        <w:t xml:space="preserve">    Follow-up: What energy?</w:t>
      </w:r>
    </w:p>
    <w:p>
      <w:pPr>
        <w:spacing w:before="120" w:after="20" w:line="259" w:lineRule="auto"/>
        <w:shd w:fill="E8F5EC" w:val="clear"/>
      </w:pPr>
      <w:r>
        <w:rPr>
          <w:rFonts w:ascii="Calibri" w:hAnsi="Calibri" w:eastAsia="Calibri"/>
          <w:b/>
          <w:i w:val="0"/>
          <w:color w:val="146E3C"/>
          <w:sz w:val="22"/>
        </w:rPr>
        <w:t xml:space="preserve">    A. [CORRECT] 150–200 J unsynchronised biphasic</w:t>
      </w:r>
    </w:p>
    <w:p>
      <w:pPr>
        <w:spacing w:before="0" w:after="20" w:line="259" w:lineRule="auto"/>
      </w:pPr>
      <w:r>
        <w:rPr>
          <w:rFonts w:ascii="Calibri" w:hAnsi="Calibri" w:eastAsia="Calibri"/>
          <w:b w:val="0"/>
          <w:i/>
          <w:color w:val="282828"/>
          <w:sz w:val="22"/>
        </w:rPr>
        <w:t xml:space="preserve">       Bay: RCUK: first shock 150–200 J biphasic, then immediate CPR — no pulse check.</w:t>
      </w:r>
    </w:p>
    <w:p>
      <w:pPr>
        <w:spacing w:before="120" w:after="20" w:line="259" w:lineRule="auto"/>
        <w:shd w:fill="F8E8E8" w:val="clear"/>
      </w:pPr>
      <w:r>
        <w:rPr>
          <w:rFonts w:ascii="Calibri" w:hAnsi="Calibri" w:eastAsia="Calibri"/>
          <w:b w:val="0"/>
          <w:i w:val="0"/>
          <w:color w:val="A02828"/>
          <w:sz w:val="22"/>
        </w:rPr>
        <w:t xml:space="preserve">    B. [WRONG] 70–120 J synchronised</w:t>
      </w:r>
    </w:p>
    <w:p>
      <w:pPr>
        <w:spacing w:before="0" w:after="20" w:line="259" w:lineRule="auto"/>
      </w:pPr>
      <w:r>
        <w:rPr>
          <w:rFonts w:ascii="Calibri" w:hAnsi="Calibri" w:eastAsia="Calibri"/>
          <w:b w:val="0"/>
          <w:i/>
          <w:color w:val="282828"/>
          <w:sz w:val="22"/>
        </w:rPr>
        <w:t xml:space="preserve">       Bay: VF has no organised QRS. Low-energy cardioversion will not defibrillate.</w:t>
      </w:r>
    </w:p>
    <w:p>
      <w:pPr>
        <w:spacing w:before="120" w:after="20" w:line="259" w:lineRule="auto"/>
        <w:shd w:fill="F8E8E8" w:val="clear"/>
      </w:pPr>
      <w:r>
        <w:rPr>
          <w:rFonts w:ascii="Calibri" w:hAnsi="Calibri" w:eastAsia="Calibri"/>
          <w:b w:val="0"/>
          <w:i w:val="0"/>
          <w:color w:val="A02828"/>
          <w:sz w:val="22"/>
        </w:rPr>
        <w:t xml:space="preserve">    C. [WRONG] 50 J unsynchronised</w:t>
      </w:r>
    </w:p>
    <w:p>
      <w:pPr>
        <w:spacing w:before="0" w:after="20" w:line="259" w:lineRule="auto"/>
      </w:pPr>
      <w:r>
        <w:rPr>
          <w:rFonts w:ascii="Calibri" w:hAnsi="Calibri" w:eastAsia="Calibri"/>
          <w:b w:val="0"/>
          <w:i/>
          <w:color w:val="282828"/>
          <w:sz w:val="22"/>
        </w:rPr>
        <w:t xml:space="preserve">       Bay: That is a paediatric or elective-cardioversion energy, not adult VF.</w:t>
      </w:r>
    </w:p>
    <w:p>
      <w:pPr>
        <w:spacing w:before="120" w:after="20" w:line="259" w:lineRule="auto"/>
        <w:shd w:fill="F8E8E8" w:val="clear"/>
      </w:pPr>
      <w:r>
        <w:rPr>
          <w:rFonts w:ascii="Calibri" w:hAnsi="Calibri" w:eastAsia="Calibri"/>
          <w:b w:val="0"/>
          <w:i w:val="0"/>
          <w:color w:val="A02828"/>
          <w:sz w:val="22"/>
        </w:rPr>
        <w:t xml:space="preserve">    D. [WRONG] 360 J biphasic as a mandatory first shock</w:t>
      </w:r>
    </w:p>
    <w:p>
      <w:pPr>
        <w:spacing w:before="0" w:after="20" w:line="259" w:lineRule="auto"/>
      </w:pPr>
      <w:r>
        <w:rPr>
          <w:rFonts w:ascii="Calibri" w:hAnsi="Calibri" w:eastAsia="Calibri"/>
          <w:b w:val="0"/>
          <w:i/>
          <w:color w:val="282828"/>
          <w:sz w:val="22"/>
        </w:rPr>
        <w:t xml:space="preserve">       Bay: Start at the manufacturer's recommended energy, typically 150–200 J biphasic.</w:t>
      </w:r>
    </w:p>
    <w:p>
      <w:pPr>
        <w:spacing w:before="120" w:after="20" w:line="259" w:lineRule="auto"/>
        <w:shd w:fill="F8E8E8" w:val="clear"/>
      </w:pPr>
      <w:r>
        <w:rPr>
          <w:rFonts w:ascii="Calibri" w:hAnsi="Calibri" w:eastAsia="Calibri"/>
          <w:b w:val="0"/>
          <w:i w:val="0"/>
          <w:color w:val="A02828"/>
          <w:sz w:val="22"/>
        </w:rPr>
        <w:t xml:space="preserve">    E. [WRONG] 150 J synchronised, then pause for a pulse check</w:t>
      </w:r>
    </w:p>
    <w:p>
      <w:pPr>
        <w:spacing w:before="0" w:after="20" w:line="259" w:lineRule="auto"/>
      </w:pPr>
      <w:r>
        <w:rPr>
          <w:rFonts w:ascii="Calibri" w:hAnsi="Calibri" w:eastAsia="Calibri"/>
          <w:b w:val="0"/>
          <w:i/>
          <w:color w:val="282828"/>
          <w:sz w:val="22"/>
        </w:rPr>
        <w:t xml:space="preserve">       Bay: Do not synchronise VF, and do not pause for a pulse after a shock.</w:t>
      </w:r>
    </w:p>
    <w:p>
      <w:pPr>
        <w:spacing w:before="120" w:after="20" w:line="259" w:lineRule="auto"/>
        <w:shd w:fill="F8E8E8" w:val="clear"/>
      </w:pPr>
      <w:r>
        <w:rPr>
          <w:rFonts w:ascii="Calibri" w:hAnsi="Calibri" w:eastAsia="Calibri"/>
          <w:b w:val="0"/>
          <w:i w:val="0"/>
          <w:color w:val="A02828"/>
          <w:sz w:val="22"/>
        </w:rPr>
        <w:t>B. [WRONG] Synchronised cardioversion</w:t>
      </w:r>
    </w:p>
    <w:p>
      <w:pPr>
        <w:spacing w:before="0" w:after="20" w:line="259" w:lineRule="auto"/>
      </w:pPr>
      <w:r>
        <w:rPr>
          <w:rFonts w:ascii="Calibri" w:hAnsi="Calibri" w:eastAsia="Calibri"/>
          <w:b w:val="0"/>
          <w:i/>
          <w:color w:val="282828"/>
          <w:sz w:val="22"/>
        </w:rPr>
        <w:t>Bay: VF has no organised QRS to synchronise to. You have delayed defibrillation and interrupted CPR.</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Intravenous adrenaline</w:t>
      </w:r>
    </w:p>
    <w:p>
      <w:pPr>
        <w:spacing w:before="0" w:after="20" w:line="259" w:lineRule="auto"/>
      </w:pPr>
      <w:r>
        <w:rPr>
          <w:rFonts w:ascii="Calibri" w:hAnsi="Calibri" w:eastAsia="Calibri"/>
          <w:b w:val="0"/>
          <w:i/>
          <w:color w:val="282828"/>
          <w:sz w:val="22"/>
        </w:rPr>
        <w:t>Bay: In witnessed VF the first intervention is defibrillation, not adrenaline. You have postponed the only therapy that terminates this rhythm.</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Intravenous amiodarone</w:t>
      </w:r>
    </w:p>
    <w:p>
      <w:pPr>
        <w:spacing w:before="0" w:after="20" w:line="259" w:lineRule="auto"/>
      </w:pPr>
      <w:r>
        <w:rPr>
          <w:rFonts w:ascii="Calibri" w:hAnsi="Calibri" w:eastAsia="Calibri"/>
          <w:b w:val="0"/>
          <w:i/>
          <w:color w:val="282828"/>
          <w:sz w:val="22"/>
        </w:rPr>
        <w:t>Bay: Amiodarone is after the third shock, not a prelude to the first. Defibrillate now.</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Stacked shocks</w:t>
      </w:r>
    </w:p>
    <w:p>
      <w:pPr>
        <w:spacing w:before="0" w:after="20" w:line="259" w:lineRule="auto"/>
      </w:pPr>
      <w:r>
        <w:rPr>
          <w:rFonts w:ascii="Calibri" w:hAnsi="Calibri" w:eastAsia="Calibri"/>
          <w:b w:val="0"/>
          <w:i/>
          <w:color w:val="282828"/>
          <w:sz w:val="22"/>
        </w:rPr>
        <w:t>Bay: Stacked shocks are a peri-cath-lab / early post-cardiac-surgery consideration, not the ED trolley after a pre-hospital arrest.</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Two minutes. Still a shockable rhythm. Third shock is due.</w:t>
      </w:r>
    </w:p>
    <w:p>
      <w:pPr>
        <w:spacing w:before="120" w:after="20" w:line="259" w:lineRule="auto"/>
        <w:shd w:fill="E8F5EC" w:val="clear"/>
      </w:pPr>
      <w:r>
        <w:rPr>
          <w:rFonts w:ascii="Calibri" w:hAnsi="Calibri" w:eastAsia="Calibri"/>
          <w:b/>
          <w:i w:val="0"/>
          <w:color w:val="146E3C"/>
          <w:sz w:val="22"/>
        </w:rPr>
        <w:t>A. [CORRECT] Amiodarone and adrenaline after the shock</w:t>
      </w:r>
    </w:p>
    <w:p>
      <w:pPr>
        <w:spacing w:before="0" w:after="20" w:line="259" w:lineRule="auto"/>
      </w:pPr>
      <w:r>
        <w:rPr>
          <w:rFonts w:ascii="Calibri" w:hAnsi="Calibri" w:eastAsia="Calibri"/>
          <w:b w:val="0"/>
          <w:i/>
          <w:color w:val="282828"/>
          <w:sz w:val="22"/>
        </w:rPr>
        <w:t>Bay: Amiodarone after the third shock, adrenaline clock started. CPR quality looks good. ETCO2 ticks up.</w:t>
      </w:r>
    </w:p>
    <w:p>
      <w:pPr>
        <w:spacing w:before="0" w:after="40" w:line="259" w:lineRule="auto"/>
      </w:pPr>
      <w:r>
        <w:rPr>
          <w:rFonts w:ascii="Calibri" w:hAnsi="Calibri" w:eastAsia="Calibri"/>
          <w:b w:val="0"/>
          <w:i/>
          <w:color w:val="5A4614"/>
          <w:sz w:val="20"/>
        </w:rPr>
        <w:t>Reaction: spo2 +4</w:t>
      </w:r>
    </w:p>
    <w:p>
      <w:pPr>
        <w:spacing w:before="80" w:after="40" w:line="259" w:lineRule="auto"/>
      </w:pPr>
      <w:r>
        <w:rPr>
          <w:rFonts w:ascii="Calibri" w:hAnsi="Calibri" w:eastAsia="Calibri"/>
          <w:b/>
          <w:i w:val="0"/>
          <w:color w:val="46326E"/>
          <w:sz w:val="22"/>
        </w:rPr>
        <w:t xml:space="preserve">    Follow-up: What doses?</w:t>
      </w:r>
    </w:p>
    <w:p>
      <w:pPr>
        <w:spacing w:before="120" w:after="20" w:line="259" w:lineRule="auto"/>
        <w:shd w:fill="E8F5EC" w:val="clear"/>
      </w:pPr>
      <w:r>
        <w:rPr>
          <w:rFonts w:ascii="Calibri" w:hAnsi="Calibri" w:eastAsia="Calibri"/>
          <w:b/>
          <w:i w:val="0"/>
          <w:color w:val="146E3C"/>
          <w:sz w:val="22"/>
        </w:rPr>
        <w:t xml:space="preserve">    A. [CORRECT] Amiodarone 300 mg IV and adrenaline 1 mg, then adrenaline every 3–5 min</w:t>
      </w:r>
    </w:p>
    <w:p>
      <w:pPr>
        <w:spacing w:before="0" w:after="20" w:line="259" w:lineRule="auto"/>
      </w:pPr>
      <w:r>
        <w:rPr>
          <w:rFonts w:ascii="Calibri" w:hAnsi="Calibri" w:eastAsia="Calibri"/>
          <w:b w:val="0"/>
          <w:i/>
          <w:color w:val="282828"/>
          <w:sz w:val="22"/>
        </w:rPr>
        <w:t xml:space="preserve">       Bay: RCUK: amiodarone 300 mg after the third shock; in witnessed VF adrenaline starts after the third shock.</w:t>
      </w:r>
    </w:p>
    <w:p>
      <w:pPr>
        <w:spacing w:before="120" w:after="20" w:line="259" w:lineRule="auto"/>
        <w:shd w:fill="F8E8E8" w:val="clear"/>
      </w:pPr>
      <w:r>
        <w:rPr>
          <w:rFonts w:ascii="Calibri" w:hAnsi="Calibri" w:eastAsia="Calibri"/>
          <w:b w:val="0"/>
          <w:i w:val="0"/>
          <w:color w:val="A02828"/>
          <w:sz w:val="22"/>
        </w:rPr>
        <w:t xml:space="preserve">    B. [WRONG] Amiodarone 150 mg IV and adrenaline 1 mg</w:t>
      </w:r>
    </w:p>
    <w:p>
      <w:pPr>
        <w:spacing w:before="0" w:after="20" w:line="259" w:lineRule="auto"/>
      </w:pPr>
      <w:r>
        <w:rPr>
          <w:rFonts w:ascii="Calibri" w:hAnsi="Calibri" w:eastAsia="Calibri"/>
          <w:b w:val="0"/>
          <w:i/>
          <w:color w:val="282828"/>
          <w:sz w:val="22"/>
        </w:rPr>
        <w:t xml:space="preserve">       Bay: 150 mg is the further dose after the fifth shock, not the first amiodarone.</w:t>
      </w:r>
    </w:p>
    <w:p>
      <w:pPr>
        <w:spacing w:before="120" w:after="20" w:line="259" w:lineRule="auto"/>
        <w:shd w:fill="F8E8E8" w:val="clear"/>
      </w:pPr>
      <w:r>
        <w:rPr>
          <w:rFonts w:ascii="Calibri" w:hAnsi="Calibri" w:eastAsia="Calibri"/>
          <w:b w:val="0"/>
          <w:i w:val="0"/>
          <w:color w:val="A02828"/>
          <w:sz w:val="22"/>
        </w:rPr>
        <w:t xml:space="preserve">    C. [WRONG] Amiodarone 300 mg IV; withhold adrenaline until ROSC</w:t>
      </w:r>
    </w:p>
    <w:p>
      <w:pPr>
        <w:spacing w:before="0" w:after="20" w:line="259" w:lineRule="auto"/>
      </w:pPr>
      <w:r>
        <w:rPr>
          <w:rFonts w:ascii="Calibri" w:hAnsi="Calibri" w:eastAsia="Calibri"/>
          <w:b w:val="0"/>
          <w:i/>
          <w:color w:val="282828"/>
          <w:sz w:val="22"/>
        </w:rPr>
        <w:t xml:space="preserve">       Bay: In witnessed VF adrenaline starts after the third shock, with amiodarone.</w:t>
      </w:r>
    </w:p>
    <w:p>
      <w:pPr>
        <w:spacing w:before="120" w:after="20" w:line="259" w:lineRule="auto"/>
        <w:shd w:fill="F8E8E8" w:val="clear"/>
      </w:pPr>
      <w:r>
        <w:rPr>
          <w:rFonts w:ascii="Calibri" w:hAnsi="Calibri" w:eastAsia="Calibri"/>
          <w:b w:val="0"/>
          <w:i w:val="0"/>
          <w:color w:val="A02828"/>
          <w:sz w:val="22"/>
        </w:rPr>
        <w:t xml:space="preserve">    D. [WRONG] Adrenaline 1 mg only; amiodarone after the fifth shock</w:t>
      </w:r>
    </w:p>
    <w:p>
      <w:pPr>
        <w:spacing w:before="0" w:after="20" w:line="259" w:lineRule="auto"/>
      </w:pPr>
      <w:r>
        <w:rPr>
          <w:rFonts w:ascii="Calibri" w:hAnsi="Calibri" w:eastAsia="Calibri"/>
          <w:b w:val="0"/>
          <w:i/>
          <w:color w:val="282828"/>
          <w:sz w:val="22"/>
        </w:rPr>
        <w:t xml:space="preserve">       Bay: Give both after the third shock while still in VF.</w:t>
      </w:r>
    </w:p>
    <w:p>
      <w:pPr>
        <w:spacing w:before="120" w:after="20" w:line="259" w:lineRule="auto"/>
        <w:shd w:fill="F8E8E8" w:val="clear"/>
      </w:pPr>
      <w:r>
        <w:rPr>
          <w:rFonts w:ascii="Calibri" w:hAnsi="Calibri" w:eastAsia="Calibri"/>
          <w:b w:val="0"/>
          <w:i w:val="0"/>
          <w:color w:val="A02828"/>
          <w:sz w:val="22"/>
        </w:rPr>
        <w:t xml:space="preserve">    E. [WRONG] Lidocaine 100 mg IV plus adrenaline 1 mg</w:t>
      </w:r>
    </w:p>
    <w:p>
      <w:pPr>
        <w:spacing w:before="0" w:after="20" w:line="259" w:lineRule="auto"/>
      </w:pPr>
      <w:r>
        <w:rPr>
          <w:rFonts w:ascii="Calibri" w:hAnsi="Calibri" w:eastAsia="Calibri"/>
          <w:b w:val="0"/>
          <w:i/>
          <w:color w:val="282828"/>
          <w:sz w:val="22"/>
        </w:rPr>
        <w:t xml:space="preserve">       Bay: Amiodarone is first-line. Lidocaine only if amiodarone is unavailable.</w:t>
      </w:r>
    </w:p>
    <w:p>
      <w:pPr>
        <w:spacing w:before="120" w:after="20" w:line="259" w:lineRule="auto"/>
        <w:shd w:fill="F8E8E8" w:val="clear"/>
      </w:pPr>
      <w:r>
        <w:rPr>
          <w:rFonts w:ascii="Calibri" w:hAnsi="Calibri" w:eastAsia="Calibri"/>
          <w:b w:val="0"/>
          <w:i w:val="0"/>
          <w:color w:val="A02828"/>
          <w:sz w:val="22"/>
        </w:rPr>
        <w:t>B. [WRONG] Adrenaline after every shock</w:t>
      </w:r>
    </w:p>
    <w:p>
      <w:pPr>
        <w:spacing w:before="0" w:after="20" w:line="259" w:lineRule="auto"/>
      </w:pPr>
      <w:r>
        <w:rPr>
          <w:rFonts w:ascii="Calibri" w:hAnsi="Calibri" w:eastAsia="Calibri"/>
          <w:b w:val="0"/>
          <w:i/>
          <w:color w:val="282828"/>
          <w:sz w:val="22"/>
        </w:rPr>
        <w:t>Bay: In a witnessed shockable arrest adrenaline starts after the third shock, then every 3–5 minutes — not after every shock from the first.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Intravenous lidocaine</w:t>
      </w:r>
    </w:p>
    <w:p>
      <w:pPr>
        <w:spacing w:before="0" w:after="20" w:line="259" w:lineRule="auto"/>
      </w:pPr>
      <w:r>
        <w:rPr>
          <w:rFonts w:ascii="Calibri" w:hAnsi="Calibri" w:eastAsia="Calibri"/>
          <w:b w:val="0"/>
          <w:i/>
          <w:color w:val="282828"/>
          <w:sz w:val="22"/>
        </w:rPr>
        <w:t>Bay: RCUK ALS 2021: amiodarone 300 mg after the third shock is first-line. Lidocaine 1 mg/kg only if amiodarone is unavailable.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Sodium bicarbonate</w:t>
      </w:r>
    </w:p>
    <w:p>
      <w:pPr>
        <w:spacing w:before="0" w:after="20" w:line="259" w:lineRule="auto"/>
      </w:pPr>
      <w:r>
        <w:rPr>
          <w:rFonts w:ascii="Calibri" w:hAnsi="Calibri" w:eastAsia="Calibri"/>
          <w:b w:val="0"/>
          <w:i/>
          <w:color w:val="282828"/>
          <w:sz w:val="22"/>
        </w:rPr>
        <w:t>Bay: Bicarbonate is not first-line in witnessed VF. Shock, amiodarone and adrenaline — not a routine bicarb.</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Intravenous magnesium</w:t>
      </w:r>
    </w:p>
    <w:p>
      <w:pPr>
        <w:spacing w:before="0" w:after="20" w:line="259" w:lineRule="auto"/>
      </w:pPr>
      <w:r>
        <w:rPr>
          <w:rFonts w:ascii="Calibri" w:hAnsi="Calibri" w:eastAsia="Calibri"/>
          <w:b w:val="0"/>
          <w:i/>
          <w:color w:val="282828"/>
          <w:sz w:val="22"/>
        </w:rPr>
        <w:t>Bay: Magnesium is for polymorphic VT / torsades. It is not first-line in VF.</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After the next shock there is a pulse. Weak carotid. ROSC. You can now send investigations.</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7.12  pCO2 7.8  pO2 9.1  HCO3 18  BE −10  lactate 8.4  K+ 4.1  Hb 142</w:t>
      </w:r>
    </w:p>
    <w:p>
      <w:pPr>
        <w:spacing w:before="0" w:after="40" w:line="259" w:lineRule="auto"/>
      </w:pPr>
      <w:r>
        <w:rPr>
          <w:rFonts w:ascii="Calibri" w:hAnsi="Calibri" w:eastAsia="Calibri"/>
          <w:b w:val="0"/>
          <w:i w:val="0"/>
          <w:sz w:val="22"/>
        </w:rPr>
        <w:t>Post-arrest acidosis. Treat the cause.</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6.4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anterior-stemi</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Not obtained — catheter not yet in.</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ue: Na 136   K 4.1   urea 6.8   creat 92</w:t>
      </w:r>
    </w:p>
    <w:p>
      <w:pPr>
        <w:spacing w:before="0" w:after="40" w:line="259" w:lineRule="auto"/>
      </w:pPr>
      <w:r>
        <w:rPr>
          <w:rFonts w:ascii="Calibri" w:hAnsi="Calibri" w:eastAsia="Calibri"/>
          <w:b w:val="0"/>
          <w:i w:val="0"/>
          <w:sz w:val="22"/>
        </w:rPr>
        <w:t>trop: Pending — will not change reperfusion</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ROSC with a weak carotid. GCS 6. Review any results that have returned — then decide.</w:t>
      </w:r>
    </w:p>
    <w:p>
      <w:pPr>
        <w:spacing w:before="120" w:after="20" w:line="259" w:lineRule="auto"/>
        <w:shd w:fill="E8F5EC" w:val="clear"/>
      </w:pPr>
      <w:r>
        <w:rPr>
          <w:rFonts w:ascii="Calibri" w:hAnsi="Calibri" w:eastAsia="Calibri"/>
          <w:b/>
          <w:i w:val="0"/>
          <w:color w:val="146E3C"/>
          <w:sz w:val="22"/>
        </w:rPr>
        <w:t>A. [CORRECT] Airway, targeted oxygen, activate PPCI</w:t>
      </w:r>
    </w:p>
    <w:p>
      <w:pPr>
        <w:spacing w:before="0" w:after="20" w:line="259" w:lineRule="auto"/>
      </w:pPr>
      <w:r>
        <w:rPr>
          <w:rFonts w:ascii="Calibri" w:hAnsi="Calibri" w:eastAsia="Calibri"/>
          <w:b w:val="0"/>
          <w:i/>
          <w:color w:val="282828"/>
          <w:sz w:val="22"/>
        </w:rPr>
        <w:t>Bay: Oxygen titrated. Cardiology are running. ICU stay at the trolley.</w:t>
      </w:r>
    </w:p>
    <w:p>
      <w:pPr>
        <w:spacing w:before="0" w:after="40" w:line="259" w:lineRule="auto"/>
      </w:pPr>
      <w:r>
        <w:rPr>
          <w:rFonts w:ascii="Calibri" w:hAnsi="Calibri" w:eastAsia="Calibri"/>
          <w:b w:val="0"/>
          <w:i/>
          <w:color w:val="5A4614"/>
          <w:sz w:val="20"/>
        </w:rPr>
        <w:t>Reaction: hr +108, sbp +96, dbp +58, rr +14, spo2 +94, gcs +3, rhythm → stemi-anterior, O2 15 L</w:t>
      </w:r>
    </w:p>
    <w:p>
      <w:pPr>
        <w:spacing w:before="80" w:after="40" w:line="259" w:lineRule="auto"/>
      </w:pPr>
      <w:r>
        <w:rPr>
          <w:rFonts w:ascii="Calibri" w:hAnsi="Calibri" w:eastAsia="Calibri"/>
          <w:b/>
          <w:i w:val="0"/>
          <w:color w:val="46326E"/>
          <w:sz w:val="22"/>
        </w:rPr>
        <w:t xml:space="preserve">    Follow-up: What oxygen target?</w:t>
      </w:r>
    </w:p>
    <w:p>
      <w:pPr>
        <w:spacing w:before="120" w:after="20" w:line="259" w:lineRule="auto"/>
        <w:shd w:fill="E8F5EC" w:val="clear"/>
      </w:pPr>
      <w:r>
        <w:rPr>
          <w:rFonts w:ascii="Calibri" w:hAnsi="Calibri" w:eastAsia="Calibri"/>
          <w:b/>
          <w:i w:val="0"/>
          <w:color w:val="146E3C"/>
          <w:sz w:val="22"/>
        </w:rPr>
        <w:t xml:space="preserve">    A. [CORRECT] SpO2 94–98%</w:t>
      </w:r>
    </w:p>
    <w:p>
      <w:pPr>
        <w:spacing w:before="0" w:after="20" w:line="259" w:lineRule="auto"/>
      </w:pPr>
      <w:r>
        <w:rPr>
          <w:rFonts w:ascii="Calibri" w:hAnsi="Calibri" w:eastAsia="Calibri"/>
          <w:b w:val="0"/>
          <w:i/>
          <w:color w:val="282828"/>
          <w:sz w:val="22"/>
        </w:rPr>
        <w:t xml:space="preserve">       Bay: RCUK post-ROSC: avoid hypoxia and hyperoxia. Titrate to 94–98%.</w:t>
      </w:r>
    </w:p>
    <w:p>
      <w:pPr>
        <w:spacing w:before="120" w:after="20" w:line="259" w:lineRule="auto"/>
        <w:shd w:fill="F8E8E8" w:val="clear"/>
      </w:pPr>
      <w:r>
        <w:rPr>
          <w:rFonts w:ascii="Calibri" w:hAnsi="Calibri" w:eastAsia="Calibri"/>
          <w:b w:val="0"/>
          <w:i w:val="0"/>
          <w:color w:val="A02828"/>
          <w:sz w:val="22"/>
        </w:rPr>
        <w:t xml:space="preserve">    B. [WRONG] SpO2 88–92%</w:t>
      </w:r>
    </w:p>
    <w:p>
      <w:pPr>
        <w:spacing w:before="0" w:after="20" w:line="259" w:lineRule="auto"/>
      </w:pPr>
      <w:r>
        <w:rPr>
          <w:rFonts w:ascii="Calibri" w:hAnsi="Calibri" w:eastAsia="Calibri"/>
          <w:b w:val="0"/>
          <w:i/>
          <w:color w:val="282828"/>
          <w:sz w:val="22"/>
        </w:rPr>
        <w:t xml:space="preserve">       Bay: That is the COPD hypercapnic target, not post-ROSC.</w:t>
      </w:r>
    </w:p>
    <w:p>
      <w:pPr>
        <w:spacing w:before="120" w:after="20" w:line="259" w:lineRule="auto"/>
        <w:shd w:fill="F8E8E8" w:val="clear"/>
      </w:pPr>
      <w:r>
        <w:rPr>
          <w:rFonts w:ascii="Calibri" w:hAnsi="Calibri" w:eastAsia="Calibri"/>
          <w:b w:val="0"/>
          <w:i w:val="0"/>
          <w:color w:val="A02828"/>
          <w:sz w:val="22"/>
        </w:rPr>
        <w:t xml:space="preserve">    C. [WRONG] SpO2 100% on 15 L indefinitely</w:t>
      </w:r>
    </w:p>
    <w:p>
      <w:pPr>
        <w:spacing w:before="0" w:after="20" w:line="259" w:lineRule="auto"/>
      </w:pPr>
      <w:r>
        <w:rPr>
          <w:rFonts w:ascii="Calibri" w:hAnsi="Calibri" w:eastAsia="Calibri"/>
          <w:b w:val="0"/>
          <w:i/>
          <w:color w:val="282828"/>
          <w:sz w:val="22"/>
        </w:rPr>
        <w:t xml:space="preserve">       Bay: Hyperoxia after ROSC is harmful. Titrate once saturations allow.</w:t>
      </w:r>
    </w:p>
    <w:p>
      <w:pPr>
        <w:spacing w:before="120" w:after="20" w:line="259" w:lineRule="auto"/>
        <w:shd w:fill="F8E8E8" w:val="clear"/>
      </w:pPr>
      <w:r>
        <w:rPr>
          <w:rFonts w:ascii="Calibri" w:hAnsi="Calibri" w:eastAsia="Calibri"/>
          <w:b w:val="0"/>
          <w:i w:val="0"/>
          <w:color w:val="A02828"/>
          <w:sz w:val="22"/>
        </w:rPr>
        <w:t xml:space="preserve">    D. [WRONG] Room air regardless of saturations</w:t>
      </w:r>
    </w:p>
    <w:p>
      <w:pPr>
        <w:spacing w:before="0" w:after="20" w:line="259" w:lineRule="auto"/>
      </w:pPr>
      <w:r>
        <w:rPr>
          <w:rFonts w:ascii="Calibri" w:hAnsi="Calibri" w:eastAsia="Calibri"/>
          <w:b w:val="0"/>
          <w:i/>
          <w:color w:val="282828"/>
          <w:sz w:val="22"/>
        </w:rPr>
        <w:t xml:space="preserve">       Bay: He is post-arrest. Give oxygen, then titrate.</w:t>
      </w:r>
    </w:p>
    <w:p>
      <w:pPr>
        <w:spacing w:before="120" w:after="20" w:line="259" w:lineRule="auto"/>
        <w:shd w:fill="F8E8E8" w:val="clear"/>
      </w:pPr>
      <w:r>
        <w:rPr>
          <w:rFonts w:ascii="Calibri" w:hAnsi="Calibri" w:eastAsia="Calibri"/>
          <w:b w:val="0"/>
          <w:i w:val="0"/>
          <w:color w:val="A02828"/>
          <w:sz w:val="22"/>
        </w:rPr>
        <w:t xml:space="preserve">    E. [WRONG] PaO2 greater than 20 kPa as a goal</w:t>
      </w:r>
    </w:p>
    <w:p>
      <w:pPr>
        <w:spacing w:before="0" w:after="20" w:line="259" w:lineRule="auto"/>
      </w:pPr>
      <w:r>
        <w:rPr>
          <w:rFonts w:ascii="Calibri" w:hAnsi="Calibri" w:eastAsia="Calibri"/>
          <w:b w:val="0"/>
          <w:i/>
          <w:color w:val="282828"/>
          <w:sz w:val="22"/>
        </w:rPr>
        <w:t xml:space="preserve">       Bay: That is hyperoxia. Do not chase a high PaO2.</w:t>
      </w:r>
    </w:p>
    <w:p>
      <w:pPr>
        <w:spacing w:before="120" w:after="20" w:line="259" w:lineRule="auto"/>
        <w:shd w:fill="F8E8E8" w:val="clear"/>
      </w:pPr>
      <w:r>
        <w:rPr>
          <w:rFonts w:ascii="Calibri" w:hAnsi="Calibri" w:eastAsia="Calibri"/>
          <w:b w:val="0"/>
          <w:i w:val="0"/>
          <w:color w:val="A02828"/>
          <w:sz w:val="22"/>
        </w:rPr>
        <w:t>B. [WRONG] Immediate tenecteplase</w:t>
      </w:r>
    </w:p>
    <w:p>
      <w:pPr>
        <w:spacing w:before="0" w:after="20" w:line="259" w:lineRule="auto"/>
      </w:pPr>
      <w:r>
        <w:rPr>
          <w:rFonts w:ascii="Calibri" w:hAnsi="Calibri" w:eastAsia="Calibri"/>
          <w:b w:val="0"/>
          <w:i/>
          <w:color w:val="282828"/>
          <w:sz w:val="22"/>
        </w:rPr>
        <w:t>Bay: Door-to-balloon is short here. Fibrinolysis is the fallback if PPCI cannot be delivered within 120 minutes.</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Delay PPCI for a formal echo</w:t>
      </w:r>
    </w:p>
    <w:p>
      <w:pPr>
        <w:spacing w:before="0" w:after="20" w:line="259" w:lineRule="auto"/>
      </w:pPr>
      <w:r>
        <w:rPr>
          <w:rFonts w:ascii="Calibri" w:hAnsi="Calibri" w:eastAsia="Calibri"/>
          <w:b w:val="0"/>
          <w:i/>
          <w:color w:val="282828"/>
          <w:sz w:val="22"/>
        </w:rPr>
        <w:t>Bay: Post-ROSC territorial ST elevation is enough to activate. Do not wait for an echo report.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Adrenaline after ROSC</w:t>
      </w:r>
    </w:p>
    <w:p>
      <w:pPr>
        <w:spacing w:before="0" w:after="20" w:line="259" w:lineRule="auto"/>
      </w:pPr>
      <w:r>
        <w:rPr>
          <w:rFonts w:ascii="Calibri" w:hAnsi="Calibri" w:eastAsia="Calibri"/>
          <w:b w:val="0"/>
          <w:i/>
          <w:color w:val="282828"/>
          <w:sz w:val="22"/>
        </w:rPr>
        <w:t>Bay: The arrest dose is not indicated after ROSC. Support blood pressure with fluids or a titrated vasopressor if he dumps his pressure.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Hypothermia to 32 °C</w:t>
      </w:r>
    </w:p>
    <w:p>
      <w:pPr>
        <w:spacing w:before="0" w:after="20" w:line="259" w:lineRule="auto"/>
      </w:pPr>
      <w:r>
        <w:rPr>
          <w:rFonts w:ascii="Calibri" w:hAnsi="Calibri" w:eastAsia="Calibri"/>
          <w:b w:val="0"/>
          <w:i/>
          <w:color w:val="282828"/>
          <w:sz w:val="22"/>
        </w:rPr>
        <w:t>Bay: Current RCUK / TTM2 practice is to avoid fever. Routine cooling to 32 °C is not indicated.</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While the lab is activating, collateral would help.</w:t>
      </w:r>
    </w:p>
    <w:p>
      <w:pPr>
        <w:spacing w:before="120" w:after="20" w:line="259" w:lineRule="auto"/>
        <w:shd w:fill="E8F5EC" w:val="clear"/>
      </w:pPr>
      <w:r>
        <w:rPr>
          <w:rFonts w:ascii="Calibri" w:hAnsi="Calibri" w:eastAsia="Calibri"/>
          <w:b/>
          <w:i w:val="0"/>
          <w:color w:val="146E3C"/>
          <w:sz w:val="22"/>
        </w:rPr>
        <w:t>A. [CORRECT] Ask the crew and bystanders about chest pain or prodrome before collapse</w:t>
      </w:r>
    </w:p>
    <w:p>
      <w:pPr>
        <w:spacing w:before="0" w:after="20" w:line="259" w:lineRule="auto"/>
      </w:pPr>
      <w:r>
        <w:rPr>
          <w:rFonts w:ascii="Calibri" w:hAnsi="Calibri" w:eastAsia="Calibri"/>
          <w:b w:val="0"/>
          <w:i/>
          <w:color w:val="282828"/>
          <w:sz w:val="22"/>
        </w:rPr>
        <w:t>Bay: A colleague in the bookmakers: he clutched his chest then went down.</w:t>
      </w:r>
    </w:p>
    <w:p>
      <w:pPr>
        <w:spacing w:before="120" w:after="20" w:line="259" w:lineRule="auto"/>
        <w:shd w:fill="E8F5EC" w:val="clear"/>
      </w:pPr>
      <w:r>
        <w:rPr>
          <w:rFonts w:ascii="Calibri" w:hAnsi="Calibri" w:eastAsia="Calibri"/>
          <w:b/>
          <w:i w:val="0"/>
          <w:color w:val="146E3C"/>
          <w:sz w:val="22"/>
        </w:rPr>
        <w:t>B. [CORRECT] Review SCI Store, previous ECGs and past medical history</w:t>
      </w:r>
    </w:p>
    <w:p>
      <w:pPr>
        <w:spacing w:before="0" w:after="20" w:line="259" w:lineRule="auto"/>
      </w:pPr>
      <w:r>
        <w:rPr>
          <w:rFonts w:ascii="Calibri" w:hAnsi="Calibri" w:eastAsia="Calibri"/>
          <w:b w:val="0"/>
          <w:i/>
          <w:color w:val="282828"/>
          <w:sz w:val="22"/>
        </w:rPr>
        <w:t>Bay: Old inferior Q waves. Ex-smoker. No previous angiogram on the system.</w:t>
      </w:r>
    </w:p>
    <w:p>
      <w:pPr>
        <w:spacing w:before="120" w:after="20" w:line="259" w:lineRule="auto"/>
        <w:shd w:fill="E8F5EC" w:val="clear"/>
      </w:pPr>
      <w:r>
        <w:rPr>
          <w:rFonts w:ascii="Calibri" w:hAnsi="Calibri" w:eastAsia="Calibri"/>
          <w:b/>
          <w:i w:val="0"/>
          <w:color w:val="146E3C"/>
          <w:sz w:val="22"/>
        </w:rPr>
        <w:t>C. [CORRECT] Telephone next of kin for current drugs, allergies and comorbidity</w:t>
      </w:r>
    </w:p>
    <w:p>
      <w:pPr>
        <w:spacing w:before="0" w:after="20" w:line="259" w:lineRule="auto"/>
      </w:pPr>
      <w:r>
        <w:rPr>
          <w:rFonts w:ascii="Calibri" w:hAnsi="Calibri" w:eastAsia="Calibri"/>
          <w:b w:val="0"/>
          <w:i/>
          <w:color w:val="282828"/>
          <w:sz w:val="22"/>
        </w:rPr>
        <w:t>Bay: Wife: aspirin, ramipril, atorvastatin. Allergic to penicillin.</w:t>
      </w:r>
    </w:p>
    <w:p>
      <w:pPr>
        <w:spacing w:before="120" w:after="20" w:line="259" w:lineRule="auto"/>
        <w:shd w:fill="F8E8E8" w:val="clear"/>
      </w:pPr>
      <w:r>
        <w:rPr>
          <w:rFonts w:ascii="Calibri" w:hAnsi="Calibri" w:eastAsia="Calibri"/>
          <w:b w:val="0"/>
          <w:i w:val="0"/>
          <w:color w:val="A02828"/>
          <w:sz w:val="22"/>
        </w:rPr>
        <w:t>D. [WRONG] Delay PPCI for CT head</w:t>
      </w:r>
    </w:p>
    <w:p>
      <w:pPr>
        <w:spacing w:before="0" w:after="20" w:line="259" w:lineRule="auto"/>
      </w:pPr>
      <w:r>
        <w:rPr>
          <w:rFonts w:ascii="Calibri" w:hAnsi="Calibri" w:eastAsia="Calibri"/>
          <w:b w:val="0"/>
          <w:i/>
          <w:color w:val="282828"/>
          <w:sz w:val="22"/>
        </w:rPr>
        <w:t>Bay: He has territorial ST elevation. Do not delay reperfusion for a scan.</w:t>
      </w:r>
    </w:p>
    <w:p>
      <w:pPr>
        <w:spacing w:before="120" w:after="20" w:line="259" w:lineRule="auto"/>
        <w:shd w:fill="F8E8E8" w:val="clear"/>
      </w:pPr>
      <w:r>
        <w:rPr>
          <w:rFonts w:ascii="Calibri" w:hAnsi="Calibri" w:eastAsia="Calibri"/>
          <w:b w:val="0"/>
          <w:i w:val="0"/>
          <w:color w:val="A02828"/>
          <w:sz w:val="22"/>
        </w:rPr>
        <w:t>E. [WRONG] Await a formal cardiology echo report before activating PPCI</w:t>
      </w:r>
    </w:p>
    <w:p>
      <w:pPr>
        <w:spacing w:before="0" w:after="20" w:line="259" w:lineRule="auto"/>
      </w:pPr>
      <w:r>
        <w:rPr>
          <w:rFonts w:ascii="Calibri" w:hAnsi="Calibri" w:eastAsia="Calibri"/>
          <w:b w:val="0"/>
          <w:i/>
          <w:color w:val="282828"/>
          <w:sz w:val="22"/>
        </w:rPr>
        <w:t>Bay: The 12-lead is enough to activate.</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after ROSC and the 12-lead.</w:t>
      </w:r>
    </w:p>
    <w:p>
      <w:pPr>
        <w:spacing w:before="120" w:after="20" w:line="259" w:lineRule="auto"/>
        <w:shd w:fill="E8F5EC" w:val="clear"/>
      </w:pPr>
      <w:r>
        <w:rPr>
          <w:rFonts w:ascii="Calibri" w:hAnsi="Calibri" w:eastAsia="Calibri"/>
          <w:b/>
          <w:i w:val="0"/>
          <w:color w:val="146E3C"/>
          <w:sz w:val="22"/>
        </w:rPr>
        <w:t>A. [CORRECT] VF cardiac arrest secondary to anterior STEMI</w:t>
      </w:r>
    </w:p>
    <w:p>
      <w:pPr>
        <w:spacing w:before="0" w:after="20" w:line="259" w:lineRule="auto"/>
      </w:pPr>
      <w:r>
        <w:rPr>
          <w:rFonts w:ascii="Calibri" w:hAnsi="Calibri" w:eastAsia="Calibri"/>
          <w:b w:val="0"/>
          <w:i/>
          <w:color w:val="282828"/>
          <w:sz w:val="22"/>
        </w:rPr>
        <w:t>Bay: Agreed. Reperfusion is the next move.</w:t>
      </w:r>
    </w:p>
    <w:p>
      <w:pPr>
        <w:spacing w:before="120" w:after="20" w:line="259" w:lineRule="auto"/>
        <w:shd w:fill="F8E8E8" w:val="clear"/>
      </w:pPr>
      <w:r>
        <w:rPr>
          <w:rFonts w:ascii="Calibri" w:hAnsi="Calibri" w:eastAsia="Calibri"/>
          <w:b w:val="0"/>
          <w:i w:val="0"/>
          <w:color w:val="A02828"/>
          <w:sz w:val="22"/>
        </w:rPr>
        <w:t>B. [WRONG] PEA secondary to massive pulmonary embolism</w:t>
      </w:r>
    </w:p>
    <w:p>
      <w:pPr>
        <w:spacing w:before="0" w:after="20" w:line="259" w:lineRule="auto"/>
      </w:pPr>
      <w:r>
        <w:rPr>
          <w:rFonts w:ascii="Calibri" w:hAnsi="Calibri" w:eastAsia="Calibri"/>
          <w:b w:val="0"/>
          <w:i/>
          <w:color w:val="282828"/>
          <w:sz w:val="22"/>
        </w:rPr>
        <w:t>Bay: The presenting rhythm was shockable, and the 12-lead is territorial ST elevation, not isolated strain.</w:t>
      </w:r>
    </w:p>
    <w:p>
      <w:pPr>
        <w:spacing w:before="120" w:after="20" w:line="259" w:lineRule="auto"/>
        <w:shd w:fill="F8E8E8" w:val="clear"/>
      </w:pPr>
      <w:r>
        <w:rPr>
          <w:rFonts w:ascii="Calibri" w:hAnsi="Calibri" w:eastAsia="Calibri"/>
          <w:b w:val="0"/>
          <w:i w:val="0"/>
          <w:color w:val="A02828"/>
          <w:sz w:val="22"/>
        </w:rPr>
        <w:t>C. [WRONG] Primary VF without acute coronary occlusion</w:t>
      </w:r>
    </w:p>
    <w:p>
      <w:pPr>
        <w:spacing w:before="0" w:after="20" w:line="259" w:lineRule="auto"/>
      </w:pPr>
      <w:r>
        <w:rPr>
          <w:rFonts w:ascii="Calibri" w:hAnsi="Calibri" w:eastAsia="Calibri"/>
          <w:b w:val="0"/>
          <w:i/>
          <w:color w:val="282828"/>
          <w:sz w:val="22"/>
        </w:rPr>
        <w:t>Bay: Anterior ST elevation after ROSC makes ACS the lead diagnosis, not idiopathic VF.</w:t>
      </w:r>
    </w:p>
    <w:p>
      <w:pPr>
        <w:spacing w:before="120" w:after="20" w:line="259" w:lineRule="auto"/>
        <w:shd w:fill="F8E8E8" w:val="clear"/>
      </w:pPr>
      <w:r>
        <w:rPr>
          <w:rFonts w:ascii="Calibri" w:hAnsi="Calibri" w:eastAsia="Calibri"/>
          <w:b w:val="0"/>
          <w:i w:val="0"/>
          <w:color w:val="A02828"/>
          <w:sz w:val="22"/>
        </w:rPr>
        <w:t>D. [WRONG] Type A aortic dissection with coronary ostial occlusion</w:t>
      </w:r>
    </w:p>
    <w:p>
      <w:pPr>
        <w:spacing w:before="0" w:after="20" w:line="259" w:lineRule="auto"/>
      </w:pPr>
      <w:r>
        <w:rPr>
          <w:rFonts w:ascii="Calibri" w:hAnsi="Calibri" w:eastAsia="Calibri"/>
          <w:b w:val="0"/>
          <w:i/>
          <w:color w:val="282828"/>
          <w:sz w:val="22"/>
        </w:rPr>
        <w:t>Bay: Possible, but there is no tearing pain, pulse deficit or unequal BPs — do not delay PPCI for that hypothesis.</w:t>
      </w:r>
    </w:p>
    <w:p>
      <w:pPr>
        <w:spacing w:before="120" w:after="20" w:line="259" w:lineRule="auto"/>
        <w:shd w:fill="F8E8E8" w:val="clear"/>
      </w:pPr>
      <w:r>
        <w:rPr>
          <w:rFonts w:ascii="Calibri" w:hAnsi="Calibri" w:eastAsia="Calibri"/>
          <w:b w:val="0"/>
          <w:i w:val="0"/>
          <w:color w:val="A02828"/>
          <w:sz w:val="22"/>
        </w:rPr>
        <w:t>E. [WRONG] Intracerebral haemorrhage presenting as collapse</w:t>
      </w:r>
    </w:p>
    <w:p>
      <w:pPr>
        <w:spacing w:before="0" w:after="20" w:line="259" w:lineRule="auto"/>
      </w:pPr>
      <w:r>
        <w:rPr>
          <w:rFonts w:ascii="Calibri" w:hAnsi="Calibri" w:eastAsia="Calibri"/>
          <w:b w:val="0"/>
          <w:i/>
          <w:color w:val="282828"/>
          <w:sz w:val="22"/>
        </w:rPr>
        <w:t>Bay: GCS 6 after arrest is expected. Territorial ST elevation is not ICH.</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Cardiology are on the phone. He is still hypotensive.</w:t>
      </w:r>
    </w:p>
    <w:p>
      <w:pPr>
        <w:spacing w:before="120" w:after="20" w:line="259" w:lineRule="auto"/>
        <w:shd w:fill="E8F5EC" w:val="clear"/>
      </w:pPr>
      <w:r>
        <w:rPr>
          <w:rFonts w:ascii="Calibri" w:hAnsi="Calibri" w:eastAsia="Calibri"/>
          <w:b/>
          <w:i w:val="0"/>
          <w:color w:val="146E3C"/>
          <w:sz w:val="22"/>
        </w:rPr>
        <w:t>A. [CORRECT] Immediate PPCI</w:t>
      </w:r>
    </w:p>
    <w:p>
      <w:pPr>
        <w:spacing w:before="0" w:after="20" w:line="259" w:lineRule="auto"/>
      </w:pPr>
      <w:r>
        <w:rPr>
          <w:rFonts w:ascii="Calibri" w:hAnsi="Calibri" w:eastAsia="Calibri"/>
          <w:b w:val="0"/>
          <w:i/>
          <w:color w:val="282828"/>
          <w:sz w:val="22"/>
        </w:rPr>
        <w:t>Bay: Lab is hot. They will take him from the bay. ICU will follow.</w:t>
      </w:r>
    </w:p>
    <w:p>
      <w:pPr>
        <w:spacing w:before="0" w:after="40" w:line="259" w:lineRule="auto"/>
      </w:pPr>
      <w:r>
        <w:rPr>
          <w:rFonts w:ascii="Calibri" w:hAnsi="Calibri" w:eastAsia="Calibri"/>
          <w:b w:val="0"/>
          <w:i/>
          <w:color w:val="5A4614"/>
          <w:sz w:val="20"/>
        </w:rPr>
        <w:t>Reaction: sbp +8, spo2 +2</w:t>
      </w:r>
    </w:p>
    <w:p>
      <w:pPr>
        <w:spacing w:before="80" w:after="40" w:line="259" w:lineRule="auto"/>
      </w:pPr>
      <w:r>
        <w:rPr>
          <w:rFonts w:ascii="Calibri" w:hAnsi="Calibri" w:eastAsia="Calibri"/>
          <w:b/>
          <w:i w:val="0"/>
          <w:color w:val="46326E"/>
          <w:sz w:val="22"/>
        </w:rPr>
        <w:t xml:space="preserve">    Follow-up: What is the reperfusion plan?</w:t>
      </w:r>
    </w:p>
    <w:p>
      <w:pPr>
        <w:spacing w:before="120" w:after="20" w:line="259" w:lineRule="auto"/>
        <w:shd w:fill="E8F5EC" w:val="clear"/>
      </w:pPr>
      <w:r>
        <w:rPr>
          <w:rFonts w:ascii="Calibri" w:hAnsi="Calibri" w:eastAsia="Calibri"/>
          <w:b/>
          <w:i w:val="0"/>
          <w:color w:val="146E3C"/>
          <w:sz w:val="22"/>
        </w:rPr>
        <w:t xml:space="preserve">    A. [CORRECT] Primary PCI now; do not lyse in a PPCI centre</w:t>
      </w:r>
    </w:p>
    <w:p>
      <w:pPr>
        <w:spacing w:before="0" w:after="20" w:line="259" w:lineRule="auto"/>
      </w:pPr>
      <w:r>
        <w:rPr>
          <w:rFonts w:ascii="Calibri" w:hAnsi="Calibri" w:eastAsia="Calibri"/>
          <w:b w:val="0"/>
          <w:i/>
          <w:color w:val="282828"/>
          <w:sz w:val="22"/>
        </w:rPr>
        <w:t xml:space="preserve">       Bay: Door-to-balloon is short. Accompany him; support BP and the airway.</w:t>
      </w:r>
    </w:p>
    <w:p>
      <w:pPr>
        <w:spacing w:before="120" w:after="20" w:line="259" w:lineRule="auto"/>
        <w:shd w:fill="F8E8E8" w:val="clear"/>
      </w:pPr>
      <w:r>
        <w:rPr>
          <w:rFonts w:ascii="Calibri" w:hAnsi="Calibri" w:eastAsia="Calibri"/>
          <w:b w:val="0"/>
          <w:i w:val="0"/>
          <w:color w:val="A02828"/>
          <w:sz w:val="22"/>
        </w:rPr>
        <w:t xml:space="preserve">    B. [WRONG] Tenecteplase now; PPCI only if lysis fails</w:t>
      </w:r>
    </w:p>
    <w:p>
      <w:pPr>
        <w:spacing w:before="0" w:after="20" w:line="259" w:lineRule="auto"/>
      </w:pPr>
      <w:r>
        <w:rPr>
          <w:rFonts w:ascii="Calibri" w:hAnsi="Calibri" w:eastAsia="Calibri"/>
          <w:b w:val="0"/>
          <w:i/>
          <w:color w:val="282828"/>
          <w:sz w:val="22"/>
        </w:rPr>
        <w:t xml:space="preserve">       Bay: Lysis is the fallback if PPCI cannot be delivered within 120 minutes.</w:t>
      </w:r>
    </w:p>
    <w:p>
      <w:pPr>
        <w:spacing w:before="120" w:after="20" w:line="259" w:lineRule="auto"/>
        <w:shd w:fill="F8E8E8" w:val="clear"/>
      </w:pPr>
      <w:r>
        <w:rPr>
          <w:rFonts w:ascii="Calibri" w:hAnsi="Calibri" w:eastAsia="Calibri"/>
          <w:b w:val="0"/>
          <w:i w:val="0"/>
          <w:color w:val="A02828"/>
          <w:sz w:val="22"/>
        </w:rPr>
        <w:t xml:space="preserve">    C. [WRONG] Half-dose tenecteplase then the lab</w:t>
      </w:r>
    </w:p>
    <w:p>
      <w:pPr>
        <w:spacing w:before="0" w:after="20" w:line="259" w:lineRule="auto"/>
      </w:pPr>
      <w:r>
        <w:rPr>
          <w:rFonts w:ascii="Calibri" w:hAnsi="Calibri" w:eastAsia="Calibri"/>
          <w:b w:val="0"/>
          <w:i/>
          <w:color w:val="282828"/>
          <w:sz w:val="22"/>
        </w:rPr>
        <w:t xml:space="preserve">       Bay: Pharmacoinvasive therapy is not indicated when the lab is available now.</w:t>
      </w:r>
    </w:p>
    <w:p>
      <w:pPr>
        <w:spacing w:before="120" w:after="20" w:line="259" w:lineRule="auto"/>
        <w:shd w:fill="F8E8E8" w:val="clear"/>
      </w:pPr>
      <w:r>
        <w:rPr>
          <w:rFonts w:ascii="Calibri" w:hAnsi="Calibri" w:eastAsia="Calibri"/>
          <w:b w:val="0"/>
          <w:i w:val="0"/>
          <w:color w:val="A02828"/>
          <w:sz w:val="22"/>
        </w:rPr>
        <w:t xml:space="preserve">    D. [WRONG] Aspirin only; P2Y12 in the lab tomorrow</w:t>
      </w:r>
    </w:p>
    <w:p>
      <w:pPr>
        <w:spacing w:before="0" w:after="20" w:line="259" w:lineRule="auto"/>
      </w:pPr>
      <w:r>
        <w:rPr>
          <w:rFonts w:ascii="Calibri" w:hAnsi="Calibri" w:eastAsia="Calibri"/>
          <w:b w:val="0"/>
          <w:i/>
          <w:color w:val="282828"/>
          <w:sz w:val="22"/>
        </w:rPr>
        <w:t xml:space="preserve">       Bay: He needs immediate reperfusion, not a deferred load.</w:t>
      </w:r>
    </w:p>
    <w:p>
      <w:pPr>
        <w:spacing w:before="120" w:after="20" w:line="259" w:lineRule="auto"/>
        <w:shd w:fill="F8E8E8" w:val="clear"/>
      </w:pPr>
      <w:r>
        <w:rPr>
          <w:rFonts w:ascii="Calibri" w:hAnsi="Calibri" w:eastAsia="Calibri"/>
          <w:b w:val="0"/>
          <w:i w:val="0"/>
          <w:color w:val="A02828"/>
          <w:sz w:val="22"/>
        </w:rPr>
        <w:t xml:space="preserve">    E. [WRONG] Wait 90 minutes on the trolley for rescue PCI</w:t>
      </w:r>
    </w:p>
    <w:p>
      <w:pPr>
        <w:spacing w:before="0" w:after="20" w:line="259" w:lineRule="auto"/>
      </w:pPr>
      <w:r>
        <w:rPr>
          <w:rFonts w:ascii="Calibri" w:hAnsi="Calibri" w:eastAsia="Calibri"/>
          <w:b w:val="0"/>
          <w:i/>
          <w:color w:val="282828"/>
          <w:sz w:val="22"/>
        </w:rPr>
        <w:t xml:space="preserve">       Bay: Do not wait. Activate now.</w:t>
      </w:r>
    </w:p>
    <w:p>
      <w:pPr>
        <w:spacing w:before="120" w:after="20" w:line="259" w:lineRule="auto"/>
        <w:shd w:fill="F8E8E8" w:val="clear"/>
      </w:pPr>
      <w:r>
        <w:rPr>
          <w:rFonts w:ascii="Calibri" w:hAnsi="Calibri" w:eastAsia="Calibri"/>
          <w:b w:val="0"/>
          <w:i w:val="0"/>
          <w:color w:val="A02828"/>
          <w:sz w:val="22"/>
        </w:rPr>
        <w:t>B. [WRONG] Immediate tenecteplase</w:t>
      </w:r>
    </w:p>
    <w:p>
      <w:pPr>
        <w:spacing w:before="0" w:after="20" w:line="259" w:lineRule="auto"/>
      </w:pPr>
      <w:r>
        <w:rPr>
          <w:rFonts w:ascii="Calibri" w:hAnsi="Calibri" w:eastAsia="Calibri"/>
          <w:b w:val="0"/>
          <w:i/>
          <w:color w:val="282828"/>
          <w:sz w:val="22"/>
        </w:rPr>
        <w:t>Bay: Door-to-balloon here is short. Lysis is the fallback if PPCI cannot be delivered within 120 minutes.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CCU for next-day angiography</w:t>
      </w:r>
    </w:p>
    <w:p>
      <w:pPr>
        <w:spacing w:before="0" w:after="20" w:line="259" w:lineRule="auto"/>
      </w:pPr>
      <w:r>
        <w:rPr>
          <w:rFonts w:ascii="Calibri" w:hAnsi="Calibri" w:eastAsia="Calibri"/>
          <w:b w:val="0"/>
          <w:i/>
          <w:color w:val="282828"/>
          <w:sz w:val="22"/>
        </w:rPr>
        <w:t>Bay: This is an occlusive STEMI after VF arrest. That is not reperfusion.</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Heparin infusion without reperfusion</w:t>
      </w:r>
    </w:p>
    <w:p>
      <w:pPr>
        <w:spacing w:before="0" w:after="20" w:line="259" w:lineRule="auto"/>
      </w:pPr>
      <w:r>
        <w:rPr>
          <w:rFonts w:ascii="Calibri" w:hAnsi="Calibri" w:eastAsia="Calibri"/>
          <w:b w:val="0"/>
          <w:i/>
          <w:color w:val="282828"/>
          <w:sz w:val="22"/>
        </w:rPr>
        <w:t>Bay: You will miss the lab window. Territorial ST elevation is ACS until the vessel is open.</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Emergency CABG without angiography</w:t>
      </w:r>
    </w:p>
    <w:p>
      <w:pPr>
        <w:spacing w:before="0" w:after="20" w:line="259" w:lineRule="auto"/>
      </w:pPr>
      <w:r>
        <w:rPr>
          <w:rFonts w:ascii="Calibri" w:hAnsi="Calibri" w:eastAsia="Calibri"/>
          <w:b w:val="0"/>
          <w:i/>
          <w:color w:val="282828"/>
          <w:sz w:val="22"/>
        </w:rPr>
        <w:t>Bay: The next step is the cath lab, not a blind trip to theatre. Go to PPCI.</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He has a pulse and a protected airway.</w:t>
      </w:r>
    </w:p>
    <w:p>
      <w:pPr>
        <w:spacing w:before="120" w:after="20" w:line="259" w:lineRule="auto"/>
        <w:shd w:fill="E8F5EC" w:val="clear"/>
      </w:pPr>
      <w:r>
        <w:rPr>
          <w:rFonts w:ascii="Calibri" w:hAnsi="Calibri" w:eastAsia="Calibri"/>
          <w:b/>
          <w:i w:val="0"/>
          <w:color w:val="146E3C"/>
          <w:sz w:val="22"/>
        </w:rPr>
        <w:t>A. [CORRECT] Primary PCI laboratory now, then ICU/CCU by vessel and neurology</w:t>
      </w:r>
    </w:p>
    <w:p>
      <w:pPr>
        <w:spacing w:before="0" w:after="20" w:line="259" w:lineRule="auto"/>
      </w:pPr>
      <w:r>
        <w:rPr>
          <w:rFonts w:ascii="Calibri" w:hAnsi="Calibri" w:eastAsia="Calibri"/>
          <w:b w:val="0"/>
          <w:i/>
          <w:color w:val="282828"/>
          <w:sz w:val="22"/>
        </w:rPr>
        <w:t>Bay: Correct destination.</w:t>
      </w:r>
    </w:p>
    <w:p>
      <w:pPr>
        <w:spacing w:before="120" w:after="20" w:line="259" w:lineRule="auto"/>
        <w:shd w:fill="F8E8E8" w:val="clear"/>
      </w:pPr>
      <w:r>
        <w:rPr>
          <w:rFonts w:ascii="Calibri" w:hAnsi="Calibri" w:eastAsia="Calibri"/>
          <w:b w:val="0"/>
          <w:i w:val="0"/>
          <w:color w:val="A02828"/>
          <w:sz w:val="22"/>
        </w:rPr>
        <w:t>B. [WRONG] Acute medical unit with telemetry, angiography next working day</w:t>
      </w:r>
    </w:p>
    <w:p>
      <w:pPr>
        <w:spacing w:before="0" w:after="20" w:line="259" w:lineRule="auto"/>
      </w:pPr>
      <w:r>
        <w:rPr>
          <w:rFonts w:ascii="Calibri" w:hAnsi="Calibri" w:eastAsia="Calibri"/>
          <w:b w:val="0"/>
          <w:i/>
          <w:color w:val="282828"/>
          <w:sz w:val="22"/>
        </w:rPr>
        <w:t>Bay: Post-arrest STEMI does not go to AMU.</w:t>
      </w:r>
    </w:p>
    <w:p>
      <w:pPr>
        <w:spacing w:before="120" w:after="20" w:line="259" w:lineRule="auto"/>
        <w:shd w:fill="F8E8E8" w:val="clear"/>
      </w:pPr>
      <w:r>
        <w:rPr>
          <w:rFonts w:ascii="Calibri" w:hAnsi="Calibri" w:eastAsia="Calibri"/>
          <w:b w:val="0"/>
          <w:i w:val="0"/>
          <w:color w:val="A02828"/>
          <w:sz w:val="22"/>
        </w:rPr>
        <w:t>C. [WRONG] General ICU for post-arrest care without immediate reperfusion</w:t>
      </w:r>
    </w:p>
    <w:p>
      <w:pPr>
        <w:spacing w:before="0" w:after="20" w:line="259" w:lineRule="auto"/>
      </w:pPr>
      <w:r>
        <w:rPr>
          <w:rFonts w:ascii="Calibri" w:hAnsi="Calibri" w:eastAsia="Calibri"/>
          <w:b w:val="0"/>
          <w:i/>
          <w:color w:val="282828"/>
          <w:sz w:val="22"/>
        </w:rPr>
        <w:t>Bay: Airway and cooling do not replace opening the vessel.</w:t>
      </w:r>
    </w:p>
    <w:p>
      <w:pPr>
        <w:spacing w:before="120" w:after="20" w:line="259" w:lineRule="auto"/>
        <w:shd w:fill="F8E8E8" w:val="clear"/>
      </w:pPr>
      <w:r>
        <w:rPr>
          <w:rFonts w:ascii="Calibri" w:hAnsi="Calibri" w:eastAsia="Calibri"/>
          <w:b w:val="0"/>
          <w:i w:val="0"/>
          <w:color w:val="A02828"/>
          <w:sz w:val="22"/>
        </w:rPr>
        <w:t>D. [WRONG] Emergency CABG without angiography</w:t>
      </w:r>
    </w:p>
    <w:p>
      <w:pPr>
        <w:spacing w:before="0" w:after="20" w:line="259" w:lineRule="auto"/>
      </w:pPr>
      <w:r>
        <w:rPr>
          <w:rFonts w:ascii="Calibri" w:hAnsi="Calibri" w:eastAsia="Calibri"/>
          <w:b w:val="0"/>
          <w:i/>
          <w:color w:val="282828"/>
          <w:sz w:val="22"/>
        </w:rPr>
        <w:t>Bay: Wrong sequence — the next step is the cath lab, not a blind trip to theatre.</w:t>
      </w:r>
    </w:p>
    <w:p>
      <w:pPr>
        <w:spacing w:before="120" w:after="20" w:line="259" w:lineRule="auto"/>
        <w:shd w:fill="F8E8E8" w:val="clear"/>
      </w:pPr>
      <w:r>
        <w:rPr>
          <w:rFonts w:ascii="Calibri" w:hAnsi="Calibri" w:eastAsia="Calibri"/>
          <w:b w:val="0"/>
          <w:i w:val="0"/>
          <w:color w:val="A02828"/>
          <w:sz w:val="22"/>
        </w:rPr>
        <w:t>E. [WRONG] CCU telemetry without opening the vessel</w:t>
      </w:r>
    </w:p>
    <w:p>
      <w:pPr>
        <w:spacing w:before="0" w:after="20" w:line="259" w:lineRule="auto"/>
      </w:pPr>
      <w:r>
        <w:rPr>
          <w:rFonts w:ascii="Calibri" w:hAnsi="Calibri" w:eastAsia="Calibri"/>
          <w:b w:val="0"/>
          <w:i/>
          <w:color w:val="282828"/>
          <w:sz w:val="22"/>
        </w:rPr>
        <w:t>Bay: This is a coronary occlusion. Reperfusion first.</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he leaves the bay.</w:t>
      </w:r>
    </w:p>
    <w:p>
      <w:pPr>
        <w:spacing w:before="120" w:after="20" w:line="259" w:lineRule="auto"/>
        <w:shd w:fill="E8F5EC" w:val="clear"/>
      </w:pPr>
      <w:r>
        <w:rPr>
          <w:rFonts w:ascii="Calibri" w:hAnsi="Calibri" w:eastAsia="Calibri"/>
          <w:b/>
          <w:i w:val="0"/>
          <w:color w:val="146E3C"/>
          <w:sz w:val="22"/>
        </w:rPr>
        <w:t>A. [CORRECT] Document timings and shocks, secure lines, update family, avoid-fever plan</w:t>
      </w:r>
    </w:p>
    <w:p>
      <w:pPr>
        <w:spacing w:before="0" w:after="20" w:line="259" w:lineRule="auto"/>
      </w:pPr>
      <w:r>
        <w:rPr>
          <w:rFonts w:ascii="Calibri" w:hAnsi="Calibri" w:eastAsia="Calibri"/>
          <w:b w:val="0"/>
          <w:i/>
          <w:color w:val="282828"/>
          <w:sz w:val="22"/>
        </w:rPr>
        <w:t>Bay: Handover is clean. Wife is in the relatives' room. He is going.</w:t>
      </w:r>
    </w:p>
    <w:p>
      <w:pPr>
        <w:spacing w:before="80" w:after="40" w:line="259" w:lineRule="auto"/>
      </w:pPr>
      <w:r>
        <w:rPr>
          <w:rFonts w:ascii="Calibri" w:hAnsi="Calibri" w:eastAsia="Calibri"/>
          <w:b/>
          <w:i w:val="0"/>
          <w:color w:val="46326E"/>
          <w:sz w:val="22"/>
        </w:rPr>
        <w:t xml:space="preserve">    Follow-up: What must travel with him to the lab?</w:t>
      </w:r>
    </w:p>
    <w:p>
      <w:pPr>
        <w:spacing w:before="120" w:after="20" w:line="259" w:lineRule="auto"/>
        <w:shd w:fill="E8F5EC" w:val="clear"/>
      </w:pPr>
      <w:r>
        <w:rPr>
          <w:rFonts w:ascii="Calibri" w:hAnsi="Calibri" w:eastAsia="Calibri"/>
          <w:b/>
          <w:i w:val="0"/>
          <w:color w:val="146E3C"/>
          <w:sz w:val="22"/>
        </w:rPr>
        <w:t xml:space="preserve">    A. [CORRECT] The 12-lead and documented shock timings</w:t>
      </w:r>
    </w:p>
    <w:p>
      <w:pPr>
        <w:spacing w:before="0" w:after="20" w:line="259" w:lineRule="auto"/>
      </w:pPr>
      <w:r>
        <w:rPr>
          <w:rFonts w:ascii="Calibri" w:hAnsi="Calibri" w:eastAsia="Calibri"/>
          <w:b w:val="0"/>
          <w:i/>
          <w:color w:val="282828"/>
          <w:sz w:val="22"/>
        </w:rPr>
        <w:t xml:space="preserve">       Bay: The lab needs the tracing and the arrest timeline. Keep the airway and lines.</w:t>
      </w:r>
    </w:p>
    <w:p>
      <w:pPr>
        <w:spacing w:before="120" w:after="20" w:line="259" w:lineRule="auto"/>
        <w:shd w:fill="F8E8E8" w:val="clear"/>
      </w:pPr>
      <w:r>
        <w:rPr>
          <w:rFonts w:ascii="Calibri" w:hAnsi="Calibri" w:eastAsia="Calibri"/>
          <w:b w:val="0"/>
          <w:i w:val="0"/>
          <w:color w:val="A02828"/>
          <w:sz w:val="22"/>
        </w:rPr>
        <w:t xml:space="preserve">    B. [WRONG] The i-gel removed so he can give a history</w:t>
      </w:r>
    </w:p>
    <w:p>
      <w:pPr>
        <w:spacing w:before="0" w:after="20" w:line="259" w:lineRule="auto"/>
      </w:pPr>
      <w:r>
        <w:rPr>
          <w:rFonts w:ascii="Calibri" w:hAnsi="Calibri" w:eastAsia="Calibri"/>
          <w:b w:val="0"/>
          <w:i/>
          <w:color w:val="282828"/>
          <w:sz w:val="22"/>
        </w:rPr>
        <w:t xml:space="preserve">       Bay: GCS 6. Leave the airway.</w:t>
      </w:r>
    </w:p>
    <w:p>
      <w:pPr>
        <w:spacing w:before="120" w:after="20" w:line="259" w:lineRule="auto"/>
        <w:shd w:fill="F8E8E8" w:val="clear"/>
      </w:pPr>
      <w:r>
        <w:rPr>
          <w:rFonts w:ascii="Calibri" w:hAnsi="Calibri" w:eastAsia="Calibri"/>
          <w:b w:val="0"/>
          <w:i w:val="0"/>
          <w:color w:val="A02828"/>
          <w:sz w:val="22"/>
        </w:rPr>
        <w:t xml:space="preserve">    C. [WRONG] 1 L of 5% glucose as cerebral protection</w:t>
      </w:r>
    </w:p>
    <w:p>
      <w:pPr>
        <w:spacing w:before="0" w:after="20" w:line="259" w:lineRule="auto"/>
      </w:pPr>
      <w:r>
        <w:rPr>
          <w:rFonts w:ascii="Calibri" w:hAnsi="Calibri" w:eastAsia="Calibri"/>
          <w:b w:val="0"/>
          <w:i/>
          <w:color w:val="282828"/>
          <w:sz w:val="22"/>
        </w:rPr>
        <w:t xml:space="preserve">       Bay: Not indicated, and it delays reperfusion.</w:t>
      </w:r>
    </w:p>
    <w:p>
      <w:pPr>
        <w:spacing w:before="120" w:after="20" w:line="259" w:lineRule="auto"/>
        <w:shd w:fill="F8E8E8" w:val="clear"/>
      </w:pPr>
      <w:r>
        <w:rPr>
          <w:rFonts w:ascii="Calibri" w:hAnsi="Calibri" w:eastAsia="Calibri"/>
          <w:b w:val="0"/>
          <w:i w:val="0"/>
          <w:color w:val="A02828"/>
          <w:sz w:val="22"/>
        </w:rPr>
        <w:t xml:space="preserve">    D. [WRONG] A propofol infusion targeting RASS −4</w:t>
      </w:r>
    </w:p>
    <w:p>
      <w:pPr>
        <w:spacing w:before="0" w:after="20" w:line="259" w:lineRule="auto"/>
      </w:pPr>
      <w:r>
        <w:rPr>
          <w:rFonts w:ascii="Calibri" w:hAnsi="Calibri" w:eastAsia="Calibri"/>
          <w:b w:val="0"/>
          <w:i/>
          <w:color w:val="282828"/>
          <w:sz w:val="22"/>
        </w:rPr>
        <w:t xml:space="preserve">       Bay: Do not dump his pressure with an unplanned anaesthetic.</w:t>
      </w:r>
    </w:p>
    <w:p>
      <w:pPr>
        <w:spacing w:before="120" w:after="20" w:line="259" w:lineRule="auto"/>
        <w:shd w:fill="F8E8E8" w:val="clear"/>
      </w:pPr>
      <w:r>
        <w:rPr>
          <w:rFonts w:ascii="Calibri" w:hAnsi="Calibri" w:eastAsia="Calibri"/>
          <w:b w:val="0"/>
          <w:i w:val="0"/>
          <w:color w:val="A02828"/>
          <w:sz w:val="22"/>
        </w:rPr>
        <w:t xml:space="preserve">    E. [WRONG] A consultant-reported chest radiograph</w:t>
      </w:r>
    </w:p>
    <w:p>
      <w:pPr>
        <w:spacing w:before="0" w:after="20" w:line="259" w:lineRule="auto"/>
      </w:pPr>
      <w:r>
        <w:rPr>
          <w:rFonts w:ascii="Calibri" w:hAnsi="Calibri" w:eastAsia="Calibri"/>
          <w:b w:val="0"/>
          <w:i/>
          <w:color w:val="282828"/>
          <w:sz w:val="22"/>
        </w:rPr>
        <w:t xml:space="preserve">       Bay: Do not wait on a film. The indication is the 12-lead.</w:t>
      </w:r>
    </w:p>
    <w:p>
      <w:pPr>
        <w:spacing w:before="120" w:after="20" w:line="259" w:lineRule="auto"/>
        <w:shd w:fill="F8E8E8" w:val="clear"/>
      </w:pPr>
      <w:r>
        <w:rPr>
          <w:rFonts w:ascii="Calibri" w:hAnsi="Calibri" w:eastAsia="Calibri"/>
          <w:b w:val="0"/>
          <w:i w:val="0"/>
          <w:color w:val="A02828"/>
          <w:sz w:val="22"/>
        </w:rPr>
        <w:t>B. [WRONG] Remove the i-gel for a wake-up test so the lab can take a history</w:t>
      </w:r>
    </w:p>
    <w:p>
      <w:pPr>
        <w:spacing w:before="0" w:after="20" w:line="259" w:lineRule="auto"/>
      </w:pPr>
      <w:r>
        <w:rPr>
          <w:rFonts w:ascii="Calibri" w:hAnsi="Calibri" w:eastAsia="Calibri"/>
          <w:b w:val="0"/>
          <w:i/>
          <w:color w:val="282828"/>
          <w:sz w:val="22"/>
        </w:rPr>
        <w:t>Bay: GCS 6. Leave the airway. Neuroprognostication is not done on the trolley.</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Give 1 L of 5% glucose as cerebral protection before lab transfer</w:t>
      </w:r>
    </w:p>
    <w:p>
      <w:pPr>
        <w:spacing w:before="0" w:after="20" w:line="259" w:lineRule="auto"/>
      </w:pPr>
      <w:r>
        <w:rPr>
          <w:rFonts w:ascii="Calibri" w:hAnsi="Calibri" w:eastAsia="Calibri"/>
          <w:b w:val="0"/>
          <w:i/>
          <w:color w:val="282828"/>
          <w:sz w:val="22"/>
        </w:rPr>
        <w:t>Bay: Not indicated and will not improve outcome. You have delayed the lab for a non-treatment.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Start propofol targeting RASS −4 without a definitive airway plan</w:t>
      </w:r>
    </w:p>
    <w:p>
      <w:pPr>
        <w:spacing w:before="0" w:after="20" w:line="259" w:lineRule="auto"/>
      </w:pPr>
      <w:r>
        <w:rPr>
          <w:rFonts w:ascii="Calibri" w:hAnsi="Calibri" w:eastAsia="Calibri"/>
          <w:b w:val="0"/>
          <w:i/>
          <w:color w:val="282828"/>
          <w:sz w:val="22"/>
        </w:rPr>
        <w:t>Bay: He has a supraglottic airway and a fragile output. Do not dump his pressure with an unplanned anaesthetic.</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Delay the lab until a consultant radiologist has reported the chest radiograph</w:t>
      </w:r>
    </w:p>
    <w:p>
      <w:pPr>
        <w:spacing w:before="0" w:after="20" w:line="259" w:lineRule="auto"/>
      </w:pPr>
      <w:r>
        <w:rPr>
          <w:rFonts w:ascii="Calibri" w:hAnsi="Calibri" w:eastAsia="Calibri"/>
          <w:b w:val="0"/>
          <w:i/>
          <w:color w:val="282828"/>
          <w:sz w:val="22"/>
        </w:rPr>
        <w:t>Bay: Do not wait on a film. The indication for PPCI is the 12-lead.</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The lab rings later from the table.</w:t>
      </w:r>
    </w:p>
    <w:p>
      <w:pPr>
        <w:spacing w:before="120" w:after="20" w:line="259" w:lineRule="auto"/>
        <w:shd w:fill="E8F5EC" w:val="clear"/>
      </w:pPr>
      <w:r>
        <w:rPr>
          <w:rFonts w:ascii="Calibri" w:hAnsi="Calibri" w:eastAsia="Calibri"/>
          <w:b/>
          <w:i w:val="0"/>
          <w:color w:val="146E3C"/>
          <w:sz w:val="22"/>
        </w:rPr>
        <w:t>A. [CORRECT] VF cardiac arrest secondary to an anterior STEMI</w:t>
      </w:r>
    </w:p>
    <w:p>
      <w:pPr>
        <w:spacing w:before="0" w:after="20" w:line="259" w:lineRule="auto"/>
      </w:pPr>
      <w:r>
        <w:rPr>
          <w:rFonts w:ascii="Calibri" w:hAnsi="Calibri" w:eastAsia="Calibri"/>
          <w:b w:val="0"/>
          <w:i/>
          <w:color w:val="282828"/>
          <w:sz w:val="22"/>
        </w:rPr>
        <w:t>Bay: Proximal LAD. That is the diagnosis.</w:t>
      </w:r>
    </w:p>
    <w:p>
      <w:pPr>
        <w:spacing w:before="120" w:after="20" w:line="259" w:lineRule="auto"/>
        <w:shd w:fill="F8E8E8" w:val="clear"/>
      </w:pPr>
      <w:r>
        <w:rPr>
          <w:rFonts w:ascii="Calibri" w:hAnsi="Calibri" w:eastAsia="Calibri"/>
          <w:b w:val="0"/>
          <w:i w:val="0"/>
          <w:color w:val="A02828"/>
          <w:sz w:val="22"/>
        </w:rPr>
        <w:t>B. [WRONG] PEA secondary to massive pulmonary embolism</w:t>
      </w:r>
    </w:p>
    <w:p>
      <w:pPr>
        <w:spacing w:before="0" w:after="20" w:line="259" w:lineRule="auto"/>
      </w:pPr>
      <w:r>
        <w:rPr>
          <w:rFonts w:ascii="Calibri" w:hAnsi="Calibri" w:eastAsia="Calibri"/>
          <w:b w:val="0"/>
          <w:i/>
          <w:color w:val="282828"/>
          <w:sz w:val="22"/>
        </w:rPr>
        <w:t>Bay: Presenting rhythm was shockable, and the vessel is the LAD, not a pulmonary artery.</w:t>
      </w:r>
    </w:p>
    <w:p>
      <w:pPr>
        <w:spacing w:before="120" w:after="20" w:line="259" w:lineRule="auto"/>
        <w:shd w:fill="F8E8E8" w:val="clear"/>
      </w:pPr>
      <w:r>
        <w:rPr>
          <w:rFonts w:ascii="Calibri" w:hAnsi="Calibri" w:eastAsia="Calibri"/>
          <w:b w:val="0"/>
          <w:i w:val="0"/>
          <w:color w:val="A02828"/>
          <w:sz w:val="22"/>
        </w:rPr>
        <w:t>C. [WRONG] Primary ventricular arrhythmia without coronary occlusion</w:t>
      </w:r>
    </w:p>
    <w:p>
      <w:pPr>
        <w:spacing w:before="0" w:after="20" w:line="259" w:lineRule="auto"/>
      </w:pPr>
      <w:r>
        <w:rPr>
          <w:rFonts w:ascii="Calibri" w:hAnsi="Calibri" w:eastAsia="Calibri"/>
          <w:b w:val="0"/>
          <w:i/>
          <w:color w:val="282828"/>
          <w:sz w:val="22"/>
        </w:rPr>
        <w:t>Bay: The angiogram shows an occluded LAD.</w:t>
      </w:r>
    </w:p>
    <w:p>
      <w:pPr>
        <w:spacing w:before="120" w:after="20" w:line="259" w:lineRule="auto"/>
        <w:shd w:fill="F8E8E8" w:val="clear"/>
      </w:pPr>
      <w:r>
        <w:rPr>
          <w:rFonts w:ascii="Calibri" w:hAnsi="Calibri" w:eastAsia="Calibri"/>
          <w:b w:val="0"/>
          <w:i w:val="0"/>
          <w:color w:val="A02828"/>
          <w:sz w:val="22"/>
        </w:rPr>
        <w:t>D. [WRONG] Intracerebral haemorrhage presenting as collapse</w:t>
      </w:r>
    </w:p>
    <w:p>
      <w:pPr>
        <w:spacing w:before="0" w:after="20" w:line="259" w:lineRule="auto"/>
      </w:pPr>
      <w:r>
        <w:rPr>
          <w:rFonts w:ascii="Calibri" w:hAnsi="Calibri" w:eastAsia="Calibri"/>
          <w:b w:val="0"/>
          <w:i/>
          <w:color w:val="282828"/>
          <w:sz w:val="22"/>
        </w:rPr>
        <w:t>Bay: Not the lead diagnosis once territorial ST elevation and an occluded LAD are documented.</w:t>
      </w:r>
    </w:p>
    <w:p>
      <w:pPr>
        <w:spacing w:before="120" w:after="20" w:line="259" w:lineRule="auto"/>
        <w:shd w:fill="F8E8E8" w:val="clear"/>
      </w:pPr>
      <w:r>
        <w:rPr>
          <w:rFonts w:ascii="Calibri" w:hAnsi="Calibri" w:eastAsia="Calibri"/>
          <w:b w:val="0"/>
          <w:i w:val="0"/>
          <w:color w:val="A02828"/>
          <w:sz w:val="22"/>
        </w:rPr>
        <w:t>E. [WRONG] Type A aortic dissection with left coronary ostial involvement</w:t>
      </w:r>
    </w:p>
    <w:p>
      <w:pPr>
        <w:spacing w:before="0" w:after="20" w:line="259" w:lineRule="auto"/>
      </w:pPr>
      <w:r>
        <w:rPr>
          <w:rFonts w:ascii="Calibri" w:hAnsi="Calibri" w:eastAsia="Calibri"/>
          <w:b w:val="0"/>
          <w:i/>
          <w:color w:val="282828"/>
          <w:sz w:val="22"/>
        </w:rPr>
        <w:t>Bay: The vessel was the LAD, not an ostial dissection flap.</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Ventricular fibrillation cardiac arrest (post-ROSC anterior STEMI)</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Witnessed collapse, immediate bystander CPR</w:t>
      </w:r>
    </w:p>
    <w:p>
      <w:pPr>
        <w:spacing w:before="0" w:after="40" w:line="259" w:lineRule="auto"/>
      </w:pPr>
      <w:r>
        <w:rPr>
          <w:rFonts w:ascii="Calibri" w:hAnsi="Calibri" w:eastAsia="Calibri"/>
          <w:b w:val="0"/>
          <w:i w:val="0"/>
          <w:sz w:val="22"/>
        </w:rPr>
        <w:t>• Shockable rhythm on arrival</w:t>
      </w:r>
    </w:p>
    <w:p>
      <w:pPr>
        <w:spacing w:before="0" w:after="40" w:line="259" w:lineRule="auto"/>
      </w:pPr>
      <w:r>
        <w:rPr>
          <w:rFonts w:ascii="Calibri" w:hAnsi="Calibri" w:eastAsia="Calibri"/>
          <w:b w:val="0"/>
          <w:i w:val="0"/>
          <w:sz w:val="22"/>
        </w:rPr>
        <w:t>• ROSC after ALS with amiodarone</w:t>
      </w:r>
    </w:p>
    <w:p>
      <w:pPr>
        <w:spacing w:before="0" w:after="40" w:line="259" w:lineRule="auto"/>
      </w:pPr>
      <w:r>
        <w:rPr>
          <w:rFonts w:ascii="Calibri" w:hAnsi="Calibri" w:eastAsia="Calibri"/>
          <w:b w:val="0"/>
          <w:i w:val="0"/>
          <w:sz w:val="22"/>
        </w:rPr>
        <w:t>• Anterior ST elevation on the post-ROSC 12-lead</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Rhythm checks every 2 minutes during CPR</w:t>
      </w:r>
    </w:p>
    <w:p>
      <w:pPr>
        <w:spacing w:before="0" w:after="40" w:line="259" w:lineRule="auto"/>
      </w:pPr>
      <w:r>
        <w:rPr>
          <w:rFonts w:ascii="Calibri" w:hAnsi="Calibri" w:eastAsia="Calibri"/>
          <w:b w:val="0"/>
          <w:i w:val="0"/>
          <w:sz w:val="22"/>
        </w:rPr>
        <w:t>• Post-ROSC 12-lead ECG (activate PPCI if STEMI)</w:t>
      </w:r>
    </w:p>
    <w:p>
      <w:pPr>
        <w:spacing w:before="0" w:after="40" w:line="259" w:lineRule="auto"/>
      </w:pPr>
      <w:r>
        <w:rPr>
          <w:rFonts w:ascii="Calibri" w:hAnsi="Calibri" w:eastAsia="Calibri"/>
          <w:b w:val="0"/>
          <w:i w:val="0"/>
          <w:sz w:val="22"/>
        </w:rPr>
        <w:t>• ABG, glucose, electrolytes once output returns</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RCUK ALS: uninterrupted CPR, defibrillate VF/pVT immediately</w:t>
      </w:r>
    </w:p>
    <w:p>
      <w:pPr>
        <w:spacing w:before="0" w:after="40" w:line="259" w:lineRule="auto"/>
      </w:pPr>
      <w:r>
        <w:rPr>
          <w:rFonts w:ascii="Calibri" w:hAnsi="Calibri" w:eastAsia="Calibri"/>
          <w:b w:val="0"/>
          <w:i w:val="0"/>
          <w:sz w:val="22"/>
        </w:rPr>
        <w:t>• Adrenaline 1 mg IV every 3–5 minutes</w:t>
      </w:r>
    </w:p>
    <w:p>
      <w:pPr>
        <w:spacing w:before="0" w:after="40" w:line="259" w:lineRule="auto"/>
      </w:pPr>
      <w:r>
        <w:rPr>
          <w:rFonts w:ascii="Calibri" w:hAnsi="Calibri" w:eastAsia="Calibri"/>
          <w:b w:val="0"/>
          <w:i w:val="0"/>
          <w:sz w:val="22"/>
        </w:rPr>
        <w:t>• Amiodarone 300 mg after the third shock (further 150 mg after the fifth)</w:t>
      </w:r>
    </w:p>
    <w:p>
      <w:pPr>
        <w:spacing w:before="0" w:after="40" w:line="259" w:lineRule="auto"/>
      </w:pPr>
      <w:r>
        <w:rPr>
          <w:rFonts w:ascii="Calibri" w:hAnsi="Calibri" w:eastAsia="Calibri"/>
          <w:b w:val="0"/>
          <w:i w:val="0"/>
          <w:sz w:val="22"/>
        </w:rPr>
        <w:t>• ROSC care: ABCDE, targeted SpO2 94–98%, 12-lead, urgent PPCI if STEMI, ICU</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RCUK Adult Advanced Life Support 2021</w:t>
      </w:r>
    </w:p>
    <w:p>
      <w:pPr>
        <w:spacing w:before="0" w:after="40" w:line="259" w:lineRule="auto"/>
      </w:pPr>
      <w:r>
        <w:rPr>
          <w:rFonts w:ascii="Calibri" w:hAnsi="Calibri" w:eastAsia="Calibri"/>
          <w:b w:val="0"/>
          <w:i w:val="0"/>
          <w:sz w:val="22"/>
        </w:rPr>
        <w:t>• RCEM / ICS post-cardiac arrest care</w:t>
      </w:r>
    </w:p>
    <w:p>
      <w:r>
        <w:br w:type="page"/>
      </w:r>
    </w:p>
    <w:p>
      <w:pPr>
        <w:spacing w:before="120" w:after="160" w:line="259" w:lineRule="auto"/>
      </w:pPr>
      <w:r>
        <w:rPr>
          <w:rFonts w:ascii="Calibri" w:hAnsi="Calibri" w:eastAsia="Calibri"/>
          <w:b/>
          <w:i w:val="0"/>
          <w:color w:val="0C0E10"/>
          <w:sz w:val="36"/>
        </w:rPr>
        <w:t>Case 02 — Anaphylaxis (drug-induced)</w:t>
      </w:r>
    </w:p>
    <w:p>
      <w:pPr>
        <w:spacing w:before="0" w:after="40" w:line="259" w:lineRule="auto"/>
      </w:pPr>
      <w:r>
        <w:rPr>
          <w:rFonts w:ascii="Calibri" w:hAnsi="Calibri" w:eastAsia="Calibri"/>
          <w:b w:val="0"/>
          <w:i/>
          <w:color w:val="5A5A5A"/>
          <w:sz w:val="20"/>
        </w:rPr>
        <w:t>buzzer · Emergency buzzer — Majors · rhythm sinus-tach</w:t>
      </w:r>
    </w:p>
    <w:p>
      <w:pPr>
        <w:spacing w:before="0" w:after="40" w:line="259" w:lineRule="auto"/>
      </w:pPr>
      <w:r>
        <w:rPr>
          <w:rFonts w:ascii="Calibri" w:hAnsi="Calibri" w:eastAsia="Calibri"/>
          <w:b w:val="0"/>
          <w:i/>
          <w:color w:val="5A5A5A"/>
          <w:sz w:val="20"/>
        </w:rPr>
        <w:t>HR 128   BP 78/42   RR 32   SpO2 91%   temp 36.8   GCS 15   BM 6.1</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Emergency buzzer — Majors 4.</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The nurse is in the corridor shouting over the alarm.</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"I need a doctor in majors NOW. She's 34, here with cellulitis, I gave the co-amoxiclav three minutes ago. I can't get a blood pressure. She's in the chair."</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You can hear noisy breathing from here.</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hoarse, swollen lips and tongue, audible stridor. Talking in words. Sitting forward.</w:t>
      </w:r>
    </w:p>
    <w:p>
      <w:pPr>
        <w:spacing w:before="0" w:after="40" w:line="259" w:lineRule="auto"/>
      </w:pPr>
      <w:r>
        <w:rPr>
          <w:rFonts w:ascii="Calibri" w:hAnsi="Calibri" w:eastAsia="Calibri"/>
          <w:b w:val="0"/>
          <w:i w:val="0"/>
          <w:sz w:val="22"/>
        </w:rPr>
        <w:t>B — RR 32, wheeze throughout, SpO2 91% air. Chest otherwise clear. No tracheal deviation.</w:t>
      </w:r>
    </w:p>
    <w:p>
      <w:pPr>
        <w:spacing w:before="0" w:after="40" w:line="259" w:lineRule="auto"/>
      </w:pPr>
      <w:r>
        <w:rPr>
          <w:rFonts w:ascii="Calibri" w:hAnsi="Calibri" w:eastAsia="Calibri"/>
          <w:b w:val="0"/>
          <w:i w:val="0"/>
          <w:sz w:val="22"/>
        </w:rPr>
        <w:t>C — HR 128, BP 78/42, CRT 4 s, pale, no rash on the back yet. Two small urticarial patches on the neck.</w:t>
      </w:r>
    </w:p>
    <w:p>
      <w:pPr>
        <w:spacing w:before="0" w:after="40" w:line="259" w:lineRule="auto"/>
      </w:pPr>
      <w:r>
        <w:rPr>
          <w:rFonts w:ascii="Calibri" w:hAnsi="Calibri" w:eastAsia="Calibri"/>
          <w:b w:val="0"/>
          <w:i w:val="0"/>
          <w:sz w:val="22"/>
        </w:rPr>
        <w:t>D — GCS 15, BM 6.1, pupils equal.</w:t>
      </w:r>
    </w:p>
    <w:p>
      <w:pPr>
        <w:spacing w:before="0" w:after="40" w:line="259" w:lineRule="auto"/>
      </w:pPr>
      <w:r>
        <w:rPr>
          <w:rFonts w:ascii="Calibri" w:hAnsi="Calibri" w:eastAsia="Calibri"/>
          <w:b w:val="0"/>
          <w:i w:val="0"/>
          <w:sz w:val="22"/>
        </w:rPr>
        <w:t>E — warm, flushed face, no medic-alert found yet.</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She is still in the chair. The nurse has a trolley coming.</w:t>
      </w:r>
    </w:p>
    <w:p>
      <w:pPr>
        <w:spacing w:before="120" w:after="20" w:line="259" w:lineRule="auto"/>
        <w:shd w:fill="E8F5EC" w:val="clear"/>
      </w:pPr>
      <w:r>
        <w:rPr>
          <w:rFonts w:ascii="Calibri" w:hAnsi="Calibri" w:eastAsia="Calibri"/>
          <w:b/>
          <w:i w:val="0"/>
          <w:color w:val="146E3C"/>
          <w:sz w:val="22"/>
        </w:rPr>
        <w:t>A. [CORRECT] Intramuscular adrenaline</w:t>
      </w:r>
    </w:p>
    <w:p>
      <w:pPr>
        <w:spacing w:before="0" w:after="20" w:line="259" w:lineRule="auto"/>
      </w:pPr>
      <w:r>
        <w:rPr>
          <w:rFonts w:ascii="Calibri" w:hAnsi="Calibri" w:eastAsia="Calibri"/>
          <w:b w:val="0"/>
          <w:i/>
          <w:color w:val="282828"/>
          <w:sz w:val="22"/>
        </w:rPr>
        <w:t>Bay: Adrenaline is in. Trolley flat, legs up, non-rebreathe on. The stridor is a fraction less.</w:t>
      </w:r>
    </w:p>
    <w:p>
      <w:pPr>
        <w:spacing w:before="0" w:after="40" w:line="259" w:lineRule="auto"/>
      </w:pPr>
      <w:r>
        <w:rPr>
          <w:rFonts w:ascii="Calibri" w:hAnsi="Calibri" w:eastAsia="Calibri"/>
          <w:b w:val="0"/>
          <w:i/>
          <w:color w:val="5A4614"/>
          <w:sz w:val="20"/>
        </w:rPr>
        <w:t>Reaction: sbp +16, rr -4, spo2 +4, O2 15 L</w:t>
      </w:r>
    </w:p>
    <w:p>
      <w:pPr>
        <w:spacing w:before="80" w:after="40" w:line="259" w:lineRule="auto"/>
      </w:pPr>
      <w:r>
        <w:rPr>
          <w:rFonts w:ascii="Calibri" w:hAnsi="Calibri" w:eastAsia="Calibri"/>
          <w:b/>
          <w:i w:val="0"/>
          <w:color w:val="46326E"/>
          <w:sz w:val="22"/>
        </w:rPr>
        <w:t xml:space="preserve">    Follow-up: What dose?</w:t>
      </w:r>
    </w:p>
    <w:p>
      <w:pPr>
        <w:spacing w:before="120" w:after="20" w:line="259" w:lineRule="auto"/>
        <w:shd w:fill="E8F5EC" w:val="clear"/>
      </w:pPr>
      <w:r>
        <w:rPr>
          <w:rFonts w:ascii="Calibri" w:hAnsi="Calibri" w:eastAsia="Calibri"/>
          <w:b/>
          <w:i w:val="0"/>
          <w:color w:val="146E3C"/>
          <w:sz w:val="22"/>
        </w:rPr>
        <w:t xml:space="preserve">    A. [CORRECT] 500 micrograms IM (0.5 mL of 1:1000)</w:t>
      </w:r>
    </w:p>
    <w:p>
      <w:pPr>
        <w:spacing w:before="0" w:after="20" w:line="259" w:lineRule="auto"/>
      </w:pPr>
      <w:r>
        <w:rPr>
          <w:rFonts w:ascii="Calibri" w:hAnsi="Calibri" w:eastAsia="Calibri"/>
          <w:b w:val="0"/>
          <w:i/>
          <w:color w:val="282828"/>
          <w:sz w:val="22"/>
        </w:rPr>
        <w:t xml:space="preserve">       Bay: RCUK anaphylaxis: 500 micrograms IM in an adult.</w:t>
      </w:r>
    </w:p>
    <w:p>
      <w:pPr>
        <w:spacing w:before="120" w:after="20" w:line="259" w:lineRule="auto"/>
        <w:shd w:fill="F8E8E8" w:val="clear"/>
      </w:pPr>
      <w:r>
        <w:rPr>
          <w:rFonts w:ascii="Calibri" w:hAnsi="Calibri" w:eastAsia="Calibri"/>
          <w:b w:val="0"/>
          <w:i w:val="0"/>
          <w:color w:val="A02828"/>
          <w:sz w:val="22"/>
        </w:rPr>
        <w:t xml:space="preserve">    B. [WRONG] 300 micrograms IM (adult EpiPen)</w:t>
      </w:r>
    </w:p>
    <w:p>
      <w:pPr>
        <w:spacing w:before="0" w:after="20" w:line="259" w:lineRule="auto"/>
      </w:pPr>
      <w:r>
        <w:rPr>
          <w:rFonts w:ascii="Calibri" w:hAnsi="Calibri" w:eastAsia="Calibri"/>
          <w:b w:val="0"/>
          <w:i/>
          <w:color w:val="282828"/>
          <w:sz w:val="22"/>
        </w:rPr>
        <w:t xml:space="preserve">       Bay: Hospital ALS dose is 500 micrograms, not an EpiPen.</w:t>
      </w:r>
    </w:p>
    <w:p>
      <w:pPr>
        <w:spacing w:before="120" w:after="20" w:line="259" w:lineRule="auto"/>
        <w:shd w:fill="F8E8E8" w:val="clear"/>
      </w:pPr>
      <w:r>
        <w:rPr>
          <w:rFonts w:ascii="Calibri" w:hAnsi="Calibri" w:eastAsia="Calibri"/>
          <w:b w:val="0"/>
          <w:i w:val="0"/>
          <w:color w:val="A02828"/>
          <w:sz w:val="22"/>
        </w:rPr>
        <w:t xml:space="preserve">    C. [WRONG] 1 mg IM</w:t>
      </w:r>
    </w:p>
    <w:p>
      <w:pPr>
        <w:spacing w:before="0" w:after="20" w:line="259" w:lineRule="auto"/>
      </w:pPr>
      <w:r>
        <w:rPr>
          <w:rFonts w:ascii="Calibri" w:hAnsi="Calibri" w:eastAsia="Calibri"/>
          <w:b w:val="0"/>
          <w:i/>
          <w:color w:val="282828"/>
          <w:sz w:val="22"/>
        </w:rPr>
        <w:t xml:space="preserve">       Bay: That is not the IM anaphylaxis dose.</w:t>
      </w:r>
    </w:p>
    <w:p>
      <w:pPr>
        <w:spacing w:before="120" w:after="20" w:line="259" w:lineRule="auto"/>
        <w:shd w:fill="F8E8E8" w:val="clear"/>
      </w:pPr>
      <w:r>
        <w:rPr>
          <w:rFonts w:ascii="Calibri" w:hAnsi="Calibri" w:eastAsia="Calibri"/>
          <w:b w:val="0"/>
          <w:i w:val="0"/>
          <w:color w:val="A02828"/>
          <w:sz w:val="22"/>
        </w:rPr>
        <w:t xml:space="preserve">    D. [WRONG] 150 micrograms IM</w:t>
      </w:r>
    </w:p>
    <w:p>
      <w:pPr>
        <w:spacing w:before="0" w:after="20" w:line="259" w:lineRule="auto"/>
      </w:pPr>
      <w:r>
        <w:rPr>
          <w:rFonts w:ascii="Calibri" w:hAnsi="Calibri" w:eastAsia="Calibri"/>
          <w:b w:val="0"/>
          <w:i/>
          <w:color w:val="282828"/>
          <w:sz w:val="22"/>
        </w:rPr>
        <w:t xml:space="preserve">       Bay: Paediatric-range underdose.</w:t>
      </w:r>
    </w:p>
    <w:p>
      <w:pPr>
        <w:spacing w:before="120" w:after="20" w:line="259" w:lineRule="auto"/>
        <w:shd w:fill="F8E8E8" w:val="clear"/>
      </w:pPr>
      <w:r>
        <w:rPr>
          <w:rFonts w:ascii="Calibri" w:hAnsi="Calibri" w:eastAsia="Calibri"/>
          <w:b w:val="0"/>
          <w:i w:val="0"/>
          <w:color w:val="A02828"/>
          <w:sz w:val="22"/>
        </w:rPr>
        <w:t xml:space="preserve">    E. [WRONG] 1 mg IV from the arrest box</w:t>
      </w:r>
    </w:p>
    <w:p>
      <w:pPr>
        <w:spacing w:before="0" w:after="20" w:line="259" w:lineRule="auto"/>
      </w:pPr>
      <w:r>
        <w:rPr>
          <w:rFonts w:ascii="Calibri" w:hAnsi="Calibri" w:eastAsia="Calibri"/>
          <w:b w:val="0"/>
          <w:i/>
          <w:color w:val="282828"/>
          <w:sz w:val="22"/>
        </w:rPr>
        <w:t xml:space="preserve">       Bay: IV arrest dose. She has output — IM first.</w:t>
      </w:r>
    </w:p>
    <w:p>
      <w:pPr>
        <w:spacing w:before="120" w:after="20" w:line="259" w:lineRule="auto"/>
        <w:shd w:fill="F8E8E8" w:val="clear"/>
      </w:pPr>
      <w:r>
        <w:rPr>
          <w:rFonts w:ascii="Calibri" w:hAnsi="Calibri" w:eastAsia="Calibri"/>
          <w:b w:val="0"/>
          <w:i w:val="0"/>
          <w:color w:val="A02828"/>
          <w:sz w:val="22"/>
        </w:rPr>
        <w:t>B. [WRONG] Nebulised adrenaline</w:t>
      </w:r>
    </w:p>
    <w:p>
      <w:pPr>
        <w:spacing w:before="0" w:after="20" w:line="259" w:lineRule="auto"/>
      </w:pPr>
      <w:r>
        <w:rPr>
          <w:rFonts w:ascii="Calibri" w:hAnsi="Calibri" w:eastAsia="Calibri"/>
          <w:b w:val="0"/>
          <w:i/>
          <w:color w:val="282828"/>
          <w:sz w:val="22"/>
        </w:rPr>
        <w:t>Bay: Nebulised adrenaline may help upper-airway oedema but does not treat vasodilated shock. First-line with output is IM 500 micrograms.</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Adult adrenaline auto-injector</w:t>
      </w:r>
    </w:p>
    <w:p>
      <w:pPr>
        <w:spacing w:before="0" w:after="20" w:line="259" w:lineRule="auto"/>
      </w:pPr>
      <w:r>
        <w:rPr>
          <w:rFonts w:ascii="Calibri" w:hAnsi="Calibri" w:eastAsia="Calibri"/>
          <w:b w:val="0"/>
          <w:i/>
          <w:color w:val="282828"/>
          <w:sz w:val="22"/>
        </w:rPr>
        <w:t>Bay: An adult EpiPen is 300 micrograms. In hospital the ALS dose is 500 micrograms IM. Underdosing a shocked airway is not adequate.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Intravenous adrenaline</w:t>
      </w:r>
    </w:p>
    <w:p>
      <w:pPr>
        <w:spacing w:before="0" w:after="20" w:line="259" w:lineRule="auto"/>
      </w:pPr>
      <w:r>
        <w:rPr>
          <w:rFonts w:ascii="Calibri" w:hAnsi="Calibri" w:eastAsia="Calibri"/>
          <w:b w:val="0"/>
          <w:i/>
          <w:color w:val="282828"/>
          <w:sz w:val="22"/>
        </w:rPr>
        <w:t>Bay: IV boluses are reserved for peri-arrest, given by those experienced in their use. First-line with output is IM 500 micrograms.</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Adrenaline infusion</w:t>
      </w:r>
    </w:p>
    <w:p>
      <w:pPr>
        <w:spacing w:before="0" w:after="20" w:line="259" w:lineRule="auto"/>
      </w:pPr>
      <w:r>
        <w:rPr>
          <w:rFonts w:ascii="Calibri" w:hAnsi="Calibri" w:eastAsia="Calibri"/>
          <w:b w:val="0"/>
          <w:i/>
          <w:color w:val="282828"/>
          <w:sz w:val="22"/>
        </w:rPr>
        <w:t>Bay: An expert low-dose IV infusion is second-line if she is still shocked after IM. First syringe is IM 500 micrograms.</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Colour is a little better. Stridor still there. No second cannula yet.</w:t>
      </w:r>
    </w:p>
    <w:p>
      <w:pPr>
        <w:spacing w:before="120" w:after="20" w:line="259" w:lineRule="auto"/>
        <w:shd w:fill="E8F5EC" w:val="clear"/>
      </w:pPr>
      <w:r>
        <w:rPr>
          <w:rFonts w:ascii="Calibri" w:hAnsi="Calibri" w:eastAsia="Calibri"/>
          <w:b/>
          <w:i w:val="0"/>
          <w:color w:val="146E3C"/>
          <w:sz w:val="22"/>
        </w:rPr>
        <w:t>A. [CORRECT] Intravenous crystalloid</w:t>
      </w:r>
    </w:p>
    <w:p>
      <w:pPr>
        <w:spacing w:before="0" w:after="20" w:line="259" w:lineRule="auto"/>
      </w:pPr>
      <w:r>
        <w:rPr>
          <w:rFonts w:ascii="Calibri" w:hAnsi="Calibri" w:eastAsia="Calibri"/>
          <w:b w:val="0"/>
          <w:i/>
          <w:color w:val="282828"/>
          <w:sz w:val="22"/>
        </w:rPr>
        <w:t>Bay: 14G in, fluid up, anaesthetics bleeped. Colour is coming back.</w:t>
      </w:r>
    </w:p>
    <w:p>
      <w:pPr>
        <w:spacing w:before="0" w:after="40" w:line="259" w:lineRule="auto"/>
      </w:pPr>
      <w:r>
        <w:rPr>
          <w:rFonts w:ascii="Calibri" w:hAnsi="Calibri" w:eastAsia="Calibri"/>
          <w:b w:val="0"/>
          <w:i/>
          <w:color w:val="5A4614"/>
          <w:sz w:val="20"/>
        </w:rPr>
        <w:t>Reaction: hr -8, sbp +12</w:t>
      </w:r>
    </w:p>
    <w:p>
      <w:pPr>
        <w:spacing w:before="80" w:after="40" w:line="259" w:lineRule="auto"/>
      </w:pPr>
      <w:r>
        <w:rPr>
          <w:rFonts w:ascii="Calibri" w:hAnsi="Calibri" w:eastAsia="Calibri"/>
          <w:b/>
          <w:i w:val="0"/>
          <w:color w:val="46326E"/>
          <w:sz w:val="22"/>
        </w:rPr>
        <w:t xml:space="preserve">    Follow-up: What volume?</w:t>
      </w:r>
    </w:p>
    <w:p>
      <w:pPr>
        <w:spacing w:before="120" w:after="20" w:line="259" w:lineRule="auto"/>
        <w:shd w:fill="E8F5EC" w:val="clear"/>
      </w:pPr>
      <w:r>
        <w:rPr>
          <w:rFonts w:ascii="Calibri" w:hAnsi="Calibri" w:eastAsia="Calibri"/>
          <w:b/>
          <w:i w:val="0"/>
          <w:color w:val="146E3C"/>
          <w:sz w:val="22"/>
        </w:rPr>
        <w:t xml:space="preserve">    A. [CORRECT] 500–1000 mL crystalloid</w:t>
      </w:r>
    </w:p>
    <w:p>
      <w:pPr>
        <w:spacing w:before="0" w:after="20" w:line="259" w:lineRule="auto"/>
      </w:pPr>
      <w:r>
        <w:rPr>
          <w:rFonts w:ascii="Calibri" w:hAnsi="Calibri" w:eastAsia="Calibri"/>
          <w:b w:val="0"/>
          <w:i/>
          <w:color w:val="282828"/>
          <w:sz w:val="22"/>
        </w:rPr>
        <w:t xml:space="preserve">       Bay: RCUK: large-bore access and 500–1000 mL crystalloid while you get the airway team.</w:t>
      </w:r>
    </w:p>
    <w:p>
      <w:pPr>
        <w:spacing w:before="120" w:after="20" w:line="259" w:lineRule="auto"/>
        <w:shd w:fill="F8E8E8" w:val="clear"/>
      </w:pPr>
      <w:r>
        <w:rPr>
          <w:rFonts w:ascii="Calibri" w:hAnsi="Calibri" w:eastAsia="Calibri"/>
          <w:b w:val="0"/>
          <w:i w:val="0"/>
          <w:color w:val="A02828"/>
          <w:sz w:val="22"/>
        </w:rPr>
        <w:t xml:space="preserve">    B. [WRONG] 100 mL/h maintenance only</w:t>
      </w:r>
    </w:p>
    <w:p>
      <w:pPr>
        <w:spacing w:before="0" w:after="20" w:line="259" w:lineRule="auto"/>
      </w:pPr>
      <w:r>
        <w:rPr>
          <w:rFonts w:ascii="Calibri" w:hAnsi="Calibri" w:eastAsia="Calibri"/>
          <w:b w:val="0"/>
          <w:i/>
          <w:color w:val="282828"/>
          <w:sz w:val="22"/>
        </w:rPr>
        <w:t xml:space="preserve">       Bay: She is vasodilated and shocked. She needs a bolus, not maintenance.</w:t>
      </w:r>
    </w:p>
    <w:p>
      <w:pPr>
        <w:spacing w:before="120" w:after="20" w:line="259" w:lineRule="auto"/>
        <w:shd w:fill="F8E8E8" w:val="clear"/>
      </w:pPr>
      <w:r>
        <w:rPr>
          <w:rFonts w:ascii="Calibri" w:hAnsi="Calibri" w:eastAsia="Calibri"/>
          <w:b w:val="0"/>
          <w:i w:val="0"/>
          <w:color w:val="A02828"/>
          <w:sz w:val="22"/>
        </w:rPr>
        <w:t xml:space="preserve">    C. [WRONG] 20 mL/kg of 5% human albumin</w:t>
      </w:r>
    </w:p>
    <w:p>
      <w:pPr>
        <w:spacing w:before="0" w:after="20" w:line="259" w:lineRule="auto"/>
      </w:pPr>
      <w:r>
        <w:rPr>
          <w:rFonts w:ascii="Calibri" w:hAnsi="Calibri" w:eastAsia="Calibri"/>
          <w:b w:val="0"/>
          <w:i/>
          <w:color w:val="282828"/>
          <w:sz w:val="22"/>
        </w:rPr>
        <w:t xml:space="preserve">       Bay: Crystalloid first. Colloids add no benefit in anaphylaxis.</w:t>
      </w:r>
    </w:p>
    <w:p>
      <w:pPr>
        <w:spacing w:before="120" w:after="20" w:line="259" w:lineRule="auto"/>
        <w:shd w:fill="F8E8E8" w:val="clear"/>
      </w:pPr>
      <w:r>
        <w:rPr>
          <w:rFonts w:ascii="Calibri" w:hAnsi="Calibri" w:eastAsia="Calibri"/>
          <w:b w:val="0"/>
          <w:i w:val="0"/>
          <w:color w:val="A02828"/>
          <w:sz w:val="22"/>
        </w:rPr>
        <w:t xml:space="preserve">    D. [WRONG] 2 L succinylated gelatin as first fluid</w:t>
      </w:r>
    </w:p>
    <w:p>
      <w:pPr>
        <w:spacing w:before="0" w:after="20" w:line="259" w:lineRule="auto"/>
      </w:pPr>
      <w:r>
        <w:rPr>
          <w:rFonts w:ascii="Calibri" w:hAnsi="Calibri" w:eastAsia="Calibri"/>
          <w:b w:val="0"/>
          <w:i/>
          <w:color w:val="282828"/>
          <w:sz w:val="22"/>
        </w:rPr>
        <w:t xml:space="preserve">       Bay: Colloid and an excessive first bolus. Use crystalloid 500–1000 mL.</w:t>
      </w:r>
    </w:p>
    <w:p>
      <w:pPr>
        <w:spacing w:before="120" w:after="20" w:line="259" w:lineRule="auto"/>
        <w:shd w:fill="F8E8E8" w:val="clear"/>
      </w:pPr>
      <w:r>
        <w:rPr>
          <w:rFonts w:ascii="Calibri" w:hAnsi="Calibri" w:eastAsia="Calibri"/>
          <w:b w:val="0"/>
          <w:i w:val="0"/>
          <w:color w:val="A02828"/>
          <w:sz w:val="22"/>
        </w:rPr>
        <w:t xml:space="preserve">    E. [WRONG] No fluid until a central line is in</w:t>
      </w:r>
    </w:p>
    <w:p>
      <w:pPr>
        <w:spacing w:before="0" w:after="20" w:line="259" w:lineRule="auto"/>
      </w:pPr>
      <w:r>
        <w:rPr>
          <w:rFonts w:ascii="Calibri" w:hAnsi="Calibri" w:eastAsia="Calibri"/>
          <w:b w:val="0"/>
          <w:i/>
          <w:color w:val="282828"/>
          <w:sz w:val="22"/>
        </w:rPr>
        <w:t xml:space="preserve">       Bay: Peripheral large-bore access is enough for the first litre.</w:t>
      </w:r>
    </w:p>
    <w:p>
      <w:pPr>
        <w:spacing w:before="120" w:after="20" w:line="259" w:lineRule="auto"/>
        <w:shd w:fill="F8E8E8" w:val="clear"/>
      </w:pPr>
      <w:r>
        <w:rPr>
          <w:rFonts w:ascii="Calibri" w:hAnsi="Calibri" w:eastAsia="Calibri"/>
          <w:b w:val="0"/>
          <w:i w:val="0"/>
          <w:color w:val="A02828"/>
          <w:sz w:val="22"/>
        </w:rPr>
        <w:t>B. [WRONG] Internal jugular central line</w:t>
      </w:r>
    </w:p>
    <w:p>
      <w:pPr>
        <w:spacing w:before="0" w:after="20" w:line="259" w:lineRule="auto"/>
      </w:pPr>
      <w:r>
        <w:rPr>
          <w:rFonts w:ascii="Calibri" w:hAnsi="Calibri" w:eastAsia="Calibri"/>
          <w:b w:val="0"/>
          <w:i/>
          <w:color w:val="282828"/>
          <w:sz w:val="22"/>
        </w:rPr>
        <w:t>Bay: You do not need a central line to give the first litre. Peripheral large-bore access and volume now.</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Intravenous chlorphenamine</w:t>
      </w:r>
    </w:p>
    <w:p>
      <w:pPr>
        <w:spacing w:before="0" w:after="20" w:line="259" w:lineRule="auto"/>
      </w:pPr>
      <w:r>
        <w:rPr>
          <w:rFonts w:ascii="Calibri" w:hAnsi="Calibri" w:eastAsia="Calibri"/>
          <w:b w:val="0"/>
          <w:i/>
          <w:color w:val="282828"/>
          <w:sz w:val="22"/>
        </w:rPr>
        <w:t>Bay: Antihistamines are not first-line and do not treat shock. Get access, give volume, and get the airway team.</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Human albumin solution</w:t>
      </w:r>
    </w:p>
    <w:p>
      <w:pPr>
        <w:spacing w:before="0" w:after="20" w:line="259" w:lineRule="auto"/>
      </w:pPr>
      <w:r>
        <w:rPr>
          <w:rFonts w:ascii="Calibri" w:hAnsi="Calibri" w:eastAsia="Calibri"/>
          <w:b w:val="0"/>
          <w:i/>
          <w:color w:val="282828"/>
          <w:sz w:val="22"/>
        </w:rPr>
        <w:t>Bay: Crystalloid first. Colloids add no benefit in anaphylaxis and delay the litre she needs.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Intravenous hydrocortisone</w:t>
      </w:r>
    </w:p>
    <w:p>
      <w:pPr>
        <w:spacing w:before="0" w:after="20" w:line="259" w:lineRule="auto"/>
      </w:pPr>
      <w:r>
        <w:rPr>
          <w:rFonts w:ascii="Calibri" w:hAnsi="Calibri" w:eastAsia="Calibri"/>
          <w:b w:val="0"/>
          <w:i/>
          <w:color w:val="282828"/>
          <w:sz w:val="22"/>
        </w:rPr>
        <w:t>Bay: Steroids are not first-line and do not treat shock or airway obstruction in the next minutes.</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Anaesthetics are two minutes away. You can send tests without leaving the bay.</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7.32  pCO2 4.1  HCO3 16  BE −8  lactate 4.6  K+ 4.2  Hb 132</w:t>
      </w:r>
    </w:p>
    <w:p>
      <w:pPr>
        <w:spacing w:before="0" w:after="40" w:line="259" w:lineRule="auto"/>
      </w:pPr>
      <w:r>
        <w:rPr>
          <w:rFonts w:ascii="Calibri" w:hAnsi="Calibri" w:eastAsia="Calibri"/>
          <w:b w:val="0"/>
          <w:i w:val="0"/>
          <w:sz w:val="22"/>
        </w:rPr>
        <w:t>Shocked. Treat the cause, not the numbers.</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6.1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sinus-tach</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Neg blood, protein, nitrites, leucocytes, hCG negative</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crp: 18 mg/L</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Airway quieter but not normal. BP 94/58. Review any results that have returned — then decide.</w:t>
      </w:r>
    </w:p>
    <w:p>
      <w:pPr>
        <w:spacing w:before="120" w:after="20" w:line="259" w:lineRule="auto"/>
        <w:shd w:fill="E8F5EC" w:val="clear"/>
      </w:pPr>
      <w:r>
        <w:rPr>
          <w:rFonts w:ascii="Calibri" w:hAnsi="Calibri" w:eastAsia="Calibri"/>
          <w:b/>
          <w:i w:val="0"/>
          <w:color w:val="146E3C"/>
          <w:sz w:val="22"/>
        </w:rPr>
        <w:t>A. [CORRECT] Repeat intramuscular adrenaline</w:t>
      </w:r>
    </w:p>
    <w:p>
      <w:pPr>
        <w:spacing w:before="0" w:after="20" w:line="259" w:lineRule="auto"/>
      </w:pPr>
      <w:r>
        <w:rPr>
          <w:rFonts w:ascii="Calibri" w:hAnsi="Calibri" w:eastAsia="Calibri"/>
          <w:b w:val="0"/>
          <w:i/>
          <w:color w:val="282828"/>
          <w:sz w:val="22"/>
        </w:rPr>
        <w:t>Bay: Second IM adrenaline drawn. Tryptase timed. She stays in resus.</w:t>
      </w:r>
    </w:p>
    <w:p>
      <w:pPr>
        <w:spacing w:before="0" w:after="40" w:line="259" w:lineRule="auto"/>
      </w:pPr>
      <w:r>
        <w:rPr>
          <w:rFonts w:ascii="Calibri" w:hAnsi="Calibri" w:eastAsia="Calibri"/>
          <w:b w:val="0"/>
          <w:i/>
          <w:color w:val="5A4614"/>
          <w:sz w:val="20"/>
        </w:rPr>
        <w:t>Reaction: hr -10, sbp +10, rr -4, spo2 +3, rhythm → sinus</w:t>
      </w:r>
    </w:p>
    <w:p>
      <w:pPr>
        <w:spacing w:before="80" w:after="40" w:line="259" w:lineRule="auto"/>
      </w:pPr>
      <w:r>
        <w:rPr>
          <w:rFonts w:ascii="Calibri" w:hAnsi="Calibri" w:eastAsia="Calibri"/>
          <w:b/>
          <w:i w:val="0"/>
          <w:color w:val="46326E"/>
          <w:sz w:val="22"/>
        </w:rPr>
        <w:t xml:space="preserve">    Follow-up: What dose and when?</w:t>
      </w:r>
    </w:p>
    <w:p>
      <w:pPr>
        <w:spacing w:before="120" w:after="20" w:line="259" w:lineRule="auto"/>
        <w:shd w:fill="E8F5EC" w:val="clear"/>
      </w:pPr>
      <w:r>
        <w:rPr>
          <w:rFonts w:ascii="Calibri" w:hAnsi="Calibri" w:eastAsia="Calibri"/>
          <w:b/>
          <w:i w:val="0"/>
          <w:color w:val="146E3C"/>
          <w:sz w:val="22"/>
        </w:rPr>
        <w:t xml:space="preserve">    A. [CORRECT] 500 micrograms IM at 5 minutes if still shocked</w:t>
      </w:r>
    </w:p>
    <w:p>
      <w:pPr>
        <w:spacing w:before="0" w:after="20" w:line="259" w:lineRule="auto"/>
      </w:pPr>
      <w:r>
        <w:rPr>
          <w:rFonts w:ascii="Calibri" w:hAnsi="Calibri" w:eastAsia="Calibri"/>
          <w:b w:val="0"/>
          <w:i/>
          <w:color w:val="282828"/>
          <w:sz w:val="22"/>
        </w:rPr>
        <w:t xml:space="preserve">       Bay: Repeat the adult IM dose at 5 minutes. Draw tryptase once she is being treated.</w:t>
      </w:r>
    </w:p>
    <w:p>
      <w:pPr>
        <w:spacing w:before="120" w:after="20" w:line="259" w:lineRule="auto"/>
        <w:shd w:fill="F8E8E8" w:val="clear"/>
      </w:pPr>
      <w:r>
        <w:rPr>
          <w:rFonts w:ascii="Calibri" w:hAnsi="Calibri" w:eastAsia="Calibri"/>
          <w:b w:val="0"/>
          <w:i w:val="0"/>
          <w:color w:val="A02828"/>
          <w:sz w:val="22"/>
        </w:rPr>
        <w:t xml:space="preserve">    B. [WRONG] 300 micrograms IM (adult EpiPen) at 5 minutes</w:t>
      </w:r>
    </w:p>
    <w:p>
      <w:pPr>
        <w:spacing w:before="0" w:after="20" w:line="259" w:lineRule="auto"/>
      </w:pPr>
      <w:r>
        <w:rPr>
          <w:rFonts w:ascii="Calibri" w:hAnsi="Calibri" w:eastAsia="Calibri"/>
          <w:b w:val="0"/>
          <w:i/>
          <w:color w:val="282828"/>
          <w:sz w:val="22"/>
        </w:rPr>
        <w:t xml:space="preserve">       Bay: Hospital repeat dose is still 500 micrograms.</w:t>
      </w:r>
    </w:p>
    <w:p>
      <w:pPr>
        <w:spacing w:before="120" w:after="20" w:line="259" w:lineRule="auto"/>
        <w:shd w:fill="F8E8E8" w:val="clear"/>
      </w:pPr>
      <w:r>
        <w:rPr>
          <w:rFonts w:ascii="Calibri" w:hAnsi="Calibri" w:eastAsia="Calibri"/>
          <w:b w:val="0"/>
          <w:i w:val="0"/>
          <w:color w:val="A02828"/>
          <w:sz w:val="22"/>
        </w:rPr>
        <w:t xml:space="preserve">    C. [WRONG] 1 mg IM at 5 minutes</w:t>
      </w:r>
    </w:p>
    <w:p>
      <w:pPr>
        <w:spacing w:before="0" w:after="20" w:line="259" w:lineRule="auto"/>
      </w:pPr>
      <w:r>
        <w:rPr>
          <w:rFonts w:ascii="Calibri" w:hAnsi="Calibri" w:eastAsia="Calibri"/>
          <w:b w:val="0"/>
          <w:i/>
          <w:color w:val="282828"/>
          <w:sz w:val="22"/>
        </w:rPr>
        <w:t xml:space="preserve">       Bay: That is not the IM anaphylaxis dose.</w:t>
      </w:r>
    </w:p>
    <w:p>
      <w:pPr>
        <w:spacing w:before="120" w:after="20" w:line="259" w:lineRule="auto"/>
        <w:shd w:fill="F8E8E8" w:val="clear"/>
      </w:pPr>
      <w:r>
        <w:rPr>
          <w:rFonts w:ascii="Calibri" w:hAnsi="Calibri" w:eastAsia="Calibri"/>
          <w:b w:val="0"/>
          <w:i w:val="0"/>
          <w:color w:val="A02828"/>
          <w:sz w:val="22"/>
        </w:rPr>
        <w:t xml:space="preserve">    D. [WRONG] 50 micrograms IV as the unsupervised repeat</w:t>
      </w:r>
    </w:p>
    <w:p>
      <w:pPr>
        <w:spacing w:before="0" w:after="20" w:line="259" w:lineRule="auto"/>
      </w:pPr>
      <w:r>
        <w:rPr>
          <w:rFonts w:ascii="Calibri" w:hAnsi="Calibri" w:eastAsia="Calibri"/>
          <w:b w:val="0"/>
          <w:i/>
          <w:color w:val="282828"/>
          <w:sz w:val="22"/>
        </w:rPr>
        <w:t xml:space="preserve">       Bay: Repeat IM, or an expert low-dose IV infusion — not an unsupervised IV bolus.</w:t>
      </w:r>
    </w:p>
    <w:p>
      <w:pPr>
        <w:spacing w:before="120" w:after="20" w:line="259" w:lineRule="auto"/>
        <w:shd w:fill="F8E8E8" w:val="clear"/>
      </w:pPr>
      <w:r>
        <w:rPr>
          <w:rFonts w:ascii="Calibri" w:hAnsi="Calibri" w:eastAsia="Calibri"/>
          <w:b w:val="0"/>
          <w:i w:val="0"/>
          <w:color w:val="A02828"/>
          <w:sz w:val="22"/>
        </w:rPr>
        <w:t xml:space="preserve">    E. [WRONG] 1 mg IV from the arrest box as the second dose</w:t>
      </w:r>
    </w:p>
    <w:p>
      <w:pPr>
        <w:spacing w:before="0" w:after="20" w:line="259" w:lineRule="auto"/>
      </w:pPr>
      <w:r>
        <w:rPr>
          <w:rFonts w:ascii="Calibri" w:hAnsi="Calibri" w:eastAsia="Calibri"/>
          <w:b w:val="0"/>
          <w:i/>
          <w:color w:val="282828"/>
          <w:sz w:val="22"/>
        </w:rPr>
        <w:t xml:space="preserve">       Bay: Arrest dose. She has output. Repeat IM.</w:t>
      </w:r>
    </w:p>
    <w:p>
      <w:pPr>
        <w:spacing w:before="120" w:after="20" w:line="259" w:lineRule="auto"/>
        <w:shd w:fill="F8E8E8" w:val="clear"/>
      </w:pPr>
      <w:r>
        <w:rPr>
          <w:rFonts w:ascii="Calibri" w:hAnsi="Calibri" w:eastAsia="Calibri"/>
          <w:b w:val="0"/>
          <w:i w:val="0"/>
          <w:color w:val="A02828"/>
          <w:sz w:val="22"/>
        </w:rPr>
        <w:t>B. [WRONG] Intravenous adrenaline</w:t>
      </w:r>
    </w:p>
    <w:p>
      <w:pPr>
        <w:spacing w:before="0" w:after="20" w:line="259" w:lineRule="auto"/>
      </w:pPr>
      <w:r>
        <w:rPr>
          <w:rFonts w:ascii="Calibri" w:hAnsi="Calibri" w:eastAsia="Calibri"/>
          <w:b w:val="0"/>
          <w:i/>
          <w:color w:val="282828"/>
          <w:sz w:val="22"/>
        </w:rPr>
        <w:t>Bay: IV boluses are reserved for peri-arrest, given by those experienced in their use. Repeat IM at 5 minutes, or an expert low-dose infusion.</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Adrenaline infusion</w:t>
      </w:r>
    </w:p>
    <w:p>
      <w:pPr>
        <w:spacing w:before="0" w:after="20" w:line="259" w:lineRule="auto"/>
      </w:pPr>
      <w:r>
        <w:rPr>
          <w:rFonts w:ascii="Calibri" w:hAnsi="Calibri" w:eastAsia="Calibri"/>
          <w:b w:val="0"/>
          <w:i/>
          <w:color w:val="282828"/>
          <w:sz w:val="22"/>
        </w:rPr>
        <w:t>Bay: An expert/ICU skill as second-line. First repeat is IM 500 micrograms at 5 minutes.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Adult adrenaline auto-injector</w:t>
      </w:r>
    </w:p>
    <w:p>
      <w:pPr>
        <w:spacing w:before="0" w:after="20" w:line="259" w:lineRule="auto"/>
      </w:pPr>
      <w:r>
        <w:rPr>
          <w:rFonts w:ascii="Calibri" w:hAnsi="Calibri" w:eastAsia="Calibri"/>
          <w:b w:val="0"/>
          <w:i/>
          <w:color w:val="282828"/>
          <w:sz w:val="22"/>
        </w:rPr>
        <w:t>Bay: Hospital repeat dose is still 500 micrograms IM, not a 300 microgram EpiPen.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Nebulised adrenaline</w:t>
      </w:r>
    </w:p>
    <w:p>
      <w:pPr>
        <w:spacing w:before="0" w:after="20" w:line="259" w:lineRule="auto"/>
      </w:pPr>
      <w:r>
        <w:rPr>
          <w:rFonts w:ascii="Calibri" w:hAnsi="Calibri" w:eastAsia="Calibri"/>
          <w:b w:val="0"/>
          <w:i/>
          <w:color w:val="282828"/>
          <w:sz w:val="22"/>
        </w:rPr>
        <w:t>Bay: Does not treat residual shock. Repeat IM adrenaline and keep anaesthetics at the trolley.</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The cellulitis is on her left shin. Collateral would help.</w:t>
      </w:r>
    </w:p>
    <w:p>
      <w:pPr>
        <w:spacing w:before="120" w:after="20" w:line="259" w:lineRule="auto"/>
        <w:shd w:fill="E8F5EC" w:val="clear"/>
      </w:pPr>
      <w:r>
        <w:rPr>
          <w:rFonts w:ascii="Calibri" w:hAnsi="Calibri" w:eastAsia="Calibri"/>
          <w:b/>
          <w:i w:val="0"/>
          <w:color w:val="146E3C"/>
          <w:sz w:val="22"/>
        </w:rPr>
        <w:t>A. [CORRECT] Ask about previous reactions, foods, stings, and what was in the infusion</w:t>
      </w:r>
    </w:p>
    <w:p>
      <w:pPr>
        <w:spacing w:before="0" w:after="20" w:line="259" w:lineRule="auto"/>
      </w:pPr>
      <w:r>
        <w:rPr>
          <w:rFonts w:ascii="Calibri" w:hAnsi="Calibri" w:eastAsia="Calibri"/>
          <w:b w:val="0"/>
          <w:i/>
          <w:color w:val="282828"/>
          <w:sz w:val="22"/>
        </w:rPr>
        <w:t>Bay: First IV co-amoxiclav. No previous anaphylaxis. NKDA on the GP record — it was wrong.</w:t>
      </w:r>
    </w:p>
    <w:p>
      <w:pPr>
        <w:spacing w:before="120" w:after="20" w:line="259" w:lineRule="auto"/>
        <w:shd w:fill="E8F5EC" w:val="clear"/>
      </w:pPr>
      <w:r>
        <w:rPr>
          <w:rFonts w:ascii="Calibri" w:hAnsi="Calibri" w:eastAsia="Calibri"/>
          <w:b/>
          <w:i w:val="0"/>
          <w:color w:val="146E3C"/>
          <w:sz w:val="22"/>
        </w:rPr>
        <w:t>B. [CORRECT] Check the drug chart and batch number, and stop further beta-lactams</w:t>
      </w:r>
    </w:p>
    <w:p>
      <w:pPr>
        <w:spacing w:before="0" w:after="20" w:line="259" w:lineRule="auto"/>
      </w:pPr>
      <w:r>
        <w:rPr>
          <w:rFonts w:ascii="Calibri" w:hAnsi="Calibri" w:eastAsia="Calibri"/>
          <w:b w:val="0"/>
          <w:i/>
          <w:color w:val="282828"/>
          <w:sz w:val="22"/>
        </w:rPr>
        <w:t>Bay: Infusion clamped. Allergy band going on.</w:t>
      </w:r>
    </w:p>
    <w:p>
      <w:pPr>
        <w:spacing w:before="120" w:after="20" w:line="259" w:lineRule="auto"/>
        <w:shd w:fill="E8F5EC" w:val="clear"/>
      </w:pPr>
      <w:r>
        <w:rPr>
          <w:rFonts w:ascii="Calibri" w:hAnsi="Calibri" w:eastAsia="Calibri"/>
          <w:b/>
          <w:i w:val="0"/>
          <w:color w:val="146E3C"/>
          <w:sz w:val="22"/>
        </w:rPr>
        <w:t>C. [CORRECT] Ask about asthma, beta-blockers and ACE inhibitors</w:t>
      </w:r>
    </w:p>
    <w:p>
      <w:pPr>
        <w:spacing w:before="0" w:after="20" w:line="259" w:lineRule="auto"/>
      </w:pPr>
      <w:r>
        <w:rPr>
          <w:rFonts w:ascii="Calibri" w:hAnsi="Calibri" w:eastAsia="Calibri"/>
          <w:b w:val="0"/>
          <w:i/>
          <w:color w:val="282828"/>
          <w:sz w:val="22"/>
        </w:rPr>
        <w:t>Bay: Mild asthma, no beta-blocker, no ACEI.</w:t>
      </w:r>
    </w:p>
    <w:p>
      <w:pPr>
        <w:spacing w:before="120" w:after="20" w:line="259" w:lineRule="auto"/>
        <w:shd w:fill="F8E8E8" w:val="clear"/>
      </w:pPr>
      <w:r>
        <w:rPr>
          <w:rFonts w:ascii="Calibri" w:hAnsi="Calibri" w:eastAsia="Calibri"/>
          <w:b w:val="0"/>
          <w:i w:val="0"/>
          <w:color w:val="A02828"/>
          <w:sz w:val="22"/>
        </w:rPr>
        <w:t>D. [WRONG] Await serum-specific IgE / RAST before any further adrenaline</w:t>
      </w:r>
    </w:p>
    <w:p>
      <w:pPr>
        <w:spacing w:before="0" w:after="20" w:line="259" w:lineRule="auto"/>
      </w:pPr>
      <w:r>
        <w:rPr>
          <w:rFonts w:ascii="Calibri" w:hAnsi="Calibri" w:eastAsia="Calibri"/>
          <w:b w:val="0"/>
          <w:i/>
          <w:color w:val="282828"/>
          <w:sz w:val="22"/>
        </w:rPr>
        <w:t>Bay: sIgE does not guide acute treatment and delays the second dose if she is still shocked.</w:t>
      </w:r>
    </w:p>
    <w:p>
      <w:pPr>
        <w:spacing w:before="120" w:after="20" w:line="259" w:lineRule="auto"/>
        <w:shd w:fill="F8E8E8" w:val="clear"/>
      </w:pPr>
      <w:r>
        <w:rPr>
          <w:rFonts w:ascii="Calibri" w:hAnsi="Calibri" w:eastAsia="Calibri"/>
          <w:b w:val="0"/>
          <w:i w:val="0"/>
          <w:color w:val="A02828"/>
          <w:sz w:val="22"/>
        </w:rPr>
        <w:t>E. [WRONG] Treat as septic shock from cellulitis before further adrenaline</w:t>
      </w:r>
    </w:p>
    <w:p>
      <w:pPr>
        <w:spacing w:before="0" w:after="20" w:line="259" w:lineRule="auto"/>
      </w:pPr>
      <w:r>
        <w:rPr>
          <w:rFonts w:ascii="Calibri" w:hAnsi="Calibri" w:eastAsia="Calibri"/>
          <w:b w:val="0"/>
          <w:i/>
          <w:color w:val="282828"/>
          <w:sz w:val="22"/>
        </w:rPr>
        <w:t>Bay: The cellulitis is not the disease that is killing her. Treat anaphylaxis first.</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IgE-mediated anaphylaxis (beta-lactam)</w:t>
      </w:r>
    </w:p>
    <w:p>
      <w:pPr>
        <w:spacing w:before="0" w:after="20" w:line="259" w:lineRule="auto"/>
      </w:pPr>
      <w:r>
        <w:rPr>
          <w:rFonts w:ascii="Calibri" w:hAnsi="Calibri" w:eastAsia="Calibri"/>
          <w:b w:val="0"/>
          <w:i/>
          <w:color w:val="282828"/>
          <w:sz w:val="22"/>
        </w:rPr>
        <w:t>Bay: Yes. Treat and observe.</w:t>
      </w:r>
    </w:p>
    <w:p>
      <w:pPr>
        <w:spacing w:before="120" w:after="20" w:line="259" w:lineRule="auto"/>
        <w:shd w:fill="F8E8E8" w:val="clear"/>
      </w:pPr>
      <w:r>
        <w:rPr>
          <w:rFonts w:ascii="Calibri" w:hAnsi="Calibri" w:eastAsia="Calibri"/>
          <w:b w:val="0"/>
          <w:i w:val="0"/>
          <w:color w:val="A02828"/>
          <w:sz w:val="22"/>
        </w:rPr>
        <w:t>B. [WRONG] ACE-inhibitor bradykinin angioedema</w:t>
      </w:r>
    </w:p>
    <w:p>
      <w:pPr>
        <w:spacing w:before="0" w:after="20" w:line="259" w:lineRule="auto"/>
      </w:pPr>
      <w:r>
        <w:rPr>
          <w:rFonts w:ascii="Calibri" w:hAnsi="Calibri" w:eastAsia="Calibri"/>
          <w:b w:val="0"/>
          <w:i/>
          <w:color w:val="282828"/>
          <w:sz w:val="22"/>
        </w:rPr>
        <w:t>Bay: She is not on an ACEI, there is urticaria, and onset was immediately post-antibiotic.</w:t>
      </w:r>
    </w:p>
    <w:p>
      <w:pPr>
        <w:spacing w:before="120" w:after="20" w:line="259" w:lineRule="auto"/>
        <w:shd w:fill="F8E8E8" w:val="clear"/>
      </w:pPr>
      <w:r>
        <w:rPr>
          <w:rFonts w:ascii="Calibri" w:hAnsi="Calibri" w:eastAsia="Calibri"/>
          <w:b w:val="0"/>
          <w:i w:val="0"/>
          <w:color w:val="A02828"/>
          <w:sz w:val="22"/>
        </w:rPr>
        <w:t>C. [WRONG] Septic shock secondary to cellulitis</w:t>
      </w:r>
    </w:p>
    <w:p>
      <w:pPr>
        <w:spacing w:before="0" w:after="20" w:line="259" w:lineRule="auto"/>
      </w:pPr>
      <w:r>
        <w:rPr>
          <w:rFonts w:ascii="Calibri" w:hAnsi="Calibri" w:eastAsia="Calibri"/>
          <w:b w:val="0"/>
          <w:i/>
          <w:color w:val="282828"/>
          <w:sz w:val="22"/>
        </w:rPr>
        <w:t>Bay: Three minutes after the drug, with urticaria and stridor, is anaphylaxis, not hours of fever.</w:t>
      </w:r>
    </w:p>
    <w:p>
      <w:pPr>
        <w:spacing w:before="120" w:after="20" w:line="259" w:lineRule="auto"/>
        <w:shd w:fill="F8E8E8" w:val="clear"/>
      </w:pPr>
      <w:r>
        <w:rPr>
          <w:rFonts w:ascii="Calibri" w:hAnsi="Calibri" w:eastAsia="Calibri"/>
          <w:b w:val="0"/>
          <w:i w:val="0"/>
          <w:color w:val="A02828"/>
          <w:sz w:val="22"/>
        </w:rPr>
        <w:t>D. [WRONG] Acute severe asthma with bronchospasm</w:t>
      </w:r>
    </w:p>
    <w:p>
      <w:pPr>
        <w:spacing w:before="0" w:after="20" w:line="259" w:lineRule="auto"/>
      </w:pPr>
      <w:r>
        <w:rPr>
          <w:rFonts w:ascii="Calibri" w:hAnsi="Calibri" w:eastAsia="Calibri"/>
          <w:b w:val="0"/>
          <w:i/>
          <w:color w:val="282828"/>
          <w:sz w:val="22"/>
        </w:rPr>
        <w:t>Bay: Wheeze can feature, but the lips, urticaria and hypotension are not primary asthma.</w:t>
      </w:r>
    </w:p>
    <w:p>
      <w:pPr>
        <w:spacing w:before="120" w:after="20" w:line="259" w:lineRule="auto"/>
        <w:shd w:fill="F8E8E8" w:val="clear"/>
      </w:pPr>
      <w:r>
        <w:rPr>
          <w:rFonts w:ascii="Calibri" w:hAnsi="Calibri" w:eastAsia="Calibri"/>
          <w:b w:val="0"/>
          <w:i w:val="0"/>
          <w:color w:val="A02828"/>
          <w:sz w:val="22"/>
        </w:rPr>
        <w:t>E. [WRONG] Hereditary angioedema (C1-inhibitor deficiency)</w:t>
      </w:r>
    </w:p>
    <w:p>
      <w:pPr>
        <w:spacing w:before="0" w:after="20" w:line="259" w:lineRule="auto"/>
      </w:pPr>
      <w:r>
        <w:rPr>
          <w:rFonts w:ascii="Calibri" w:hAnsi="Calibri" w:eastAsia="Calibri"/>
          <w:b w:val="0"/>
          <w:i/>
          <w:color w:val="282828"/>
          <w:sz w:val="22"/>
        </w:rPr>
        <w:t>Bay: HAE does not cause urticaria or a response to adrenaline, and this is immediately post-drug.</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She is talking in sentences. Stridor gone. BP 108/64.</w:t>
      </w:r>
    </w:p>
    <w:p>
      <w:pPr>
        <w:spacing w:before="120" w:after="20" w:line="259" w:lineRule="auto"/>
        <w:shd w:fill="E8F5EC" w:val="clear"/>
      </w:pPr>
      <w:r>
        <w:rPr>
          <w:rFonts w:ascii="Calibri" w:hAnsi="Calibri" w:eastAsia="Calibri"/>
          <w:b/>
          <w:i w:val="0"/>
          <w:color w:val="146E3C"/>
          <w:sz w:val="22"/>
        </w:rPr>
        <w:t>A. [CORRECT] Monitored observation and tryptase</w:t>
      </w:r>
    </w:p>
    <w:p>
      <w:pPr>
        <w:spacing w:before="0" w:after="20" w:line="259" w:lineRule="auto"/>
      </w:pPr>
      <w:r>
        <w:rPr>
          <w:rFonts w:ascii="Calibri" w:hAnsi="Calibri" w:eastAsia="Calibri"/>
          <w:b w:val="0"/>
          <w:i/>
          <w:color w:val="282828"/>
          <w:sz w:val="22"/>
        </w:rPr>
        <w:t>Bay: Tryptase timed. She stays. The registrar is in the bay.</w:t>
      </w:r>
    </w:p>
    <w:p>
      <w:pPr>
        <w:spacing w:before="0" w:after="40" w:line="259" w:lineRule="auto"/>
      </w:pPr>
      <w:r>
        <w:rPr>
          <w:rFonts w:ascii="Calibri" w:hAnsi="Calibri" w:eastAsia="Calibri"/>
          <w:b w:val="0"/>
          <w:i/>
          <w:color w:val="5A4614"/>
          <w:sz w:val="20"/>
        </w:rPr>
        <w:t>Reaction: hr -8, sbp +8</w:t>
      </w:r>
    </w:p>
    <w:p>
      <w:pPr>
        <w:spacing w:before="80" w:after="40" w:line="259" w:lineRule="auto"/>
      </w:pPr>
      <w:r>
        <w:rPr>
          <w:rFonts w:ascii="Calibri" w:hAnsi="Calibri" w:eastAsia="Calibri"/>
          <w:b/>
          <w:i w:val="0"/>
          <w:color w:val="46326E"/>
          <w:sz w:val="22"/>
        </w:rPr>
        <w:t xml:space="preserve">    Follow-up: How long to observe?</w:t>
      </w:r>
    </w:p>
    <w:p>
      <w:pPr>
        <w:spacing w:before="120" w:after="20" w:line="259" w:lineRule="auto"/>
        <w:shd w:fill="E8F5EC" w:val="clear"/>
      </w:pPr>
      <w:r>
        <w:rPr>
          <w:rFonts w:ascii="Calibri" w:hAnsi="Calibri" w:eastAsia="Calibri"/>
          <w:b/>
          <w:i w:val="0"/>
          <w:color w:val="146E3C"/>
          <w:sz w:val="22"/>
        </w:rPr>
        <w:t xml:space="preserve">    A. [CORRECT] At least 6–12 hours in a monitored bed after shock and airway involvement</w:t>
      </w:r>
    </w:p>
    <w:p>
      <w:pPr>
        <w:spacing w:before="0" w:after="20" w:line="259" w:lineRule="auto"/>
      </w:pPr>
      <w:r>
        <w:rPr>
          <w:rFonts w:ascii="Calibri" w:hAnsi="Calibri" w:eastAsia="Calibri"/>
          <w:b w:val="0"/>
          <w:i/>
          <w:color w:val="282828"/>
          <w:sz w:val="22"/>
        </w:rPr>
        <w:t xml:space="preserve">       Bay: NICE: hypotensive anaphylaxis with airway features is not a 2-hour discharge.</w:t>
      </w:r>
    </w:p>
    <w:p>
      <w:pPr>
        <w:spacing w:before="120" w:after="20" w:line="259" w:lineRule="auto"/>
        <w:shd w:fill="F8E8E8" w:val="clear"/>
      </w:pPr>
      <w:r>
        <w:rPr>
          <w:rFonts w:ascii="Calibri" w:hAnsi="Calibri" w:eastAsia="Calibri"/>
          <w:b w:val="0"/>
          <w:i w:val="0"/>
          <w:color w:val="A02828"/>
          <w:sz w:val="22"/>
        </w:rPr>
        <w:t xml:space="preserve">    B. [WRONG] 2 hours from the last adrenaline, then home</w:t>
      </w:r>
    </w:p>
    <w:p>
      <w:pPr>
        <w:spacing w:before="0" w:after="20" w:line="259" w:lineRule="auto"/>
      </w:pPr>
      <w:r>
        <w:rPr>
          <w:rFonts w:ascii="Calibri" w:hAnsi="Calibri" w:eastAsia="Calibri"/>
          <w:b w:val="0"/>
          <w:i/>
          <w:color w:val="282828"/>
          <w:sz w:val="22"/>
        </w:rPr>
        <w:t xml:space="preserve">       Bay: Too short after shock and stridor.</w:t>
      </w:r>
    </w:p>
    <w:p>
      <w:pPr>
        <w:spacing w:before="120" w:after="20" w:line="259" w:lineRule="auto"/>
        <w:shd w:fill="F8E8E8" w:val="clear"/>
      </w:pPr>
      <w:r>
        <w:rPr>
          <w:rFonts w:ascii="Calibri" w:hAnsi="Calibri" w:eastAsia="Calibri"/>
          <w:b w:val="0"/>
          <w:i w:val="0"/>
          <w:color w:val="A02828"/>
          <w:sz w:val="22"/>
        </w:rPr>
        <w:t xml:space="preserve">    C. [WRONG] 30 minutes of observation in majors</w:t>
      </w:r>
    </w:p>
    <w:p>
      <w:pPr>
        <w:spacing w:before="0" w:after="20" w:line="259" w:lineRule="auto"/>
      </w:pPr>
      <w:r>
        <w:rPr>
          <w:rFonts w:ascii="Calibri" w:hAnsi="Calibri" w:eastAsia="Calibri"/>
          <w:b w:val="0"/>
          <w:i/>
          <w:color w:val="282828"/>
          <w:sz w:val="22"/>
        </w:rPr>
        <w:t xml:space="preserve">       Bay: She had airway and cardiovascular involvement.</w:t>
      </w:r>
    </w:p>
    <w:p>
      <w:pPr>
        <w:spacing w:before="120" w:after="20" w:line="259" w:lineRule="auto"/>
        <w:shd w:fill="F8E8E8" w:val="clear"/>
      </w:pPr>
      <w:r>
        <w:rPr>
          <w:rFonts w:ascii="Calibri" w:hAnsi="Calibri" w:eastAsia="Calibri"/>
          <w:b w:val="0"/>
          <w:i w:val="0"/>
          <w:color w:val="A02828"/>
          <w:sz w:val="22"/>
        </w:rPr>
        <w:t xml:space="preserve">    D. [WRONG] Overnight intubation on ICU regardless of trajectory</w:t>
      </w:r>
    </w:p>
    <w:p>
      <w:pPr>
        <w:spacing w:before="0" w:after="20" w:line="259" w:lineRule="auto"/>
      </w:pPr>
      <w:r>
        <w:rPr>
          <w:rFonts w:ascii="Calibri" w:hAnsi="Calibri" w:eastAsia="Calibri"/>
          <w:b w:val="0"/>
          <w:i/>
          <w:color w:val="282828"/>
          <w:sz w:val="22"/>
        </w:rPr>
        <w:t xml:space="preserve">       Bay: She is improving. Observe; do not intubate a recovering airway.</w:t>
      </w:r>
    </w:p>
    <w:p>
      <w:pPr>
        <w:spacing w:before="120" w:after="20" w:line="259" w:lineRule="auto"/>
        <w:shd w:fill="F8E8E8" w:val="clear"/>
      </w:pPr>
      <w:r>
        <w:rPr>
          <w:rFonts w:ascii="Calibri" w:hAnsi="Calibri" w:eastAsia="Calibri"/>
          <w:b w:val="0"/>
          <w:i w:val="0"/>
          <w:color w:val="A02828"/>
          <w:sz w:val="22"/>
        </w:rPr>
        <w:t xml:space="preserve">    E. [WRONG] Transfer now to an unmonitored surgical ward</w:t>
      </w:r>
    </w:p>
    <w:p>
      <w:pPr>
        <w:spacing w:before="0" w:after="20" w:line="259" w:lineRule="auto"/>
      </w:pPr>
      <w:r>
        <w:rPr>
          <w:rFonts w:ascii="Calibri" w:hAnsi="Calibri" w:eastAsia="Calibri"/>
          <w:b w:val="0"/>
          <w:i/>
          <w:color w:val="282828"/>
          <w:sz w:val="22"/>
        </w:rPr>
        <w:t xml:space="preserve">       Bay: She had airway involvement and shock. She needs a monitored bed.</w:t>
      </w:r>
    </w:p>
    <w:p>
      <w:pPr>
        <w:spacing w:before="120" w:after="20" w:line="259" w:lineRule="auto"/>
        <w:shd w:fill="F8E8E8" w:val="clear"/>
      </w:pPr>
      <w:r>
        <w:rPr>
          <w:rFonts w:ascii="Calibri" w:hAnsi="Calibri" w:eastAsia="Calibri"/>
          <w:b w:val="0"/>
          <w:i w:val="0"/>
          <w:color w:val="A02828"/>
          <w:sz w:val="22"/>
        </w:rPr>
        <w:t>B. [WRONG] Unmonitored ward bed</w:t>
      </w:r>
    </w:p>
    <w:p>
      <w:pPr>
        <w:spacing w:before="0" w:after="20" w:line="259" w:lineRule="auto"/>
      </w:pPr>
      <w:r>
        <w:rPr>
          <w:rFonts w:ascii="Calibri" w:hAnsi="Calibri" w:eastAsia="Calibri"/>
          <w:b w:val="0"/>
          <w:i/>
          <w:color w:val="282828"/>
          <w:sz w:val="22"/>
        </w:rPr>
        <w:t>Bay: She was hypotensive with airway involvement. NICE observation after shock is not an unmonitored ward step-down.</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Discharge home at 2 hours</w:t>
      </w:r>
    </w:p>
    <w:p>
      <w:pPr>
        <w:spacing w:before="0" w:after="20" w:line="259" w:lineRule="auto"/>
      </w:pPr>
      <w:r>
        <w:rPr>
          <w:rFonts w:ascii="Calibri" w:hAnsi="Calibri" w:eastAsia="Calibri"/>
          <w:b w:val="0"/>
          <w:i/>
          <w:color w:val="282828"/>
          <w:sz w:val="22"/>
        </w:rPr>
        <w:t>Bay: Too short after shock and stridor. She needs a monitored bed for at least 6–12 hours.</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Immediate RSI</w:t>
      </w:r>
    </w:p>
    <w:p>
      <w:pPr>
        <w:spacing w:before="0" w:after="20" w:line="259" w:lineRule="auto"/>
      </w:pPr>
      <w:r>
        <w:rPr>
          <w:rFonts w:ascii="Calibri" w:hAnsi="Calibri" w:eastAsia="Calibri"/>
          <w:b w:val="0"/>
          <w:i/>
          <w:color w:val="282828"/>
          <w:sz w:val="22"/>
        </w:rPr>
        <w:t>Bay: She is talking in sentences and the stridor has gone. Observe; do not intubate a recovering airway.</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Medical SDEC now</w:t>
      </w:r>
    </w:p>
    <w:p>
      <w:pPr>
        <w:spacing w:before="0" w:after="20" w:line="259" w:lineRule="auto"/>
      </w:pPr>
      <w:r>
        <w:rPr>
          <w:rFonts w:ascii="Calibri" w:hAnsi="Calibri" w:eastAsia="Calibri"/>
          <w:b w:val="0"/>
          <w:i/>
          <w:color w:val="282828"/>
          <w:sz w:val="22"/>
        </w:rPr>
        <w:t>Bay: Hypotensive anaphylaxis with airway features is not an SDEC discharge.</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Where does she go once the bay is needed?</w:t>
      </w:r>
    </w:p>
    <w:p>
      <w:pPr>
        <w:spacing w:before="120" w:after="20" w:line="259" w:lineRule="auto"/>
        <w:shd w:fill="E8F5EC" w:val="clear"/>
      </w:pPr>
      <w:r>
        <w:rPr>
          <w:rFonts w:ascii="Calibri" w:hAnsi="Calibri" w:eastAsia="Calibri"/>
          <w:b/>
          <w:i w:val="0"/>
          <w:color w:val="146E3C"/>
          <w:sz w:val="22"/>
        </w:rPr>
        <w:t>A. [CORRECT] Monitored ED observation / Level 2 HDU-capable bed</w:t>
      </w:r>
    </w:p>
    <w:p>
      <w:pPr>
        <w:spacing w:before="0" w:after="20" w:line="259" w:lineRule="auto"/>
      </w:pPr>
      <w:r>
        <w:rPr>
          <w:rFonts w:ascii="Calibri" w:hAnsi="Calibri" w:eastAsia="Calibri"/>
          <w:b w:val="0"/>
          <w:i/>
          <w:color w:val="282828"/>
          <w:sz w:val="22"/>
        </w:rPr>
        <w:t>Bay: Correct.</w:t>
      </w:r>
    </w:p>
    <w:p>
      <w:pPr>
        <w:spacing w:before="120" w:after="20" w:line="259" w:lineRule="auto"/>
        <w:shd w:fill="F8E8E8" w:val="clear"/>
      </w:pPr>
      <w:r>
        <w:rPr>
          <w:rFonts w:ascii="Calibri" w:hAnsi="Calibri" w:eastAsia="Calibri"/>
          <w:b w:val="0"/>
          <w:i w:val="0"/>
          <w:color w:val="A02828"/>
          <w:sz w:val="22"/>
        </w:rPr>
        <w:t>B. [WRONG] Medical SDEC with planned discharge at 4 hours</w:t>
      </w:r>
    </w:p>
    <w:p>
      <w:pPr>
        <w:spacing w:before="0" w:after="20" w:line="259" w:lineRule="auto"/>
      </w:pPr>
      <w:r>
        <w:rPr>
          <w:rFonts w:ascii="Calibri" w:hAnsi="Calibri" w:eastAsia="Calibri"/>
          <w:b w:val="0"/>
          <w:i/>
          <w:color w:val="282828"/>
          <w:sz w:val="22"/>
        </w:rPr>
        <w:t>Bay: Hypotensive anaphylaxis is not an SDEC pathway.</w:t>
      </w:r>
    </w:p>
    <w:p>
      <w:pPr>
        <w:spacing w:before="120" w:after="20" w:line="259" w:lineRule="auto"/>
        <w:shd w:fill="F8E8E8" w:val="clear"/>
      </w:pPr>
      <w:r>
        <w:rPr>
          <w:rFonts w:ascii="Calibri" w:hAnsi="Calibri" w:eastAsia="Calibri"/>
          <w:b w:val="0"/>
          <w:i w:val="0"/>
          <w:color w:val="A02828"/>
          <w:sz w:val="22"/>
        </w:rPr>
        <w:t>C. [WRONG] General surgical ward for ongoing IV antibiotics</w:t>
      </w:r>
    </w:p>
    <w:p>
      <w:pPr>
        <w:spacing w:before="0" w:after="20" w:line="259" w:lineRule="auto"/>
      </w:pPr>
      <w:r>
        <w:rPr>
          <w:rFonts w:ascii="Calibri" w:hAnsi="Calibri" w:eastAsia="Calibri"/>
          <w:b w:val="0"/>
          <w:i/>
          <w:color w:val="282828"/>
          <w:sz w:val="22"/>
        </w:rPr>
        <w:t>Bay: Airway and cardiovascular observation first; the cellulitis can wait.</w:t>
      </w:r>
    </w:p>
    <w:p>
      <w:pPr>
        <w:spacing w:before="120" w:after="20" w:line="259" w:lineRule="auto"/>
        <w:shd w:fill="F8E8E8" w:val="clear"/>
      </w:pPr>
      <w:r>
        <w:rPr>
          <w:rFonts w:ascii="Calibri" w:hAnsi="Calibri" w:eastAsia="Calibri"/>
          <w:b w:val="0"/>
          <w:i w:val="0"/>
          <w:color w:val="A02828"/>
          <w:sz w:val="22"/>
        </w:rPr>
        <w:t>D. [WRONG] ICU for immediate intubation regardless of trajectory</w:t>
      </w:r>
    </w:p>
    <w:p>
      <w:pPr>
        <w:spacing w:before="0" w:after="20" w:line="259" w:lineRule="auto"/>
      </w:pPr>
      <w:r>
        <w:rPr>
          <w:rFonts w:ascii="Calibri" w:hAnsi="Calibri" w:eastAsia="Calibri"/>
          <w:b w:val="0"/>
          <w:i/>
          <w:color w:val="282828"/>
          <w:sz w:val="22"/>
        </w:rPr>
        <w:t>Bay: She is improving. ICU if she deteriorates or needs an infusion/airway.</w:t>
      </w:r>
    </w:p>
    <w:p>
      <w:pPr>
        <w:spacing w:before="120" w:after="20" w:line="259" w:lineRule="auto"/>
        <w:shd w:fill="F8E8E8" w:val="clear"/>
      </w:pPr>
      <w:r>
        <w:rPr>
          <w:rFonts w:ascii="Calibri" w:hAnsi="Calibri" w:eastAsia="Calibri"/>
          <w:b w:val="0"/>
          <w:i w:val="0"/>
          <w:color w:val="A02828"/>
          <w:sz w:val="22"/>
        </w:rPr>
        <w:t>E. [WRONG] Acute medical unit side-room without continuous monitoring</w:t>
      </w:r>
    </w:p>
    <w:p>
      <w:pPr>
        <w:spacing w:before="0" w:after="20" w:line="259" w:lineRule="auto"/>
      </w:pPr>
      <w:r>
        <w:rPr>
          <w:rFonts w:ascii="Calibri" w:hAnsi="Calibri" w:eastAsia="Calibri"/>
          <w:b w:val="0"/>
          <w:i/>
          <w:color w:val="282828"/>
          <w:sz w:val="22"/>
        </w:rPr>
        <w:t>Bay: She had airway involvement and shock. She needs a monitored bed.</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she leaves the bay.</w:t>
      </w:r>
    </w:p>
    <w:p>
      <w:pPr>
        <w:spacing w:before="120" w:after="20" w:line="259" w:lineRule="auto"/>
        <w:shd w:fill="E8F5EC" w:val="clear"/>
      </w:pPr>
      <w:r>
        <w:rPr>
          <w:rFonts w:ascii="Calibri" w:hAnsi="Calibri" w:eastAsia="Calibri"/>
          <w:b/>
          <w:i w:val="0"/>
          <w:color w:val="146E3C"/>
          <w:sz w:val="22"/>
        </w:rPr>
        <w:t>A. [CORRECT] Allergy band, Yellow Card, timed tryptase, EpiPen plan, stop beta-lactams</w:t>
      </w:r>
    </w:p>
    <w:p>
      <w:pPr>
        <w:spacing w:before="0" w:after="20" w:line="259" w:lineRule="auto"/>
      </w:pPr>
      <w:r>
        <w:rPr>
          <w:rFonts w:ascii="Calibri" w:hAnsi="Calibri" w:eastAsia="Calibri"/>
          <w:b w:val="0"/>
          <w:i/>
          <w:color w:val="282828"/>
          <w:sz w:val="22"/>
        </w:rPr>
        <w:t>Bay: Band on, incident logged, teaching booked. Cellulitis plan uses clindamycin pending micro.</w:t>
      </w:r>
    </w:p>
    <w:p>
      <w:pPr>
        <w:spacing w:before="80" w:after="40" w:line="259" w:lineRule="auto"/>
      </w:pPr>
      <w:r>
        <w:rPr>
          <w:rFonts w:ascii="Calibri" w:hAnsi="Calibri" w:eastAsia="Calibri"/>
          <w:b/>
          <w:i w:val="0"/>
          <w:color w:val="46326E"/>
          <w:sz w:val="22"/>
        </w:rPr>
        <w:t xml:space="preserve">    Follow-up: When is the second tryptase taken?</w:t>
      </w:r>
    </w:p>
    <w:p>
      <w:pPr>
        <w:spacing w:before="120" w:after="20" w:line="259" w:lineRule="auto"/>
        <w:shd w:fill="E8F5EC" w:val="clear"/>
      </w:pPr>
      <w:r>
        <w:rPr>
          <w:rFonts w:ascii="Calibri" w:hAnsi="Calibri" w:eastAsia="Calibri"/>
          <w:b/>
          <w:i w:val="0"/>
          <w:color w:val="146E3C"/>
          <w:sz w:val="22"/>
        </w:rPr>
        <w:t xml:space="preserve">    A. [CORRECT] 1–2 hours after the start of symptoms</w:t>
      </w:r>
    </w:p>
    <w:p>
      <w:pPr>
        <w:spacing w:before="0" w:after="20" w:line="259" w:lineRule="auto"/>
      </w:pPr>
      <w:r>
        <w:rPr>
          <w:rFonts w:ascii="Calibri" w:hAnsi="Calibri" w:eastAsia="Calibri"/>
          <w:b w:val="0"/>
          <w:i/>
          <w:color w:val="282828"/>
          <w:sz w:val="22"/>
        </w:rPr>
        <w:t xml:space="preserve">       Bay: Timed tryptase: as soon as practical, 1–2 h, then 24 h baseline.</w:t>
      </w:r>
    </w:p>
    <w:p>
      <w:pPr>
        <w:spacing w:before="120" w:after="20" w:line="259" w:lineRule="auto"/>
        <w:shd w:fill="F8E8E8" w:val="clear"/>
      </w:pPr>
      <w:r>
        <w:rPr>
          <w:rFonts w:ascii="Calibri" w:hAnsi="Calibri" w:eastAsia="Calibri"/>
          <w:b w:val="0"/>
          <w:i w:val="0"/>
          <w:color w:val="A02828"/>
          <w:sz w:val="22"/>
        </w:rPr>
        <w:t xml:space="preserve">    B. [WRONG] Immediately only — no later samples</w:t>
      </w:r>
    </w:p>
    <w:p>
      <w:pPr>
        <w:spacing w:before="0" w:after="20" w:line="259" w:lineRule="auto"/>
      </w:pPr>
      <w:r>
        <w:rPr>
          <w:rFonts w:ascii="Calibri" w:hAnsi="Calibri" w:eastAsia="Calibri"/>
          <w:b w:val="0"/>
          <w:i/>
          <w:color w:val="282828"/>
          <w:sz w:val="22"/>
        </w:rPr>
        <w:t xml:space="preserve">       Bay: You will miss the diagnostic peak.</w:t>
      </w:r>
    </w:p>
    <w:p>
      <w:pPr>
        <w:spacing w:before="120" w:after="20" w:line="259" w:lineRule="auto"/>
        <w:shd w:fill="F8E8E8" w:val="clear"/>
      </w:pPr>
      <w:r>
        <w:rPr>
          <w:rFonts w:ascii="Calibri" w:hAnsi="Calibri" w:eastAsia="Calibri"/>
          <w:b w:val="0"/>
          <w:i w:val="0"/>
          <w:color w:val="A02828"/>
          <w:sz w:val="22"/>
        </w:rPr>
        <w:t xml:space="preserve">    C. [WRONG] At 24 hours only</w:t>
      </w:r>
    </w:p>
    <w:p>
      <w:pPr>
        <w:spacing w:before="0" w:after="20" w:line="259" w:lineRule="auto"/>
      </w:pPr>
      <w:r>
        <w:rPr>
          <w:rFonts w:ascii="Calibri" w:hAnsi="Calibri" w:eastAsia="Calibri"/>
          <w:b w:val="0"/>
          <w:i/>
          <w:color w:val="282828"/>
          <w:sz w:val="22"/>
        </w:rPr>
        <w:t xml:space="preserve">       Bay: You need the acute pair as well as the baseline.</w:t>
      </w:r>
    </w:p>
    <w:p>
      <w:pPr>
        <w:spacing w:before="120" w:after="20" w:line="259" w:lineRule="auto"/>
        <w:shd w:fill="F8E8E8" w:val="clear"/>
      </w:pPr>
      <w:r>
        <w:rPr>
          <w:rFonts w:ascii="Calibri" w:hAnsi="Calibri" w:eastAsia="Calibri"/>
          <w:b w:val="0"/>
          <w:i w:val="0"/>
          <w:color w:val="A02828"/>
          <w:sz w:val="22"/>
        </w:rPr>
        <w:t xml:space="preserve">    D. [WRONG] Tomorrow in allergy clinic</w:t>
      </w:r>
    </w:p>
    <w:p>
      <w:pPr>
        <w:spacing w:before="0" w:after="20" w:line="259" w:lineRule="auto"/>
      </w:pPr>
      <w:r>
        <w:rPr>
          <w:rFonts w:ascii="Calibri" w:hAnsi="Calibri" w:eastAsia="Calibri"/>
          <w:b w:val="0"/>
          <w:i/>
          <w:color w:val="282828"/>
          <w:sz w:val="22"/>
        </w:rPr>
        <w:t xml:space="preserve">       Bay: The diagnostic window is today, in ED.</w:t>
      </w:r>
    </w:p>
    <w:p>
      <w:pPr>
        <w:spacing w:before="120" w:after="20" w:line="259" w:lineRule="auto"/>
        <w:shd w:fill="F8E8E8" w:val="clear"/>
      </w:pPr>
      <w:r>
        <w:rPr>
          <w:rFonts w:ascii="Calibri" w:hAnsi="Calibri" w:eastAsia="Calibri"/>
          <w:b w:val="0"/>
          <w:i w:val="0"/>
          <w:color w:val="A02828"/>
          <w:sz w:val="22"/>
        </w:rPr>
        <w:t xml:space="preserve">    E. [WRONG] After a supervised co-amoxiclav rechallenge</w:t>
      </w:r>
    </w:p>
    <w:p>
      <w:pPr>
        <w:spacing w:before="0" w:after="20" w:line="259" w:lineRule="auto"/>
      </w:pPr>
      <w:r>
        <w:rPr>
          <w:rFonts w:ascii="Calibri" w:hAnsi="Calibri" w:eastAsia="Calibri"/>
          <w:b w:val="0"/>
          <w:i/>
          <w:color w:val="282828"/>
          <w:sz w:val="22"/>
        </w:rPr>
        <w:t xml:space="preserve">       Bay: Do not re-challenge in resus.</w:t>
      </w:r>
    </w:p>
    <w:p>
      <w:pPr>
        <w:spacing w:before="120" w:after="20" w:line="259" w:lineRule="auto"/>
        <w:shd w:fill="F8E8E8" w:val="clear"/>
      </w:pPr>
      <w:r>
        <w:rPr>
          <w:rFonts w:ascii="Calibri" w:hAnsi="Calibri" w:eastAsia="Calibri"/>
          <w:b w:val="0"/>
          <w:i w:val="0"/>
          <w:color w:val="A02828"/>
          <w:sz w:val="22"/>
        </w:rPr>
        <w:t>B. [WRONG] Supervised oral penicillin challenge tonight to test side-chain cross-reactivity</w:t>
      </w:r>
    </w:p>
    <w:p>
      <w:pPr>
        <w:spacing w:before="0" w:after="20" w:line="259" w:lineRule="auto"/>
      </w:pPr>
      <w:r>
        <w:rPr>
          <w:rFonts w:ascii="Calibri" w:hAnsi="Calibri" w:eastAsia="Calibri"/>
          <w:b w:val="0"/>
          <w:i/>
          <w:color w:val="282828"/>
          <w:sz w:val="22"/>
        </w:rPr>
        <w:t>Bay: Not tonight. Challenge testing belongs in allergy clinic, not resus.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Full pulmonary function tests from resus before moving to the observation bed</w:t>
      </w:r>
    </w:p>
    <w:p>
      <w:pPr>
        <w:spacing w:before="0" w:after="20" w:line="259" w:lineRule="auto"/>
      </w:pPr>
      <w:r>
        <w:rPr>
          <w:rFonts w:ascii="Calibri" w:hAnsi="Calibri" w:eastAsia="Calibri"/>
          <w:b w:val="0"/>
          <w:i/>
          <w:color w:val="282828"/>
          <w:sz w:val="22"/>
        </w:rPr>
        <w:t>Bay: Not in the acute phase and not a transfer out of a monitored area.</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Defer the 1–2 hour tryptase until she attends tomorrow's allergy clinic</w:t>
      </w:r>
    </w:p>
    <w:p>
      <w:pPr>
        <w:spacing w:before="0" w:after="20" w:line="259" w:lineRule="auto"/>
      </w:pPr>
      <w:r>
        <w:rPr>
          <w:rFonts w:ascii="Calibri" w:hAnsi="Calibri" w:eastAsia="Calibri"/>
          <w:b w:val="0"/>
          <w:i/>
          <w:color w:val="282828"/>
          <w:sz w:val="22"/>
        </w:rPr>
        <w:t>Bay: Timed tryptase (immediate, 1–2 h, 24 h baseline) is an ED job. Do not miss the diagnostic window.</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Give a further adrenaline 1 mg IV (10 mL of 1:10,000) to cover transfer</w:t>
      </w:r>
    </w:p>
    <w:p>
      <w:pPr>
        <w:spacing w:before="0" w:after="20" w:line="259" w:lineRule="auto"/>
      </w:pPr>
      <w:r>
        <w:rPr>
          <w:rFonts w:ascii="Calibri" w:hAnsi="Calibri" w:eastAsia="Calibri"/>
          <w:b w:val="0"/>
          <w:i/>
          <w:color w:val="282828"/>
          <w:sz w:val="22"/>
        </w:rPr>
        <w:t>Bay: No. That is an arrest dose in a patient who is improving.</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Tryptase later comes back raised.</w:t>
      </w:r>
    </w:p>
    <w:p>
      <w:pPr>
        <w:spacing w:before="120" w:after="20" w:line="259" w:lineRule="auto"/>
        <w:shd w:fill="E8F5EC" w:val="clear"/>
      </w:pPr>
      <w:r>
        <w:rPr>
          <w:rFonts w:ascii="Calibri" w:hAnsi="Calibri" w:eastAsia="Calibri"/>
          <w:b/>
          <w:i w:val="0"/>
          <w:color w:val="146E3C"/>
          <w:sz w:val="22"/>
        </w:rPr>
        <w:t>A. [CORRECT] Drug-induced anaphylaxis (co-amoxiclav)</w:t>
      </w:r>
    </w:p>
    <w:p>
      <w:pPr>
        <w:spacing w:before="0" w:after="20" w:line="259" w:lineRule="auto"/>
      </w:pPr>
      <w:r>
        <w:rPr>
          <w:rFonts w:ascii="Calibri" w:hAnsi="Calibri" w:eastAsia="Calibri"/>
          <w:b w:val="0"/>
          <w:i/>
          <w:color w:val="282828"/>
          <w:sz w:val="22"/>
        </w:rPr>
        <w:t>Bay: That is the diagnosis.</w:t>
      </w:r>
    </w:p>
    <w:p>
      <w:pPr>
        <w:spacing w:before="120" w:after="20" w:line="259" w:lineRule="auto"/>
        <w:shd w:fill="F8E8E8" w:val="clear"/>
      </w:pPr>
      <w:r>
        <w:rPr>
          <w:rFonts w:ascii="Calibri" w:hAnsi="Calibri" w:eastAsia="Calibri"/>
          <w:b w:val="0"/>
          <w:i w:val="0"/>
          <w:color w:val="A02828"/>
          <w:sz w:val="22"/>
        </w:rPr>
        <w:t>B. [WRONG] Distributive septic shock with a drug eruption</w:t>
      </w:r>
    </w:p>
    <w:p>
      <w:pPr>
        <w:spacing w:before="0" w:after="20" w:line="259" w:lineRule="auto"/>
      </w:pPr>
      <w:r>
        <w:rPr>
          <w:rFonts w:ascii="Calibri" w:hAnsi="Calibri" w:eastAsia="Calibri"/>
          <w:b w:val="0"/>
          <w:i/>
          <w:color w:val="282828"/>
          <w:sz w:val="22"/>
        </w:rPr>
        <w:t>Bay: Onset in minutes after the infusion, urticaria, stridor and a raised tryptase are anaphylaxis.</w:t>
      </w:r>
    </w:p>
    <w:p>
      <w:pPr>
        <w:spacing w:before="120" w:after="20" w:line="259" w:lineRule="auto"/>
        <w:shd w:fill="F8E8E8" w:val="clear"/>
      </w:pPr>
      <w:r>
        <w:rPr>
          <w:rFonts w:ascii="Calibri" w:hAnsi="Calibri" w:eastAsia="Calibri"/>
          <w:b w:val="0"/>
          <w:i w:val="0"/>
          <w:color w:val="A02828"/>
          <w:sz w:val="22"/>
        </w:rPr>
        <w:t>C. [WRONG] ACE-inhibitor bradykinin angioedema</w:t>
      </w:r>
    </w:p>
    <w:p>
      <w:pPr>
        <w:spacing w:before="0" w:after="20" w:line="259" w:lineRule="auto"/>
      </w:pPr>
      <w:r>
        <w:rPr>
          <w:rFonts w:ascii="Calibri" w:hAnsi="Calibri" w:eastAsia="Calibri"/>
          <w:b w:val="0"/>
          <w:i/>
          <w:color w:val="282828"/>
          <w:sz w:val="22"/>
        </w:rPr>
        <w:t>Bay: Wrong drug class, and ACEI angioedema is not urticarial and does not raise tryptase.</w:t>
      </w:r>
    </w:p>
    <w:p>
      <w:pPr>
        <w:spacing w:before="120" w:after="20" w:line="259" w:lineRule="auto"/>
        <w:shd w:fill="F8E8E8" w:val="clear"/>
      </w:pPr>
      <w:r>
        <w:rPr>
          <w:rFonts w:ascii="Calibri" w:hAnsi="Calibri" w:eastAsia="Calibri"/>
          <w:b w:val="0"/>
          <w:i w:val="0"/>
          <w:color w:val="A02828"/>
          <w:sz w:val="22"/>
        </w:rPr>
        <w:t>D. [WRONG] Hereditary angioedema (C1-inhibitor deficiency)</w:t>
      </w:r>
    </w:p>
    <w:p>
      <w:pPr>
        <w:spacing w:before="0" w:after="20" w:line="259" w:lineRule="auto"/>
      </w:pPr>
      <w:r>
        <w:rPr>
          <w:rFonts w:ascii="Calibri" w:hAnsi="Calibri" w:eastAsia="Calibri"/>
          <w:b w:val="0"/>
          <w:i/>
          <w:color w:val="282828"/>
          <w:sz w:val="22"/>
        </w:rPr>
        <w:t>Bay: Urticaria, shock after a drug, and a raised tryptase exclude HAE.</w:t>
      </w:r>
    </w:p>
    <w:p>
      <w:pPr>
        <w:spacing w:before="120" w:after="20" w:line="259" w:lineRule="auto"/>
        <w:shd w:fill="F8E8E8" w:val="clear"/>
      </w:pPr>
      <w:r>
        <w:rPr>
          <w:rFonts w:ascii="Calibri" w:hAnsi="Calibri" w:eastAsia="Calibri"/>
          <w:b w:val="0"/>
          <w:i w:val="0"/>
          <w:color w:val="A02828"/>
          <w:sz w:val="22"/>
        </w:rPr>
        <w:t>E. [WRONG] Acute severe asthma with bronchospasm</w:t>
      </w:r>
    </w:p>
    <w:p>
      <w:pPr>
        <w:spacing w:before="0" w:after="20" w:line="259" w:lineRule="auto"/>
      </w:pPr>
      <w:r>
        <w:rPr>
          <w:rFonts w:ascii="Calibri" w:hAnsi="Calibri" w:eastAsia="Calibri"/>
          <w:b w:val="0"/>
          <w:i/>
          <w:color w:val="282828"/>
          <w:sz w:val="22"/>
        </w:rPr>
        <w:t>Bay: Raised tryptase, urticaria and hypotension are not primary asthma.</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Anaphylaxis (drug-induced)</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Onset within minutes of IV co-amoxiclav</w:t>
      </w:r>
    </w:p>
    <w:p>
      <w:pPr>
        <w:spacing w:before="0" w:after="40" w:line="259" w:lineRule="auto"/>
      </w:pPr>
      <w:r>
        <w:rPr>
          <w:rFonts w:ascii="Calibri" w:hAnsi="Calibri" w:eastAsia="Calibri"/>
          <w:b w:val="0"/>
          <w:i w:val="0"/>
          <w:sz w:val="22"/>
        </w:rPr>
        <w:t>• Lip and eyelid swelling, urticaria, stridor</w:t>
      </w:r>
    </w:p>
    <w:p>
      <w:pPr>
        <w:spacing w:before="0" w:after="40" w:line="259" w:lineRule="auto"/>
      </w:pPr>
      <w:r>
        <w:rPr>
          <w:rFonts w:ascii="Calibri" w:hAnsi="Calibri" w:eastAsia="Calibri"/>
          <w:b w:val="0"/>
          <w:i w:val="0"/>
          <w:sz w:val="22"/>
        </w:rPr>
        <w:t>• Hypotension and tachycardia</w:t>
      </w:r>
    </w:p>
    <w:p>
      <w:pPr>
        <w:spacing w:before="0" w:after="40" w:line="259" w:lineRule="auto"/>
      </w:pPr>
      <w:r>
        <w:rPr>
          <w:rFonts w:ascii="Calibri" w:hAnsi="Calibri" w:eastAsia="Calibri"/>
          <w:b w:val="0"/>
          <w:i w:val="0"/>
          <w:sz w:val="22"/>
        </w:rPr>
        <w:t>• Improvement after IM adrenaline</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Timed mast-cell tryptase: as soon as practical, 1–2 h, 24 h baseline</w:t>
      </w:r>
    </w:p>
    <w:p>
      <w:pPr>
        <w:spacing w:before="0" w:after="40" w:line="259" w:lineRule="auto"/>
      </w:pPr>
      <w:r>
        <w:rPr>
          <w:rFonts w:ascii="Calibri" w:hAnsi="Calibri" w:eastAsia="Calibri"/>
          <w:b w:val="0"/>
          <w:i w:val="0"/>
          <w:sz w:val="22"/>
        </w:rPr>
        <w:t>• VBG / lactate as part of shock work-up — do not delay adrenaline</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Adult IM adrenaline 500 mcg (0.5 mL 1:1000) anterolateral thigh, repeat at 5 min if needed</w:t>
      </w:r>
    </w:p>
    <w:p>
      <w:pPr>
        <w:spacing w:before="0" w:after="40" w:line="259" w:lineRule="auto"/>
      </w:pPr>
      <w:r>
        <w:rPr>
          <w:rFonts w:ascii="Calibri" w:hAnsi="Calibri" w:eastAsia="Calibri"/>
          <w:b w:val="0"/>
          <w:i w:val="0"/>
          <w:sz w:val="22"/>
        </w:rPr>
        <w:t>• Lie flat with legs raised unless airway obstruction forces a compromise position</w:t>
      </w:r>
    </w:p>
    <w:p>
      <w:pPr>
        <w:spacing w:before="0" w:after="40" w:line="259" w:lineRule="auto"/>
      </w:pPr>
      <w:r>
        <w:rPr>
          <w:rFonts w:ascii="Calibri" w:hAnsi="Calibri" w:eastAsia="Calibri"/>
          <w:b w:val="0"/>
          <w:i w:val="0"/>
          <w:sz w:val="22"/>
        </w:rPr>
        <w:t>• High-flow oxygen, IV crystalloid, early anaesthetic help</w:t>
      </w:r>
    </w:p>
    <w:p>
      <w:pPr>
        <w:spacing w:before="0" w:after="40" w:line="259" w:lineRule="auto"/>
      </w:pPr>
      <w:r>
        <w:rPr>
          <w:rFonts w:ascii="Calibri" w:hAnsi="Calibri" w:eastAsia="Calibri"/>
          <w:b w:val="0"/>
          <w:i w:val="0"/>
          <w:sz w:val="22"/>
        </w:rPr>
        <w:t>• Antihistamines and steroids are not first-line and do not treat shock</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RCUK Special Circumstances — Anaphylaxis 2021</w:t>
      </w:r>
    </w:p>
    <w:p>
      <w:pPr>
        <w:spacing w:before="0" w:after="40" w:line="259" w:lineRule="auto"/>
      </w:pPr>
      <w:r>
        <w:rPr>
          <w:rFonts w:ascii="Calibri" w:hAnsi="Calibri" w:eastAsia="Calibri"/>
          <w:b w:val="0"/>
          <w:i w:val="0"/>
          <w:sz w:val="22"/>
        </w:rPr>
        <w:t>• NICE CG134 Anaphylaxis</w:t>
      </w:r>
    </w:p>
    <w:p>
      <w:pPr>
        <w:spacing w:before="0" w:after="40" w:line="259" w:lineRule="auto"/>
      </w:pPr>
      <w:r>
        <w:rPr>
          <w:rFonts w:ascii="Calibri" w:hAnsi="Calibri" w:eastAsia="Calibri"/>
          <w:b w:val="0"/>
          <w:i w:val="0"/>
          <w:sz w:val="22"/>
        </w:rPr>
        <w:t>• RCEM acute allergic reaction</w:t>
      </w:r>
    </w:p>
    <w:p>
      <w:r>
        <w:br w:type="page"/>
      </w:r>
    </w:p>
    <w:p>
      <w:pPr>
        <w:spacing w:before="120" w:after="160" w:line="259" w:lineRule="auto"/>
      </w:pPr>
      <w:r>
        <w:rPr>
          <w:rFonts w:ascii="Calibri" w:hAnsi="Calibri" w:eastAsia="Calibri"/>
          <w:b/>
          <w:i w:val="0"/>
          <w:color w:val="0C0E10"/>
          <w:sz w:val="36"/>
        </w:rPr>
        <w:t>Case 03 — Inferior STEMI (possible RV involvement)</w:t>
      </w:r>
    </w:p>
    <w:p>
      <w:pPr>
        <w:spacing w:before="0" w:after="40" w:line="259" w:lineRule="auto"/>
      </w:pPr>
      <w:r>
        <w:rPr>
          <w:rFonts w:ascii="Calibri" w:hAnsi="Calibri" w:eastAsia="Calibri"/>
          <w:b w:val="0"/>
          <w:i/>
          <w:color w:val="5A5A5A"/>
          <w:sz w:val="20"/>
        </w:rPr>
        <w:t>pre-alert · Scottish Ambulance Service — pre-alert · rhythm stemi-inferior</w:t>
      </w:r>
    </w:p>
    <w:p>
      <w:pPr>
        <w:spacing w:before="0" w:after="40" w:line="259" w:lineRule="auto"/>
      </w:pPr>
      <w:r>
        <w:rPr>
          <w:rFonts w:ascii="Calibri" w:hAnsi="Calibri" w:eastAsia="Calibri"/>
          <w:b w:val="0"/>
          <w:i/>
          <w:color w:val="5A5A5A"/>
          <w:sz w:val="20"/>
        </w:rPr>
        <w:t>HR 58   BP 102/64   RR 22   SpO2 95%   temp 36.4   GCS 15   BM 7.8</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"RESUS 1, this is a Category 1 pre-alert from vehicle 632."</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58 years, male</w:t>
      </w:r>
    </w:p>
    <w:p>
      <w:pPr>
        <w:spacing w:before="0" w:after="40" w:line="259" w:lineRule="auto"/>
      </w:pPr>
      <w:r>
        <w:rPr>
          <w:rFonts w:ascii="Calibri" w:hAnsi="Calibri" w:eastAsia="Calibri"/>
          <w:b w:val="0"/>
          <w:i w:val="0"/>
          <w:sz w:val="22"/>
        </w:rPr>
        <w:t>T pain started 40 minutes ago</w:t>
      </w:r>
    </w:p>
    <w:p>
      <w:pPr>
        <w:spacing w:before="0" w:after="40" w:line="259" w:lineRule="auto"/>
      </w:pPr>
      <w:r>
        <w:rPr>
          <w:rFonts w:ascii="Calibri" w:hAnsi="Calibri" w:eastAsia="Calibri"/>
          <w:b w:val="0"/>
          <w:i w:val="0"/>
          <w:sz w:val="22"/>
        </w:rPr>
        <w:t>M medical — sudden crushing central chest pain, sweating, nausea</w:t>
      </w:r>
    </w:p>
    <w:p>
      <w:pPr>
        <w:spacing w:before="0" w:after="40" w:line="259" w:lineRule="auto"/>
      </w:pPr>
      <w:r>
        <w:rPr>
          <w:rFonts w:ascii="Calibri" w:hAnsi="Calibri" w:eastAsia="Calibri"/>
          <w:b w:val="0"/>
          <w:i w:val="0"/>
          <w:sz w:val="22"/>
        </w:rPr>
        <w:t>I no trauma</w:t>
      </w:r>
    </w:p>
    <w:p>
      <w:pPr>
        <w:spacing w:before="0" w:after="40" w:line="259" w:lineRule="auto"/>
      </w:pPr>
      <w:r>
        <w:rPr>
          <w:rFonts w:ascii="Calibri" w:hAnsi="Calibri" w:eastAsia="Calibri"/>
          <w:b w:val="0"/>
          <w:i w:val="0"/>
          <w:sz w:val="22"/>
        </w:rPr>
        <w:t>S HR 58 BP 102/64 RR 22 SpO2 95% air GCS 15, pale, clammy</w:t>
      </w:r>
    </w:p>
    <w:p>
      <w:pPr>
        <w:spacing w:before="0" w:after="40" w:line="259" w:lineRule="auto"/>
      </w:pPr>
      <w:r>
        <w:rPr>
          <w:rFonts w:ascii="Calibri" w:hAnsi="Calibri" w:eastAsia="Calibri"/>
          <w:b w:val="0"/>
          <w:i w:val="0"/>
          <w:sz w:val="22"/>
        </w:rPr>
        <w:t>T GTN spray ×1, BP dipped, aspirin not given, 4 L O2</w:t>
      </w:r>
    </w:p>
    <w:p>
      <w:pPr>
        <w:spacing w:before="0" w:after="40" w:line="259" w:lineRule="auto"/>
      </w:pPr>
      <w:r>
        <w:rPr>
          <w:rFonts w:ascii="Calibri" w:hAnsi="Calibri" w:eastAsia="Calibri"/>
          <w:b w:val="0"/>
          <w:i w:val="0"/>
          <w:sz w:val="22"/>
        </w:rPr>
        <w:t>ETA 4 minutes.</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talking, no stridor, no swelling.</w:t>
      </w:r>
    </w:p>
    <w:p>
      <w:pPr>
        <w:spacing w:before="0" w:after="40" w:line="259" w:lineRule="auto"/>
      </w:pPr>
      <w:r>
        <w:rPr>
          <w:rFonts w:ascii="Calibri" w:hAnsi="Calibri" w:eastAsia="Calibri"/>
          <w:b w:val="0"/>
          <w:i w:val="0"/>
          <w:sz w:val="22"/>
        </w:rPr>
        <w:t>B — RR 22, equal air entry, no crackles, no wheeze, SpO2 95% air. Chest wall not tender.</w:t>
      </w:r>
    </w:p>
    <w:p>
      <w:pPr>
        <w:spacing w:before="0" w:after="40" w:line="259" w:lineRule="auto"/>
      </w:pPr>
      <w:r>
        <w:rPr>
          <w:rFonts w:ascii="Calibri" w:hAnsi="Calibri" w:eastAsia="Calibri"/>
          <w:b w:val="0"/>
          <w:i w:val="0"/>
          <w:sz w:val="22"/>
        </w:rPr>
        <w:t>C — HR 58, BP 102/64 both arms similar, CRT 3 s, clammy, no murmur heard, JVP not raised.</w:t>
      </w:r>
    </w:p>
    <w:p>
      <w:pPr>
        <w:spacing w:before="0" w:after="40" w:line="259" w:lineRule="auto"/>
      </w:pPr>
      <w:r>
        <w:rPr>
          <w:rFonts w:ascii="Calibri" w:hAnsi="Calibri" w:eastAsia="Calibri"/>
          <w:b w:val="0"/>
          <w:i w:val="0"/>
          <w:sz w:val="22"/>
        </w:rPr>
        <w:t>D — GCS 15, BM 7.8, no focal neurology.</w:t>
      </w:r>
    </w:p>
    <w:p>
      <w:pPr>
        <w:spacing w:before="0" w:after="40" w:line="259" w:lineRule="auto"/>
      </w:pPr>
      <w:r>
        <w:rPr>
          <w:rFonts w:ascii="Calibri" w:hAnsi="Calibri" w:eastAsia="Calibri"/>
          <w:b w:val="0"/>
          <w:i w:val="0"/>
          <w:sz w:val="22"/>
        </w:rPr>
        <w:t>E — no rash, no calf swelling, abdomen soft.</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He is pale and still in pain. The ambulance tracing is folded in his pocket.</w:t>
      </w:r>
    </w:p>
    <w:p>
      <w:pPr>
        <w:spacing w:before="120" w:after="20" w:line="259" w:lineRule="auto"/>
        <w:shd w:fill="E8F5EC" w:val="clear"/>
      </w:pPr>
      <w:r>
        <w:rPr>
          <w:rFonts w:ascii="Calibri" w:hAnsi="Calibri" w:eastAsia="Calibri"/>
          <w:b/>
          <w:i w:val="0"/>
          <w:color w:val="146E3C"/>
          <w:sz w:val="22"/>
        </w:rPr>
        <w:t>A. [CORRECT] Immediate 12-lead ECG</w:t>
      </w:r>
    </w:p>
    <w:p>
      <w:pPr>
        <w:spacing w:before="0" w:after="20" w:line="259" w:lineRule="auto"/>
      </w:pPr>
      <w:r>
        <w:rPr>
          <w:rFonts w:ascii="Calibri" w:hAnsi="Calibri" w:eastAsia="Calibri"/>
          <w:b w:val="0"/>
          <w:i/>
          <w:color w:val="282828"/>
          <w:sz w:val="22"/>
        </w:rPr>
        <w:t>Bay: Stickers on. Access in. Tracing printing.</w:t>
      </w:r>
    </w:p>
    <w:p>
      <w:pPr>
        <w:spacing w:before="80" w:after="40" w:line="259" w:lineRule="auto"/>
      </w:pPr>
      <w:r>
        <w:rPr>
          <w:rFonts w:ascii="Calibri" w:hAnsi="Calibri" w:eastAsia="Calibri"/>
          <w:b/>
          <w:i w:val="0"/>
          <w:color w:val="46326E"/>
          <w:sz w:val="22"/>
        </w:rPr>
        <w:t xml:space="preserve">    Follow-up: Which tracing first?</w:t>
      </w:r>
    </w:p>
    <w:p>
      <w:pPr>
        <w:spacing w:before="120" w:after="20" w:line="259" w:lineRule="auto"/>
        <w:shd w:fill="E8F5EC" w:val="clear"/>
      </w:pPr>
      <w:r>
        <w:rPr>
          <w:rFonts w:ascii="Calibri" w:hAnsi="Calibri" w:eastAsia="Calibri"/>
          <w:b/>
          <w:i w:val="0"/>
          <w:color w:val="146E3C"/>
          <w:sz w:val="22"/>
        </w:rPr>
        <w:t xml:space="preserve">    A. [CORRECT] Standard 12-lead in the bay now</w:t>
      </w:r>
    </w:p>
    <w:p>
      <w:pPr>
        <w:spacing w:before="0" w:after="20" w:line="259" w:lineRule="auto"/>
      </w:pPr>
      <w:r>
        <w:rPr>
          <w:rFonts w:ascii="Calibri" w:hAnsi="Calibri" w:eastAsia="Calibri"/>
          <w:b w:val="0"/>
          <w:i/>
          <w:color w:val="282828"/>
          <w:sz w:val="22"/>
        </w:rPr>
        <w:t xml:space="preserve">       Bay: Door-to-ECG is the clock. Add V4R / posterior if it is inferior.</w:t>
      </w:r>
    </w:p>
    <w:p>
      <w:pPr>
        <w:spacing w:before="120" w:after="20" w:line="259" w:lineRule="auto"/>
        <w:shd w:fill="F8E8E8" w:val="clear"/>
      </w:pPr>
      <w:r>
        <w:rPr>
          <w:rFonts w:ascii="Calibri" w:hAnsi="Calibri" w:eastAsia="Calibri"/>
          <w:b w:val="0"/>
          <w:i w:val="0"/>
          <w:color w:val="A02828"/>
          <w:sz w:val="22"/>
        </w:rPr>
        <w:t xml:space="preserve">    B. [WRONG] Posterior leads only; skip the standard 12-lead</w:t>
      </w:r>
    </w:p>
    <w:p>
      <w:pPr>
        <w:spacing w:before="0" w:after="20" w:line="259" w:lineRule="auto"/>
      </w:pPr>
      <w:r>
        <w:rPr>
          <w:rFonts w:ascii="Calibri" w:hAnsi="Calibri" w:eastAsia="Calibri"/>
          <w:b w:val="0"/>
          <w:i/>
          <w:color w:val="282828"/>
          <w:sz w:val="22"/>
        </w:rPr>
        <w:t xml:space="preserve">       Bay: Record a standard 12-lead first; add V4R / posterior if inferior.</w:t>
      </w:r>
    </w:p>
    <w:p>
      <w:pPr>
        <w:spacing w:before="120" w:after="20" w:line="259" w:lineRule="auto"/>
        <w:shd w:fill="F8E8E8" w:val="clear"/>
      </w:pPr>
      <w:r>
        <w:rPr>
          <w:rFonts w:ascii="Calibri" w:hAnsi="Calibri" w:eastAsia="Calibri"/>
          <w:b w:val="0"/>
          <w:i w:val="0"/>
          <w:color w:val="A02828"/>
          <w:sz w:val="22"/>
        </w:rPr>
        <w:t xml:space="preserve">    C. [WRONG] Wait for a departmental ECG technician</w:t>
      </w:r>
    </w:p>
    <w:p>
      <w:pPr>
        <w:spacing w:before="0" w:after="20" w:line="259" w:lineRule="auto"/>
      </w:pPr>
      <w:r>
        <w:rPr>
          <w:rFonts w:ascii="Calibri" w:hAnsi="Calibri" w:eastAsia="Calibri"/>
          <w:b w:val="0"/>
          <w:i/>
          <w:color w:val="282828"/>
          <w:sz w:val="22"/>
        </w:rPr>
        <w:t xml:space="preserve">       Bay: You can record it now on the monitor/defib.</w:t>
      </w:r>
    </w:p>
    <w:p>
      <w:pPr>
        <w:spacing w:before="120" w:after="20" w:line="259" w:lineRule="auto"/>
        <w:shd w:fill="F8E8E8" w:val="clear"/>
      </w:pPr>
      <w:r>
        <w:rPr>
          <w:rFonts w:ascii="Calibri" w:hAnsi="Calibri" w:eastAsia="Calibri"/>
          <w:b w:val="0"/>
          <w:i w:val="0"/>
          <w:color w:val="A02828"/>
          <w:sz w:val="22"/>
        </w:rPr>
        <w:t xml:space="preserve">    D. [WRONG] Exercise treadmill ECG once pain settles</w:t>
      </w:r>
    </w:p>
    <w:p>
      <w:pPr>
        <w:spacing w:before="0" w:after="20" w:line="259" w:lineRule="auto"/>
      </w:pPr>
      <w:r>
        <w:rPr>
          <w:rFonts w:ascii="Calibri" w:hAnsi="Calibri" w:eastAsia="Calibri"/>
          <w:b w:val="0"/>
          <w:i/>
          <w:color w:val="282828"/>
          <w:sz w:val="22"/>
        </w:rPr>
        <w:t xml:space="preserve">       Bay: He is having an ACS now, not an outpatient test.</w:t>
      </w:r>
    </w:p>
    <w:p>
      <w:pPr>
        <w:spacing w:before="120" w:after="20" w:line="259" w:lineRule="auto"/>
        <w:shd w:fill="F8E8E8" w:val="clear"/>
      </w:pPr>
      <w:r>
        <w:rPr>
          <w:rFonts w:ascii="Calibri" w:hAnsi="Calibri" w:eastAsia="Calibri"/>
          <w:b w:val="0"/>
          <w:i w:val="0"/>
          <w:color w:val="A02828"/>
          <w:sz w:val="22"/>
        </w:rPr>
        <w:t xml:space="preserve">    E. [WRONG] No ECG until a chest radiograph is reported</w:t>
      </w:r>
    </w:p>
    <w:p>
      <w:pPr>
        <w:spacing w:before="0" w:after="20" w:line="259" w:lineRule="auto"/>
      </w:pPr>
      <w:r>
        <w:rPr>
          <w:rFonts w:ascii="Calibri" w:hAnsi="Calibri" w:eastAsia="Calibri"/>
          <w:b w:val="0"/>
          <w:i/>
          <w:color w:val="282828"/>
          <w:sz w:val="22"/>
        </w:rPr>
        <w:t xml:space="preserve">       Bay: The 12-lead is first. Do not wait on a film.</w:t>
      </w:r>
    </w:p>
    <w:p>
      <w:pPr>
        <w:spacing w:before="120" w:after="20" w:line="259" w:lineRule="auto"/>
        <w:shd w:fill="F8E8E8" w:val="clear"/>
      </w:pPr>
      <w:r>
        <w:rPr>
          <w:rFonts w:ascii="Calibri" w:hAnsi="Calibri" w:eastAsia="Calibri"/>
          <w:b w:val="0"/>
          <w:i w:val="0"/>
          <w:color w:val="A02828"/>
          <w:sz w:val="22"/>
        </w:rPr>
        <w:t>B. [WRONG] Dual antiplatelet therapy</w:t>
      </w:r>
    </w:p>
    <w:p>
      <w:pPr>
        <w:spacing w:before="0" w:after="20" w:line="259" w:lineRule="auto"/>
      </w:pPr>
      <w:r>
        <w:rPr>
          <w:rFonts w:ascii="Calibri" w:hAnsi="Calibri" w:eastAsia="Calibri"/>
          <w:b w:val="0"/>
          <w:i/>
          <w:color w:val="282828"/>
          <w:sz w:val="22"/>
        </w:rPr>
        <w:t>Bay: Confirm the tracing first. Dual antiplatelet load follows once STEMI (or the local PPCI pathway) is confirmed.</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GTN infusion</w:t>
      </w:r>
    </w:p>
    <w:p>
      <w:pPr>
        <w:spacing w:before="0" w:after="20" w:line="259" w:lineRule="auto"/>
      </w:pPr>
      <w:r>
        <w:rPr>
          <w:rFonts w:ascii="Calibri" w:hAnsi="Calibri" w:eastAsia="Calibri"/>
          <w:b w:val="0"/>
          <w:i/>
          <w:color w:val="282828"/>
          <w:sz w:val="22"/>
        </w:rPr>
        <w:t>Bay: His BP already dipped with a spray. Inferior / RV infarcts are preload-dependent — nitrates will drop him further.</w:t>
      </w:r>
    </w:p>
    <w:p>
      <w:pPr>
        <w:spacing w:before="0" w:after="40" w:line="259" w:lineRule="auto"/>
      </w:pPr>
      <w:r>
        <w:rPr>
          <w:rFonts w:ascii="Calibri" w:hAnsi="Calibri" w:eastAsia="Calibri"/>
          <w:b w:val="0"/>
          <w:i/>
          <w:color w:val="5A4614"/>
          <w:sz w:val="20"/>
        </w:rPr>
        <w:t>Reaction: sbp -28, gcs -2</w:t>
      </w:r>
    </w:p>
    <w:p>
      <w:pPr>
        <w:spacing w:before="120" w:after="20" w:line="259" w:lineRule="auto"/>
        <w:shd w:fill="F8E8E8" w:val="clear"/>
      </w:pPr>
      <w:r>
        <w:rPr>
          <w:rFonts w:ascii="Calibri" w:hAnsi="Calibri" w:eastAsia="Calibri"/>
          <w:b w:val="0"/>
          <w:i w:val="0"/>
          <w:color w:val="A02828"/>
          <w:sz w:val="22"/>
        </w:rPr>
        <w:t>D. [WRONG] Tenecteplase</w:t>
      </w:r>
    </w:p>
    <w:p>
      <w:pPr>
        <w:spacing w:before="0" w:after="20" w:line="259" w:lineRule="auto"/>
      </w:pPr>
      <w:r>
        <w:rPr>
          <w:rFonts w:ascii="Calibri" w:hAnsi="Calibri" w:eastAsia="Calibri"/>
          <w:b w:val="0"/>
          <w:i/>
          <w:color w:val="282828"/>
          <w:sz w:val="22"/>
        </w:rPr>
        <w:t>Bay: Confirm the tracing. This is a PPCI hospital; fibrinolysis is not the default and never precedes the ECG.</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Unfractionated heparin</w:t>
      </w:r>
    </w:p>
    <w:p>
      <w:pPr>
        <w:spacing w:before="0" w:after="20" w:line="259" w:lineRule="auto"/>
      </w:pPr>
      <w:r>
        <w:rPr>
          <w:rFonts w:ascii="Calibri" w:hAnsi="Calibri" w:eastAsia="Calibri"/>
          <w:b w:val="0"/>
          <w:i/>
          <w:color w:val="282828"/>
          <w:sz w:val="22"/>
        </w:rPr>
        <w:t>Bay: Heparin follows the 12-lead and the PPCI pathway — it is not the first action while the tracing is still in his pocket.</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Pain is 8/10. He is bradycardic and clammy. Access is in.</w:t>
      </w:r>
    </w:p>
    <w:p>
      <w:pPr>
        <w:spacing w:before="120" w:after="20" w:line="259" w:lineRule="auto"/>
        <w:shd w:fill="E8F5EC" w:val="clear"/>
      </w:pPr>
      <w:r>
        <w:rPr>
          <w:rFonts w:ascii="Calibri" w:hAnsi="Calibri" w:eastAsia="Calibri"/>
          <w:b/>
          <w:i w:val="0"/>
          <w:color w:val="146E3C"/>
          <w:sz w:val="22"/>
        </w:rPr>
        <w:t>A. [CORRECT] Aspirin</w:t>
      </w:r>
    </w:p>
    <w:p>
      <w:pPr>
        <w:spacing w:before="0" w:after="20" w:line="259" w:lineRule="auto"/>
      </w:pPr>
      <w:r>
        <w:rPr>
          <w:rFonts w:ascii="Calibri" w:hAnsi="Calibri" w:eastAsia="Calibri"/>
          <w:b w:val="0"/>
          <w:i/>
          <w:color w:val="282828"/>
          <w:sz w:val="22"/>
        </w:rPr>
        <w:t>Bay: Aspirin in. Dual antiplatelet can follow once the tracing is confirmed.</w:t>
      </w:r>
    </w:p>
    <w:p>
      <w:pPr>
        <w:spacing w:before="80" w:after="40" w:line="259" w:lineRule="auto"/>
      </w:pPr>
      <w:r>
        <w:rPr>
          <w:rFonts w:ascii="Calibri" w:hAnsi="Calibri" w:eastAsia="Calibri"/>
          <w:b/>
          <w:i w:val="0"/>
          <w:color w:val="46326E"/>
          <w:sz w:val="22"/>
        </w:rPr>
        <w:t xml:space="preserve">    Follow-up: What dose and route?</w:t>
      </w:r>
    </w:p>
    <w:p>
      <w:pPr>
        <w:spacing w:before="120" w:after="20" w:line="259" w:lineRule="auto"/>
        <w:shd w:fill="E8F5EC" w:val="clear"/>
      </w:pPr>
      <w:r>
        <w:rPr>
          <w:rFonts w:ascii="Calibri" w:hAnsi="Calibri" w:eastAsia="Calibri"/>
          <w:b/>
          <w:i w:val="0"/>
          <w:color w:val="146E3C"/>
          <w:sz w:val="22"/>
        </w:rPr>
        <w:t xml:space="preserve">    A. [CORRECT] Aspirin 300 mg chewed or dispersed now</w:t>
      </w:r>
    </w:p>
    <w:p>
      <w:pPr>
        <w:spacing w:before="0" w:after="20" w:line="259" w:lineRule="auto"/>
      </w:pPr>
      <w:r>
        <w:rPr>
          <w:rFonts w:ascii="Calibri" w:hAnsi="Calibri" w:eastAsia="Calibri"/>
          <w:b w:val="0"/>
          <w:i/>
          <w:color w:val="282828"/>
          <w:sz w:val="22"/>
        </w:rPr>
        <w:t xml:space="preserve">       Bay: Loading dose. Dual antiplatelet follows once the tracing is confirmed.</w:t>
      </w:r>
    </w:p>
    <w:p>
      <w:pPr>
        <w:spacing w:before="120" w:after="20" w:line="259" w:lineRule="auto"/>
        <w:shd w:fill="F8E8E8" w:val="clear"/>
      </w:pPr>
      <w:r>
        <w:rPr>
          <w:rFonts w:ascii="Calibri" w:hAnsi="Calibri" w:eastAsia="Calibri"/>
          <w:b w:val="0"/>
          <w:i w:val="0"/>
          <w:color w:val="A02828"/>
          <w:sz w:val="22"/>
        </w:rPr>
        <w:t xml:space="preserve">    B. [WRONG] Aspirin 75 mg orally</w:t>
      </w:r>
    </w:p>
    <w:p>
      <w:pPr>
        <w:spacing w:before="0" w:after="20" w:line="259" w:lineRule="auto"/>
      </w:pPr>
      <w:r>
        <w:rPr>
          <w:rFonts w:ascii="Calibri" w:hAnsi="Calibri" w:eastAsia="Calibri"/>
          <w:b w:val="0"/>
          <w:i/>
          <w:color w:val="282828"/>
          <w:sz w:val="22"/>
        </w:rPr>
        <w:t xml:space="preserve">       Bay: That is the maintenance dose, not the ACS load.</w:t>
      </w:r>
    </w:p>
    <w:p>
      <w:pPr>
        <w:spacing w:before="120" w:after="20" w:line="259" w:lineRule="auto"/>
        <w:shd w:fill="F8E8E8" w:val="clear"/>
      </w:pPr>
      <w:r>
        <w:rPr>
          <w:rFonts w:ascii="Calibri" w:hAnsi="Calibri" w:eastAsia="Calibri"/>
          <w:b w:val="0"/>
          <w:i w:val="0"/>
          <w:color w:val="A02828"/>
          <w:sz w:val="22"/>
        </w:rPr>
        <w:t xml:space="preserve">    C. [WRONG] Aspirin 900 mg intravenously</w:t>
      </w:r>
    </w:p>
    <w:p>
      <w:pPr>
        <w:spacing w:before="0" w:after="20" w:line="259" w:lineRule="auto"/>
      </w:pPr>
      <w:r>
        <w:rPr>
          <w:rFonts w:ascii="Calibri" w:hAnsi="Calibri" w:eastAsia="Calibri"/>
          <w:b w:val="0"/>
          <w:i/>
          <w:color w:val="282828"/>
          <w:sz w:val="22"/>
        </w:rPr>
        <w:t xml:space="preserve">       Bay: Overdose. Oral 300 mg is the load.</w:t>
      </w:r>
    </w:p>
    <w:p>
      <w:pPr>
        <w:spacing w:before="120" w:after="20" w:line="259" w:lineRule="auto"/>
        <w:shd w:fill="F8E8E8" w:val="clear"/>
      </w:pPr>
      <w:r>
        <w:rPr>
          <w:rFonts w:ascii="Calibri" w:hAnsi="Calibri" w:eastAsia="Calibri"/>
          <w:b w:val="0"/>
          <w:i w:val="0"/>
          <w:color w:val="A02828"/>
          <w:sz w:val="22"/>
        </w:rPr>
        <w:t xml:space="preserve">    D. [WRONG] Aspirin 300 mg PR because he is nauseated</w:t>
      </w:r>
    </w:p>
    <w:p>
      <w:pPr>
        <w:spacing w:before="0" w:after="20" w:line="259" w:lineRule="auto"/>
      </w:pPr>
      <w:r>
        <w:rPr>
          <w:rFonts w:ascii="Calibri" w:hAnsi="Calibri" w:eastAsia="Calibri"/>
          <w:b w:val="0"/>
          <w:i/>
          <w:color w:val="282828"/>
          <w:sz w:val="22"/>
        </w:rPr>
        <w:t xml:space="preserve">       Bay: He can chew. Do not delay for a suppository.</w:t>
      </w:r>
    </w:p>
    <w:p>
      <w:pPr>
        <w:spacing w:before="120" w:after="20" w:line="259" w:lineRule="auto"/>
        <w:shd w:fill="F8E8E8" w:val="clear"/>
      </w:pPr>
      <w:r>
        <w:rPr>
          <w:rFonts w:ascii="Calibri" w:hAnsi="Calibri" w:eastAsia="Calibri"/>
          <w:b w:val="0"/>
          <w:i w:val="0"/>
          <w:color w:val="A02828"/>
          <w:sz w:val="22"/>
        </w:rPr>
        <w:t xml:space="preserve">    E. [WRONG] Withhold aspirin until after PPCI</w:t>
      </w:r>
    </w:p>
    <w:p>
      <w:pPr>
        <w:spacing w:before="0" w:after="20" w:line="259" w:lineRule="auto"/>
      </w:pPr>
      <w:r>
        <w:rPr>
          <w:rFonts w:ascii="Calibri" w:hAnsi="Calibri" w:eastAsia="Calibri"/>
          <w:b w:val="0"/>
          <w:i/>
          <w:color w:val="282828"/>
          <w:sz w:val="22"/>
        </w:rPr>
        <w:t xml:space="preserve">       Bay: Give the load now unless there is active bleeding or true aspirin allergy.</w:t>
      </w:r>
    </w:p>
    <w:p>
      <w:pPr>
        <w:spacing w:before="120" w:after="20" w:line="259" w:lineRule="auto"/>
        <w:shd w:fill="F8E8E8" w:val="clear"/>
      </w:pPr>
      <w:r>
        <w:rPr>
          <w:rFonts w:ascii="Calibri" w:hAnsi="Calibri" w:eastAsia="Calibri"/>
          <w:b w:val="0"/>
          <w:i w:val="0"/>
          <w:color w:val="A02828"/>
          <w:sz w:val="22"/>
        </w:rPr>
        <w:t>B. [WRONG] Clopidogrel 75 mg as sole agent</w:t>
      </w:r>
    </w:p>
    <w:p>
      <w:pPr>
        <w:spacing w:before="0" w:after="20" w:line="259" w:lineRule="auto"/>
      </w:pPr>
      <w:r>
        <w:rPr>
          <w:rFonts w:ascii="Calibri" w:hAnsi="Calibri" w:eastAsia="Calibri"/>
          <w:b w:val="0"/>
          <w:i/>
          <w:color w:val="282828"/>
          <w:sz w:val="22"/>
        </w:rPr>
        <w:t>Bay: 75 mg is the maintenance dose. He needs aspirin 300 mg now; P2Y12 loading follows with the PPCI pathway.</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Prasugrel 5 mg</w:t>
      </w:r>
    </w:p>
    <w:p>
      <w:pPr>
        <w:spacing w:before="0" w:after="20" w:line="259" w:lineRule="auto"/>
      </w:pPr>
      <w:r>
        <w:rPr>
          <w:rFonts w:ascii="Calibri" w:hAnsi="Calibri" w:eastAsia="Calibri"/>
          <w:b w:val="0"/>
          <w:i/>
          <w:color w:val="282828"/>
          <w:sz w:val="22"/>
        </w:rPr>
        <w:t>Bay: Wrong dose and not first without protocol, age and weight checks. Aspirin 300 mg is the immediate load.</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Ticagrelor 90 mg as the only load</w:t>
      </w:r>
    </w:p>
    <w:p>
      <w:pPr>
        <w:spacing w:before="0" w:after="20" w:line="259" w:lineRule="auto"/>
      </w:pPr>
      <w:r>
        <w:rPr>
          <w:rFonts w:ascii="Calibri" w:hAnsi="Calibri" w:eastAsia="Calibri"/>
          <w:b w:val="0"/>
          <w:i/>
          <w:color w:val="282828"/>
          <w:sz w:val="22"/>
        </w:rPr>
        <w:t>Bay: 90 mg is maintenance. He still needs aspirin 300 mg now; ticagrelor 180 mg follows with the PPCI pathway.</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Withhold aspirin until after PPCI</w:t>
      </w:r>
    </w:p>
    <w:p>
      <w:pPr>
        <w:spacing w:before="0" w:after="20" w:line="259" w:lineRule="auto"/>
      </w:pPr>
      <w:r>
        <w:rPr>
          <w:rFonts w:ascii="Calibri" w:hAnsi="Calibri" w:eastAsia="Calibri"/>
          <w:b w:val="0"/>
          <w:i/>
          <w:color w:val="282828"/>
          <w:sz w:val="22"/>
        </w:rPr>
        <w:t>Bay: Give the load now unless there is active bleeding or true aspirin allergy.</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Send the initial investigations from the bay.</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7.36  pCO2 4.6  HCO3 20  BE −3  lactate 2.4  K+ 3.9  Hb 146</w:t>
      </w:r>
    </w:p>
    <w:p>
      <w:pPr>
        <w:spacing w:before="0" w:after="40" w:line="259" w:lineRule="auto"/>
      </w:pPr>
      <w:r>
        <w:rPr>
          <w:rFonts w:ascii="Calibri" w:hAnsi="Calibri" w:eastAsia="Calibri"/>
          <w:b w:val="0"/>
          <w:i w:val="0"/>
          <w:sz w:val="22"/>
        </w:rPr>
        <w:t>Mild lactate rise. Not the lead test.</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7.8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inferior-stemi</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Neg. No blood, protein, glucose.</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ue: Na 138   K 3.9   urea 5.8   creat 84</w:t>
      </w:r>
    </w:p>
    <w:p>
      <w:pPr>
        <w:spacing w:before="0" w:after="40" w:line="259" w:lineRule="auto"/>
      </w:pPr>
      <w:r>
        <w:rPr>
          <w:rFonts w:ascii="Calibri" w:hAnsi="Calibri" w:eastAsia="Calibri"/>
          <w:b w:val="0"/>
          <w:i w:val="0"/>
          <w:sz w:val="22"/>
        </w:rPr>
        <w:t>trop: Pending — do not wait</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He remains bradycardic and clammy, still in pain. Review any results that have returned — then decide.</w:t>
      </w:r>
    </w:p>
    <w:p>
      <w:pPr>
        <w:spacing w:before="120" w:after="20" w:line="259" w:lineRule="auto"/>
        <w:shd w:fill="E8F5EC" w:val="clear"/>
      </w:pPr>
      <w:r>
        <w:rPr>
          <w:rFonts w:ascii="Calibri" w:hAnsi="Calibri" w:eastAsia="Calibri"/>
          <w:b/>
          <w:i w:val="0"/>
          <w:color w:val="146E3C"/>
          <w:sz w:val="22"/>
        </w:rPr>
        <w:t>A. [CORRECT] P2Y12 load and activate PPCI</w:t>
      </w:r>
    </w:p>
    <w:p>
      <w:pPr>
        <w:spacing w:before="0" w:after="20" w:line="259" w:lineRule="auto"/>
      </w:pPr>
      <w:r>
        <w:rPr>
          <w:rFonts w:ascii="Calibri" w:hAnsi="Calibri" w:eastAsia="Calibri"/>
          <w:b w:val="0"/>
          <w:i/>
          <w:color w:val="282828"/>
          <w:sz w:val="22"/>
        </w:rPr>
        <w:t>Bay: Ticagrelor in. Lab is being called. V4R stickers going on.</w:t>
      </w:r>
    </w:p>
    <w:p>
      <w:pPr>
        <w:spacing w:before="80" w:after="40" w:line="259" w:lineRule="auto"/>
      </w:pPr>
      <w:r>
        <w:rPr>
          <w:rFonts w:ascii="Calibri" w:hAnsi="Calibri" w:eastAsia="Calibri"/>
          <w:b/>
          <w:i w:val="0"/>
          <w:color w:val="46326E"/>
          <w:sz w:val="22"/>
        </w:rPr>
        <w:t xml:space="preserve">    Follow-up: What P2Y12 load?</w:t>
      </w:r>
    </w:p>
    <w:p>
      <w:pPr>
        <w:spacing w:before="120" w:after="20" w:line="259" w:lineRule="auto"/>
        <w:shd w:fill="E8F5EC" w:val="clear"/>
      </w:pPr>
      <w:r>
        <w:rPr>
          <w:rFonts w:ascii="Calibri" w:hAnsi="Calibri" w:eastAsia="Calibri"/>
          <w:b/>
          <w:i w:val="0"/>
          <w:color w:val="146E3C"/>
          <w:sz w:val="22"/>
        </w:rPr>
        <w:t xml:space="preserve">    A. [CORRECT] Ticagrelor 180 mg (or local PPCI-protocol equivalent)</w:t>
      </w:r>
    </w:p>
    <w:p>
      <w:pPr>
        <w:spacing w:before="0" w:after="20" w:line="259" w:lineRule="auto"/>
      </w:pPr>
      <w:r>
        <w:rPr>
          <w:rFonts w:ascii="Calibri" w:hAnsi="Calibri" w:eastAsia="Calibri"/>
          <w:b w:val="0"/>
          <w:i/>
          <w:color w:val="282828"/>
          <w:sz w:val="22"/>
        </w:rPr>
        <w:t xml:space="preserve">       Bay: Load and activate. Record V4R in inferior STEMI.</w:t>
      </w:r>
    </w:p>
    <w:p>
      <w:pPr>
        <w:spacing w:before="120" w:after="20" w:line="259" w:lineRule="auto"/>
        <w:shd w:fill="F8E8E8" w:val="clear"/>
      </w:pPr>
      <w:r>
        <w:rPr>
          <w:rFonts w:ascii="Calibri" w:hAnsi="Calibri" w:eastAsia="Calibri"/>
          <w:b w:val="0"/>
          <w:i w:val="0"/>
          <w:color w:val="A02828"/>
          <w:sz w:val="22"/>
        </w:rPr>
        <w:t xml:space="preserve">    B. [WRONG] Ticagrelor 90 mg</w:t>
      </w:r>
    </w:p>
    <w:p>
      <w:pPr>
        <w:spacing w:before="0" w:after="20" w:line="259" w:lineRule="auto"/>
      </w:pPr>
      <w:r>
        <w:rPr>
          <w:rFonts w:ascii="Calibri" w:hAnsi="Calibri" w:eastAsia="Calibri"/>
          <w:b w:val="0"/>
          <w:i/>
          <w:color w:val="282828"/>
          <w:sz w:val="22"/>
        </w:rPr>
        <w:t xml:space="preserve">       Bay: That is the maintenance dose, not the load.</w:t>
      </w:r>
    </w:p>
    <w:p>
      <w:pPr>
        <w:spacing w:before="120" w:after="20" w:line="259" w:lineRule="auto"/>
        <w:shd w:fill="F8E8E8" w:val="clear"/>
      </w:pPr>
      <w:r>
        <w:rPr>
          <w:rFonts w:ascii="Calibri" w:hAnsi="Calibri" w:eastAsia="Calibri"/>
          <w:b w:val="0"/>
          <w:i w:val="0"/>
          <w:color w:val="A02828"/>
          <w:sz w:val="22"/>
        </w:rPr>
        <w:t xml:space="preserve">    C. [WRONG] Clopidogrel 75 mg</w:t>
      </w:r>
    </w:p>
    <w:p>
      <w:pPr>
        <w:spacing w:before="0" w:after="20" w:line="259" w:lineRule="auto"/>
      </w:pPr>
      <w:r>
        <w:rPr>
          <w:rFonts w:ascii="Calibri" w:hAnsi="Calibri" w:eastAsia="Calibri"/>
          <w:b w:val="0"/>
          <w:i/>
          <w:color w:val="282828"/>
          <w:sz w:val="22"/>
        </w:rPr>
        <w:t xml:space="preserve">       Bay: 75 mg is maintenance. If using clopidogrel the ACS load is 300–600 mg.</w:t>
      </w:r>
    </w:p>
    <w:p>
      <w:pPr>
        <w:spacing w:before="120" w:after="20" w:line="259" w:lineRule="auto"/>
        <w:shd w:fill="F8E8E8" w:val="clear"/>
      </w:pPr>
      <w:r>
        <w:rPr>
          <w:rFonts w:ascii="Calibri" w:hAnsi="Calibri" w:eastAsia="Calibri"/>
          <w:b w:val="0"/>
          <w:i w:val="0"/>
          <w:color w:val="A02828"/>
          <w:sz w:val="22"/>
        </w:rPr>
        <w:t xml:space="preserve">    D. [WRONG] Prasugrel 5 mg</w:t>
      </w:r>
    </w:p>
    <w:p>
      <w:pPr>
        <w:spacing w:before="0" w:after="20" w:line="259" w:lineRule="auto"/>
      </w:pPr>
      <w:r>
        <w:rPr>
          <w:rFonts w:ascii="Calibri" w:hAnsi="Calibri" w:eastAsia="Calibri"/>
          <w:b w:val="0"/>
          <w:i/>
          <w:color w:val="282828"/>
          <w:sz w:val="22"/>
        </w:rPr>
        <w:t xml:space="preserve">       Bay: Wrong dose and not first without protocol/age/weight checks. Ticagrelor 180 mg is the usual load.</w:t>
      </w:r>
    </w:p>
    <w:p>
      <w:pPr>
        <w:spacing w:before="120" w:after="20" w:line="259" w:lineRule="auto"/>
        <w:shd w:fill="F8E8E8" w:val="clear"/>
      </w:pPr>
      <w:r>
        <w:rPr>
          <w:rFonts w:ascii="Calibri" w:hAnsi="Calibri" w:eastAsia="Calibri"/>
          <w:b w:val="0"/>
          <w:i w:val="0"/>
          <w:color w:val="A02828"/>
          <w:sz w:val="22"/>
        </w:rPr>
        <w:t xml:space="preserve">    E. [WRONG] Withhold P2Y12 until after CABG is excluded</w:t>
      </w:r>
    </w:p>
    <w:p>
      <w:pPr>
        <w:spacing w:before="0" w:after="20" w:line="259" w:lineRule="auto"/>
      </w:pPr>
      <w:r>
        <w:rPr>
          <w:rFonts w:ascii="Calibri" w:hAnsi="Calibri" w:eastAsia="Calibri"/>
          <w:b w:val="0"/>
          <w:i/>
          <w:color w:val="282828"/>
          <w:sz w:val="22"/>
        </w:rPr>
        <w:t xml:space="preserve">       Bay: Do not delay the PPCI pathway for that.</w:t>
      </w:r>
    </w:p>
    <w:p>
      <w:pPr>
        <w:spacing w:before="120" w:after="20" w:line="259" w:lineRule="auto"/>
        <w:shd w:fill="F8E8E8" w:val="clear"/>
      </w:pPr>
      <w:r>
        <w:rPr>
          <w:rFonts w:ascii="Calibri" w:hAnsi="Calibri" w:eastAsia="Calibri"/>
          <w:b w:val="0"/>
          <w:i w:val="0"/>
          <w:color w:val="A02828"/>
          <w:sz w:val="22"/>
        </w:rPr>
        <w:t>B. [WRONG] Await high-sensitivity troponin</w:t>
      </w:r>
    </w:p>
    <w:p>
      <w:pPr>
        <w:spacing w:before="0" w:after="20" w:line="259" w:lineRule="auto"/>
      </w:pPr>
      <w:r>
        <w:rPr>
          <w:rFonts w:ascii="Calibri" w:hAnsi="Calibri" w:eastAsia="Calibri"/>
          <w:b w:val="0"/>
          <w:i/>
          <w:color w:val="282828"/>
          <w:sz w:val="22"/>
        </w:rPr>
        <w:t>Bay: ST elevation does not wait for a troponin.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GTN infusion</w:t>
      </w:r>
    </w:p>
    <w:p>
      <w:pPr>
        <w:spacing w:before="0" w:after="20" w:line="259" w:lineRule="auto"/>
      </w:pPr>
      <w:r>
        <w:rPr>
          <w:rFonts w:ascii="Calibri" w:hAnsi="Calibri" w:eastAsia="Calibri"/>
          <w:b w:val="0"/>
          <w:i/>
          <w:color w:val="282828"/>
          <w:sz w:val="22"/>
        </w:rPr>
        <w:t>Bay: BP 102 and inferior territory. Avoid nitrates, especially until V4R is seen.</w:t>
      </w:r>
    </w:p>
    <w:p>
      <w:pPr>
        <w:spacing w:before="0" w:after="40" w:line="259" w:lineRule="auto"/>
      </w:pPr>
      <w:r>
        <w:rPr>
          <w:rFonts w:ascii="Calibri" w:hAnsi="Calibri" w:eastAsia="Calibri"/>
          <w:b w:val="0"/>
          <w:i/>
          <w:color w:val="5A4614"/>
          <w:sz w:val="20"/>
        </w:rPr>
        <w:t>Reaction: sbp -24</w:t>
      </w:r>
    </w:p>
    <w:p>
      <w:pPr>
        <w:spacing w:before="120" w:after="20" w:line="259" w:lineRule="auto"/>
        <w:shd w:fill="F8E8E8" w:val="clear"/>
      </w:pPr>
      <w:r>
        <w:rPr>
          <w:rFonts w:ascii="Calibri" w:hAnsi="Calibri" w:eastAsia="Calibri"/>
          <w:b w:val="0"/>
          <w:i w:val="0"/>
          <w:color w:val="A02828"/>
          <w:sz w:val="22"/>
        </w:rPr>
        <w:t>D. [WRONG] Heparin infusion and medical ward</w:t>
      </w:r>
    </w:p>
    <w:p>
      <w:pPr>
        <w:spacing w:before="0" w:after="20" w:line="259" w:lineRule="auto"/>
      </w:pPr>
      <w:r>
        <w:rPr>
          <w:rFonts w:ascii="Calibri" w:hAnsi="Calibri" w:eastAsia="Calibri"/>
          <w:b w:val="0"/>
          <w:i/>
          <w:color w:val="282828"/>
          <w:sz w:val="22"/>
        </w:rPr>
        <w:t>Bay: He needs reperfusion, not a heparin infusion and a ward bed.</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Tenecteplase</w:t>
      </w:r>
    </w:p>
    <w:p>
      <w:pPr>
        <w:spacing w:before="0" w:after="20" w:line="259" w:lineRule="auto"/>
      </w:pPr>
      <w:r>
        <w:rPr>
          <w:rFonts w:ascii="Calibri" w:hAnsi="Calibri" w:eastAsia="Calibri"/>
          <w:b w:val="0"/>
          <w:i/>
          <w:color w:val="282828"/>
          <w:sz w:val="22"/>
        </w:rPr>
        <w:t>Bay: PPCI is available. Fibrinolysis is the fallback if PPCI cannot be delivered within 120 minutes.</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V4R is being recorded. Collateral while you wait.</w:t>
      </w:r>
    </w:p>
    <w:p>
      <w:pPr>
        <w:spacing w:before="120" w:after="20" w:line="259" w:lineRule="auto"/>
        <w:shd w:fill="E8F5EC" w:val="clear"/>
      </w:pPr>
      <w:r>
        <w:rPr>
          <w:rFonts w:ascii="Calibri" w:hAnsi="Calibri" w:eastAsia="Calibri"/>
          <w:b/>
          <w:i w:val="0"/>
          <w:color w:val="146E3C"/>
          <w:sz w:val="22"/>
        </w:rPr>
        <w:t>A. [CORRECT] Ask about erectile-drug / PDE5 use and previous GTN response</w:t>
      </w:r>
    </w:p>
    <w:p>
      <w:pPr>
        <w:spacing w:before="0" w:after="20" w:line="259" w:lineRule="auto"/>
      </w:pPr>
      <w:r>
        <w:rPr>
          <w:rFonts w:ascii="Calibri" w:hAnsi="Calibri" w:eastAsia="Calibri"/>
          <w:b w:val="0"/>
          <w:i/>
          <w:color w:val="282828"/>
          <w:sz w:val="22"/>
        </w:rPr>
        <w:t>Bay: Sildenafil last night. That plus GTN is a problem — and it fits the dip.</w:t>
      </w:r>
    </w:p>
    <w:p>
      <w:pPr>
        <w:spacing w:before="120" w:after="20" w:line="259" w:lineRule="auto"/>
        <w:shd w:fill="E8F5EC" w:val="clear"/>
      </w:pPr>
      <w:r>
        <w:rPr>
          <w:rFonts w:ascii="Calibri" w:hAnsi="Calibri" w:eastAsia="Calibri"/>
          <w:b/>
          <w:i w:val="0"/>
          <w:color w:val="146E3C"/>
          <w:sz w:val="22"/>
        </w:rPr>
        <w:t>B. [CORRECT] Check previous ECGs and past medical history on the system</w:t>
      </w:r>
    </w:p>
    <w:p>
      <w:pPr>
        <w:spacing w:before="0" w:after="20" w:line="259" w:lineRule="auto"/>
      </w:pPr>
      <w:r>
        <w:rPr>
          <w:rFonts w:ascii="Calibri" w:hAnsi="Calibri" w:eastAsia="Calibri"/>
          <w:b w:val="0"/>
          <w:i/>
          <w:color w:val="282828"/>
          <w:sz w:val="22"/>
        </w:rPr>
        <w:t>Bay: No old tracing. Ex-smoker, diet-controlled diabetes.</w:t>
      </w:r>
    </w:p>
    <w:p>
      <w:pPr>
        <w:spacing w:before="120" w:after="20" w:line="259" w:lineRule="auto"/>
        <w:shd w:fill="E8F5EC" w:val="clear"/>
      </w:pPr>
      <w:r>
        <w:rPr>
          <w:rFonts w:ascii="Calibri" w:hAnsi="Calibri" w:eastAsia="Calibri"/>
          <w:b/>
          <w:i w:val="0"/>
          <w:color w:val="146E3C"/>
          <w:sz w:val="22"/>
        </w:rPr>
        <w:t>C. [CORRECT] Confirm onset time and first medical contact for the lab clock</w:t>
      </w:r>
    </w:p>
    <w:p>
      <w:pPr>
        <w:spacing w:before="0" w:after="20" w:line="259" w:lineRule="auto"/>
      </w:pPr>
      <w:r>
        <w:rPr>
          <w:rFonts w:ascii="Calibri" w:hAnsi="Calibri" w:eastAsia="Calibri"/>
          <w:b w:val="0"/>
          <w:i/>
          <w:color w:val="282828"/>
          <w:sz w:val="22"/>
        </w:rPr>
        <w:t>Bay: Pain 01:10. First medical contact 01:40. You are inside the window.</w:t>
      </w:r>
    </w:p>
    <w:p>
      <w:pPr>
        <w:spacing w:before="120" w:after="20" w:line="259" w:lineRule="auto"/>
        <w:shd w:fill="F8E8E8" w:val="clear"/>
      </w:pPr>
      <w:r>
        <w:rPr>
          <w:rFonts w:ascii="Calibri" w:hAnsi="Calibri" w:eastAsia="Calibri"/>
          <w:b w:val="0"/>
          <w:i w:val="0"/>
          <w:color w:val="A02828"/>
          <w:sz w:val="22"/>
        </w:rPr>
        <w:t>D. [WRONG] Await a formal echo report of wall-motion abnormality before activating PPCI</w:t>
      </w:r>
    </w:p>
    <w:p>
      <w:pPr>
        <w:spacing w:before="0" w:after="20" w:line="259" w:lineRule="auto"/>
      </w:pPr>
      <w:r>
        <w:rPr>
          <w:rFonts w:ascii="Calibri" w:hAnsi="Calibri" w:eastAsia="Calibri"/>
          <w:b w:val="0"/>
          <w:i/>
          <w:color w:val="282828"/>
          <w:sz w:val="22"/>
        </w:rPr>
        <w:t>Bay: The 12-lead is enough. Do not wait for an echo.</w:t>
      </w:r>
    </w:p>
    <w:p>
      <w:pPr>
        <w:spacing w:before="120" w:after="20" w:line="259" w:lineRule="auto"/>
        <w:shd w:fill="F8E8E8" w:val="clear"/>
      </w:pPr>
      <w:r>
        <w:rPr>
          <w:rFonts w:ascii="Calibri" w:hAnsi="Calibri" w:eastAsia="Calibri"/>
          <w:b w:val="0"/>
          <w:i w:val="0"/>
          <w:color w:val="A02828"/>
          <w:sz w:val="22"/>
        </w:rPr>
        <w:t>E. [WRONG] Obtain a D-dimer and CTPA before calling the laboratory</w:t>
      </w:r>
    </w:p>
    <w:p>
      <w:pPr>
        <w:spacing w:before="0" w:after="20" w:line="259" w:lineRule="auto"/>
      </w:pPr>
      <w:r>
        <w:rPr>
          <w:rFonts w:ascii="Calibri" w:hAnsi="Calibri" w:eastAsia="Calibri"/>
          <w:b w:val="0"/>
          <w:i/>
          <w:color w:val="282828"/>
          <w:sz w:val="22"/>
        </w:rPr>
        <w:t>Bay: Territorial ST elevation is ACS. CTPA will miss the lab window.</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after the 12-lead.</w:t>
      </w:r>
    </w:p>
    <w:p>
      <w:pPr>
        <w:spacing w:before="120" w:after="20" w:line="259" w:lineRule="auto"/>
        <w:shd w:fill="E8F5EC" w:val="clear"/>
      </w:pPr>
      <w:r>
        <w:rPr>
          <w:rFonts w:ascii="Calibri" w:hAnsi="Calibri" w:eastAsia="Calibri"/>
          <w:b/>
          <w:i w:val="0"/>
          <w:color w:val="146E3C"/>
          <w:sz w:val="22"/>
        </w:rPr>
        <w:t>A. [CORRECT] Inferior ST-elevation myocardial infarction</w:t>
      </w:r>
    </w:p>
    <w:p>
      <w:pPr>
        <w:spacing w:before="0" w:after="20" w:line="259" w:lineRule="auto"/>
      </w:pPr>
      <w:r>
        <w:rPr>
          <w:rFonts w:ascii="Calibri" w:hAnsi="Calibri" w:eastAsia="Calibri"/>
          <w:b w:val="0"/>
          <w:i/>
          <w:color w:val="282828"/>
          <w:sz w:val="22"/>
        </w:rPr>
        <w:t>Bay: Territory matches. Activate the lab. Record V4R.</w:t>
      </w:r>
    </w:p>
    <w:p>
      <w:pPr>
        <w:spacing w:before="120" w:after="20" w:line="259" w:lineRule="auto"/>
        <w:shd w:fill="F8E8E8" w:val="clear"/>
      </w:pPr>
      <w:r>
        <w:rPr>
          <w:rFonts w:ascii="Calibri" w:hAnsi="Calibri" w:eastAsia="Calibri"/>
          <w:b w:val="0"/>
          <w:i w:val="0"/>
          <w:color w:val="A02828"/>
          <w:sz w:val="22"/>
        </w:rPr>
        <w:t>B. [WRONG] Acute massive pulmonary embolism</w:t>
      </w:r>
    </w:p>
    <w:p>
      <w:pPr>
        <w:spacing w:before="0" w:after="20" w:line="259" w:lineRule="auto"/>
      </w:pPr>
      <w:r>
        <w:rPr>
          <w:rFonts w:ascii="Calibri" w:hAnsi="Calibri" w:eastAsia="Calibri"/>
          <w:b w:val="0"/>
          <w:i/>
          <w:color w:val="282828"/>
          <w:sz w:val="22"/>
        </w:rPr>
        <w:t>Bay: The ECG is territorial ST elevation with reciprocal change, not isolated right-heart strain.</w:t>
      </w:r>
    </w:p>
    <w:p>
      <w:pPr>
        <w:spacing w:before="120" w:after="20" w:line="259" w:lineRule="auto"/>
        <w:shd w:fill="F8E8E8" w:val="clear"/>
      </w:pPr>
      <w:r>
        <w:rPr>
          <w:rFonts w:ascii="Calibri" w:hAnsi="Calibri" w:eastAsia="Calibri"/>
          <w:b w:val="0"/>
          <w:i w:val="0"/>
          <w:color w:val="A02828"/>
          <w:sz w:val="22"/>
        </w:rPr>
        <w:t>C. [WRONG] Acute type A aortic dissection</w:t>
      </w:r>
    </w:p>
    <w:p>
      <w:pPr>
        <w:spacing w:before="0" w:after="20" w:line="259" w:lineRule="auto"/>
      </w:pPr>
      <w:r>
        <w:rPr>
          <w:rFonts w:ascii="Calibri" w:hAnsi="Calibri" w:eastAsia="Calibri"/>
          <w:b w:val="0"/>
          <w:i/>
          <w:color w:val="282828"/>
          <w:sz w:val="22"/>
        </w:rPr>
        <w:t>Bay: No tearing radiation, equal blood pressures, no pulse deficit — do not delay PPCI for aortogram.</w:t>
      </w:r>
    </w:p>
    <w:p>
      <w:pPr>
        <w:spacing w:before="120" w:after="20" w:line="259" w:lineRule="auto"/>
        <w:shd w:fill="F8E8E8" w:val="clear"/>
      </w:pPr>
      <w:r>
        <w:rPr>
          <w:rFonts w:ascii="Calibri" w:hAnsi="Calibri" w:eastAsia="Calibri"/>
          <w:b w:val="0"/>
          <w:i w:val="0"/>
          <w:color w:val="A02828"/>
          <w:sz w:val="22"/>
        </w:rPr>
        <w:t>D. [WRONG] Acute pericarditis / myopericarditis</w:t>
      </w:r>
    </w:p>
    <w:p>
      <w:pPr>
        <w:spacing w:before="0" w:after="20" w:line="259" w:lineRule="auto"/>
      </w:pPr>
      <w:r>
        <w:rPr>
          <w:rFonts w:ascii="Calibri" w:hAnsi="Calibri" w:eastAsia="Calibri"/>
          <w:b w:val="0"/>
          <w:i/>
          <w:color w:val="282828"/>
          <w:sz w:val="22"/>
        </w:rPr>
        <w:t>Bay: Not saddle ST across all leads, and he is clammy, bradycardic and hypotensive after GTN.</w:t>
      </w:r>
    </w:p>
    <w:p>
      <w:pPr>
        <w:spacing w:before="120" w:after="20" w:line="259" w:lineRule="auto"/>
        <w:shd w:fill="F8E8E8" w:val="clear"/>
      </w:pPr>
      <w:r>
        <w:rPr>
          <w:rFonts w:ascii="Calibri" w:hAnsi="Calibri" w:eastAsia="Calibri"/>
          <w:b w:val="0"/>
          <w:i w:val="0"/>
          <w:color w:val="A02828"/>
          <w:sz w:val="22"/>
        </w:rPr>
        <w:t>E. [WRONG] NSTEMI without persistent ST elevation</w:t>
      </w:r>
    </w:p>
    <w:p>
      <w:pPr>
        <w:spacing w:before="0" w:after="20" w:line="259" w:lineRule="auto"/>
      </w:pPr>
      <w:r>
        <w:rPr>
          <w:rFonts w:ascii="Calibri" w:hAnsi="Calibri" w:eastAsia="Calibri"/>
          <w:b w:val="0"/>
          <w:i/>
          <w:color w:val="282828"/>
          <w:sz w:val="22"/>
        </w:rPr>
        <w:t>Bay: There is territorial ST elevation. This is a STEMI pathway.</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V4R shows ST elevation. He is still 96 systolic.</w:t>
      </w:r>
    </w:p>
    <w:p>
      <w:pPr>
        <w:spacing w:before="120" w:after="20" w:line="259" w:lineRule="auto"/>
        <w:shd w:fill="E8F5EC" w:val="clear"/>
      </w:pPr>
      <w:r>
        <w:rPr>
          <w:rFonts w:ascii="Calibri" w:hAnsi="Calibri" w:eastAsia="Calibri"/>
          <w:b/>
          <w:i w:val="0"/>
          <w:color w:val="146E3C"/>
          <w:sz w:val="22"/>
        </w:rPr>
        <w:t>A. [CORRECT] Activate PPCI and cautious fluid</w:t>
      </w:r>
    </w:p>
    <w:p>
      <w:pPr>
        <w:spacing w:before="0" w:after="20" w:line="259" w:lineRule="auto"/>
      </w:pPr>
      <w:r>
        <w:rPr>
          <w:rFonts w:ascii="Calibri" w:hAnsi="Calibri" w:eastAsia="Calibri"/>
          <w:b w:val="0"/>
          <w:i/>
          <w:color w:val="282828"/>
          <w:sz w:val="22"/>
        </w:rPr>
        <w:t>Bay: Lab is hot. 250 mL going in. They will take him from the bay.</w:t>
      </w:r>
    </w:p>
    <w:p>
      <w:pPr>
        <w:spacing w:before="0" w:after="40" w:line="259" w:lineRule="auto"/>
      </w:pPr>
      <w:r>
        <w:rPr>
          <w:rFonts w:ascii="Calibri" w:hAnsi="Calibri" w:eastAsia="Calibri"/>
          <w:b w:val="0"/>
          <w:i/>
          <w:color w:val="5A4614"/>
          <w:sz w:val="20"/>
        </w:rPr>
        <w:t>Reaction: hr +6, sbp +10</w:t>
      </w:r>
    </w:p>
    <w:p>
      <w:pPr>
        <w:spacing w:before="80" w:after="40" w:line="259" w:lineRule="auto"/>
      </w:pPr>
      <w:r>
        <w:rPr>
          <w:rFonts w:ascii="Calibri" w:hAnsi="Calibri" w:eastAsia="Calibri"/>
          <w:b/>
          <w:i w:val="0"/>
          <w:color w:val="46326E"/>
          <w:sz w:val="22"/>
        </w:rPr>
        <w:t xml:space="preserve">    Follow-up: What fluid strategy?</w:t>
      </w:r>
    </w:p>
    <w:p>
      <w:pPr>
        <w:spacing w:before="120" w:after="20" w:line="259" w:lineRule="auto"/>
        <w:shd w:fill="E8F5EC" w:val="clear"/>
      </w:pPr>
      <w:r>
        <w:rPr>
          <w:rFonts w:ascii="Calibri" w:hAnsi="Calibri" w:eastAsia="Calibri"/>
          <w:b/>
          <w:i w:val="0"/>
          <w:color w:val="146E3C"/>
          <w:sz w:val="22"/>
        </w:rPr>
        <w:t xml:space="preserve">    A. [CORRECT] Cautious IV crystalloid if hypotensive; avoid nitrates</w:t>
      </w:r>
    </w:p>
    <w:p>
      <w:pPr>
        <w:spacing w:before="0" w:after="20" w:line="259" w:lineRule="auto"/>
      </w:pPr>
      <w:r>
        <w:rPr>
          <w:rFonts w:ascii="Calibri" w:hAnsi="Calibri" w:eastAsia="Calibri"/>
          <w:b w:val="0"/>
          <w:i/>
          <w:color w:val="282828"/>
          <w:sz w:val="22"/>
        </w:rPr>
        <w:t xml:space="preserve">       Bay: RV infarct is preload-dependent. 250 mL aliquots, then the lab.</w:t>
      </w:r>
    </w:p>
    <w:p>
      <w:pPr>
        <w:spacing w:before="120" w:after="20" w:line="259" w:lineRule="auto"/>
        <w:shd w:fill="F8E8E8" w:val="clear"/>
      </w:pPr>
      <w:r>
        <w:rPr>
          <w:rFonts w:ascii="Calibri" w:hAnsi="Calibri" w:eastAsia="Calibri"/>
          <w:b w:val="0"/>
          <w:i w:val="0"/>
          <w:color w:val="A02828"/>
          <w:sz w:val="22"/>
        </w:rPr>
        <w:t xml:space="preserve">    B. [WRONG] GTN infusion to offload the right ventricle</w:t>
      </w:r>
    </w:p>
    <w:p>
      <w:pPr>
        <w:spacing w:before="0" w:after="20" w:line="259" w:lineRule="auto"/>
      </w:pPr>
      <w:r>
        <w:rPr>
          <w:rFonts w:ascii="Calibri" w:hAnsi="Calibri" w:eastAsia="Calibri"/>
          <w:b w:val="0"/>
          <w:i/>
          <w:color w:val="282828"/>
          <w:sz w:val="22"/>
        </w:rPr>
        <w:t xml:space="preserve">       Bay: Nitrates drop preload and will crash an RV infarct.</w:t>
      </w:r>
    </w:p>
    <w:p>
      <w:pPr>
        <w:spacing w:before="120" w:after="20" w:line="259" w:lineRule="auto"/>
        <w:shd w:fill="F8E8E8" w:val="clear"/>
      </w:pPr>
      <w:r>
        <w:rPr>
          <w:rFonts w:ascii="Calibri" w:hAnsi="Calibri" w:eastAsia="Calibri"/>
          <w:b w:val="0"/>
          <w:i w:val="0"/>
          <w:color w:val="A02828"/>
          <w:sz w:val="22"/>
        </w:rPr>
        <w:t xml:space="preserve">    C. [WRONG] No fluid — keep him dry for the lab</w:t>
      </w:r>
    </w:p>
    <w:p>
      <w:pPr>
        <w:spacing w:before="0" w:after="20" w:line="259" w:lineRule="auto"/>
      </w:pPr>
      <w:r>
        <w:rPr>
          <w:rFonts w:ascii="Calibri" w:hAnsi="Calibri" w:eastAsia="Calibri"/>
          <w:b w:val="0"/>
          <w:i/>
          <w:color w:val="282828"/>
          <w:sz w:val="22"/>
        </w:rPr>
        <w:t xml:space="preserve">       Bay: He is 96 systolic with RV involvement. Cautious volume helps.</w:t>
      </w:r>
    </w:p>
    <w:p>
      <w:pPr>
        <w:spacing w:before="120" w:after="20" w:line="259" w:lineRule="auto"/>
        <w:shd w:fill="F8E8E8" w:val="clear"/>
      </w:pPr>
      <w:r>
        <w:rPr>
          <w:rFonts w:ascii="Calibri" w:hAnsi="Calibri" w:eastAsia="Calibri"/>
          <w:b w:val="0"/>
          <w:i w:val="0"/>
          <w:color w:val="A02828"/>
          <w:sz w:val="22"/>
        </w:rPr>
        <w:t xml:space="preserve">    D. [WRONG] 1 L colloid as a single bolus</w:t>
      </w:r>
    </w:p>
    <w:p>
      <w:pPr>
        <w:spacing w:before="0" w:after="20" w:line="259" w:lineRule="auto"/>
      </w:pPr>
      <w:r>
        <w:rPr>
          <w:rFonts w:ascii="Calibri" w:hAnsi="Calibri" w:eastAsia="Calibri"/>
          <w:b w:val="0"/>
          <w:i/>
          <w:color w:val="282828"/>
          <w:sz w:val="22"/>
        </w:rPr>
        <w:t xml:space="preserve">       Bay: Small crystalloid aliquots, not a litre of colloid.</w:t>
      </w:r>
    </w:p>
    <w:p>
      <w:pPr>
        <w:spacing w:before="120" w:after="20" w:line="259" w:lineRule="auto"/>
        <w:shd w:fill="F8E8E8" w:val="clear"/>
      </w:pPr>
      <w:r>
        <w:rPr>
          <w:rFonts w:ascii="Calibri" w:hAnsi="Calibri" w:eastAsia="Calibri"/>
          <w:b w:val="0"/>
          <w:i w:val="0"/>
          <w:color w:val="A02828"/>
          <w:sz w:val="22"/>
        </w:rPr>
        <w:t xml:space="preserve">    E. [WRONG] Furosemide 80 mg IV for hypotension</w:t>
      </w:r>
    </w:p>
    <w:p>
      <w:pPr>
        <w:spacing w:before="0" w:after="20" w:line="259" w:lineRule="auto"/>
      </w:pPr>
      <w:r>
        <w:rPr>
          <w:rFonts w:ascii="Calibri" w:hAnsi="Calibri" w:eastAsia="Calibri"/>
          <w:b w:val="0"/>
          <w:i/>
          <w:color w:val="282828"/>
          <w:sz w:val="22"/>
        </w:rPr>
        <w:t xml:space="preserve">       Bay: He is not in pulmonary oedema. Diuretic will drop preload further.</w:t>
      </w:r>
    </w:p>
    <w:p>
      <w:pPr>
        <w:spacing w:before="120" w:after="20" w:line="259" w:lineRule="auto"/>
        <w:shd w:fill="F8E8E8" w:val="clear"/>
      </w:pPr>
      <w:r>
        <w:rPr>
          <w:rFonts w:ascii="Calibri" w:hAnsi="Calibri" w:eastAsia="Calibri"/>
          <w:b w:val="0"/>
          <w:i w:val="0"/>
          <w:color w:val="A02828"/>
          <w:sz w:val="22"/>
        </w:rPr>
        <w:t>B. [WRONG] Immediate tenecteplase</w:t>
      </w:r>
    </w:p>
    <w:p>
      <w:pPr>
        <w:spacing w:before="0" w:after="20" w:line="259" w:lineRule="auto"/>
      </w:pPr>
      <w:r>
        <w:rPr>
          <w:rFonts w:ascii="Calibri" w:hAnsi="Calibri" w:eastAsia="Calibri"/>
          <w:b w:val="0"/>
          <w:i/>
          <w:color w:val="282828"/>
          <w:sz w:val="22"/>
        </w:rPr>
        <w:t>Bay: Door-to-balloon here is ~40 minutes. Lysis is the fallback if PPCI cannot be delivered within 120 minutes.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CCU for next-day angiography</w:t>
      </w:r>
    </w:p>
    <w:p>
      <w:pPr>
        <w:spacing w:before="0" w:after="20" w:line="259" w:lineRule="auto"/>
      </w:pPr>
      <w:r>
        <w:rPr>
          <w:rFonts w:ascii="Calibri" w:hAnsi="Calibri" w:eastAsia="Calibri"/>
          <w:b w:val="0"/>
          <w:i/>
          <w:color w:val="282828"/>
          <w:sz w:val="22"/>
        </w:rPr>
        <w:t>Bay: That is not reperfusion. V4R ST elevation is an occlusive RCA until proven otherwise.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Further nitrates</w:t>
      </w:r>
    </w:p>
    <w:p>
      <w:pPr>
        <w:spacing w:before="0" w:after="20" w:line="259" w:lineRule="auto"/>
      </w:pPr>
      <w:r>
        <w:rPr>
          <w:rFonts w:ascii="Calibri" w:hAnsi="Calibri" w:eastAsia="Calibri"/>
          <w:b w:val="0"/>
          <w:i/>
          <w:color w:val="282828"/>
          <w:sz w:val="22"/>
        </w:rPr>
        <w:t>Bay: He is hypotensive with RV involvement. Further nitrates will drop preload and miss the lab window.</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Intravenous metoprolol</w:t>
      </w:r>
    </w:p>
    <w:p>
      <w:pPr>
        <w:spacing w:before="0" w:after="20" w:line="259" w:lineRule="auto"/>
      </w:pPr>
      <w:r>
        <w:rPr>
          <w:rFonts w:ascii="Calibri" w:hAnsi="Calibri" w:eastAsia="Calibri"/>
          <w:b w:val="0"/>
          <w:i/>
          <w:color w:val="282828"/>
          <w:sz w:val="22"/>
        </w:rPr>
        <w:t>Bay: He is hypotensive and bradycardic with RV involvement. A beta-blocker will drop output further.</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He is still in pain but talking.</w:t>
      </w:r>
    </w:p>
    <w:p>
      <w:pPr>
        <w:spacing w:before="120" w:after="20" w:line="259" w:lineRule="auto"/>
        <w:shd w:fill="E8F5EC" w:val="clear"/>
      </w:pPr>
      <w:r>
        <w:rPr>
          <w:rFonts w:ascii="Calibri" w:hAnsi="Calibri" w:eastAsia="Calibri"/>
          <w:b/>
          <w:i w:val="0"/>
          <w:color w:val="146E3C"/>
          <w:sz w:val="22"/>
        </w:rPr>
        <w:t>A. [CORRECT] Primary PCI laboratory now, then CCU</w:t>
      </w:r>
    </w:p>
    <w:p>
      <w:pPr>
        <w:spacing w:before="0" w:after="20" w:line="259" w:lineRule="auto"/>
      </w:pPr>
      <w:r>
        <w:rPr>
          <w:rFonts w:ascii="Calibri" w:hAnsi="Calibri" w:eastAsia="Calibri"/>
          <w:b w:val="0"/>
          <w:i/>
          <w:color w:val="282828"/>
          <w:sz w:val="22"/>
        </w:rPr>
        <w:t>Bay: Correct destination.</w:t>
      </w:r>
    </w:p>
    <w:p>
      <w:pPr>
        <w:spacing w:before="120" w:after="20" w:line="259" w:lineRule="auto"/>
        <w:shd w:fill="F8E8E8" w:val="clear"/>
      </w:pPr>
      <w:r>
        <w:rPr>
          <w:rFonts w:ascii="Calibri" w:hAnsi="Calibri" w:eastAsia="Calibri"/>
          <w:b w:val="0"/>
          <w:i w:val="0"/>
          <w:color w:val="A02828"/>
          <w:sz w:val="22"/>
        </w:rPr>
        <w:t>B. [WRONG] Acute medical unit with telemetry, angiography next working day</w:t>
      </w:r>
    </w:p>
    <w:p>
      <w:pPr>
        <w:spacing w:before="0" w:after="20" w:line="259" w:lineRule="auto"/>
      </w:pPr>
      <w:r>
        <w:rPr>
          <w:rFonts w:ascii="Calibri" w:hAnsi="Calibri" w:eastAsia="Calibri"/>
          <w:b w:val="0"/>
          <w:i/>
          <w:color w:val="282828"/>
          <w:sz w:val="22"/>
        </w:rPr>
        <w:t>Bay: STEMI does not go to AMU.</w:t>
      </w:r>
    </w:p>
    <w:p>
      <w:pPr>
        <w:spacing w:before="120" w:after="20" w:line="259" w:lineRule="auto"/>
        <w:shd w:fill="F8E8E8" w:val="clear"/>
      </w:pPr>
      <w:r>
        <w:rPr>
          <w:rFonts w:ascii="Calibri" w:hAnsi="Calibri" w:eastAsia="Calibri"/>
          <w:b w:val="0"/>
          <w:i w:val="0"/>
          <w:color w:val="A02828"/>
          <w:sz w:val="22"/>
        </w:rPr>
        <w:t>C. [WRONG] Level 2 HDU for monitoring without reperfusion</w:t>
      </w:r>
    </w:p>
    <w:p>
      <w:pPr>
        <w:spacing w:before="0" w:after="20" w:line="259" w:lineRule="auto"/>
      </w:pPr>
      <w:r>
        <w:rPr>
          <w:rFonts w:ascii="Calibri" w:hAnsi="Calibri" w:eastAsia="Calibri"/>
          <w:b w:val="0"/>
          <w:i/>
          <w:color w:val="282828"/>
          <w:sz w:val="22"/>
        </w:rPr>
        <w:t>Bay: Monitoring is not reperfusion.</w:t>
      </w:r>
    </w:p>
    <w:p>
      <w:pPr>
        <w:spacing w:before="120" w:after="20" w:line="259" w:lineRule="auto"/>
        <w:shd w:fill="F8E8E8" w:val="clear"/>
      </w:pPr>
      <w:r>
        <w:rPr>
          <w:rFonts w:ascii="Calibri" w:hAnsi="Calibri" w:eastAsia="Calibri"/>
          <w:b w:val="0"/>
          <w:i w:val="0"/>
          <w:color w:val="A02828"/>
          <w:sz w:val="22"/>
        </w:rPr>
        <w:t>D. [WRONG] General ICU without activating PPCI</w:t>
      </w:r>
    </w:p>
    <w:p>
      <w:pPr>
        <w:spacing w:before="0" w:after="20" w:line="259" w:lineRule="auto"/>
      </w:pPr>
      <w:r>
        <w:rPr>
          <w:rFonts w:ascii="Calibri" w:hAnsi="Calibri" w:eastAsia="Calibri"/>
          <w:b w:val="0"/>
          <w:i/>
          <w:color w:val="282828"/>
          <w:sz w:val="22"/>
        </w:rPr>
        <w:t>Bay: Critical care without opening the vessel is the wrong sequence.</w:t>
      </w:r>
    </w:p>
    <w:p>
      <w:pPr>
        <w:spacing w:before="120" w:after="20" w:line="259" w:lineRule="auto"/>
        <w:shd w:fill="F8E8E8" w:val="clear"/>
      </w:pPr>
      <w:r>
        <w:rPr>
          <w:rFonts w:ascii="Calibri" w:hAnsi="Calibri" w:eastAsia="Calibri"/>
          <w:b w:val="0"/>
          <w:i w:val="0"/>
          <w:color w:val="A02828"/>
          <w:sz w:val="22"/>
        </w:rPr>
        <w:t>E. [WRONG] Cardiac theatres for emergency CABG without angiography</w:t>
      </w:r>
    </w:p>
    <w:p>
      <w:pPr>
        <w:spacing w:before="0" w:after="20" w:line="259" w:lineRule="auto"/>
      </w:pPr>
      <w:r>
        <w:rPr>
          <w:rFonts w:ascii="Calibri" w:hAnsi="Calibri" w:eastAsia="Calibri"/>
          <w:b w:val="0"/>
          <w:i/>
          <w:color w:val="282828"/>
          <w:sz w:val="22"/>
        </w:rPr>
        <w:t>Bay: The next step is angiography ± PCI, not a blind trip to theatre.</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he leaves.</w:t>
      </w:r>
    </w:p>
    <w:p>
      <w:pPr>
        <w:spacing w:before="120" w:after="20" w:line="259" w:lineRule="auto"/>
        <w:shd w:fill="E8F5EC" w:val="clear"/>
      </w:pPr>
      <w:r>
        <w:rPr>
          <w:rFonts w:ascii="Calibri" w:hAnsi="Calibri" w:eastAsia="Calibri"/>
          <w:b/>
          <w:i w:val="0"/>
          <w:color w:val="146E3C"/>
          <w:sz w:val="22"/>
        </w:rPr>
        <w:t>A. [CORRECT] Document onset and drugs, G&amp;S, keep pads on, update family, take the 12-lead</w:t>
      </w:r>
    </w:p>
    <w:p>
      <w:pPr>
        <w:spacing w:before="0" w:after="20" w:line="259" w:lineRule="auto"/>
      </w:pPr>
      <w:r>
        <w:rPr>
          <w:rFonts w:ascii="Calibri" w:hAnsi="Calibri" w:eastAsia="Calibri"/>
          <w:b w:val="0"/>
          <w:i/>
          <w:color w:val="282828"/>
          <w:sz w:val="22"/>
        </w:rPr>
        <w:t>Bay: Pads on, tracing copied, wife called. He is going.</w:t>
      </w:r>
    </w:p>
    <w:p>
      <w:pPr>
        <w:spacing w:before="80" w:after="40" w:line="259" w:lineRule="auto"/>
      </w:pPr>
      <w:r>
        <w:rPr>
          <w:rFonts w:ascii="Calibri" w:hAnsi="Calibri" w:eastAsia="Calibri"/>
          <w:b/>
          <w:i w:val="0"/>
          <w:color w:val="46326E"/>
          <w:sz w:val="22"/>
        </w:rPr>
        <w:t xml:space="preserve">    Follow-up: What must he have on transfer to the lab?</w:t>
      </w:r>
    </w:p>
    <w:p>
      <w:pPr>
        <w:spacing w:before="120" w:after="20" w:line="259" w:lineRule="auto"/>
        <w:shd w:fill="E8F5EC" w:val="clear"/>
      </w:pPr>
      <w:r>
        <w:rPr>
          <w:rFonts w:ascii="Calibri" w:hAnsi="Calibri" w:eastAsia="Calibri"/>
          <w:b/>
          <w:i w:val="0"/>
          <w:color w:val="146E3C"/>
          <w:sz w:val="22"/>
        </w:rPr>
        <w:t xml:space="preserve">    A. [CORRECT] Pads still on and the 12-lead with him</w:t>
      </w:r>
    </w:p>
    <w:p>
      <w:pPr>
        <w:spacing w:before="0" w:after="20" w:line="259" w:lineRule="auto"/>
      </w:pPr>
      <w:r>
        <w:rPr>
          <w:rFonts w:ascii="Calibri" w:hAnsi="Calibri" w:eastAsia="Calibri"/>
          <w:b w:val="0"/>
          <w:i/>
          <w:color w:val="282828"/>
          <w:sz w:val="22"/>
        </w:rPr>
        <w:t xml:space="preserve">       Bay: Keep defibrillator pads. Take a copy of the tracing.</w:t>
      </w:r>
    </w:p>
    <w:p>
      <w:pPr>
        <w:spacing w:before="120" w:after="20" w:line="259" w:lineRule="auto"/>
        <w:shd w:fill="F8E8E8" w:val="clear"/>
      </w:pPr>
      <w:r>
        <w:rPr>
          <w:rFonts w:ascii="Calibri" w:hAnsi="Calibri" w:eastAsia="Calibri"/>
          <w:b w:val="0"/>
          <w:i w:val="0"/>
          <w:color w:val="A02828"/>
          <w:sz w:val="22"/>
        </w:rPr>
        <w:t xml:space="preserve">    B. [WRONG] A further GTN spray for the corridor</w:t>
      </w:r>
    </w:p>
    <w:p>
      <w:pPr>
        <w:spacing w:before="0" w:after="20" w:line="259" w:lineRule="auto"/>
      </w:pPr>
      <w:r>
        <w:rPr>
          <w:rFonts w:ascii="Calibri" w:hAnsi="Calibri" w:eastAsia="Calibri"/>
          <w:b w:val="0"/>
          <w:i/>
          <w:color w:val="282828"/>
          <w:sz w:val="22"/>
        </w:rPr>
        <w:t xml:space="preserve">       Bay: He is preload-dependent. Further nitrates will drop him.</w:t>
      </w:r>
    </w:p>
    <w:p>
      <w:pPr>
        <w:spacing w:before="120" w:after="20" w:line="259" w:lineRule="auto"/>
        <w:shd w:fill="F8E8E8" w:val="clear"/>
      </w:pPr>
      <w:r>
        <w:rPr>
          <w:rFonts w:ascii="Calibri" w:hAnsi="Calibri" w:eastAsia="Calibri"/>
          <w:b w:val="0"/>
          <w:i w:val="0"/>
          <w:color w:val="A02828"/>
          <w:sz w:val="22"/>
        </w:rPr>
        <w:t xml:space="preserve">    C. [WRONG] IV access removed to reduce bleeding</w:t>
      </w:r>
    </w:p>
    <w:p>
      <w:pPr>
        <w:spacing w:before="0" w:after="20" w:line="259" w:lineRule="auto"/>
      </w:pPr>
      <w:r>
        <w:rPr>
          <w:rFonts w:ascii="Calibri" w:hAnsi="Calibri" w:eastAsia="Calibri"/>
          <w:b w:val="0"/>
          <w:i/>
          <w:color w:val="282828"/>
          <w:sz w:val="22"/>
        </w:rPr>
        <w:t xml:space="preserve">       Bay: Leave the access. The lab will need it.</w:t>
      </w:r>
    </w:p>
    <w:p>
      <w:pPr>
        <w:spacing w:before="120" w:after="20" w:line="259" w:lineRule="auto"/>
        <w:shd w:fill="F8E8E8" w:val="clear"/>
      </w:pPr>
      <w:r>
        <w:rPr>
          <w:rFonts w:ascii="Calibri" w:hAnsi="Calibri" w:eastAsia="Calibri"/>
          <w:b w:val="0"/>
          <w:i w:val="0"/>
          <w:color w:val="A02828"/>
          <w:sz w:val="22"/>
        </w:rPr>
        <w:t xml:space="preserve">    D. [WRONG] A formal departmental echo report</w:t>
      </w:r>
    </w:p>
    <w:p>
      <w:pPr>
        <w:spacing w:before="0" w:after="20" w:line="259" w:lineRule="auto"/>
      </w:pPr>
      <w:r>
        <w:rPr>
          <w:rFonts w:ascii="Calibri" w:hAnsi="Calibri" w:eastAsia="Calibri"/>
          <w:b w:val="0"/>
          <w:i/>
          <w:color w:val="282828"/>
          <w:sz w:val="22"/>
        </w:rPr>
        <w:t xml:space="preserve">       Bay: The 12-lead is enough. Do not wait.</w:t>
      </w:r>
    </w:p>
    <w:p>
      <w:pPr>
        <w:spacing w:before="120" w:after="20" w:line="259" w:lineRule="auto"/>
        <w:shd w:fill="F8E8E8" w:val="clear"/>
      </w:pPr>
      <w:r>
        <w:rPr>
          <w:rFonts w:ascii="Calibri" w:hAnsi="Calibri" w:eastAsia="Calibri"/>
          <w:b w:val="0"/>
          <w:i w:val="0"/>
          <w:color w:val="A02828"/>
          <w:sz w:val="22"/>
        </w:rPr>
        <w:t xml:space="preserve">    E. [WRONG] A consultant-reported chest radiograph</w:t>
      </w:r>
    </w:p>
    <w:p>
      <w:pPr>
        <w:spacing w:before="0" w:after="20" w:line="259" w:lineRule="auto"/>
      </w:pPr>
      <w:r>
        <w:rPr>
          <w:rFonts w:ascii="Calibri" w:hAnsi="Calibri" w:eastAsia="Calibri"/>
          <w:b w:val="0"/>
          <w:i/>
          <w:color w:val="282828"/>
          <w:sz w:val="22"/>
        </w:rPr>
        <w:t xml:space="preserve">       Bay: Do not delay PPCI for a film.</w:t>
      </w:r>
    </w:p>
    <w:p>
      <w:pPr>
        <w:spacing w:before="120" w:after="20" w:line="259" w:lineRule="auto"/>
        <w:shd w:fill="F8E8E8" w:val="clear"/>
      </w:pPr>
      <w:r>
        <w:rPr>
          <w:rFonts w:ascii="Calibri" w:hAnsi="Calibri" w:eastAsia="Calibri"/>
          <w:b w:val="0"/>
          <w:i w:val="0"/>
          <w:color w:val="A02828"/>
          <w:sz w:val="22"/>
        </w:rPr>
        <w:t>B. [WRONG] Delay transfer until a consultant radiologist has reported the chest radiograph</w:t>
      </w:r>
    </w:p>
    <w:p>
      <w:pPr>
        <w:spacing w:before="0" w:after="20" w:line="259" w:lineRule="auto"/>
      </w:pPr>
      <w:r>
        <w:rPr>
          <w:rFonts w:ascii="Calibri" w:hAnsi="Calibri" w:eastAsia="Calibri"/>
          <w:b w:val="0"/>
          <w:i/>
          <w:color w:val="282828"/>
          <w:sz w:val="22"/>
        </w:rPr>
        <w:t>Bay: Do not wait on a film. The indication for PPCI is the 12-lead.</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Remove IV access to reduce bleeding risk in the catheter laboratory</w:t>
      </w:r>
    </w:p>
    <w:p>
      <w:pPr>
        <w:spacing w:before="0" w:after="20" w:line="259" w:lineRule="auto"/>
      </w:pPr>
      <w:r>
        <w:rPr>
          <w:rFonts w:ascii="Calibri" w:hAnsi="Calibri" w:eastAsia="Calibri"/>
          <w:b w:val="0"/>
          <w:i/>
          <w:color w:val="282828"/>
          <w:sz w:val="22"/>
        </w:rPr>
        <w:t>Bay: Leave the access. The lab will need it.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Give a further GTN spray for the transfer corridor</w:t>
      </w:r>
    </w:p>
    <w:p>
      <w:pPr>
        <w:spacing w:before="0" w:after="20" w:line="259" w:lineRule="auto"/>
      </w:pPr>
      <w:r>
        <w:rPr>
          <w:rFonts w:ascii="Calibri" w:hAnsi="Calibri" w:eastAsia="Calibri"/>
          <w:b w:val="0"/>
          <w:i/>
          <w:color w:val="282828"/>
          <w:sz w:val="22"/>
        </w:rPr>
        <w:t>Bay: His BP already dipped, V4R is up, and he took a PDE5 inhibitor last night. No further nitrates.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Await a formal departmental echo report before leaving resus</w:t>
      </w:r>
    </w:p>
    <w:p>
      <w:pPr>
        <w:spacing w:before="0" w:after="20" w:line="259" w:lineRule="auto"/>
      </w:pPr>
      <w:r>
        <w:rPr>
          <w:rFonts w:ascii="Calibri" w:hAnsi="Calibri" w:eastAsia="Calibri"/>
          <w:b w:val="0"/>
          <w:i/>
          <w:color w:val="282828"/>
          <w:sz w:val="22"/>
        </w:rPr>
        <w:t>Bay: Do not wait. The 12-lead and V4R are enough.</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The lab rings from the table.</w:t>
      </w:r>
    </w:p>
    <w:p>
      <w:pPr>
        <w:spacing w:before="120" w:after="20" w:line="259" w:lineRule="auto"/>
        <w:shd w:fill="E8F5EC" w:val="clear"/>
      </w:pPr>
      <w:r>
        <w:rPr>
          <w:rFonts w:ascii="Calibri" w:hAnsi="Calibri" w:eastAsia="Calibri"/>
          <w:b/>
          <w:i w:val="0"/>
          <w:color w:val="146E3C"/>
          <w:sz w:val="22"/>
        </w:rPr>
        <w:t>A. [CORRECT] Inferior STEMI with right ventricular involvement</w:t>
      </w:r>
    </w:p>
    <w:p>
      <w:pPr>
        <w:spacing w:before="0" w:after="20" w:line="259" w:lineRule="auto"/>
      </w:pPr>
      <w:r>
        <w:rPr>
          <w:rFonts w:ascii="Calibri" w:hAnsi="Calibri" w:eastAsia="Calibri"/>
          <w:b w:val="0"/>
          <w:i/>
          <w:color w:val="282828"/>
          <w:sz w:val="22"/>
        </w:rPr>
        <w:t>Bay: RCA occlusion. That is the diagnosis.</w:t>
      </w:r>
    </w:p>
    <w:p>
      <w:pPr>
        <w:spacing w:before="120" w:after="20" w:line="259" w:lineRule="auto"/>
        <w:shd w:fill="F8E8E8" w:val="clear"/>
      </w:pPr>
      <w:r>
        <w:rPr>
          <w:rFonts w:ascii="Calibri" w:hAnsi="Calibri" w:eastAsia="Calibri"/>
          <w:b w:val="0"/>
          <w:i w:val="0"/>
          <w:color w:val="A02828"/>
          <w:sz w:val="22"/>
        </w:rPr>
        <w:t>B. [WRONG] Non-ST-elevation myocardial infarction</w:t>
      </w:r>
    </w:p>
    <w:p>
      <w:pPr>
        <w:spacing w:before="0" w:after="20" w:line="259" w:lineRule="auto"/>
      </w:pPr>
      <w:r>
        <w:rPr>
          <w:rFonts w:ascii="Calibri" w:hAnsi="Calibri" w:eastAsia="Calibri"/>
          <w:b w:val="0"/>
          <w:i/>
          <w:color w:val="282828"/>
          <w:sz w:val="22"/>
        </w:rPr>
        <w:t>Bay: There was persistent ST elevation in II, III and aVF, plus V4R.</w:t>
      </w:r>
    </w:p>
    <w:p>
      <w:pPr>
        <w:spacing w:before="120" w:after="20" w:line="259" w:lineRule="auto"/>
        <w:shd w:fill="F8E8E8" w:val="clear"/>
      </w:pPr>
      <w:r>
        <w:rPr>
          <w:rFonts w:ascii="Calibri" w:hAnsi="Calibri" w:eastAsia="Calibri"/>
          <w:b w:val="0"/>
          <w:i w:val="0"/>
          <w:color w:val="A02828"/>
          <w:sz w:val="22"/>
        </w:rPr>
        <w:t>C. [WRONG] Acute massive pulmonary embolism</w:t>
      </w:r>
    </w:p>
    <w:p>
      <w:pPr>
        <w:spacing w:before="0" w:after="20" w:line="259" w:lineRule="auto"/>
      </w:pPr>
      <w:r>
        <w:rPr>
          <w:rFonts w:ascii="Calibri" w:hAnsi="Calibri" w:eastAsia="Calibri"/>
          <w:b w:val="0"/>
          <w:i/>
          <w:color w:val="282828"/>
          <w:sz w:val="22"/>
        </w:rPr>
        <w:t>Bay: The vessel was the RCA, not a pulmonary artery.</w:t>
      </w:r>
    </w:p>
    <w:p>
      <w:pPr>
        <w:spacing w:before="120" w:after="20" w:line="259" w:lineRule="auto"/>
        <w:shd w:fill="F8E8E8" w:val="clear"/>
      </w:pPr>
      <w:r>
        <w:rPr>
          <w:rFonts w:ascii="Calibri" w:hAnsi="Calibri" w:eastAsia="Calibri"/>
          <w:b w:val="0"/>
          <w:i w:val="0"/>
          <w:color w:val="A02828"/>
          <w:sz w:val="22"/>
        </w:rPr>
        <w:t>D. [WRONG] Acute pericarditis / myopericarditis</w:t>
      </w:r>
    </w:p>
    <w:p>
      <w:pPr>
        <w:spacing w:before="0" w:after="20" w:line="259" w:lineRule="auto"/>
      </w:pPr>
      <w:r>
        <w:rPr>
          <w:rFonts w:ascii="Calibri" w:hAnsi="Calibri" w:eastAsia="Calibri"/>
          <w:b w:val="0"/>
          <w:i/>
          <w:color w:val="282828"/>
          <w:sz w:val="22"/>
        </w:rPr>
        <w:t>Bay: A territorial occlusion is not pericarditis.</w:t>
      </w:r>
    </w:p>
    <w:p>
      <w:pPr>
        <w:spacing w:before="120" w:after="20" w:line="259" w:lineRule="auto"/>
        <w:shd w:fill="F8E8E8" w:val="clear"/>
      </w:pPr>
      <w:r>
        <w:rPr>
          <w:rFonts w:ascii="Calibri" w:hAnsi="Calibri" w:eastAsia="Calibri"/>
          <w:b w:val="0"/>
          <w:i w:val="0"/>
          <w:color w:val="A02828"/>
          <w:sz w:val="22"/>
        </w:rPr>
        <w:t>E. [WRONG] Type A aortic dissection with RCA ostial occlusion</w:t>
      </w:r>
    </w:p>
    <w:p>
      <w:pPr>
        <w:spacing w:before="0" w:after="20" w:line="259" w:lineRule="auto"/>
      </w:pPr>
      <w:r>
        <w:rPr>
          <w:rFonts w:ascii="Calibri" w:hAnsi="Calibri" w:eastAsia="Calibri"/>
          <w:b w:val="0"/>
          <w:i/>
          <w:color w:val="282828"/>
          <w:sz w:val="22"/>
        </w:rPr>
        <w:t>Bay: The vessel was the RCA atherosclerotic occlusion, not an ostial dissection flap.</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Inferior STEMI (possible RV involvement)</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Crushing central pain, diaphoresis, nausea</w:t>
      </w:r>
    </w:p>
    <w:p>
      <w:pPr>
        <w:spacing w:before="0" w:after="40" w:line="259" w:lineRule="auto"/>
      </w:pPr>
      <w:r>
        <w:rPr>
          <w:rFonts w:ascii="Calibri" w:hAnsi="Calibri" w:eastAsia="Calibri"/>
          <w:b w:val="0"/>
          <w:i w:val="0"/>
          <w:sz w:val="22"/>
        </w:rPr>
        <w:t>• Relative bradycardia</w:t>
      </w:r>
    </w:p>
    <w:p>
      <w:pPr>
        <w:spacing w:before="0" w:after="40" w:line="259" w:lineRule="auto"/>
      </w:pPr>
      <w:r>
        <w:rPr>
          <w:rFonts w:ascii="Calibri" w:hAnsi="Calibri" w:eastAsia="Calibri"/>
          <w:b w:val="0"/>
          <w:i w:val="0"/>
          <w:sz w:val="22"/>
        </w:rPr>
        <w:t>• ST elevation in II, III, aVF with reciprocal change</w:t>
      </w:r>
    </w:p>
    <w:p>
      <w:pPr>
        <w:spacing w:before="0" w:after="40" w:line="259" w:lineRule="auto"/>
      </w:pPr>
      <w:r>
        <w:rPr>
          <w:rFonts w:ascii="Calibri" w:hAnsi="Calibri" w:eastAsia="Calibri"/>
          <w:b w:val="0"/>
          <w:i w:val="0"/>
          <w:sz w:val="22"/>
        </w:rPr>
        <w:t>• Hypotension after GTN — think RV infarct</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12-lead ECG immediately, plus V4R in inferior STEMI</w:t>
      </w:r>
    </w:p>
    <w:p>
      <w:pPr>
        <w:spacing w:before="0" w:after="40" w:line="259" w:lineRule="auto"/>
      </w:pPr>
      <w:r>
        <w:rPr>
          <w:rFonts w:ascii="Calibri" w:hAnsi="Calibri" w:eastAsia="Calibri"/>
          <w:b w:val="0"/>
          <w:i w:val="0"/>
          <w:sz w:val="22"/>
        </w:rPr>
        <w:t>• Do not wait for troponin to activate PPCI</w:t>
      </w:r>
    </w:p>
    <w:p>
      <w:pPr>
        <w:spacing w:before="0" w:after="40" w:line="259" w:lineRule="auto"/>
      </w:pPr>
      <w:r>
        <w:rPr>
          <w:rFonts w:ascii="Calibri" w:hAnsi="Calibri" w:eastAsia="Calibri"/>
          <w:b w:val="0"/>
          <w:i w:val="0"/>
          <w:sz w:val="22"/>
        </w:rPr>
        <w:t>• Routine bloods, G&amp;S, glucose</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Aspirin 300 mg, P2Y12 load as per local PPCI protocol</w:t>
      </w:r>
    </w:p>
    <w:p>
      <w:pPr>
        <w:spacing w:before="0" w:after="40" w:line="259" w:lineRule="auto"/>
      </w:pPr>
      <w:r>
        <w:rPr>
          <w:rFonts w:ascii="Calibri" w:hAnsi="Calibri" w:eastAsia="Calibri"/>
          <w:b w:val="0"/>
          <w:i w:val="0"/>
          <w:sz w:val="22"/>
        </w:rPr>
        <w:t>• Activate PPCI — reperfusion is the treatment</w:t>
      </w:r>
    </w:p>
    <w:p>
      <w:pPr>
        <w:spacing w:before="0" w:after="40" w:line="259" w:lineRule="auto"/>
      </w:pPr>
      <w:r>
        <w:rPr>
          <w:rFonts w:ascii="Calibri" w:hAnsi="Calibri" w:eastAsia="Calibri"/>
          <w:b w:val="0"/>
          <w:i w:val="0"/>
          <w:sz w:val="22"/>
        </w:rPr>
        <w:t>• Avoid nitrates if hypotensive or RV infarct; cautious opioids; fluids if RV involved</w:t>
      </w:r>
    </w:p>
    <w:p>
      <w:pPr>
        <w:spacing w:before="0" w:after="40" w:line="259" w:lineRule="auto"/>
      </w:pPr>
      <w:r>
        <w:rPr>
          <w:rFonts w:ascii="Calibri" w:hAnsi="Calibri" w:eastAsia="Calibri"/>
          <w:b w:val="0"/>
          <w:i w:val="0"/>
          <w:sz w:val="22"/>
        </w:rPr>
        <w:t>• Thrombolysis only if PPCI cannot be delivered within 120 minutes</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NICE NG185 Acute coronary syndromes</w:t>
      </w:r>
    </w:p>
    <w:p>
      <w:pPr>
        <w:spacing w:before="0" w:after="40" w:line="259" w:lineRule="auto"/>
      </w:pPr>
      <w:r>
        <w:rPr>
          <w:rFonts w:ascii="Calibri" w:hAnsi="Calibri" w:eastAsia="Calibri"/>
          <w:b w:val="0"/>
          <w:i w:val="0"/>
          <w:sz w:val="22"/>
        </w:rPr>
        <w:t>• RCEM ACS</w:t>
      </w:r>
    </w:p>
    <w:p>
      <w:pPr>
        <w:spacing w:before="0" w:after="40" w:line="259" w:lineRule="auto"/>
      </w:pPr>
      <w:r>
        <w:rPr>
          <w:rFonts w:ascii="Calibri" w:hAnsi="Calibri" w:eastAsia="Calibri"/>
          <w:b w:val="0"/>
          <w:i w:val="0"/>
          <w:sz w:val="22"/>
        </w:rPr>
        <w:t>• ESC STEMI (PPCI pathways)</w:t>
      </w:r>
    </w:p>
    <w:p>
      <w:r>
        <w:br w:type="page"/>
      </w:r>
    </w:p>
    <w:p>
      <w:pPr>
        <w:spacing w:before="120" w:after="160" w:line="259" w:lineRule="auto"/>
      </w:pPr>
      <w:r>
        <w:rPr>
          <w:rFonts w:ascii="Calibri" w:hAnsi="Calibri" w:eastAsia="Calibri"/>
          <w:b/>
          <w:i w:val="0"/>
          <w:color w:val="0C0E10"/>
          <w:sz w:val="36"/>
        </w:rPr>
        <w:t>Case 04 — Life-threatening acute asthma</w:t>
      </w:r>
    </w:p>
    <w:p>
      <w:pPr>
        <w:spacing w:before="0" w:after="40" w:line="259" w:lineRule="auto"/>
      </w:pPr>
      <w:r>
        <w:rPr>
          <w:rFonts w:ascii="Calibri" w:hAnsi="Calibri" w:eastAsia="Calibri"/>
          <w:b w:val="0"/>
          <w:i/>
          <w:color w:val="5A5A5A"/>
          <w:sz w:val="20"/>
        </w:rPr>
        <w:t>pre-alert · Scottish Ambulance Service — pre-alert · rhythm sinus-tach</w:t>
      </w:r>
    </w:p>
    <w:p>
      <w:pPr>
        <w:spacing w:before="0" w:after="40" w:line="259" w:lineRule="auto"/>
      </w:pPr>
      <w:r>
        <w:rPr>
          <w:rFonts w:ascii="Calibri" w:hAnsi="Calibri" w:eastAsia="Calibri"/>
          <w:b w:val="0"/>
          <w:i/>
          <w:color w:val="5A5A5A"/>
          <w:sz w:val="20"/>
        </w:rPr>
        <w:t>HR 132   BP 148/88   RR 36   SpO2 90%   temp 37.1   GCS 15   BM 6.4</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22 years, female</w:t>
      </w:r>
    </w:p>
    <w:p>
      <w:pPr>
        <w:spacing w:before="0" w:after="40" w:line="259" w:lineRule="auto"/>
      </w:pPr>
      <w:r>
        <w:rPr>
          <w:rFonts w:ascii="Calibri" w:hAnsi="Calibri" w:eastAsia="Calibri"/>
          <w:b w:val="0"/>
          <w:i w:val="0"/>
          <w:sz w:val="22"/>
        </w:rPr>
        <w:t>T woke at 01:40 unable to get her breath</w:t>
      </w:r>
    </w:p>
    <w:p>
      <w:pPr>
        <w:spacing w:before="0" w:after="40" w:line="259" w:lineRule="auto"/>
      </w:pPr>
      <w:r>
        <w:rPr>
          <w:rFonts w:ascii="Calibri" w:hAnsi="Calibri" w:eastAsia="Calibri"/>
          <w:b w:val="0"/>
          <w:i w:val="0"/>
          <w:sz w:val="22"/>
        </w:rPr>
        <w:t>M known asthmatic, used her blue inhaler eight times, now exhausted</w:t>
      </w:r>
    </w:p>
    <w:p>
      <w:pPr>
        <w:spacing w:before="0" w:after="40" w:line="259" w:lineRule="auto"/>
      </w:pPr>
      <w:r>
        <w:rPr>
          <w:rFonts w:ascii="Calibri" w:hAnsi="Calibri" w:eastAsia="Calibri"/>
          <w:b w:val="0"/>
          <w:i w:val="0"/>
          <w:sz w:val="22"/>
        </w:rPr>
        <w:t>I none</w:t>
      </w:r>
    </w:p>
    <w:p>
      <w:pPr>
        <w:spacing w:before="0" w:after="40" w:line="259" w:lineRule="auto"/>
      </w:pPr>
      <w:r>
        <w:rPr>
          <w:rFonts w:ascii="Calibri" w:hAnsi="Calibri" w:eastAsia="Calibri"/>
          <w:b w:val="0"/>
          <w:i w:val="0"/>
          <w:sz w:val="22"/>
        </w:rPr>
        <w:t>S HR 132 BP 148/88 RR 36 SpO2 90% on 15 L GCS 15, speaking single words</w:t>
      </w:r>
    </w:p>
    <w:p>
      <w:pPr>
        <w:spacing w:before="0" w:after="40" w:line="259" w:lineRule="auto"/>
      </w:pPr>
      <w:r>
        <w:rPr>
          <w:rFonts w:ascii="Calibri" w:hAnsi="Calibri" w:eastAsia="Calibri"/>
          <w:b w:val="0"/>
          <w:i w:val="0"/>
          <w:sz w:val="22"/>
        </w:rPr>
        <w:t>T neb in the truck, no steroids yet</w:t>
      </w:r>
    </w:p>
    <w:p>
      <w:pPr>
        <w:spacing w:before="0" w:after="40" w:line="259" w:lineRule="auto"/>
      </w:pPr>
      <w:r>
        <w:rPr>
          <w:rFonts w:ascii="Calibri" w:hAnsi="Calibri" w:eastAsia="Calibri"/>
          <w:b w:val="0"/>
          <w:i w:val="0"/>
          <w:sz w:val="22"/>
        </w:rPr>
        <w:t>ETA 5 minutes. Crew: "We can hardly hear any air moving."</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sitting forward, speaking single words, no stridor, no swelling.</w:t>
      </w:r>
    </w:p>
    <w:p>
      <w:pPr>
        <w:spacing w:before="0" w:after="40" w:line="259" w:lineRule="auto"/>
      </w:pPr>
      <w:r>
        <w:rPr>
          <w:rFonts w:ascii="Calibri" w:hAnsi="Calibri" w:eastAsia="Calibri"/>
          <w:b w:val="0"/>
          <w:i w:val="0"/>
          <w:sz w:val="22"/>
        </w:rPr>
        <w:t>B — RR 36, almost silent chest, prolonged expiratory phase, SpO2 90% on 15 L. Trachea central. No surgical emphysema.</w:t>
      </w:r>
    </w:p>
    <w:p>
      <w:pPr>
        <w:spacing w:before="0" w:after="40" w:line="259" w:lineRule="auto"/>
      </w:pPr>
      <w:r>
        <w:rPr>
          <w:rFonts w:ascii="Calibri" w:hAnsi="Calibri" w:eastAsia="Calibri"/>
          <w:b w:val="0"/>
          <w:i w:val="0"/>
          <w:sz w:val="22"/>
        </w:rPr>
        <w:t>C — HR 132, BP 148/88, CRT 2 s, well filled. Heart sounds normal.</w:t>
      </w:r>
    </w:p>
    <w:p>
      <w:pPr>
        <w:spacing w:before="0" w:after="40" w:line="259" w:lineRule="auto"/>
      </w:pPr>
      <w:r>
        <w:rPr>
          <w:rFonts w:ascii="Calibri" w:hAnsi="Calibri" w:eastAsia="Calibri"/>
          <w:b w:val="0"/>
          <w:i w:val="0"/>
          <w:sz w:val="22"/>
        </w:rPr>
        <w:t>D — GCS 15, BM 6.4, no focal neurology. Exhausted.</w:t>
      </w:r>
    </w:p>
    <w:p>
      <w:pPr>
        <w:spacing w:before="0" w:after="40" w:line="259" w:lineRule="auto"/>
      </w:pPr>
      <w:r>
        <w:rPr>
          <w:rFonts w:ascii="Calibri" w:hAnsi="Calibri" w:eastAsia="Calibri"/>
          <w:b w:val="0"/>
          <w:i w:val="0"/>
          <w:sz w:val="22"/>
        </w:rPr>
        <w:t>E — no rash, no feverish skin, peak flow not possible.</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She is tiring in front of you. Quiet chest.</w:t>
      </w:r>
    </w:p>
    <w:p>
      <w:pPr>
        <w:spacing w:before="120" w:after="20" w:line="259" w:lineRule="auto"/>
        <w:shd w:fill="E8F5EC" w:val="clear"/>
      </w:pPr>
      <w:r>
        <w:rPr>
          <w:rFonts w:ascii="Calibri" w:hAnsi="Calibri" w:eastAsia="Calibri"/>
          <w:b/>
          <w:i w:val="0"/>
          <w:color w:val="146E3C"/>
          <w:sz w:val="22"/>
        </w:rPr>
        <w:t>A. [CORRECT] Oxygen-driven bronchodilators</w:t>
      </w:r>
    </w:p>
    <w:p>
      <w:pPr>
        <w:spacing w:before="0" w:after="20" w:line="259" w:lineRule="auto"/>
      </w:pPr>
      <w:r>
        <w:rPr>
          <w:rFonts w:ascii="Calibri" w:hAnsi="Calibri" w:eastAsia="Calibri"/>
          <w:b w:val="0"/>
          <w:i/>
          <w:color w:val="282828"/>
          <w:sz w:val="22"/>
        </w:rPr>
        <w:t>Bay: Oxygen-driven nebs on, ipratropium added, ICU bleeped. She is still tiring.</w:t>
      </w:r>
    </w:p>
    <w:p>
      <w:pPr>
        <w:spacing w:before="0" w:after="40" w:line="259" w:lineRule="auto"/>
      </w:pPr>
      <w:r>
        <w:rPr>
          <w:rFonts w:ascii="Calibri" w:hAnsi="Calibri" w:eastAsia="Calibri"/>
          <w:b w:val="0"/>
          <w:i/>
          <w:color w:val="5A4614"/>
          <w:sz w:val="20"/>
        </w:rPr>
        <w:t>Reaction: rr -4, spo2 +4, O2 15 L</w:t>
      </w:r>
    </w:p>
    <w:p>
      <w:pPr>
        <w:spacing w:before="80" w:after="40" w:line="259" w:lineRule="auto"/>
      </w:pPr>
      <w:r>
        <w:rPr>
          <w:rFonts w:ascii="Calibri" w:hAnsi="Calibri" w:eastAsia="Calibri"/>
          <w:b/>
          <w:i w:val="0"/>
          <w:color w:val="46326E"/>
          <w:sz w:val="22"/>
        </w:rPr>
        <w:t xml:space="preserve">    Follow-up: What doses?</w:t>
      </w:r>
    </w:p>
    <w:p>
      <w:pPr>
        <w:spacing w:before="120" w:after="20" w:line="259" w:lineRule="auto"/>
        <w:shd w:fill="E8F5EC" w:val="clear"/>
      </w:pPr>
      <w:r>
        <w:rPr>
          <w:rFonts w:ascii="Calibri" w:hAnsi="Calibri" w:eastAsia="Calibri"/>
          <w:b/>
          <w:i w:val="0"/>
          <w:color w:val="146E3C"/>
          <w:sz w:val="22"/>
        </w:rPr>
        <w:t xml:space="preserve">    A. [CORRECT] Salbutamol 5 mg and ipratropium 500 micrograms, oxygen 15 L</w:t>
      </w:r>
    </w:p>
    <w:p>
      <w:pPr>
        <w:spacing w:before="0" w:after="20" w:line="259" w:lineRule="auto"/>
      </w:pPr>
      <w:r>
        <w:rPr>
          <w:rFonts w:ascii="Calibri" w:hAnsi="Calibri" w:eastAsia="Calibri"/>
          <w:b w:val="0"/>
          <w:i/>
          <w:color w:val="282828"/>
          <w:sz w:val="22"/>
        </w:rPr>
        <w:t xml:space="preserve">       Bay: Oxygen-driven back-to-back nebs. Target 94–98%. ICU now.</w:t>
      </w:r>
    </w:p>
    <w:p>
      <w:pPr>
        <w:spacing w:before="120" w:after="20" w:line="259" w:lineRule="auto"/>
        <w:shd w:fill="F8E8E8" w:val="clear"/>
      </w:pPr>
      <w:r>
        <w:rPr>
          <w:rFonts w:ascii="Calibri" w:hAnsi="Calibri" w:eastAsia="Calibri"/>
          <w:b w:val="0"/>
          <w:i w:val="0"/>
          <w:color w:val="A02828"/>
          <w:sz w:val="22"/>
        </w:rPr>
        <w:t xml:space="preserve">    B. [WRONG] Salbutamol 2.5 mg once, no ipratropium</w:t>
      </w:r>
    </w:p>
    <w:p>
      <w:pPr>
        <w:spacing w:before="0" w:after="20" w:line="259" w:lineRule="auto"/>
      </w:pPr>
      <w:r>
        <w:rPr>
          <w:rFonts w:ascii="Calibri" w:hAnsi="Calibri" w:eastAsia="Calibri"/>
          <w:b w:val="0"/>
          <w:i/>
          <w:color w:val="282828"/>
          <w:sz w:val="22"/>
        </w:rPr>
        <w:t xml:space="preserve">       Bay: Life-threatening asthma needs 5 mg back-to-back plus ipratropium 500 micrograms.</w:t>
      </w:r>
    </w:p>
    <w:p>
      <w:pPr>
        <w:spacing w:before="120" w:after="20" w:line="259" w:lineRule="auto"/>
        <w:shd w:fill="F8E8E8" w:val="clear"/>
      </w:pPr>
      <w:r>
        <w:rPr>
          <w:rFonts w:ascii="Calibri" w:hAnsi="Calibri" w:eastAsia="Calibri"/>
          <w:b w:val="0"/>
          <w:i w:val="0"/>
          <w:color w:val="A02828"/>
          <w:sz w:val="22"/>
        </w:rPr>
        <w:t xml:space="preserve">    C. [WRONG] Ipratropium 250 micrograms only</w:t>
      </w:r>
    </w:p>
    <w:p>
      <w:pPr>
        <w:spacing w:before="0" w:after="20" w:line="259" w:lineRule="auto"/>
      </w:pPr>
      <w:r>
        <w:rPr>
          <w:rFonts w:ascii="Calibri" w:hAnsi="Calibri" w:eastAsia="Calibri"/>
          <w:b w:val="0"/>
          <w:i/>
          <w:color w:val="282828"/>
          <w:sz w:val="22"/>
        </w:rPr>
        <w:t xml:space="preserve">       Bay: Adult nebulised dose is 500 micrograms, and she still needs salbutamol.</w:t>
      </w:r>
    </w:p>
    <w:p>
      <w:pPr>
        <w:spacing w:before="120" w:after="20" w:line="259" w:lineRule="auto"/>
        <w:shd w:fill="F8E8E8" w:val="clear"/>
      </w:pPr>
      <w:r>
        <w:rPr>
          <w:rFonts w:ascii="Calibri" w:hAnsi="Calibri" w:eastAsia="Calibri"/>
          <w:b w:val="0"/>
          <w:i w:val="0"/>
          <w:color w:val="A02828"/>
          <w:sz w:val="22"/>
        </w:rPr>
        <w:t xml:space="preserve">    D. [WRONG] Salbutamol 5 mg via air-driven nebuliser on 2 L oxygen</w:t>
      </w:r>
    </w:p>
    <w:p>
      <w:pPr>
        <w:spacing w:before="0" w:after="20" w:line="259" w:lineRule="auto"/>
      </w:pPr>
      <w:r>
        <w:rPr>
          <w:rFonts w:ascii="Calibri" w:hAnsi="Calibri" w:eastAsia="Calibri"/>
          <w:b w:val="0"/>
          <w:i/>
          <w:color w:val="282828"/>
          <w:sz w:val="22"/>
        </w:rPr>
        <w:t xml:space="preserve">       Bay: Drive the neb with oxygen. She is hypoxic. Target 94–98%.</w:t>
      </w:r>
    </w:p>
    <w:p>
      <w:pPr>
        <w:spacing w:before="120" w:after="20" w:line="259" w:lineRule="auto"/>
        <w:shd w:fill="F8E8E8" w:val="clear"/>
      </w:pPr>
      <w:r>
        <w:rPr>
          <w:rFonts w:ascii="Calibri" w:hAnsi="Calibri" w:eastAsia="Calibri"/>
          <w:b w:val="0"/>
          <w:i w:val="0"/>
          <w:color w:val="A02828"/>
          <w:sz w:val="22"/>
        </w:rPr>
        <w:t xml:space="preserve">    E. [WRONG] Heliox instead of bronchodilators</w:t>
      </w:r>
    </w:p>
    <w:p>
      <w:pPr>
        <w:spacing w:before="0" w:after="20" w:line="259" w:lineRule="auto"/>
      </w:pPr>
      <w:r>
        <w:rPr>
          <w:rFonts w:ascii="Calibri" w:hAnsi="Calibri" w:eastAsia="Calibri"/>
          <w:b w:val="0"/>
          <w:i/>
          <w:color w:val="282828"/>
          <w:sz w:val="22"/>
        </w:rPr>
        <w:t xml:space="preserve">       Bay: Open the airways first. Heliox is not first-line.</w:t>
      </w:r>
    </w:p>
    <w:p>
      <w:pPr>
        <w:spacing w:before="120" w:after="20" w:line="259" w:lineRule="auto"/>
        <w:shd w:fill="F8E8E8" w:val="clear"/>
      </w:pPr>
      <w:r>
        <w:rPr>
          <w:rFonts w:ascii="Calibri" w:hAnsi="Calibri" w:eastAsia="Calibri"/>
          <w:b w:val="0"/>
          <w:i w:val="0"/>
          <w:color w:val="A02828"/>
          <w:sz w:val="22"/>
        </w:rPr>
        <w:t>B. [WRONG] Air-driven bronchodilators</w:t>
      </w:r>
    </w:p>
    <w:p>
      <w:pPr>
        <w:spacing w:before="0" w:after="20" w:line="259" w:lineRule="auto"/>
      </w:pPr>
      <w:r>
        <w:rPr>
          <w:rFonts w:ascii="Calibri" w:hAnsi="Calibri" w:eastAsia="Calibri"/>
          <w:b w:val="0"/>
          <w:i/>
          <w:color w:val="282828"/>
          <w:sz w:val="22"/>
        </w:rPr>
        <w:t>Bay: Drive the neb with oxygen. She is hypoxic at 90%. Controlled air-driven nebs are a COPD habit, not life-threatening asthma.</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Intravenous salbutamol</w:t>
      </w:r>
    </w:p>
    <w:p>
      <w:pPr>
        <w:spacing w:before="0" w:after="20" w:line="259" w:lineRule="auto"/>
      </w:pPr>
      <w:r>
        <w:rPr>
          <w:rFonts w:ascii="Calibri" w:hAnsi="Calibri" w:eastAsia="Calibri"/>
          <w:b w:val="0"/>
          <w:i/>
          <w:color w:val="282828"/>
          <w:sz w:val="22"/>
        </w:rPr>
        <w:t>Bay: Nebulised first, continuously. IV salbutamol is a senior/ICU adjunct after nebs, steroids and magnesium — and it is arrhythmogenic.</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Non-invasive ventilation</w:t>
      </w:r>
    </w:p>
    <w:p>
      <w:pPr>
        <w:spacing w:before="0" w:after="20" w:line="259" w:lineRule="auto"/>
      </w:pPr>
      <w:r>
        <w:rPr>
          <w:rFonts w:ascii="Calibri" w:hAnsi="Calibri" w:eastAsia="Calibri"/>
          <w:b w:val="0"/>
          <w:i/>
          <w:color w:val="282828"/>
          <w:sz w:val="22"/>
        </w:rPr>
        <w:t>Bay: NIV is a senior/ICU decision in life-threatening asthma, not an unsupervised first move. Bronchodilators, steroids and ICU first.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Heliox</w:t>
      </w:r>
    </w:p>
    <w:p>
      <w:pPr>
        <w:spacing w:before="0" w:after="20" w:line="259" w:lineRule="auto"/>
      </w:pPr>
      <w:r>
        <w:rPr>
          <w:rFonts w:ascii="Calibri" w:hAnsi="Calibri" w:eastAsia="Calibri"/>
          <w:b w:val="0"/>
          <w:i/>
          <w:color w:val="282828"/>
          <w:sz w:val="22"/>
        </w:rPr>
        <w:t>Bay: Open the airways first with oxygen-driven nebs. Heliox is not first-line and delays the drugs that work.</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Nebs are running. She still cannot speak a sentence.</w:t>
      </w:r>
    </w:p>
    <w:p>
      <w:pPr>
        <w:spacing w:before="120" w:after="20" w:line="259" w:lineRule="auto"/>
        <w:shd w:fill="E8F5EC" w:val="clear"/>
      </w:pPr>
      <w:r>
        <w:rPr>
          <w:rFonts w:ascii="Calibri" w:hAnsi="Calibri" w:eastAsia="Calibri"/>
          <w:b/>
          <w:i w:val="0"/>
          <w:color w:val="146E3C"/>
          <w:sz w:val="22"/>
        </w:rPr>
        <w:t>A. [CORRECT] Hydrocortisone and magnesium</w:t>
      </w:r>
    </w:p>
    <w:p>
      <w:pPr>
        <w:spacing w:before="0" w:after="20" w:line="259" w:lineRule="auto"/>
      </w:pPr>
      <w:r>
        <w:rPr>
          <w:rFonts w:ascii="Calibri" w:hAnsi="Calibri" w:eastAsia="Calibri"/>
          <w:b w:val="0"/>
          <w:i/>
          <w:color w:val="282828"/>
          <w:sz w:val="22"/>
        </w:rPr>
        <w:t>Bay: Steroid in. Magnesium running. Still working hard.</w:t>
      </w:r>
    </w:p>
    <w:p>
      <w:pPr>
        <w:spacing w:before="0" w:after="40" w:line="259" w:lineRule="auto"/>
      </w:pPr>
      <w:r>
        <w:rPr>
          <w:rFonts w:ascii="Calibri" w:hAnsi="Calibri" w:eastAsia="Calibri"/>
          <w:b w:val="0"/>
          <w:i/>
          <w:color w:val="5A4614"/>
          <w:sz w:val="20"/>
        </w:rPr>
        <w:t>Reaction: rr -3, spo2 +2</w:t>
      </w:r>
    </w:p>
    <w:p>
      <w:pPr>
        <w:spacing w:before="80" w:after="40" w:line="259" w:lineRule="auto"/>
      </w:pPr>
      <w:r>
        <w:rPr>
          <w:rFonts w:ascii="Calibri" w:hAnsi="Calibri" w:eastAsia="Calibri"/>
          <w:b/>
          <w:i w:val="0"/>
          <w:color w:val="46326E"/>
          <w:sz w:val="22"/>
        </w:rPr>
        <w:t xml:space="preserve">    Follow-up: What doses?</w:t>
      </w:r>
    </w:p>
    <w:p>
      <w:pPr>
        <w:spacing w:before="120" w:after="20" w:line="259" w:lineRule="auto"/>
        <w:shd w:fill="E8F5EC" w:val="clear"/>
      </w:pPr>
      <w:r>
        <w:rPr>
          <w:rFonts w:ascii="Calibri" w:hAnsi="Calibri" w:eastAsia="Calibri"/>
          <w:b/>
          <w:i w:val="0"/>
          <w:color w:val="146E3C"/>
          <w:sz w:val="22"/>
        </w:rPr>
        <w:t xml:space="preserve">    A. [CORRECT] Hydrocortisone 100 mg IV (or prednisolone 40–50 mg) and magnesium 1.2–2 g IV</w:t>
      </w:r>
    </w:p>
    <w:p>
      <w:pPr>
        <w:spacing w:before="0" w:after="20" w:line="259" w:lineRule="auto"/>
      </w:pPr>
      <w:r>
        <w:rPr>
          <w:rFonts w:ascii="Calibri" w:hAnsi="Calibri" w:eastAsia="Calibri"/>
          <w:b w:val="0"/>
          <w:i/>
          <w:color w:val="282828"/>
          <w:sz w:val="22"/>
        </w:rPr>
        <w:t xml:space="preserve">       Bay: Steroid immediately. Magnesium for life-threatening features.</w:t>
      </w:r>
    </w:p>
    <w:p>
      <w:pPr>
        <w:spacing w:before="120" w:after="20" w:line="259" w:lineRule="auto"/>
        <w:shd w:fill="F8E8E8" w:val="clear"/>
      </w:pPr>
      <w:r>
        <w:rPr>
          <w:rFonts w:ascii="Calibri" w:hAnsi="Calibri" w:eastAsia="Calibri"/>
          <w:b w:val="0"/>
          <w:i w:val="0"/>
          <w:color w:val="A02828"/>
          <w:sz w:val="22"/>
        </w:rPr>
        <w:t xml:space="preserve">    B. [WRONG] Hydrocortisone 200 mg IV and magnesium 8 g IV</w:t>
      </w:r>
    </w:p>
    <w:p>
      <w:pPr>
        <w:spacing w:before="0" w:after="20" w:line="259" w:lineRule="auto"/>
      </w:pPr>
      <w:r>
        <w:rPr>
          <w:rFonts w:ascii="Calibri" w:hAnsi="Calibri" w:eastAsia="Calibri"/>
          <w:b w:val="0"/>
          <w:i/>
          <w:color w:val="282828"/>
          <w:sz w:val="22"/>
        </w:rPr>
        <w:t xml:space="preserve">       Bay: Steroid dose is 100 mg hydrocortisone (or pred 40–50 mg). Magnesium 1.2–2 g — 8 g is toxic.</w:t>
      </w:r>
    </w:p>
    <w:p>
      <w:pPr>
        <w:spacing w:before="120" w:after="20" w:line="259" w:lineRule="auto"/>
        <w:shd w:fill="F8E8E8" w:val="clear"/>
      </w:pPr>
      <w:r>
        <w:rPr>
          <w:rFonts w:ascii="Calibri" w:hAnsi="Calibri" w:eastAsia="Calibri"/>
          <w:b w:val="0"/>
          <w:i w:val="0"/>
          <w:color w:val="A02828"/>
          <w:sz w:val="22"/>
        </w:rPr>
        <w:t xml:space="preserve">    C. [WRONG] Prednisolone 5 mg oral only</w:t>
      </w:r>
    </w:p>
    <w:p>
      <w:pPr>
        <w:spacing w:before="0" w:after="20" w:line="259" w:lineRule="auto"/>
      </w:pPr>
      <w:r>
        <w:rPr>
          <w:rFonts w:ascii="Calibri" w:hAnsi="Calibri" w:eastAsia="Calibri"/>
          <w:b w:val="0"/>
          <w:i/>
          <w:color w:val="282828"/>
          <w:sz w:val="22"/>
        </w:rPr>
        <w:t xml:space="preserve">       Bay: Underdose, and she cannot swallow a full sentence. Use 40–50 mg oral or hydrocortisone 100 mg IV.</w:t>
      </w:r>
    </w:p>
    <w:p>
      <w:pPr>
        <w:spacing w:before="120" w:after="20" w:line="259" w:lineRule="auto"/>
        <w:shd w:fill="F8E8E8" w:val="clear"/>
      </w:pPr>
      <w:r>
        <w:rPr>
          <w:rFonts w:ascii="Calibri" w:hAnsi="Calibri" w:eastAsia="Calibri"/>
          <w:b w:val="0"/>
          <w:i w:val="0"/>
          <w:color w:val="A02828"/>
          <w:sz w:val="22"/>
        </w:rPr>
        <w:t xml:space="preserve">    D. [WRONG] Magnesium 5 g IV over 1 minute</w:t>
      </w:r>
    </w:p>
    <w:p>
      <w:pPr>
        <w:spacing w:before="0" w:after="20" w:line="259" w:lineRule="auto"/>
      </w:pPr>
      <w:r>
        <w:rPr>
          <w:rFonts w:ascii="Calibri" w:hAnsi="Calibri" w:eastAsia="Calibri"/>
          <w:b w:val="0"/>
          <w:i/>
          <w:color w:val="282828"/>
          <w:sz w:val="22"/>
        </w:rPr>
        <w:t xml:space="preserve">       Bay: 1.2–2 g over 20 minutes. A 5 g rapid bolus risks hypotension and arrhythmia.</w:t>
      </w:r>
    </w:p>
    <w:p>
      <w:pPr>
        <w:spacing w:before="120" w:after="20" w:line="259" w:lineRule="auto"/>
        <w:shd w:fill="F8E8E8" w:val="clear"/>
      </w:pPr>
      <w:r>
        <w:rPr>
          <w:rFonts w:ascii="Calibri" w:hAnsi="Calibri" w:eastAsia="Calibri"/>
          <w:b w:val="0"/>
          <w:i w:val="0"/>
          <w:color w:val="A02828"/>
          <w:sz w:val="22"/>
        </w:rPr>
        <w:t xml:space="preserve">    E. [WRONG] Dexamethasone 4 mg oral and no magnesium</w:t>
      </w:r>
    </w:p>
    <w:p>
      <w:pPr>
        <w:spacing w:before="0" w:after="20" w:line="259" w:lineRule="auto"/>
      </w:pPr>
      <w:r>
        <w:rPr>
          <w:rFonts w:ascii="Calibri" w:hAnsi="Calibri" w:eastAsia="Calibri"/>
          <w:b w:val="0"/>
          <w:i/>
          <w:color w:val="282828"/>
          <w:sz w:val="22"/>
        </w:rPr>
        <w:t xml:space="preserve">       Bay: Wrong steroid dose/route for this, and she still needs magnesium.</w:t>
      </w:r>
    </w:p>
    <w:p>
      <w:pPr>
        <w:spacing w:before="120" w:after="20" w:line="259" w:lineRule="auto"/>
        <w:shd w:fill="F8E8E8" w:val="clear"/>
      </w:pPr>
      <w:r>
        <w:rPr>
          <w:rFonts w:ascii="Calibri" w:hAnsi="Calibri" w:eastAsia="Calibri"/>
          <w:b w:val="0"/>
          <w:i w:val="0"/>
          <w:color w:val="A02828"/>
          <w:sz w:val="22"/>
        </w:rPr>
        <w:t>B. [WRONG] Intravenous salbutamol</w:t>
      </w:r>
    </w:p>
    <w:p>
      <w:pPr>
        <w:spacing w:before="0" w:after="20" w:line="259" w:lineRule="auto"/>
      </w:pPr>
      <w:r>
        <w:rPr>
          <w:rFonts w:ascii="Calibri" w:hAnsi="Calibri" w:eastAsia="Calibri"/>
          <w:b w:val="0"/>
          <w:i/>
          <w:color w:val="282828"/>
          <w:sz w:val="22"/>
        </w:rPr>
        <w:t>Bay: Nebulised beta-agonist first. IV salbutamol adds tachycardia and lactate without being first-line.</w:t>
      </w:r>
    </w:p>
    <w:p>
      <w:pPr>
        <w:spacing w:before="0" w:after="40" w:line="259" w:lineRule="auto"/>
      </w:pPr>
      <w:r>
        <w:rPr>
          <w:rFonts w:ascii="Calibri" w:hAnsi="Calibri" w:eastAsia="Calibri"/>
          <w:b w:val="0"/>
          <w:i/>
          <w:color w:val="5A4614"/>
          <w:sz w:val="20"/>
        </w:rPr>
        <w:t>Reaction: hr +20</w:t>
      </w:r>
    </w:p>
    <w:p>
      <w:pPr>
        <w:spacing w:before="120" w:after="20" w:line="259" w:lineRule="auto"/>
        <w:shd w:fill="F8E8E8" w:val="clear"/>
      </w:pPr>
      <w:r>
        <w:rPr>
          <w:rFonts w:ascii="Calibri" w:hAnsi="Calibri" w:eastAsia="Calibri"/>
          <w:b w:val="0"/>
          <w:i w:val="0"/>
          <w:color w:val="A02828"/>
          <w:sz w:val="22"/>
        </w:rPr>
        <w:t>C. [WRONG] High-flow nasal oxygen instead</w:t>
      </w:r>
    </w:p>
    <w:p>
      <w:pPr>
        <w:spacing w:before="0" w:after="20" w:line="259" w:lineRule="auto"/>
      </w:pPr>
      <w:r>
        <w:rPr>
          <w:rFonts w:ascii="Calibri" w:hAnsi="Calibri" w:eastAsia="Calibri"/>
          <w:b w:val="0"/>
          <w:i/>
          <w:color w:val="282828"/>
          <w:sz w:val="22"/>
        </w:rPr>
        <w:t>Bay: She still needs steroids and magnesium. Do not swap first-line drugs for a different oxygen device.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Intravenous aminophylline</w:t>
      </w:r>
    </w:p>
    <w:p>
      <w:pPr>
        <w:spacing w:before="0" w:after="20" w:line="259" w:lineRule="auto"/>
      </w:pPr>
      <w:r>
        <w:rPr>
          <w:rFonts w:ascii="Calibri" w:hAnsi="Calibri" w:eastAsia="Calibri"/>
          <w:b w:val="0"/>
          <w:i/>
          <w:color w:val="282828"/>
          <w:sz w:val="22"/>
        </w:rPr>
        <w:t>Bay: Not first-line in current BTS/NICE practice. Specialist use only after senior discussion, not instead of steroid and magnesium.</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Intravenous ketamine bolus</w:t>
      </w:r>
    </w:p>
    <w:p>
      <w:pPr>
        <w:spacing w:before="0" w:after="20" w:line="259" w:lineRule="auto"/>
      </w:pPr>
      <w:r>
        <w:rPr>
          <w:rFonts w:ascii="Calibri" w:hAnsi="Calibri" w:eastAsia="Calibri"/>
          <w:b w:val="0"/>
          <w:i/>
          <w:color w:val="282828"/>
          <w:sz w:val="22"/>
        </w:rPr>
        <w:t>Bay: Ketamine is an induction agent for RSI in asthma, not a resus-bay bolus without an airway team.</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You can now send investigations without leaving the bay.</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7.28  PaCO2 6.4  PaO2 8.1 on 15 L  HCO3 22  BE −4  lactate 2.1</w:t>
      </w:r>
    </w:p>
    <w:p>
      <w:pPr>
        <w:spacing w:before="0" w:after="40" w:line="259" w:lineRule="auto"/>
      </w:pPr>
      <w:r>
        <w:rPr>
          <w:rFonts w:ascii="Calibri" w:hAnsi="Calibri" w:eastAsia="Calibri"/>
          <w:b w:val="0"/>
          <w:i w:val="0"/>
          <w:sz w:val="22"/>
        </w:rPr>
        <w:t>A normal or high PaCO2 in asthma is life-threatening.</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6.4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sinus-tach</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Neg. hCG negative.</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ue: Na 136   K 3.4   urea 4.2   creat 62</w:t>
      </w:r>
    </w:p>
    <w:p>
      <w:pPr>
        <w:spacing w:before="0" w:after="40" w:line="259" w:lineRule="auto"/>
      </w:pPr>
      <w:r>
        <w:rPr>
          <w:rFonts w:ascii="Calibri" w:hAnsi="Calibri" w:eastAsia="Calibri"/>
          <w:b w:val="0"/>
          <w:i w:val="0"/>
          <w:sz w:val="22"/>
        </w:rPr>
        <w:t>crp: 8 mg/L</w:t>
      </w:r>
    </w:p>
    <w:p>
      <w:pPr>
        <w:spacing w:before="40" w:after="40" w:line="259" w:lineRule="auto"/>
      </w:pPr>
      <w:r>
        <w:rPr>
          <w:rFonts w:ascii="Calibri" w:hAnsi="Calibri" w:eastAsia="Calibri"/>
          <w:b w:val="0"/>
          <w:i w:val="0"/>
          <w:sz w:val="22"/>
        </w:rPr>
        <w:t>cxr (REQUIRED)</w:t>
      </w:r>
    </w:p>
    <w:p>
      <w:pPr>
        <w:spacing w:before="0" w:after="40" w:line="259" w:lineRule="auto"/>
      </w:pPr>
      <w:r>
        <w:rPr>
          <w:rFonts w:ascii="Calibri" w:hAnsi="Calibri" w:eastAsia="Calibri"/>
          <w:b w:val="0"/>
          <w:i w:val="0"/>
          <w:sz w:val="22"/>
        </w:rPr>
        <w:t>CXR: hyperinflation</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She is still working hard, speaking single words. Review any results that have returned — then decide.</w:t>
      </w:r>
    </w:p>
    <w:p>
      <w:pPr>
        <w:spacing w:before="120" w:after="20" w:line="259" w:lineRule="auto"/>
        <w:shd w:fill="E8F5EC" w:val="clear"/>
      </w:pPr>
      <w:r>
        <w:rPr>
          <w:rFonts w:ascii="Calibri" w:hAnsi="Calibri" w:eastAsia="Calibri"/>
          <w:b/>
          <w:i w:val="0"/>
          <w:color w:val="146E3C"/>
          <w:sz w:val="22"/>
        </w:rPr>
        <w:t>A. [CORRECT] Stay in resus; ICU for possible RSI</w:t>
      </w:r>
    </w:p>
    <w:p>
      <w:pPr>
        <w:spacing w:before="0" w:after="20" w:line="259" w:lineRule="auto"/>
      </w:pPr>
      <w:r>
        <w:rPr>
          <w:rFonts w:ascii="Calibri" w:hAnsi="Calibri" w:eastAsia="Calibri"/>
          <w:b w:val="0"/>
          <w:i/>
          <w:color w:val="282828"/>
          <w:sz w:val="22"/>
        </w:rPr>
        <w:t>Bay: Wheeze is returning — that is improvement here. ICU stay in the bay.</w:t>
      </w:r>
    </w:p>
    <w:p>
      <w:pPr>
        <w:spacing w:before="0" w:after="40" w:line="259" w:lineRule="auto"/>
      </w:pPr>
      <w:r>
        <w:rPr>
          <w:rFonts w:ascii="Calibri" w:hAnsi="Calibri" w:eastAsia="Calibri"/>
          <w:b w:val="0"/>
          <w:i/>
          <w:color w:val="5A4614"/>
          <w:sz w:val="20"/>
        </w:rPr>
        <w:t>Reaction: hr -12, rr -6, spo2 +4</w:t>
      </w:r>
    </w:p>
    <w:p>
      <w:pPr>
        <w:spacing w:before="80" w:after="40" w:line="259" w:lineRule="auto"/>
      </w:pPr>
      <w:r>
        <w:rPr>
          <w:rFonts w:ascii="Calibri" w:hAnsi="Calibri" w:eastAsia="Calibri"/>
          <w:b/>
          <w:i w:val="0"/>
          <w:color w:val="46326E"/>
          <w:sz w:val="22"/>
        </w:rPr>
        <w:t xml:space="preserve">    Follow-up: What is the airway plan?</w:t>
      </w:r>
    </w:p>
    <w:p>
      <w:pPr>
        <w:spacing w:before="120" w:after="20" w:line="259" w:lineRule="auto"/>
        <w:shd w:fill="E8F5EC" w:val="clear"/>
      </w:pPr>
      <w:r>
        <w:rPr>
          <w:rFonts w:ascii="Calibri" w:hAnsi="Calibri" w:eastAsia="Calibri"/>
          <w:b/>
          <w:i w:val="0"/>
          <w:color w:val="146E3C"/>
          <w:sz w:val="22"/>
        </w:rPr>
        <w:t xml:space="preserve">    A. [CORRECT] ICU stay at the trolley; RSI if she tires further or PaCO2 rises</w:t>
      </w:r>
    </w:p>
    <w:p>
      <w:pPr>
        <w:spacing w:before="0" w:after="20" w:line="259" w:lineRule="auto"/>
      </w:pPr>
      <w:r>
        <w:rPr>
          <w:rFonts w:ascii="Calibri" w:hAnsi="Calibri" w:eastAsia="Calibri"/>
          <w:b w:val="0"/>
          <w:i/>
          <w:color w:val="282828"/>
          <w:sz w:val="22"/>
        </w:rPr>
        <w:t xml:space="preserve">       Bay: Continuous nebs. Do not leave resus.</w:t>
      </w:r>
    </w:p>
    <w:p>
      <w:pPr>
        <w:spacing w:before="120" w:after="20" w:line="259" w:lineRule="auto"/>
        <w:shd w:fill="F8E8E8" w:val="clear"/>
      </w:pPr>
      <w:r>
        <w:rPr>
          <w:rFonts w:ascii="Calibri" w:hAnsi="Calibri" w:eastAsia="Calibri"/>
          <w:b w:val="0"/>
          <w:i w:val="0"/>
          <w:color w:val="A02828"/>
          <w:sz w:val="22"/>
        </w:rPr>
        <w:t xml:space="preserve">    B. [WRONG] RSI now because she cannot complete a sentence</w:t>
      </w:r>
    </w:p>
    <w:p>
      <w:pPr>
        <w:spacing w:before="0" w:after="20" w:line="259" w:lineRule="auto"/>
      </w:pPr>
      <w:r>
        <w:rPr>
          <w:rFonts w:ascii="Calibri" w:hAnsi="Calibri" w:eastAsia="Calibri"/>
          <w:b w:val="0"/>
          <w:i/>
          <w:color w:val="282828"/>
          <w:sz w:val="22"/>
        </w:rPr>
        <w:t xml:space="preserve">       Bay: She is still moving air and GCS 15. Optimise first; ICU ready.</w:t>
      </w:r>
    </w:p>
    <w:p>
      <w:pPr>
        <w:spacing w:before="120" w:after="20" w:line="259" w:lineRule="auto"/>
        <w:shd w:fill="F8E8E8" w:val="clear"/>
      </w:pPr>
      <w:r>
        <w:rPr>
          <w:rFonts w:ascii="Calibri" w:hAnsi="Calibri" w:eastAsia="Calibri"/>
          <w:b w:val="0"/>
          <w:i w:val="0"/>
          <w:color w:val="A02828"/>
          <w:sz w:val="22"/>
        </w:rPr>
        <w:t xml:space="preserve">    C. [WRONG] Unsupervised NIV in majors while you see the next patient</w:t>
      </w:r>
    </w:p>
    <w:p>
      <w:pPr>
        <w:spacing w:before="0" w:after="20" w:line="259" w:lineRule="auto"/>
      </w:pPr>
      <w:r>
        <w:rPr>
          <w:rFonts w:ascii="Calibri" w:hAnsi="Calibri" w:eastAsia="Calibri"/>
          <w:b w:val="0"/>
          <w:i/>
          <w:color w:val="282828"/>
          <w:sz w:val="22"/>
        </w:rPr>
        <w:t xml:space="preserve">       Bay: NIV in life-threatening asthma is a senior/ICU decision.</w:t>
      </w:r>
    </w:p>
    <w:p>
      <w:pPr>
        <w:spacing w:before="120" w:after="20" w:line="259" w:lineRule="auto"/>
        <w:shd w:fill="F8E8E8" w:val="clear"/>
      </w:pPr>
      <w:r>
        <w:rPr>
          <w:rFonts w:ascii="Calibri" w:hAnsi="Calibri" w:eastAsia="Calibri"/>
          <w:b w:val="0"/>
          <w:i w:val="0"/>
          <w:color w:val="A02828"/>
          <w:sz w:val="22"/>
        </w:rPr>
        <w:t xml:space="preserve">    D. [WRONG] No airway plan — she has an SpO2 now</w:t>
      </w:r>
    </w:p>
    <w:p>
      <w:pPr>
        <w:spacing w:before="0" w:after="20" w:line="259" w:lineRule="auto"/>
      </w:pPr>
      <w:r>
        <w:rPr>
          <w:rFonts w:ascii="Calibri" w:hAnsi="Calibri" w:eastAsia="Calibri"/>
          <w:b w:val="0"/>
          <w:i/>
          <w:color w:val="282828"/>
          <w:sz w:val="22"/>
        </w:rPr>
        <w:t xml:space="preserve">       Bay: Raised PaCO2 and exhaustion need a documented RSI plan.</w:t>
      </w:r>
    </w:p>
    <w:p>
      <w:pPr>
        <w:spacing w:before="120" w:after="20" w:line="259" w:lineRule="auto"/>
        <w:shd w:fill="F8E8E8" w:val="clear"/>
      </w:pPr>
      <w:r>
        <w:rPr>
          <w:rFonts w:ascii="Calibri" w:hAnsi="Calibri" w:eastAsia="Calibri"/>
          <w:b w:val="0"/>
          <w:i w:val="0"/>
          <w:color w:val="A02828"/>
          <w:sz w:val="22"/>
        </w:rPr>
        <w:t xml:space="preserve">    E. [WRONG] Immediate front-of-neck airway</w:t>
      </w:r>
    </w:p>
    <w:p>
      <w:pPr>
        <w:spacing w:before="0" w:after="20" w:line="259" w:lineRule="auto"/>
      </w:pPr>
      <w:r>
        <w:rPr>
          <w:rFonts w:ascii="Calibri" w:hAnsi="Calibri" w:eastAsia="Calibri"/>
          <w:b w:val="0"/>
          <w:i/>
          <w:color w:val="282828"/>
          <w:sz w:val="22"/>
        </w:rPr>
        <w:t xml:space="preserve">       Bay: Her upper airway is patent. This is bronchospasm, not obstruction.</w:t>
      </w:r>
    </w:p>
    <w:p>
      <w:pPr>
        <w:spacing w:before="120" w:after="20" w:line="259" w:lineRule="auto"/>
        <w:shd w:fill="F8E8E8" w:val="clear"/>
      </w:pPr>
      <w:r>
        <w:rPr>
          <w:rFonts w:ascii="Calibri" w:hAnsi="Calibri" w:eastAsia="Calibri"/>
          <w:b w:val="0"/>
          <w:i w:val="0"/>
          <w:color w:val="A02828"/>
          <w:sz w:val="22"/>
        </w:rPr>
        <w:t>B. [WRONG] Transfer to a general ward</w:t>
      </w:r>
    </w:p>
    <w:p>
      <w:pPr>
        <w:spacing w:before="0" w:after="20" w:line="259" w:lineRule="auto"/>
      </w:pPr>
      <w:r>
        <w:rPr>
          <w:rFonts w:ascii="Calibri" w:hAnsi="Calibri" w:eastAsia="Calibri"/>
          <w:b w:val="0"/>
          <w:i/>
          <w:color w:val="282828"/>
          <w:sz w:val="22"/>
        </w:rPr>
        <w:t>Bay: Raised PaCO2 and work of breathing belong in resus with ICU aware.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Unsupervised NIV</w:t>
      </w:r>
    </w:p>
    <w:p>
      <w:pPr>
        <w:spacing w:before="0" w:after="20" w:line="259" w:lineRule="auto"/>
      </w:pPr>
      <w:r>
        <w:rPr>
          <w:rFonts w:ascii="Calibri" w:hAnsi="Calibri" w:eastAsia="Calibri"/>
          <w:b w:val="0"/>
          <w:i/>
          <w:color w:val="282828"/>
          <w:sz w:val="22"/>
        </w:rPr>
        <w:t>Bay: NIV is a senior/ICU decision in life-threatening asthma. Unsupervised BiPAP precipitates hypoventilation and arrest.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Standing PEFR before further drugs</w:t>
      </w:r>
    </w:p>
    <w:p>
      <w:pPr>
        <w:spacing w:before="0" w:after="20" w:line="259" w:lineRule="auto"/>
      </w:pPr>
      <w:r>
        <w:rPr>
          <w:rFonts w:ascii="Calibri" w:hAnsi="Calibri" w:eastAsia="Calibri"/>
          <w:b w:val="0"/>
          <w:i/>
          <w:color w:val="282828"/>
          <w:sz w:val="22"/>
        </w:rPr>
        <w:t>Bay: She cannot complete a sentence. Treat. Do not ritualise PEFR in life-threatening asthma.</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Wean oxygen to air</w:t>
      </w:r>
    </w:p>
    <w:p>
      <w:pPr>
        <w:spacing w:before="0" w:after="20" w:line="259" w:lineRule="auto"/>
      </w:pPr>
      <w:r>
        <w:rPr>
          <w:rFonts w:ascii="Calibri" w:hAnsi="Calibri" w:eastAsia="Calibri"/>
          <w:b w:val="0"/>
          <w:i/>
          <w:color w:val="282828"/>
          <w:sz w:val="22"/>
        </w:rPr>
        <w:t>Bay: Do not take her off oxygen to make a point. Target 94–98%.</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She can say two words now. Collateral.</w:t>
      </w:r>
    </w:p>
    <w:p>
      <w:pPr>
        <w:spacing w:before="120" w:after="20" w:line="259" w:lineRule="auto"/>
        <w:shd w:fill="E8F5EC" w:val="clear"/>
      </w:pPr>
      <w:r>
        <w:rPr>
          <w:rFonts w:ascii="Calibri" w:hAnsi="Calibri" w:eastAsia="Calibri"/>
          <w:b/>
          <w:i w:val="0"/>
          <w:color w:val="146E3C"/>
          <w:sz w:val="22"/>
        </w:rPr>
        <w:t>A. [CORRECT] Ask about previous ITU / ventilation, usual PEFR, and current inhalers</w:t>
      </w:r>
    </w:p>
    <w:p>
      <w:pPr>
        <w:spacing w:before="0" w:after="20" w:line="259" w:lineRule="auto"/>
      </w:pPr>
      <w:r>
        <w:rPr>
          <w:rFonts w:ascii="Calibri" w:hAnsi="Calibri" w:eastAsia="Calibri"/>
          <w:b w:val="0"/>
          <w:i/>
          <w:color w:val="282828"/>
          <w:sz w:val="22"/>
        </w:rPr>
        <w:t>Bay: One PICU admission aged 16. Usual PEFR 450. On MART plus SABA. Ran out of steroid two days ago.</w:t>
      </w:r>
    </w:p>
    <w:p>
      <w:pPr>
        <w:spacing w:before="120" w:after="20" w:line="259" w:lineRule="auto"/>
        <w:shd w:fill="E8F5EC" w:val="clear"/>
      </w:pPr>
      <w:r>
        <w:rPr>
          <w:rFonts w:ascii="Calibri" w:hAnsi="Calibri" w:eastAsia="Calibri"/>
          <w:b/>
          <w:i w:val="0"/>
          <w:color w:val="146E3C"/>
          <w:sz w:val="22"/>
        </w:rPr>
        <w:t>B. [CORRECT] Ask about triggers tonight — infection, NSAIDs, beta-blockers, pregnancy</w:t>
      </w:r>
    </w:p>
    <w:p>
      <w:pPr>
        <w:spacing w:before="0" w:after="20" w:line="259" w:lineRule="auto"/>
      </w:pPr>
      <w:r>
        <w:rPr>
          <w:rFonts w:ascii="Calibri" w:hAnsi="Calibri" w:eastAsia="Calibri"/>
          <w:b w:val="0"/>
          <w:i/>
          <w:color w:val="282828"/>
          <w:sz w:val="22"/>
        </w:rPr>
        <w:t>Bay: Viral prodrome. No NSAIDs. hCG negative.</w:t>
      </w:r>
    </w:p>
    <w:p>
      <w:pPr>
        <w:spacing w:before="120" w:after="20" w:line="259" w:lineRule="auto"/>
        <w:shd w:fill="E8F5EC" w:val="clear"/>
      </w:pPr>
      <w:r>
        <w:rPr>
          <w:rFonts w:ascii="Calibri" w:hAnsi="Calibri" w:eastAsia="Calibri"/>
          <w:b/>
          <w:i w:val="0"/>
          <w:color w:val="146E3C"/>
          <w:sz w:val="22"/>
        </w:rPr>
        <w:t>C. [CORRECT] Check old letters for brittle / hazardous asthma flags</w:t>
      </w:r>
    </w:p>
    <w:p>
      <w:pPr>
        <w:spacing w:before="0" w:after="20" w:line="259" w:lineRule="auto"/>
      </w:pPr>
      <w:r>
        <w:rPr>
          <w:rFonts w:ascii="Calibri" w:hAnsi="Calibri" w:eastAsia="Calibri"/>
          <w:b w:val="0"/>
          <w:i/>
          <w:color w:val="282828"/>
          <w:sz w:val="22"/>
        </w:rPr>
        <w:t>Bay: Allergy clinic: house dust mite. No food anaphylaxis.</w:t>
      </w:r>
    </w:p>
    <w:p>
      <w:pPr>
        <w:spacing w:before="120" w:after="20" w:line="259" w:lineRule="auto"/>
        <w:shd w:fill="F8E8E8" w:val="clear"/>
      </w:pPr>
      <w:r>
        <w:rPr>
          <w:rFonts w:ascii="Calibri" w:hAnsi="Calibri" w:eastAsia="Calibri"/>
          <w:b w:val="0"/>
          <w:i w:val="0"/>
          <w:color w:val="A02828"/>
          <w:sz w:val="22"/>
        </w:rPr>
        <w:t>D. [WRONG] Send her to the lung-function laboratory for full PFTs before further treatment</w:t>
      </w:r>
    </w:p>
    <w:p>
      <w:pPr>
        <w:spacing w:before="0" w:after="20" w:line="259" w:lineRule="auto"/>
      </w:pPr>
      <w:r>
        <w:rPr>
          <w:rFonts w:ascii="Calibri" w:hAnsi="Calibri" w:eastAsia="Calibri"/>
          <w:b w:val="0"/>
          <w:i/>
          <w:color w:val="282828"/>
          <w:sz w:val="22"/>
        </w:rPr>
        <w:t>Bay: Not while she is this tight, and not a trip out of resus.</w:t>
      </w:r>
    </w:p>
    <w:p>
      <w:pPr>
        <w:spacing w:before="120" w:after="20" w:line="259" w:lineRule="auto"/>
        <w:shd w:fill="F8E8E8" w:val="clear"/>
      </w:pPr>
      <w:r>
        <w:rPr>
          <w:rFonts w:ascii="Calibri" w:hAnsi="Calibri" w:eastAsia="Calibri"/>
          <w:b w:val="0"/>
          <w:i w:val="0"/>
          <w:color w:val="A02828"/>
          <w:sz w:val="22"/>
        </w:rPr>
        <w:t>E. [WRONG] Telephone occupational health for a workplace allergen history before treating</w:t>
      </w:r>
    </w:p>
    <w:p>
      <w:pPr>
        <w:spacing w:before="0" w:after="20" w:line="259" w:lineRule="auto"/>
      </w:pPr>
      <w:r>
        <w:rPr>
          <w:rFonts w:ascii="Calibri" w:hAnsi="Calibri" w:eastAsia="Calibri"/>
          <w:b w:val="0"/>
          <w:i/>
          <w:color w:val="282828"/>
          <w:sz w:val="22"/>
        </w:rPr>
        <w:t>Bay: Not the priority. Finish acute treatment first.</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Life-threatening acute asthma</w:t>
      </w:r>
    </w:p>
    <w:p>
      <w:pPr>
        <w:spacing w:before="0" w:after="20" w:line="259" w:lineRule="auto"/>
      </w:pPr>
      <w:r>
        <w:rPr>
          <w:rFonts w:ascii="Calibri" w:hAnsi="Calibri" w:eastAsia="Calibri"/>
          <w:b w:val="0"/>
          <w:i/>
          <w:color w:val="282828"/>
          <w:sz w:val="22"/>
        </w:rPr>
        <w:t>Bay: Yes. Silent chest, exhaustion, hypoxia and a rising PaCO2.</w:t>
      </w:r>
    </w:p>
    <w:p>
      <w:pPr>
        <w:spacing w:before="120" w:after="20" w:line="259" w:lineRule="auto"/>
        <w:shd w:fill="F8E8E8" w:val="clear"/>
      </w:pPr>
      <w:r>
        <w:rPr>
          <w:rFonts w:ascii="Calibri" w:hAnsi="Calibri" w:eastAsia="Calibri"/>
          <w:b w:val="0"/>
          <w:i w:val="0"/>
          <w:color w:val="A02828"/>
          <w:sz w:val="22"/>
        </w:rPr>
        <w:t>B. [WRONG] Anaphylaxis with bronchospasm</w:t>
      </w:r>
    </w:p>
    <w:p>
      <w:pPr>
        <w:spacing w:before="0" w:after="20" w:line="259" w:lineRule="auto"/>
      </w:pPr>
      <w:r>
        <w:rPr>
          <w:rFonts w:ascii="Calibri" w:hAnsi="Calibri" w:eastAsia="Calibri"/>
          <w:b w:val="0"/>
          <w:i/>
          <w:color w:val="282828"/>
          <w:sz w:val="22"/>
        </w:rPr>
        <w:t>Bay: No allergen, no urticaria, no hypotension as the lead feature.</w:t>
      </w:r>
    </w:p>
    <w:p>
      <w:pPr>
        <w:spacing w:before="120" w:after="20" w:line="259" w:lineRule="auto"/>
        <w:shd w:fill="F8E8E8" w:val="clear"/>
      </w:pPr>
      <w:r>
        <w:rPr>
          <w:rFonts w:ascii="Calibri" w:hAnsi="Calibri" w:eastAsia="Calibri"/>
          <w:b w:val="0"/>
          <w:i w:val="0"/>
          <w:color w:val="A02828"/>
          <w:sz w:val="22"/>
        </w:rPr>
        <w:t>C. [WRONG] Primary spontaneous pneumothorax</w:t>
      </w:r>
    </w:p>
    <w:p>
      <w:pPr>
        <w:spacing w:before="0" w:after="20" w:line="259" w:lineRule="auto"/>
      </w:pPr>
      <w:r>
        <w:rPr>
          <w:rFonts w:ascii="Calibri" w:hAnsi="Calibri" w:eastAsia="Calibri"/>
          <w:b w:val="0"/>
          <w:i/>
          <w:color w:val="282828"/>
          <w:sz w:val="22"/>
        </w:rPr>
        <w:t>Bay: Film is hyperinflated without a pneumothorax, and the quiet chest is bilateral.</w:t>
      </w:r>
    </w:p>
    <w:p>
      <w:pPr>
        <w:spacing w:before="120" w:after="20" w:line="259" w:lineRule="auto"/>
        <w:shd w:fill="F8E8E8" w:val="clear"/>
      </w:pPr>
      <w:r>
        <w:rPr>
          <w:rFonts w:ascii="Calibri" w:hAnsi="Calibri" w:eastAsia="Calibri"/>
          <w:b w:val="0"/>
          <w:i w:val="0"/>
          <w:color w:val="A02828"/>
          <w:sz w:val="22"/>
        </w:rPr>
        <w:t>D. [WRONG] Inhaled foreign body with airway obstruction</w:t>
      </w:r>
    </w:p>
    <w:p>
      <w:pPr>
        <w:spacing w:before="0" w:after="20" w:line="259" w:lineRule="auto"/>
      </w:pPr>
      <w:r>
        <w:rPr>
          <w:rFonts w:ascii="Calibri" w:hAnsi="Calibri" w:eastAsia="Calibri"/>
          <w:b w:val="0"/>
          <w:i/>
          <w:color w:val="282828"/>
          <w:sz w:val="22"/>
        </w:rPr>
        <w:t>Bay: Known asthma overnight, bilateral quiet chest, no sudden choking history.</w:t>
      </w:r>
    </w:p>
    <w:p>
      <w:pPr>
        <w:spacing w:before="120" w:after="20" w:line="259" w:lineRule="auto"/>
        <w:shd w:fill="F8E8E8" w:val="clear"/>
      </w:pPr>
      <w:r>
        <w:rPr>
          <w:rFonts w:ascii="Calibri" w:hAnsi="Calibri" w:eastAsia="Calibri"/>
          <w:b w:val="0"/>
          <w:i w:val="0"/>
          <w:color w:val="A02828"/>
          <w:sz w:val="22"/>
        </w:rPr>
        <w:t>E. [WRONG] Vocal cord dysfunction as sole diagnosis</w:t>
      </w:r>
    </w:p>
    <w:p>
      <w:pPr>
        <w:spacing w:before="0" w:after="20" w:line="259" w:lineRule="auto"/>
      </w:pPr>
      <w:r>
        <w:rPr>
          <w:rFonts w:ascii="Calibri" w:hAnsi="Calibri" w:eastAsia="Calibri"/>
          <w:b w:val="0"/>
          <w:i/>
          <w:color w:val="282828"/>
          <w:sz w:val="22"/>
        </w:rPr>
        <w:t>Bay: Raised PaCO2, hypoxia and a silent chest are not VCD as the sole diagnosis.</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Wheeze is returning. ICU are happy to stay.</w:t>
      </w:r>
    </w:p>
    <w:p>
      <w:pPr>
        <w:spacing w:before="120" w:after="20" w:line="259" w:lineRule="auto"/>
        <w:shd w:fill="E8F5EC" w:val="clear"/>
      </w:pPr>
      <w:r>
        <w:rPr>
          <w:rFonts w:ascii="Calibri" w:hAnsi="Calibri" w:eastAsia="Calibri"/>
          <w:b/>
          <w:i w:val="0"/>
          <w:color w:val="146E3C"/>
          <w:sz w:val="22"/>
        </w:rPr>
        <w:t>A. [CORRECT] Continue nebs, magnesium and steroids in resus</w:t>
      </w:r>
    </w:p>
    <w:p>
      <w:pPr>
        <w:spacing w:before="0" w:after="20" w:line="259" w:lineRule="auto"/>
      </w:pPr>
      <w:r>
        <w:rPr>
          <w:rFonts w:ascii="Calibri" w:hAnsi="Calibri" w:eastAsia="Calibri"/>
          <w:b w:val="0"/>
          <w:i/>
          <w:color w:val="282828"/>
          <w:sz w:val="22"/>
        </w:rPr>
        <w:t>Bay: Plan agreed. She is turning.</w:t>
      </w:r>
    </w:p>
    <w:p>
      <w:pPr>
        <w:spacing w:before="0" w:after="40" w:line="259" w:lineRule="auto"/>
      </w:pPr>
      <w:r>
        <w:rPr>
          <w:rFonts w:ascii="Calibri" w:hAnsi="Calibri" w:eastAsia="Calibri"/>
          <w:b w:val="0"/>
          <w:i/>
          <w:color w:val="5A4614"/>
          <w:sz w:val="20"/>
        </w:rPr>
        <w:t>Reaction: hr -8, rr -4, spo2 +2</w:t>
      </w:r>
    </w:p>
    <w:p>
      <w:pPr>
        <w:spacing w:before="80" w:after="40" w:line="259" w:lineRule="auto"/>
      </w:pPr>
      <w:r>
        <w:rPr>
          <w:rFonts w:ascii="Calibri" w:hAnsi="Calibri" w:eastAsia="Calibri"/>
          <w:b/>
          <w:i w:val="0"/>
          <w:color w:val="46326E"/>
          <w:sz w:val="22"/>
        </w:rPr>
        <w:t xml:space="preserve">    Follow-up: What do you continue?</w:t>
      </w:r>
    </w:p>
    <w:p>
      <w:pPr>
        <w:spacing w:before="120" w:after="20" w:line="259" w:lineRule="auto"/>
        <w:shd w:fill="E8F5EC" w:val="clear"/>
      </w:pPr>
      <w:r>
        <w:rPr>
          <w:rFonts w:ascii="Calibri" w:hAnsi="Calibri" w:eastAsia="Calibri"/>
          <w:b/>
          <w:i w:val="0"/>
          <w:color w:val="146E3C"/>
          <w:sz w:val="22"/>
        </w:rPr>
        <w:t xml:space="preserve">    A. [CORRECT] Continuous oxygen-driven nebs, the magnesium infusion, and steroids in resus</w:t>
      </w:r>
    </w:p>
    <w:p>
      <w:pPr>
        <w:spacing w:before="0" w:after="20" w:line="259" w:lineRule="auto"/>
      </w:pPr>
      <w:r>
        <w:rPr>
          <w:rFonts w:ascii="Calibri" w:hAnsi="Calibri" w:eastAsia="Calibri"/>
          <w:b w:val="0"/>
          <w:i/>
          <w:color w:val="282828"/>
          <w:sz w:val="22"/>
        </w:rPr>
        <w:t xml:space="preserve">       Bay: She is turning. Do not step down yet.</w:t>
      </w:r>
    </w:p>
    <w:p>
      <w:pPr>
        <w:spacing w:before="120" w:after="20" w:line="259" w:lineRule="auto"/>
        <w:shd w:fill="F8E8E8" w:val="clear"/>
      </w:pPr>
      <w:r>
        <w:rPr>
          <w:rFonts w:ascii="Calibri" w:hAnsi="Calibri" w:eastAsia="Calibri"/>
          <w:b w:val="0"/>
          <w:i w:val="0"/>
          <w:color w:val="A02828"/>
          <w:sz w:val="22"/>
        </w:rPr>
        <w:t xml:space="preserve">    B. [WRONG] Stop nebs and switch to inhalers now wheeze has returned</w:t>
      </w:r>
    </w:p>
    <w:p>
      <w:pPr>
        <w:spacing w:before="0" w:after="20" w:line="259" w:lineRule="auto"/>
      </w:pPr>
      <w:r>
        <w:rPr>
          <w:rFonts w:ascii="Calibri" w:hAnsi="Calibri" w:eastAsia="Calibri"/>
          <w:b w:val="0"/>
          <w:i/>
          <w:color w:val="282828"/>
          <w:sz w:val="22"/>
        </w:rPr>
        <w:t xml:space="preserve">       Bay: Returning wheeze is improvement from a silent chest — keep continuous nebs.</w:t>
      </w:r>
    </w:p>
    <w:p>
      <w:pPr>
        <w:spacing w:before="120" w:after="20" w:line="259" w:lineRule="auto"/>
        <w:shd w:fill="F8E8E8" w:val="clear"/>
      </w:pPr>
      <w:r>
        <w:rPr>
          <w:rFonts w:ascii="Calibri" w:hAnsi="Calibri" w:eastAsia="Calibri"/>
          <w:b w:val="0"/>
          <w:i w:val="0"/>
          <w:color w:val="A02828"/>
          <w:sz w:val="22"/>
        </w:rPr>
        <w:t xml:space="preserve">    C. [WRONG] Add aminophylline now she is improving</w:t>
      </w:r>
    </w:p>
    <w:p>
      <w:pPr>
        <w:spacing w:before="0" w:after="20" w:line="259" w:lineRule="auto"/>
      </w:pPr>
      <w:r>
        <w:rPr>
          <w:rFonts w:ascii="Calibri" w:hAnsi="Calibri" w:eastAsia="Calibri"/>
          <w:b w:val="0"/>
          <w:i/>
          <w:color w:val="282828"/>
          <w:sz w:val="22"/>
        </w:rPr>
        <w:t xml:space="preserve">       Bay: Not required once first-line therapy is working.</w:t>
      </w:r>
    </w:p>
    <w:p>
      <w:pPr>
        <w:spacing w:before="120" w:after="20" w:line="259" w:lineRule="auto"/>
        <w:shd w:fill="F8E8E8" w:val="clear"/>
      </w:pPr>
      <w:r>
        <w:rPr>
          <w:rFonts w:ascii="Calibri" w:hAnsi="Calibri" w:eastAsia="Calibri"/>
          <w:b w:val="0"/>
          <w:i w:val="0"/>
          <w:color w:val="A02828"/>
          <w:sz w:val="22"/>
        </w:rPr>
        <w:t xml:space="preserve">    D. [WRONG] Give a further magnesium 8 g IV bolus</w:t>
      </w:r>
    </w:p>
    <w:p>
      <w:pPr>
        <w:spacing w:before="0" w:after="20" w:line="259" w:lineRule="auto"/>
      </w:pPr>
      <w:r>
        <w:rPr>
          <w:rFonts w:ascii="Calibri" w:hAnsi="Calibri" w:eastAsia="Calibri"/>
          <w:b w:val="0"/>
          <w:i/>
          <w:color w:val="282828"/>
          <w:sz w:val="22"/>
        </w:rPr>
        <w:t xml:space="preserve">       Bay: She has had 1.2–2 g. Do not stack toxic doses.</w:t>
      </w:r>
    </w:p>
    <w:p>
      <w:pPr>
        <w:spacing w:before="120" w:after="20" w:line="259" w:lineRule="auto"/>
        <w:shd w:fill="F8E8E8" w:val="clear"/>
      </w:pPr>
      <w:r>
        <w:rPr>
          <w:rFonts w:ascii="Calibri" w:hAnsi="Calibri" w:eastAsia="Calibri"/>
          <w:b w:val="0"/>
          <w:i w:val="0"/>
          <w:color w:val="A02828"/>
          <w:sz w:val="22"/>
        </w:rPr>
        <w:t xml:space="preserve">    E. [WRONG] Convert hydrocortisone to inhaled steroid only</w:t>
      </w:r>
    </w:p>
    <w:p>
      <w:pPr>
        <w:spacing w:before="0" w:after="20" w:line="259" w:lineRule="auto"/>
      </w:pPr>
      <w:r>
        <w:rPr>
          <w:rFonts w:ascii="Calibri" w:hAnsi="Calibri" w:eastAsia="Calibri"/>
          <w:b w:val="0"/>
          <w:i/>
          <w:color w:val="282828"/>
          <w:sz w:val="22"/>
        </w:rPr>
        <w:t xml:space="preserve">       Bay: Systemic steroid continues for at least 5 days.</w:t>
      </w:r>
    </w:p>
    <w:p>
      <w:pPr>
        <w:spacing w:before="120" w:after="20" w:line="259" w:lineRule="auto"/>
        <w:shd w:fill="F8E8E8" w:val="clear"/>
      </w:pPr>
      <w:r>
        <w:rPr>
          <w:rFonts w:ascii="Calibri" w:hAnsi="Calibri" w:eastAsia="Calibri"/>
          <w:b w:val="0"/>
          <w:i w:val="0"/>
          <w:color w:val="A02828"/>
          <w:sz w:val="22"/>
        </w:rPr>
        <w:t>B. [WRONG] Stop treatment and step down</w:t>
      </w:r>
    </w:p>
    <w:p>
      <w:pPr>
        <w:spacing w:before="0" w:after="20" w:line="259" w:lineRule="auto"/>
      </w:pPr>
      <w:r>
        <w:rPr>
          <w:rFonts w:ascii="Calibri" w:hAnsi="Calibri" w:eastAsia="Calibri"/>
          <w:b w:val="0"/>
          <w:i/>
          <w:color w:val="282828"/>
          <w:sz w:val="22"/>
        </w:rPr>
        <w:t>Bay: She met life-threatening criteria with a raised PaCO2. Returning wheeze is not a reason to stop therapy in the bay.</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Unsupervised NIV</w:t>
      </w:r>
    </w:p>
    <w:p>
      <w:pPr>
        <w:spacing w:before="0" w:after="20" w:line="259" w:lineRule="auto"/>
      </w:pPr>
      <w:r>
        <w:rPr>
          <w:rFonts w:ascii="Calibri" w:hAnsi="Calibri" w:eastAsia="Calibri"/>
          <w:b w:val="0"/>
          <w:i/>
          <w:color w:val="282828"/>
          <w:sz w:val="22"/>
        </w:rPr>
        <w:t>Bay: If she needs ventilatory support, ICU own it. Unsupervised NIV in majors is how these patients arrest.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Intravenous salbutamol infusion</w:t>
      </w:r>
    </w:p>
    <w:p>
      <w:pPr>
        <w:spacing w:before="0" w:after="20" w:line="259" w:lineRule="auto"/>
      </w:pPr>
      <w:r>
        <w:rPr>
          <w:rFonts w:ascii="Calibri" w:hAnsi="Calibri" w:eastAsia="Calibri"/>
          <w:b w:val="0"/>
          <w:i/>
          <w:color w:val="282828"/>
          <w:sz w:val="22"/>
        </w:rPr>
        <w:t>Bay: Not required once nebulisers are working. You will only add tachycardia.</w:t>
      </w:r>
    </w:p>
    <w:p>
      <w:pPr>
        <w:spacing w:before="0" w:after="40" w:line="259" w:lineRule="auto"/>
      </w:pPr>
      <w:r>
        <w:rPr>
          <w:rFonts w:ascii="Calibri" w:hAnsi="Calibri" w:eastAsia="Calibri"/>
          <w:b w:val="0"/>
          <w:i/>
          <w:color w:val="5A4614"/>
          <w:sz w:val="20"/>
        </w:rPr>
        <w:t>Reaction: hr +18</w:t>
      </w:r>
    </w:p>
    <w:p>
      <w:pPr>
        <w:spacing w:before="120" w:after="20" w:line="259" w:lineRule="auto"/>
        <w:shd w:fill="F8E8E8" w:val="clear"/>
      </w:pPr>
      <w:r>
        <w:rPr>
          <w:rFonts w:ascii="Calibri" w:hAnsi="Calibri" w:eastAsia="Calibri"/>
          <w:b w:val="0"/>
          <w:i w:val="0"/>
          <w:color w:val="A02828"/>
          <w:sz w:val="22"/>
        </w:rPr>
        <w:t>E. [WRONG] Ward physiotherapy as primary treatment</w:t>
      </w:r>
    </w:p>
    <w:p>
      <w:pPr>
        <w:spacing w:before="0" w:after="20" w:line="259" w:lineRule="auto"/>
      </w:pPr>
      <w:r>
        <w:rPr>
          <w:rFonts w:ascii="Calibri" w:hAnsi="Calibri" w:eastAsia="Calibri"/>
          <w:b w:val="0"/>
          <w:i/>
          <w:color w:val="282828"/>
          <w:sz w:val="22"/>
        </w:rPr>
        <w:t>Bay: Physiotherapy is not the treatment of life-threatening bronchospasm.</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She is speaking in short sentences.</w:t>
      </w:r>
    </w:p>
    <w:p>
      <w:pPr>
        <w:spacing w:before="120" w:after="20" w:line="259" w:lineRule="auto"/>
        <w:shd w:fill="E8F5EC" w:val="clear"/>
      </w:pPr>
      <w:r>
        <w:rPr>
          <w:rFonts w:ascii="Calibri" w:hAnsi="Calibri" w:eastAsia="Calibri"/>
          <w:b/>
          <w:i w:val="0"/>
          <w:color w:val="146E3C"/>
          <w:sz w:val="22"/>
        </w:rPr>
        <w:t>A. [CORRECT] Level 2/3 HDU or ICU-capable monitored bed</w:t>
      </w:r>
    </w:p>
    <w:p>
      <w:pPr>
        <w:spacing w:before="0" w:after="20" w:line="259" w:lineRule="auto"/>
      </w:pPr>
      <w:r>
        <w:rPr>
          <w:rFonts w:ascii="Calibri" w:hAnsi="Calibri" w:eastAsia="Calibri"/>
          <w:b w:val="0"/>
          <w:i/>
          <w:color w:val="282828"/>
          <w:sz w:val="22"/>
        </w:rPr>
        <w:t>Bay: Correct.</w:t>
      </w:r>
    </w:p>
    <w:p>
      <w:pPr>
        <w:spacing w:before="120" w:after="20" w:line="259" w:lineRule="auto"/>
        <w:shd w:fill="F8E8E8" w:val="clear"/>
      </w:pPr>
      <w:r>
        <w:rPr>
          <w:rFonts w:ascii="Calibri" w:hAnsi="Calibri" w:eastAsia="Calibri"/>
          <w:b w:val="0"/>
          <w:i w:val="0"/>
          <w:color w:val="A02828"/>
          <w:sz w:val="22"/>
        </w:rPr>
        <w:t>B. [WRONG] Medical SDEC with planned discharge once she speaks sentences</w:t>
      </w:r>
    </w:p>
    <w:p>
      <w:pPr>
        <w:spacing w:before="0" w:after="20" w:line="259" w:lineRule="auto"/>
      </w:pPr>
      <w:r>
        <w:rPr>
          <w:rFonts w:ascii="Calibri" w:hAnsi="Calibri" w:eastAsia="Calibri"/>
          <w:b w:val="0"/>
          <w:i/>
          <w:color w:val="282828"/>
          <w:sz w:val="22"/>
        </w:rPr>
        <w:t>Bay: She met life-threatening criteria with a raised PaCO2. That is not SDEC.</w:t>
      </w:r>
    </w:p>
    <w:p>
      <w:pPr>
        <w:spacing w:before="120" w:after="20" w:line="259" w:lineRule="auto"/>
        <w:shd w:fill="F8E8E8" w:val="clear"/>
      </w:pPr>
      <w:r>
        <w:rPr>
          <w:rFonts w:ascii="Calibri" w:hAnsi="Calibri" w:eastAsia="Calibri"/>
          <w:b w:val="0"/>
          <w:i w:val="0"/>
          <w:color w:val="A02828"/>
          <w:sz w:val="22"/>
        </w:rPr>
        <w:t>C. [WRONG] Acute medical unit side-room without continuous monitoring</w:t>
      </w:r>
    </w:p>
    <w:p>
      <w:pPr>
        <w:spacing w:before="0" w:after="20" w:line="259" w:lineRule="auto"/>
      </w:pPr>
      <w:r>
        <w:rPr>
          <w:rFonts w:ascii="Calibri" w:hAnsi="Calibri" w:eastAsia="Calibri"/>
          <w:b w:val="0"/>
          <w:i/>
          <w:color w:val="282828"/>
          <w:sz w:val="22"/>
        </w:rPr>
        <w:t>Bay: She was life-threatening. She needs a monitored bed.</w:t>
      </w:r>
    </w:p>
    <w:p>
      <w:pPr>
        <w:spacing w:before="120" w:after="20" w:line="259" w:lineRule="auto"/>
        <w:shd w:fill="F8E8E8" w:val="clear"/>
      </w:pPr>
      <w:r>
        <w:rPr>
          <w:rFonts w:ascii="Calibri" w:hAnsi="Calibri" w:eastAsia="Calibri"/>
          <w:b w:val="0"/>
          <w:i w:val="0"/>
          <w:color w:val="A02828"/>
          <w:sz w:val="22"/>
        </w:rPr>
        <w:t>D. [WRONG] General medical ward with 4-hourly observations</w:t>
      </w:r>
    </w:p>
    <w:p>
      <w:pPr>
        <w:spacing w:before="0" w:after="20" w:line="259" w:lineRule="auto"/>
      </w:pPr>
      <w:r>
        <w:rPr>
          <w:rFonts w:ascii="Calibri" w:hAnsi="Calibri" w:eastAsia="Calibri"/>
          <w:b w:val="0"/>
          <w:i/>
          <w:color w:val="282828"/>
          <w:sz w:val="22"/>
        </w:rPr>
        <w:t>Bay: Step-down this far, this soon, is how rebound near-fatal asthma is missed.</w:t>
      </w:r>
    </w:p>
    <w:p>
      <w:pPr>
        <w:spacing w:before="120" w:after="20" w:line="259" w:lineRule="auto"/>
        <w:shd w:fill="F8E8E8" w:val="clear"/>
      </w:pPr>
      <w:r>
        <w:rPr>
          <w:rFonts w:ascii="Calibri" w:hAnsi="Calibri" w:eastAsia="Calibri"/>
          <w:b w:val="0"/>
          <w:i w:val="0"/>
          <w:color w:val="A02828"/>
          <w:sz w:val="22"/>
        </w:rPr>
        <w:t>E. [WRONG] Theatres for a semi-elective intubation</w:t>
      </w:r>
    </w:p>
    <w:p>
      <w:pPr>
        <w:spacing w:before="0" w:after="20" w:line="259" w:lineRule="auto"/>
      </w:pPr>
      <w:r>
        <w:rPr>
          <w:rFonts w:ascii="Calibri" w:hAnsi="Calibri" w:eastAsia="Calibri"/>
          <w:b w:val="0"/>
          <w:i/>
          <w:color w:val="282828"/>
          <w:sz w:val="22"/>
        </w:rPr>
        <w:t>Bay: If she needs an airway, ICU RSI in resus — not a trip to theatre.</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she leaves the bay.</w:t>
      </w:r>
    </w:p>
    <w:p>
      <w:pPr>
        <w:spacing w:before="120" w:after="20" w:line="259" w:lineRule="auto"/>
        <w:shd w:fill="E8F5EC" w:val="clear"/>
      </w:pPr>
      <w:r>
        <w:rPr>
          <w:rFonts w:ascii="Calibri" w:hAnsi="Calibri" w:eastAsia="Calibri"/>
          <w:b/>
          <w:i w:val="0"/>
          <w:color w:val="146E3C"/>
          <w:sz w:val="22"/>
        </w:rPr>
        <w:t>A. [CORRECT] Continue steroids, VTE check, respiratory review, document life-threatening features</w:t>
      </w:r>
    </w:p>
    <w:p>
      <w:pPr>
        <w:spacing w:before="0" w:after="20" w:line="259" w:lineRule="auto"/>
      </w:pPr>
      <w:r>
        <w:rPr>
          <w:rFonts w:ascii="Calibri" w:hAnsi="Calibri" w:eastAsia="Calibri"/>
          <w:b w:val="0"/>
          <w:i/>
          <w:color w:val="282828"/>
          <w:sz w:val="22"/>
        </w:rPr>
        <w:t>Bay: Handover includes the PaCO2 and the ICU conversation.</w:t>
      </w:r>
    </w:p>
    <w:p>
      <w:pPr>
        <w:spacing w:before="80" w:after="40" w:line="259" w:lineRule="auto"/>
      </w:pPr>
      <w:r>
        <w:rPr>
          <w:rFonts w:ascii="Calibri" w:hAnsi="Calibri" w:eastAsia="Calibri"/>
          <w:b/>
          <w:i w:val="0"/>
          <w:color w:val="46326E"/>
          <w:sz w:val="22"/>
        </w:rPr>
        <w:t xml:space="preserve">    Follow-up: How long should systemic steroids continue?</w:t>
      </w:r>
    </w:p>
    <w:p>
      <w:pPr>
        <w:spacing w:before="120" w:after="20" w:line="259" w:lineRule="auto"/>
        <w:shd w:fill="E8F5EC" w:val="clear"/>
      </w:pPr>
      <w:r>
        <w:rPr>
          <w:rFonts w:ascii="Calibri" w:hAnsi="Calibri" w:eastAsia="Calibri"/>
          <w:b/>
          <w:i w:val="0"/>
          <w:color w:val="146E3C"/>
          <w:sz w:val="22"/>
        </w:rPr>
        <w:t xml:space="preserve">    A. [CORRECT] Prednisolone 40–50 mg for at least 5 days</w:t>
      </w:r>
    </w:p>
    <w:p>
      <w:pPr>
        <w:spacing w:before="0" w:after="20" w:line="259" w:lineRule="auto"/>
      </w:pPr>
      <w:r>
        <w:rPr>
          <w:rFonts w:ascii="Calibri" w:hAnsi="Calibri" w:eastAsia="Calibri"/>
          <w:b w:val="0"/>
          <w:i/>
          <w:color w:val="282828"/>
          <w:sz w:val="22"/>
        </w:rPr>
        <w:t xml:space="preserve">       Bay: BTS/SIGN: continue 40–50 mg prednisolone (or hydrocortisone equivalent) for at least five days.</w:t>
      </w:r>
    </w:p>
    <w:p>
      <w:pPr>
        <w:spacing w:before="120" w:after="20" w:line="259" w:lineRule="auto"/>
        <w:shd w:fill="F8E8E8" w:val="clear"/>
      </w:pPr>
      <w:r>
        <w:rPr>
          <w:rFonts w:ascii="Calibri" w:hAnsi="Calibri" w:eastAsia="Calibri"/>
          <w:b w:val="0"/>
          <w:i w:val="0"/>
          <w:color w:val="A02828"/>
          <w:sz w:val="22"/>
        </w:rPr>
        <w:t xml:space="preserve">    B. [WRONG] Stop steroids once wheeze improves</w:t>
      </w:r>
    </w:p>
    <w:p>
      <w:pPr>
        <w:spacing w:before="0" w:after="20" w:line="259" w:lineRule="auto"/>
      </w:pPr>
      <w:r>
        <w:rPr>
          <w:rFonts w:ascii="Calibri" w:hAnsi="Calibri" w:eastAsia="Calibri"/>
          <w:b w:val="0"/>
          <w:i/>
          <w:color w:val="282828"/>
          <w:sz w:val="22"/>
        </w:rPr>
        <w:t xml:space="preserve">       Bay: Stopping early risks rebound life-threatening asthma.</w:t>
      </w:r>
    </w:p>
    <w:p>
      <w:pPr>
        <w:spacing w:before="120" w:after="20" w:line="259" w:lineRule="auto"/>
        <w:shd w:fill="F8E8E8" w:val="clear"/>
      </w:pPr>
      <w:r>
        <w:rPr>
          <w:rFonts w:ascii="Calibri" w:hAnsi="Calibri" w:eastAsia="Calibri"/>
          <w:b w:val="0"/>
          <w:i w:val="0"/>
          <w:color w:val="A02828"/>
          <w:sz w:val="22"/>
        </w:rPr>
        <w:t xml:space="preserve">    C. [WRONG] Inhaled steroid only from now</w:t>
      </w:r>
    </w:p>
    <w:p>
      <w:pPr>
        <w:spacing w:before="0" w:after="20" w:line="259" w:lineRule="auto"/>
      </w:pPr>
      <w:r>
        <w:rPr>
          <w:rFonts w:ascii="Calibri" w:hAnsi="Calibri" w:eastAsia="Calibri"/>
          <w:b w:val="0"/>
          <w:i/>
          <w:color w:val="282828"/>
          <w:sz w:val="22"/>
        </w:rPr>
        <w:t xml:space="preserve">       Bay: She still needs a systemic course.</w:t>
      </w:r>
    </w:p>
    <w:p>
      <w:pPr>
        <w:spacing w:before="120" w:after="20" w:line="259" w:lineRule="auto"/>
        <w:shd w:fill="F8E8E8" w:val="clear"/>
      </w:pPr>
      <w:r>
        <w:rPr>
          <w:rFonts w:ascii="Calibri" w:hAnsi="Calibri" w:eastAsia="Calibri"/>
          <w:b w:val="0"/>
          <w:i w:val="0"/>
          <w:color w:val="A02828"/>
          <w:sz w:val="22"/>
        </w:rPr>
        <w:t xml:space="preserve">    D. [WRONG] Hydrocortisone 200 mg 6-hourly for 2 weeks</w:t>
      </w:r>
    </w:p>
    <w:p>
      <w:pPr>
        <w:spacing w:before="0" w:after="20" w:line="259" w:lineRule="auto"/>
      </w:pPr>
      <w:r>
        <w:rPr>
          <w:rFonts w:ascii="Calibri" w:hAnsi="Calibri" w:eastAsia="Calibri"/>
          <w:b w:val="0"/>
          <w:i/>
          <w:color w:val="282828"/>
          <w:sz w:val="22"/>
        </w:rPr>
        <w:t xml:space="preserve">       Bay: That is an excessive course once she is improving.</w:t>
      </w:r>
    </w:p>
    <w:p>
      <w:pPr>
        <w:spacing w:before="120" w:after="20" w:line="259" w:lineRule="auto"/>
        <w:shd w:fill="F8E8E8" w:val="clear"/>
      </w:pPr>
      <w:r>
        <w:rPr>
          <w:rFonts w:ascii="Calibri" w:hAnsi="Calibri" w:eastAsia="Calibri"/>
          <w:b w:val="0"/>
          <w:i w:val="0"/>
          <w:color w:val="A02828"/>
          <w:sz w:val="22"/>
        </w:rPr>
        <w:t xml:space="preserve">    E. [WRONG] No further steroid if magnesium was given</w:t>
      </w:r>
    </w:p>
    <w:p>
      <w:pPr>
        <w:spacing w:before="0" w:after="20" w:line="259" w:lineRule="auto"/>
      </w:pPr>
      <w:r>
        <w:rPr>
          <w:rFonts w:ascii="Calibri" w:hAnsi="Calibri" w:eastAsia="Calibri"/>
          <w:b w:val="0"/>
          <w:i/>
          <w:color w:val="282828"/>
          <w:sz w:val="22"/>
        </w:rPr>
        <w:t xml:space="preserve">       Bay: Magnesium is not a substitute for steroids.</w:t>
      </w:r>
    </w:p>
    <w:p>
      <w:pPr>
        <w:spacing w:before="120" w:after="20" w:line="259" w:lineRule="auto"/>
        <w:shd w:fill="F8E8E8" w:val="clear"/>
      </w:pPr>
      <w:r>
        <w:rPr>
          <w:rFonts w:ascii="Calibri" w:hAnsi="Calibri" w:eastAsia="Calibri"/>
          <w:b w:val="0"/>
          <w:i w:val="0"/>
          <w:color w:val="A02828"/>
          <w:sz w:val="22"/>
        </w:rPr>
        <w:t>B. [WRONG] Stop supplemental oxygen to acclimatise her to air before the ward</w:t>
      </w:r>
    </w:p>
    <w:p>
      <w:pPr>
        <w:spacing w:before="0" w:after="20" w:line="259" w:lineRule="auto"/>
      </w:pPr>
      <w:r>
        <w:rPr>
          <w:rFonts w:ascii="Calibri" w:hAnsi="Calibri" w:eastAsia="Calibri"/>
          <w:b w:val="0"/>
          <w:i/>
          <w:color w:val="282828"/>
          <w:sz w:val="22"/>
        </w:rPr>
        <w:t>Bay: Leave oxygen targeted at 94–98%. Do not wean to make a transfer look tidier.</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Give lorazepam 1 mg orally so she can sleep on the receiving ward</w:t>
      </w:r>
    </w:p>
    <w:p>
      <w:pPr>
        <w:spacing w:before="0" w:after="20" w:line="259" w:lineRule="auto"/>
      </w:pPr>
      <w:r>
        <w:rPr>
          <w:rFonts w:ascii="Calibri" w:hAnsi="Calibri" w:eastAsia="Calibri"/>
          <w:b w:val="0"/>
          <w:i/>
          <w:color w:val="282828"/>
          <w:sz w:val="22"/>
        </w:rPr>
        <w:t>Bay: Never sedate. Life-threatening asthma still has a rebound risk overnight.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Give morphine 5 mg IV as anxiolysis before HDU transfer</w:t>
      </w:r>
    </w:p>
    <w:p>
      <w:pPr>
        <w:spacing w:before="0" w:after="20" w:line="259" w:lineRule="auto"/>
      </w:pPr>
      <w:r>
        <w:rPr>
          <w:rFonts w:ascii="Calibri" w:hAnsi="Calibri" w:eastAsia="Calibri"/>
          <w:b w:val="0"/>
          <w:i/>
          <w:color w:val="282828"/>
          <w:sz w:val="22"/>
        </w:rPr>
        <w:t>Bay: Opioids take away respiratory drive. She will hypoventilate on the way to HDU.</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Start an aminophylline infusion now that she is beginning to improve</w:t>
      </w:r>
    </w:p>
    <w:p>
      <w:pPr>
        <w:spacing w:before="0" w:after="20" w:line="259" w:lineRule="auto"/>
      </w:pPr>
      <w:r>
        <w:rPr>
          <w:rFonts w:ascii="Calibri" w:hAnsi="Calibri" w:eastAsia="Calibri"/>
          <w:b w:val="0"/>
          <w:i/>
          <w:color w:val="282828"/>
          <w:sz w:val="22"/>
        </w:rPr>
        <w:t>Bay: Not indicated once she is turning on first-line therapy, and not a transfer task.</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Respiratory review the next morning.</w:t>
      </w:r>
    </w:p>
    <w:p>
      <w:pPr>
        <w:spacing w:before="120" w:after="20" w:line="259" w:lineRule="auto"/>
        <w:shd w:fill="E8F5EC" w:val="clear"/>
      </w:pPr>
      <w:r>
        <w:rPr>
          <w:rFonts w:ascii="Calibri" w:hAnsi="Calibri" w:eastAsia="Calibri"/>
          <w:b/>
          <w:i w:val="0"/>
          <w:color w:val="146E3C"/>
          <w:sz w:val="22"/>
        </w:rPr>
        <w:t>A. [CORRECT] Life-threatening acute asthma</w:t>
      </w:r>
    </w:p>
    <w:p>
      <w:pPr>
        <w:spacing w:before="0" w:after="20" w:line="259" w:lineRule="auto"/>
      </w:pPr>
      <w:r>
        <w:rPr>
          <w:rFonts w:ascii="Calibri" w:hAnsi="Calibri" w:eastAsia="Calibri"/>
          <w:b w:val="0"/>
          <w:i/>
          <w:color w:val="282828"/>
          <w:sz w:val="22"/>
        </w:rPr>
        <w:t>Bay: Yes.</w:t>
      </w:r>
    </w:p>
    <w:p>
      <w:pPr>
        <w:spacing w:before="120" w:after="20" w:line="259" w:lineRule="auto"/>
        <w:shd w:fill="F8E8E8" w:val="clear"/>
      </w:pPr>
      <w:r>
        <w:rPr>
          <w:rFonts w:ascii="Calibri" w:hAnsi="Calibri" w:eastAsia="Calibri"/>
          <w:b w:val="0"/>
          <w:i w:val="0"/>
          <w:color w:val="A02828"/>
          <w:sz w:val="22"/>
        </w:rPr>
        <w:t>B. [WRONG] Anaphylaxis with bronchospasm</w:t>
      </w:r>
    </w:p>
    <w:p>
      <w:pPr>
        <w:spacing w:before="0" w:after="20" w:line="259" w:lineRule="auto"/>
      </w:pPr>
      <w:r>
        <w:rPr>
          <w:rFonts w:ascii="Calibri" w:hAnsi="Calibri" w:eastAsia="Calibri"/>
          <w:b w:val="0"/>
          <w:i/>
          <w:color w:val="282828"/>
          <w:sz w:val="22"/>
        </w:rPr>
        <w:t>Bay: No allergen, no urticaria, no hypotension as the lead feature, and tryptase is not the story.</w:t>
      </w:r>
    </w:p>
    <w:p>
      <w:pPr>
        <w:spacing w:before="120" w:after="20" w:line="259" w:lineRule="auto"/>
        <w:shd w:fill="F8E8E8" w:val="clear"/>
      </w:pPr>
      <w:r>
        <w:rPr>
          <w:rFonts w:ascii="Calibri" w:hAnsi="Calibri" w:eastAsia="Calibri"/>
          <w:b w:val="0"/>
          <w:i w:val="0"/>
          <w:color w:val="A02828"/>
          <w:sz w:val="22"/>
        </w:rPr>
        <w:t>C. [WRONG] Acute cardiogenic pulmonary oedema</w:t>
      </w:r>
    </w:p>
    <w:p>
      <w:pPr>
        <w:spacing w:before="0" w:after="20" w:line="259" w:lineRule="auto"/>
      </w:pPr>
      <w:r>
        <w:rPr>
          <w:rFonts w:ascii="Calibri" w:hAnsi="Calibri" w:eastAsia="Calibri"/>
          <w:b w:val="0"/>
          <w:i/>
          <w:color w:val="282828"/>
          <w:sz w:val="22"/>
        </w:rPr>
        <w:t>Bay: Age 22, silent chest, hyperinflation and a raised PaCO2 are asthma, not APO.</w:t>
      </w:r>
    </w:p>
    <w:p>
      <w:pPr>
        <w:spacing w:before="120" w:after="20" w:line="259" w:lineRule="auto"/>
        <w:shd w:fill="F8E8E8" w:val="clear"/>
      </w:pPr>
      <w:r>
        <w:rPr>
          <w:rFonts w:ascii="Calibri" w:hAnsi="Calibri" w:eastAsia="Calibri"/>
          <w:b w:val="0"/>
          <w:i w:val="0"/>
          <w:color w:val="A02828"/>
          <w:sz w:val="22"/>
        </w:rPr>
        <w:t>D. [WRONG] Vocal cord dysfunction as the sole diagnosis</w:t>
      </w:r>
    </w:p>
    <w:p>
      <w:pPr>
        <w:spacing w:before="0" w:after="20" w:line="259" w:lineRule="auto"/>
      </w:pPr>
      <w:r>
        <w:rPr>
          <w:rFonts w:ascii="Calibri" w:hAnsi="Calibri" w:eastAsia="Calibri"/>
          <w:b w:val="0"/>
          <w:i/>
          <w:color w:val="282828"/>
          <w:sz w:val="22"/>
        </w:rPr>
        <w:t>Bay: Raised PaCO2 and a silent chest are not VCD alone.</w:t>
      </w:r>
    </w:p>
    <w:p>
      <w:pPr>
        <w:spacing w:before="120" w:after="20" w:line="259" w:lineRule="auto"/>
        <w:shd w:fill="F8E8E8" w:val="clear"/>
      </w:pPr>
      <w:r>
        <w:rPr>
          <w:rFonts w:ascii="Calibri" w:hAnsi="Calibri" w:eastAsia="Calibri"/>
          <w:b w:val="0"/>
          <w:i w:val="0"/>
          <w:color w:val="A02828"/>
          <w:sz w:val="22"/>
        </w:rPr>
        <w:t>E. [WRONG] Primary spontaneous pneumothorax</w:t>
      </w:r>
    </w:p>
    <w:p>
      <w:pPr>
        <w:spacing w:before="0" w:after="20" w:line="259" w:lineRule="auto"/>
      </w:pPr>
      <w:r>
        <w:rPr>
          <w:rFonts w:ascii="Calibri" w:hAnsi="Calibri" w:eastAsia="Calibri"/>
          <w:b w:val="0"/>
          <w:i/>
          <w:color w:val="282828"/>
          <w:sz w:val="22"/>
        </w:rPr>
        <w:t>Bay: The film was hyperinflated without a pneumothorax.</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Life-threatening acute asthma</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Single words, exhaustion, silent chest</w:t>
      </w:r>
    </w:p>
    <w:p>
      <w:pPr>
        <w:spacing w:before="0" w:after="40" w:line="259" w:lineRule="auto"/>
      </w:pPr>
      <w:r>
        <w:rPr>
          <w:rFonts w:ascii="Calibri" w:hAnsi="Calibri" w:eastAsia="Calibri"/>
          <w:b w:val="0"/>
          <w:i w:val="0"/>
          <w:sz w:val="22"/>
        </w:rPr>
        <w:t>• SpO2 90% on 15 L, tachycardia</w:t>
      </w:r>
    </w:p>
    <w:p>
      <w:pPr>
        <w:spacing w:before="0" w:after="40" w:line="259" w:lineRule="auto"/>
      </w:pPr>
      <w:r>
        <w:rPr>
          <w:rFonts w:ascii="Calibri" w:hAnsi="Calibri" w:eastAsia="Calibri"/>
          <w:b w:val="0"/>
          <w:i w:val="0"/>
          <w:sz w:val="22"/>
        </w:rPr>
        <w:t>• Raised PaCO2 on ABG — not reassuring in asthma</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ABG (normal/high PaCO2 = life-threatening)</w:t>
      </w:r>
    </w:p>
    <w:p>
      <w:pPr>
        <w:spacing w:before="0" w:after="40" w:line="259" w:lineRule="auto"/>
      </w:pPr>
      <w:r>
        <w:rPr>
          <w:rFonts w:ascii="Calibri" w:hAnsi="Calibri" w:eastAsia="Calibri"/>
          <w:b w:val="0"/>
          <w:i w:val="0"/>
          <w:sz w:val="22"/>
        </w:rPr>
        <w:t>• CXR if suspected pneumothorax or poor response — do not delay treatment</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Oxygen to 94–98%</w:t>
      </w:r>
    </w:p>
    <w:p>
      <w:pPr>
        <w:spacing w:before="0" w:after="40" w:line="259" w:lineRule="auto"/>
      </w:pPr>
      <w:r>
        <w:rPr>
          <w:rFonts w:ascii="Calibri" w:hAnsi="Calibri" w:eastAsia="Calibri"/>
          <w:b w:val="0"/>
          <w:i w:val="0"/>
          <w:sz w:val="22"/>
        </w:rPr>
        <w:t>• Continuous oxygen-driven salbutamol, ipratropium 500 mcg</w:t>
      </w:r>
    </w:p>
    <w:p>
      <w:pPr>
        <w:spacing w:before="0" w:after="40" w:line="259" w:lineRule="auto"/>
      </w:pPr>
      <w:r>
        <w:rPr>
          <w:rFonts w:ascii="Calibri" w:hAnsi="Calibri" w:eastAsia="Calibri"/>
          <w:b w:val="0"/>
          <w:i w:val="0"/>
          <w:sz w:val="22"/>
        </w:rPr>
        <w:t>• Steroids immediately, magnesium 1.2–2 g IV</w:t>
      </w:r>
    </w:p>
    <w:p>
      <w:pPr>
        <w:spacing w:before="0" w:after="40" w:line="259" w:lineRule="auto"/>
      </w:pPr>
      <w:r>
        <w:rPr>
          <w:rFonts w:ascii="Calibri" w:hAnsi="Calibri" w:eastAsia="Calibri"/>
          <w:b w:val="0"/>
          <w:i w:val="0"/>
          <w:sz w:val="22"/>
        </w:rPr>
        <w:t>• Call ICU early; never sedate</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NICE NG245 Asthma</w:t>
      </w:r>
    </w:p>
    <w:p>
      <w:pPr>
        <w:spacing w:before="0" w:after="40" w:line="259" w:lineRule="auto"/>
      </w:pPr>
      <w:r>
        <w:rPr>
          <w:rFonts w:ascii="Calibri" w:hAnsi="Calibri" w:eastAsia="Calibri"/>
          <w:b w:val="0"/>
          <w:i w:val="0"/>
          <w:sz w:val="22"/>
        </w:rPr>
        <w:t>• BTS/SIGN</w:t>
      </w:r>
    </w:p>
    <w:p>
      <w:pPr>
        <w:spacing w:before="0" w:after="40" w:line="259" w:lineRule="auto"/>
      </w:pPr>
      <w:r>
        <w:rPr>
          <w:rFonts w:ascii="Calibri" w:hAnsi="Calibri" w:eastAsia="Calibri"/>
          <w:b w:val="0"/>
          <w:i w:val="0"/>
          <w:sz w:val="22"/>
        </w:rPr>
        <w:t>• RCEM acute asthma in adults</w:t>
      </w:r>
    </w:p>
    <w:p>
      <w:r>
        <w:br w:type="page"/>
      </w:r>
    </w:p>
    <w:p>
      <w:pPr>
        <w:spacing w:before="120" w:after="160" w:line="259" w:lineRule="auto"/>
      </w:pPr>
      <w:r>
        <w:rPr>
          <w:rFonts w:ascii="Calibri" w:hAnsi="Calibri" w:eastAsia="Calibri"/>
          <w:b/>
          <w:i w:val="0"/>
          <w:color w:val="0C0E10"/>
          <w:sz w:val="36"/>
        </w:rPr>
        <w:t>Case 05 — Meningococcal septicaemia</w:t>
      </w:r>
    </w:p>
    <w:p>
      <w:pPr>
        <w:spacing w:before="0" w:after="40" w:line="259" w:lineRule="auto"/>
      </w:pPr>
      <w:r>
        <w:rPr>
          <w:rFonts w:ascii="Calibri" w:hAnsi="Calibri" w:eastAsia="Calibri"/>
          <w:b w:val="0"/>
          <w:i/>
          <w:color w:val="5A5A5A"/>
          <w:sz w:val="20"/>
        </w:rPr>
        <w:t>buzzer · Emergency buzzer — waiting room · rhythm sinus-tach</w:t>
      </w:r>
    </w:p>
    <w:p>
      <w:pPr>
        <w:spacing w:before="0" w:after="40" w:line="259" w:lineRule="auto"/>
      </w:pPr>
      <w:r>
        <w:rPr>
          <w:rFonts w:ascii="Calibri" w:hAnsi="Calibri" w:eastAsia="Calibri"/>
          <w:b w:val="0"/>
          <w:i/>
          <w:color w:val="5A5A5A"/>
          <w:sz w:val="20"/>
        </w:rPr>
        <w:t>HR 126   BP 84/48   RR 28   SpO2 94%   temp 38.9   GCS 14   BM 5.2</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Emergency buzzer — waiting room.</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Security are holding the automatic doors. A 19-year-old man who was in the queue with a headache and vomiting has slumped against the wall. The triage nurse is on the floor with him.</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"He's mottled. There's a rash on his legs. I need him in resus now."</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no stridor, no swelling. Talking, confused.</w:t>
      </w:r>
    </w:p>
    <w:p>
      <w:pPr>
        <w:spacing w:before="0" w:after="40" w:line="259" w:lineRule="auto"/>
      </w:pPr>
      <w:r>
        <w:rPr>
          <w:rFonts w:ascii="Calibri" w:hAnsi="Calibri" w:eastAsia="Calibri"/>
          <w:b w:val="0"/>
          <w:i w:val="0"/>
          <w:sz w:val="22"/>
        </w:rPr>
        <w:t>B — RR 28, equal air entry, no crackles, SpO2 94% air. Trachea central.</w:t>
      </w:r>
    </w:p>
    <w:p>
      <w:pPr>
        <w:spacing w:before="0" w:after="40" w:line="259" w:lineRule="auto"/>
      </w:pPr>
      <w:r>
        <w:rPr>
          <w:rFonts w:ascii="Calibri" w:hAnsi="Calibri" w:eastAsia="Calibri"/>
          <w:b w:val="0"/>
          <w:i w:val="0"/>
          <w:sz w:val="22"/>
        </w:rPr>
        <w:t>C — HR 126, BP 84/48, CRT 5 s, mottled. Heart sounds normal.</w:t>
      </w:r>
    </w:p>
    <w:p>
      <w:pPr>
        <w:spacing w:before="0" w:after="40" w:line="259" w:lineRule="auto"/>
      </w:pPr>
      <w:r>
        <w:rPr>
          <w:rFonts w:ascii="Calibri" w:hAnsi="Calibri" w:eastAsia="Calibri"/>
          <w:b w:val="0"/>
          <w:i w:val="0"/>
          <w:sz w:val="22"/>
        </w:rPr>
        <w:t>D — GCS 14 (E4 V4 M6), BM 5.2, photophobia, no focal weakness. Neck stiff.</w:t>
      </w:r>
    </w:p>
    <w:p>
      <w:pPr>
        <w:spacing w:before="0" w:after="40" w:line="259" w:lineRule="auto"/>
      </w:pPr>
      <w:r>
        <w:rPr>
          <w:rFonts w:ascii="Calibri" w:hAnsi="Calibri" w:eastAsia="Calibri"/>
          <w:b w:val="0"/>
          <w:i w:val="0"/>
          <w:sz w:val="22"/>
        </w:rPr>
        <w:t>E — non-blanching purpura over both shins and one palm. Temp 38.9. No medic-alert.</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He is on the trolley. The rash does not blanche under a glass.</w:t>
      </w:r>
    </w:p>
    <w:p>
      <w:pPr>
        <w:spacing w:before="120" w:after="20" w:line="259" w:lineRule="auto"/>
        <w:shd w:fill="E8F5EC" w:val="clear"/>
      </w:pPr>
      <w:r>
        <w:rPr>
          <w:rFonts w:ascii="Calibri" w:hAnsi="Calibri" w:eastAsia="Calibri"/>
          <w:b/>
          <w:i w:val="0"/>
          <w:color w:val="146E3C"/>
          <w:sz w:val="22"/>
        </w:rPr>
        <w:t>A. [CORRECT] Intravenous ceftriaxone</w:t>
      </w:r>
    </w:p>
    <w:p>
      <w:pPr>
        <w:spacing w:before="0" w:after="20" w:line="259" w:lineRule="auto"/>
      </w:pPr>
      <w:r>
        <w:rPr>
          <w:rFonts w:ascii="Calibri" w:hAnsi="Calibri" w:eastAsia="Calibri"/>
          <w:b w:val="0"/>
          <w:i/>
          <w:color w:val="282828"/>
          <w:sz w:val="22"/>
        </w:rPr>
        <w:t>Bay: Oxygen on, cultures off the first cannula, ceftriaxone going in. Clock stopped for antibiotics.</w:t>
      </w:r>
    </w:p>
    <w:p>
      <w:pPr>
        <w:spacing w:before="0" w:after="40" w:line="259" w:lineRule="auto"/>
      </w:pPr>
      <w:r>
        <w:rPr>
          <w:rFonts w:ascii="Calibri" w:hAnsi="Calibri" w:eastAsia="Calibri"/>
          <w:b w:val="0"/>
          <w:i/>
          <w:color w:val="5A4614"/>
          <w:sz w:val="20"/>
        </w:rPr>
        <w:t>Reaction: spo2 +3, O2 15 L</w:t>
      </w:r>
    </w:p>
    <w:p>
      <w:pPr>
        <w:spacing w:before="80" w:after="40" w:line="259" w:lineRule="auto"/>
      </w:pPr>
      <w:r>
        <w:rPr>
          <w:rFonts w:ascii="Calibri" w:hAnsi="Calibri" w:eastAsia="Calibri"/>
          <w:b/>
          <w:i w:val="0"/>
          <w:color w:val="46326E"/>
          <w:sz w:val="22"/>
        </w:rPr>
        <w:t xml:space="preserve">    Follow-up: What dose?</w:t>
      </w:r>
    </w:p>
    <w:p>
      <w:pPr>
        <w:spacing w:before="120" w:after="20" w:line="259" w:lineRule="auto"/>
        <w:shd w:fill="E8F5EC" w:val="clear"/>
      </w:pPr>
      <w:r>
        <w:rPr>
          <w:rFonts w:ascii="Calibri" w:hAnsi="Calibri" w:eastAsia="Calibri"/>
          <w:b/>
          <w:i w:val="0"/>
          <w:color w:val="146E3C"/>
          <w:sz w:val="22"/>
        </w:rPr>
        <w:t xml:space="preserve">    A. [CORRECT] Ceftriaxone 2 g IV immediately</w:t>
      </w:r>
    </w:p>
    <w:p>
      <w:pPr>
        <w:spacing w:before="0" w:after="20" w:line="259" w:lineRule="auto"/>
      </w:pPr>
      <w:r>
        <w:rPr>
          <w:rFonts w:ascii="Calibri" w:hAnsi="Calibri" w:eastAsia="Calibri"/>
          <w:b w:val="0"/>
          <w:i/>
          <w:color w:val="282828"/>
          <w:sz w:val="22"/>
        </w:rPr>
        <w:t xml:space="preserve">       Bay: Do not delay for imaging or CSF. Cultures off the first cannula if it does not delay drugs.</w:t>
      </w:r>
    </w:p>
    <w:p>
      <w:pPr>
        <w:spacing w:before="120" w:after="20" w:line="259" w:lineRule="auto"/>
        <w:shd w:fill="F8E8E8" w:val="clear"/>
      </w:pPr>
      <w:r>
        <w:rPr>
          <w:rFonts w:ascii="Calibri" w:hAnsi="Calibri" w:eastAsia="Calibri"/>
          <w:b w:val="0"/>
          <w:i w:val="0"/>
          <w:color w:val="A02828"/>
          <w:sz w:val="22"/>
        </w:rPr>
        <w:t xml:space="preserve">    B. [WRONG] Ceftriaxone 1 g IV</w:t>
      </w:r>
    </w:p>
    <w:p>
      <w:pPr>
        <w:spacing w:before="0" w:after="20" w:line="259" w:lineRule="auto"/>
      </w:pPr>
      <w:r>
        <w:rPr>
          <w:rFonts w:ascii="Calibri" w:hAnsi="Calibri" w:eastAsia="Calibri"/>
          <w:b w:val="0"/>
          <w:i/>
          <w:color w:val="282828"/>
          <w:sz w:val="22"/>
        </w:rPr>
        <w:t xml:space="preserve">       Bay: Adult meningococcal/meningitis dose is 2 g IV.</w:t>
      </w:r>
    </w:p>
    <w:p>
      <w:pPr>
        <w:spacing w:before="120" w:after="20" w:line="259" w:lineRule="auto"/>
        <w:shd w:fill="F8E8E8" w:val="clear"/>
      </w:pPr>
      <w:r>
        <w:rPr>
          <w:rFonts w:ascii="Calibri" w:hAnsi="Calibri" w:eastAsia="Calibri"/>
          <w:b w:val="0"/>
          <w:i w:val="0"/>
          <w:color w:val="A02828"/>
          <w:sz w:val="22"/>
        </w:rPr>
        <w:t xml:space="preserve">    C. [WRONG] Cefotaxime 1 g IV</w:t>
      </w:r>
    </w:p>
    <w:p>
      <w:pPr>
        <w:spacing w:before="0" w:after="20" w:line="259" w:lineRule="auto"/>
      </w:pPr>
      <w:r>
        <w:rPr>
          <w:rFonts w:ascii="Calibri" w:hAnsi="Calibri" w:eastAsia="Calibri"/>
          <w:b w:val="0"/>
          <w:i/>
          <w:color w:val="282828"/>
          <w:sz w:val="22"/>
        </w:rPr>
        <w:t xml:space="preserve">       Bay: Underdose. Adult is typically 2 g IV.</w:t>
      </w:r>
    </w:p>
    <w:p>
      <w:pPr>
        <w:spacing w:before="120" w:after="20" w:line="259" w:lineRule="auto"/>
        <w:shd w:fill="F8E8E8" w:val="clear"/>
      </w:pPr>
      <w:r>
        <w:rPr>
          <w:rFonts w:ascii="Calibri" w:hAnsi="Calibri" w:eastAsia="Calibri"/>
          <w:b w:val="0"/>
          <w:i w:val="0"/>
          <w:color w:val="A02828"/>
          <w:sz w:val="22"/>
        </w:rPr>
        <w:t xml:space="preserve">    D. [WRONG] Benzylpenicillin 1.2 g IV as the sole ED dose</w:t>
      </w:r>
    </w:p>
    <w:p>
      <w:pPr>
        <w:spacing w:before="0" w:after="20" w:line="259" w:lineRule="auto"/>
      </w:pPr>
      <w:r>
        <w:rPr>
          <w:rFonts w:ascii="Calibri" w:hAnsi="Calibri" w:eastAsia="Calibri"/>
          <w:b w:val="0"/>
          <w:i/>
          <w:color w:val="282828"/>
          <w:sz w:val="22"/>
        </w:rPr>
        <w:t xml:space="preserve">       Bay: That is a pre-hospital delayed-transfer dose. In ED give ceftriaxone 2 g.</w:t>
      </w:r>
    </w:p>
    <w:p>
      <w:pPr>
        <w:spacing w:before="120" w:after="20" w:line="259" w:lineRule="auto"/>
        <w:shd w:fill="F8E8E8" w:val="clear"/>
      </w:pPr>
      <w:r>
        <w:rPr>
          <w:rFonts w:ascii="Calibri" w:hAnsi="Calibri" w:eastAsia="Calibri"/>
          <w:b w:val="0"/>
          <w:i w:val="0"/>
          <w:color w:val="A02828"/>
          <w:sz w:val="22"/>
        </w:rPr>
        <w:t xml:space="preserve">    E. [WRONG] Ceftriaxone 2 g IM</w:t>
      </w:r>
    </w:p>
    <w:p>
      <w:pPr>
        <w:spacing w:before="0" w:after="20" w:line="259" w:lineRule="auto"/>
      </w:pPr>
      <w:r>
        <w:rPr>
          <w:rFonts w:ascii="Calibri" w:hAnsi="Calibri" w:eastAsia="Calibri"/>
          <w:b w:val="0"/>
          <w:i/>
          <w:color w:val="282828"/>
          <w:sz w:val="22"/>
        </w:rPr>
        <w:t xml:space="preserve">       Bay: He has access and shock. Give it IV.</w:t>
      </w:r>
    </w:p>
    <w:p>
      <w:pPr>
        <w:spacing w:before="120" w:after="20" w:line="259" w:lineRule="auto"/>
        <w:shd w:fill="F8E8E8" w:val="clear"/>
      </w:pPr>
      <w:r>
        <w:rPr>
          <w:rFonts w:ascii="Calibri" w:hAnsi="Calibri" w:eastAsia="Calibri"/>
          <w:b w:val="0"/>
          <w:i w:val="0"/>
          <w:color w:val="A02828"/>
          <w:sz w:val="22"/>
        </w:rPr>
        <w:t>B. [WRONG] Intravenous benzylpenicillin</w:t>
      </w:r>
    </w:p>
    <w:p>
      <w:pPr>
        <w:spacing w:before="0" w:after="20" w:line="259" w:lineRule="auto"/>
      </w:pPr>
      <w:r>
        <w:rPr>
          <w:rFonts w:ascii="Calibri" w:hAnsi="Calibri" w:eastAsia="Calibri"/>
          <w:b w:val="0"/>
          <w:i/>
          <w:color w:val="282828"/>
          <w:sz w:val="22"/>
        </w:rPr>
        <w:t>Bay: 1.2 g benzylpenicillin is a pre-hospital delayed-transfer dose. In ED with access, give ceftriaxone 2 g now.</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Intravenous cefotaxime</w:t>
      </w:r>
    </w:p>
    <w:p>
      <w:pPr>
        <w:spacing w:before="0" w:after="20" w:line="259" w:lineRule="auto"/>
      </w:pPr>
      <w:r>
        <w:rPr>
          <w:rFonts w:ascii="Calibri" w:hAnsi="Calibri" w:eastAsia="Calibri"/>
          <w:b w:val="0"/>
          <w:i/>
          <w:color w:val="282828"/>
          <w:sz w:val="22"/>
        </w:rPr>
        <w:t>Bay: Acceptable alternative in some protocols, but the listed first ED dose here is ceftriaxone 2 g — and do not delay for CSF.</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Intramuscular ceftriaxone</w:t>
      </w:r>
    </w:p>
    <w:p>
      <w:pPr>
        <w:spacing w:before="0" w:after="20" w:line="259" w:lineRule="auto"/>
      </w:pPr>
      <w:r>
        <w:rPr>
          <w:rFonts w:ascii="Calibri" w:hAnsi="Calibri" w:eastAsia="Calibri"/>
          <w:b w:val="0"/>
          <w:i/>
          <w:color w:val="282828"/>
          <w:sz w:val="22"/>
        </w:rPr>
        <w:t>Bay: He has access and shock. Give it IV, not IM.</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Hold antibiotics for lumbar puncture</w:t>
      </w:r>
    </w:p>
    <w:p>
      <w:pPr>
        <w:spacing w:before="0" w:after="20" w:line="259" w:lineRule="auto"/>
      </w:pPr>
      <w:r>
        <w:rPr>
          <w:rFonts w:ascii="Calibri" w:hAnsi="Calibri" w:eastAsia="Calibri"/>
          <w:b w:val="0"/>
          <w:i/>
          <w:color w:val="282828"/>
          <w:sz w:val="22"/>
        </w:rPr>
        <w:t>Bay: He is shocked. LP is not a first move and must not delay antimicrobials.</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Antibiotics are in. He is still hypotensive.</w:t>
      </w:r>
    </w:p>
    <w:p>
      <w:pPr>
        <w:spacing w:before="120" w:after="20" w:line="259" w:lineRule="auto"/>
        <w:shd w:fill="E8F5EC" w:val="clear"/>
      </w:pPr>
      <w:r>
        <w:rPr>
          <w:rFonts w:ascii="Calibri" w:hAnsi="Calibri" w:eastAsia="Calibri"/>
          <w:b/>
          <w:i w:val="0"/>
          <w:color w:val="146E3C"/>
          <w:sz w:val="22"/>
        </w:rPr>
        <w:t>A. [CORRECT] Crystalloid bolus, isolate, call ICU</w:t>
      </w:r>
    </w:p>
    <w:p>
      <w:pPr>
        <w:spacing w:before="0" w:after="20" w:line="259" w:lineRule="auto"/>
      </w:pPr>
      <w:r>
        <w:rPr>
          <w:rFonts w:ascii="Calibri" w:hAnsi="Calibri" w:eastAsia="Calibri"/>
          <w:b w:val="0"/>
          <w:i/>
          <w:color w:val="282828"/>
          <w:sz w:val="22"/>
        </w:rPr>
        <w:t>Bay: Fluid up, doors closed, masks on. ICU bleeped.</w:t>
      </w:r>
    </w:p>
    <w:p>
      <w:pPr>
        <w:spacing w:before="0" w:after="40" w:line="259" w:lineRule="auto"/>
      </w:pPr>
      <w:r>
        <w:rPr>
          <w:rFonts w:ascii="Calibri" w:hAnsi="Calibri" w:eastAsia="Calibri"/>
          <w:b w:val="0"/>
          <w:i/>
          <w:color w:val="5A4614"/>
          <w:sz w:val="20"/>
        </w:rPr>
        <w:t>Reaction: hr -6, sbp +10</w:t>
      </w:r>
    </w:p>
    <w:p>
      <w:pPr>
        <w:spacing w:before="80" w:after="40" w:line="259" w:lineRule="auto"/>
      </w:pPr>
      <w:r>
        <w:rPr>
          <w:rFonts w:ascii="Calibri" w:hAnsi="Calibri" w:eastAsia="Calibri"/>
          <w:b/>
          <w:i w:val="0"/>
          <w:color w:val="46326E"/>
          <w:sz w:val="22"/>
        </w:rPr>
        <w:t xml:space="preserve">    Follow-up: What volume?</w:t>
      </w:r>
    </w:p>
    <w:p>
      <w:pPr>
        <w:spacing w:before="120" w:after="20" w:line="259" w:lineRule="auto"/>
        <w:shd w:fill="E8F5EC" w:val="clear"/>
      </w:pPr>
      <w:r>
        <w:rPr>
          <w:rFonts w:ascii="Calibri" w:hAnsi="Calibri" w:eastAsia="Calibri"/>
          <w:b/>
          <w:i w:val="0"/>
          <w:color w:val="146E3C"/>
          <w:sz w:val="22"/>
        </w:rPr>
        <w:t xml:space="preserve">    A. [CORRECT] 500 mL crystalloid bolus, then reassess</w:t>
      </w:r>
    </w:p>
    <w:p>
      <w:pPr>
        <w:spacing w:before="0" w:after="20" w:line="259" w:lineRule="auto"/>
      </w:pPr>
      <w:r>
        <w:rPr>
          <w:rFonts w:ascii="Calibri" w:hAnsi="Calibri" w:eastAsia="Calibri"/>
          <w:b w:val="0"/>
          <w:i/>
          <w:color w:val="282828"/>
          <w:sz w:val="22"/>
        </w:rPr>
        <w:t xml:space="preserve">       Bay: Sepsis Six: 500 mL aliquots. Isolate and get ICU.</w:t>
      </w:r>
    </w:p>
    <w:p>
      <w:pPr>
        <w:spacing w:before="120" w:after="20" w:line="259" w:lineRule="auto"/>
        <w:shd w:fill="F8E8E8" w:val="clear"/>
      </w:pPr>
      <w:r>
        <w:rPr>
          <w:rFonts w:ascii="Calibri" w:hAnsi="Calibri" w:eastAsia="Calibri"/>
          <w:b w:val="0"/>
          <w:i w:val="0"/>
          <w:color w:val="A02828"/>
          <w:sz w:val="22"/>
        </w:rPr>
        <w:t xml:space="preserve">    B. [WRONG] 100 mL/h maintenance only</w:t>
      </w:r>
    </w:p>
    <w:p>
      <w:pPr>
        <w:spacing w:before="0" w:after="20" w:line="259" w:lineRule="auto"/>
      </w:pPr>
      <w:r>
        <w:rPr>
          <w:rFonts w:ascii="Calibri" w:hAnsi="Calibri" w:eastAsia="Calibri"/>
          <w:b w:val="0"/>
          <w:i/>
          <w:color w:val="282828"/>
          <w:sz w:val="22"/>
        </w:rPr>
        <w:t xml:space="preserve">       Bay: He is in septic shock. He needs a bolus.</w:t>
      </w:r>
    </w:p>
    <w:p>
      <w:pPr>
        <w:spacing w:before="120" w:after="20" w:line="259" w:lineRule="auto"/>
        <w:shd w:fill="F8E8E8" w:val="clear"/>
      </w:pPr>
      <w:r>
        <w:rPr>
          <w:rFonts w:ascii="Calibri" w:hAnsi="Calibri" w:eastAsia="Calibri"/>
          <w:b w:val="0"/>
          <w:i w:val="0"/>
          <w:color w:val="A02828"/>
          <w:sz w:val="22"/>
        </w:rPr>
        <w:t xml:space="preserve">    C. [WRONG] 20 mL/kg of 5% albumin as first fluid</w:t>
      </w:r>
    </w:p>
    <w:p>
      <w:pPr>
        <w:spacing w:before="0" w:after="20" w:line="259" w:lineRule="auto"/>
      </w:pPr>
      <w:r>
        <w:rPr>
          <w:rFonts w:ascii="Calibri" w:hAnsi="Calibri" w:eastAsia="Calibri"/>
          <w:b w:val="0"/>
          <w:i/>
          <w:color w:val="282828"/>
          <w:sz w:val="22"/>
        </w:rPr>
        <w:t xml:space="preserve">       Bay: Crystalloid first.</w:t>
      </w:r>
    </w:p>
    <w:p>
      <w:pPr>
        <w:spacing w:before="120" w:after="20" w:line="259" w:lineRule="auto"/>
        <w:shd w:fill="F8E8E8" w:val="clear"/>
      </w:pPr>
      <w:r>
        <w:rPr>
          <w:rFonts w:ascii="Calibri" w:hAnsi="Calibri" w:eastAsia="Calibri"/>
          <w:b w:val="0"/>
          <w:i w:val="0"/>
          <w:color w:val="A02828"/>
          <w:sz w:val="22"/>
        </w:rPr>
        <w:t xml:space="preserve">    D. [WRONG] 2 L colloid as a single unassessed bolus</w:t>
      </w:r>
    </w:p>
    <w:p>
      <w:pPr>
        <w:spacing w:before="0" w:after="20" w:line="259" w:lineRule="auto"/>
      </w:pPr>
      <w:r>
        <w:rPr>
          <w:rFonts w:ascii="Calibri" w:hAnsi="Calibri" w:eastAsia="Calibri"/>
          <w:b w:val="0"/>
          <w:i/>
          <w:color w:val="282828"/>
          <w:sz w:val="22"/>
        </w:rPr>
        <w:t xml:space="preserve">       Bay: Give 500 mL, reassess, repeat. Do not dump 2 L of colloid.</w:t>
      </w:r>
    </w:p>
    <w:p>
      <w:pPr>
        <w:spacing w:before="120" w:after="20" w:line="259" w:lineRule="auto"/>
        <w:shd w:fill="F8E8E8" w:val="clear"/>
      </w:pPr>
      <w:r>
        <w:rPr>
          <w:rFonts w:ascii="Calibri" w:hAnsi="Calibri" w:eastAsia="Calibri"/>
          <w:b w:val="0"/>
          <w:i w:val="0"/>
          <w:color w:val="A02828"/>
          <w:sz w:val="22"/>
        </w:rPr>
        <w:t xml:space="preserve">    E. [WRONG] No fluid until a central line is in</w:t>
      </w:r>
    </w:p>
    <w:p>
      <w:pPr>
        <w:spacing w:before="0" w:after="20" w:line="259" w:lineRule="auto"/>
      </w:pPr>
      <w:r>
        <w:rPr>
          <w:rFonts w:ascii="Calibri" w:hAnsi="Calibri" w:eastAsia="Calibri"/>
          <w:b w:val="0"/>
          <w:i/>
          <w:color w:val="282828"/>
          <w:sz w:val="22"/>
        </w:rPr>
        <w:t xml:space="preserve">       Bay: Peripheral large-bore is enough for the first boluses.</w:t>
      </w:r>
    </w:p>
    <w:p>
      <w:pPr>
        <w:spacing w:before="120" w:after="20" w:line="259" w:lineRule="auto"/>
        <w:shd w:fill="F8E8E8" w:val="clear"/>
      </w:pPr>
      <w:r>
        <w:rPr>
          <w:rFonts w:ascii="Calibri" w:hAnsi="Calibri" w:eastAsia="Calibri"/>
          <w:b w:val="0"/>
          <w:i w:val="0"/>
          <w:color w:val="A02828"/>
          <w:sz w:val="22"/>
        </w:rPr>
        <w:t>B. [WRONG] Withhold fluid</w:t>
      </w:r>
    </w:p>
    <w:p>
      <w:pPr>
        <w:spacing w:before="0" w:after="20" w:line="259" w:lineRule="auto"/>
      </w:pPr>
      <w:r>
        <w:rPr>
          <w:rFonts w:ascii="Calibri" w:hAnsi="Calibri" w:eastAsia="Calibri"/>
          <w:b w:val="0"/>
          <w:i/>
          <w:color w:val="282828"/>
          <w:sz w:val="22"/>
        </w:rPr>
        <w:t>Bay: He is vasodilated and leaking. This is septic shock — fill him, then call ICU for vasopressors.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Dexamethasone instead of resuscitation</w:t>
      </w:r>
    </w:p>
    <w:p>
      <w:pPr>
        <w:spacing w:before="0" w:after="20" w:line="259" w:lineRule="auto"/>
      </w:pPr>
      <w:r>
        <w:rPr>
          <w:rFonts w:ascii="Calibri" w:hAnsi="Calibri" w:eastAsia="Calibri"/>
          <w:b w:val="0"/>
          <w:i/>
          <w:color w:val="282828"/>
          <w:sz w:val="22"/>
        </w:rPr>
        <w:t>Bay: Steroid is not a substitute for volume, source control with antibiotics already in, and ICU.</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Noradrenaline before any fluid</w:t>
      </w:r>
    </w:p>
    <w:p>
      <w:pPr>
        <w:spacing w:before="0" w:after="20" w:line="259" w:lineRule="auto"/>
      </w:pPr>
      <w:r>
        <w:rPr>
          <w:rFonts w:ascii="Calibri" w:hAnsi="Calibri" w:eastAsia="Calibri"/>
          <w:b w:val="0"/>
          <w:i/>
          <w:color w:val="282828"/>
          <w:sz w:val="22"/>
        </w:rPr>
        <w:t>Bay: In distributive shock give volume first. Vasopressors follow with ICU if he stays hypotensive after fluid.</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Meropenem and vancomycin</w:t>
      </w:r>
    </w:p>
    <w:p>
      <w:pPr>
        <w:spacing w:before="0" w:after="20" w:line="259" w:lineRule="auto"/>
      </w:pPr>
      <w:r>
        <w:rPr>
          <w:rFonts w:ascii="Calibri" w:hAnsi="Calibri" w:eastAsia="Calibri"/>
          <w:b w:val="0"/>
          <w:i/>
          <w:color w:val="282828"/>
          <w:sz w:val="22"/>
        </w:rPr>
        <w:t>Bay: Community meningococcal disease is covered by ceftriaxone. Finish fluid, lactate and urine output rather than broadening blindly.</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Isolation is up. Send tests from the bay.</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7.27  pCO2 3.8  HCO3 14  BE −12  lactate 6.8  K+ 3.6  Hb 138</w:t>
      </w:r>
    </w:p>
    <w:p>
      <w:pPr>
        <w:spacing w:before="0" w:after="40" w:line="259" w:lineRule="auto"/>
      </w:pPr>
      <w:r>
        <w:rPr>
          <w:rFonts w:ascii="Calibri" w:hAnsi="Calibri" w:eastAsia="Calibri"/>
          <w:b w:val="0"/>
          <w:i w:val="0"/>
          <w:sz w:val="22"/>
        </w:rPr>
        <w:t>Lactate 6.8 — septic shock. Keep going with Sepsis Six.</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5.2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sinus-tach</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Trace protein. No nitrites. Dark.</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138   WCC 18.4   Plt 62</w:t>
      </w:r>
    </w:p>
    <w:p>
      <w:pPr>
        <w:spacing w:before="0" w:after="40" w:line="259" w:lineRule="auto"/>
      </w:pPr>
      <w:r>
        <w:rPr>
          <w:rFonts w:ascii="Calibri" w:hAnsi="Calibri" w:eastAsia="Calibri"/>
          <w:b w:val="0"/>
          <w:i w:val="0"/>
          <w:sz w:val="22"/>
        </w:rPr>
        <w:t>crp: 212 mg/L</w:t>
      </w:r>
    </w:p>
    <w:p>
      <w:pPr>
        <w:spacing w:before="0" w:after="40" w:line="259" w:lineRule="auto"/>
      </w:pPr>
      <w:r>
        <w:rPr>
          <w:rFonts w:ascii="Calibri" w:hAnsi="Calibri" w:eastAsia="Calibri"/>
          <w:b w:val="0"/>
          <w:i w:val="0"/>
          <w:sz w:val="22"/>
        </w:rPr>
        <w:t>coag: PT 18 s   APTT 48 s</w:t>
      </w:r>
    </w:p>
    <w:p>
      <w:pPr>
        <w:spacing w:before="0" w:after="40" w:line="259" w:lineRule="auto"/>
      </w:pPr>
      <w:r>
        <w:rPr>
          <w:rFonts w:ascii="Calibri" w:hAnsi="Calibri" w:eastAsia="Calibri"/>
          <w:b w:val="0"/>
          <w:i w:val="0"/>
          <w:sz w:val="22"/>
        </w:rPr>
        <w:t>inr: 1.6</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He is still mottled and hypotensive. Review any results that have returned — then decide.</w:t>
      </w:r>
    </w:p>
    <w:p>
      <w:pPr>
        <w:spacing w:before="120" w:after="20" w:line="259" w:lineRule="auto"/>
        <w:shd w:fill="E8F5EC" w:val="clear"/>
      </w:pPr>
      <w:r>
        <w:rPr>
          <w:rFonts w:ascii="Calibri" w:hAnsi="Calibri" w:eastAsia="Calibri"/>
          <w:b/>
          <w:i w:val="0"/>
          <w:color w:val="146E3C"/>
          <w:sz w:val="22"/>
        </w:rPr>
        <w:t>A. [CORRECT] Further fluid, catheterise, stay with ICU</w:t>
      </w:r>
    </w:p>
    <w:p>
      <w:pPr>
        <w:spacing w:before="0" w:after="20" w:line="259" w:lineRule="auto"/>
      </w:pPr>
      <w:r>
        <w:rPr>
          <w:rFonts w:ascii="Calibri" w:hAnsi="Calibri" w:eastAsia="Calibri"/>
          <w:b w:val="0"/>
          <w:i/>
          <w:color w:val="282828"/>
          <w:sz w:val="22"/>
        </w:rPr>
        <w:t>Bay: Second bolus in, catheter in, ICU on the floor.</w:t>
      </w:r>
    </w:p>
    <w:p>
      <w:pPr>
        <w:spacing w:before="0" w:after="40" w:line="259" w:lineRule="auto"/>
      </w:pPr>
      <w:r>
        <w:rPr>
          <w:rFonts w:ascii="Calibri" w:hAnsi="Calibri" w:eastAsia="Calibri"/>
          <w:b w:val="0"/>
          <w:i/>
          <w:color w:val="5A4614"/>
          <w:sz w:val="20"/>
        </w:rPr>
        <w:t>Reaction: hr -10, sbp +12, gcs +1</w:t>
      </w:r>
    </w:p>
    <w:p>
      <w:pPr>
        <w:spacing w:before="80" w:after="40" w:line="259" w:lineRule="auto"/>
      </w:pPr>
      <w:r>
        <w:rPr>
          <w:rFonts w:ascii="Calibri" w:hAnsi="Calibri" w:eastAsia="Calibri"/>
          <w:b/>
          <w:i w:val="0"/>
          <w:color w:val="46326E"/>
          <w:sz w:val="22"/>
        </w:rPr>
        <w:t xml:space="preserve">    Follow-up: What next for perfusion?</w:t>
      </w:r>
    </w:p>
    <w:p>
      <w:pPr>
        <w:spacing w:before="120" w:after="20" w:line="259" w:lineRule="auto"/>
        <w:shd w:fill="E8F5EC" w:val="clear"/>
      </w:pPr>
      <w:r>
        <w:rPr>
          <w:rFonts w:ascii="Calibri" w:hAnsi="Calibri" w:eastAsia="Calibri"/>
          <w:b/>
          <w:i w:val="0"/>
          <w:color w:val="146E3C"/>
          <w:sz w:val="22"/>
        </w:rPr>
        <w:t xml:space="preserve">    A. [CORRECT] Further 500 mL crystalloid, catheterise, ICU at the trolley</w:t>
      </w:r>
    </w:p>
    <w:p>
      <w:pPr>
        <w:spacing w:before="0" w:after="20" w:line="259" w:lineRule="auto"/>
      </w:pPr>
      <w:r>
        <w:rPr>
          <w:rFonts w:ascii="Calibri" w:hAnsi="Calibri" w:eastAsia="Calibri"/>
          <w:b w:val="0"/>
          <w:i/>
          <w:color w:val="282828"/>
          <w:sz w:val="22"/>
        </w:rPr>
        <w:t xml:space="preserve">       Bay: Do not LP while shocked and coagulopathic.</w:t>
      </w:r>
    </w:p>
    <w:p>
      <w:pPr>
        <w:spacing w:before="120" w:after="20" w:line="259" w:lineRule="auto"/>
        <w:shd w:fill="F8E8E8" w:val="clear"/>
      </w:pPr>
      <w:r>
        <w:rPr>
          <w:rFonts w:ascii="Calibri" w:hAnsi="Calibri" w:eastAsia="Calibri"/>
          <w:b w:val="0"/>
          <w:i w:val="0"/>
          <w:color w:val="A02828"/>
          <w:sz w:val="22"/>
        </w:rPr>
        <w:t xml:space="preserve">    B. [WRONG] No further fluid — he has already had a bolus</w:t>
      </w:r>
    </w:p>
    <w:p>
      <w:pPr>
        <w:spacing w:before="0" w:after="20" w:line="259" w:lineRule="auto"/>
      </w:pPr>
      <w:r>
        <w:rPr>
          <w:rFonts w:ascii="Calibri" w:hAnsi="Calibri" w:eastAsia="Calibri"/>
          <w:b w:val="0"/>
          <w:i/>
          <w:color w:val="282828"/>
          <w:sz w:val="22"/>
        </w:rPr>
        <w:t xml:space="preserve">       Bay: Still hypotensive and mottled. Repeat 500 mL and get vasopressors with ICU.</w:t>
      </w:r>
    </w:p>
    <w:p>
      <w:pPr>
        <w:spacing w:before="120" w:after="20" w:line="259" w:lineRule="auto"/>
        <w:shd w:fill="F8E8E8" w:val="clear"/>
      </w:pPr>
      <w:r>
        <w:rPr>
          <w:rFonts w:ascii="Calibri" w:hAnsi="Calibri" w:eastAsia="Calibri"/>
          <w:b w:val="0"/>
          <w:i w:val="0"/>
          <w:color w:val="A02828"/>
          <w:sz w:val="22"/>
        </w:rPr>
        <w:t xml:space="preserve">    C. [WRONG] Lumbar puncture then a second bolus</w:t>
      </w:r>
    </w:p>
    <w:p>
      <w:pPr>
        <w:spacing w:before="0" w:after="20" w:line="259" w:lineRule="auto"/>
      </w:pPr>
      <w:r>
        <w:rPr>
          <w:rFonts w:ascii="Calibri" w:hAnsi="Calibri" w:eastAsia="Calibri"/>
          <w:b w:val="0"/>
          <w:i/>
          <w:color w:val="282828"/>
          <w:sz w:val="22"/>
        </w:rPr>
        <w:t xml:space="preserve">       Bay: Shocked, platelets 62, INR 1.6. LP later.</w:t>
      </w:r>
    </w:p>
    <w:p>
      <w:pPr>
        <w:spacing w:before="120" w:after="20" w:line="259" w:lineRule="auto"/>
        <w:shd w:fill="F8E8E8" w:val="clear"/>
      </w:pPr>
      <w:r>
        <w:rPr>
          <w:rFonts w:ascii="Calibri" w:hAnsi="Calibri" w:eastAsia="Calibri"/>
          <w:b w:val="0"/>
          <w:i w:val="0"/>
          <w:color w:val="A02828"/>
          <w:sz w:val="22"/>
        </w:rPr>
        <w:t xml:space="preserve">    D. [WRONG] Furosemide 40 mg IV to protect the brain</w:t>
      </w:r>
    </w:p>
    <w:p>
      <w:pPr>
        <w:spacing w:before="0" w:after="20" w:line="259" w:lineRule="auto"/>
      </w:pPr>
      <w:r>
        <w:rPr>
          <w:rFonts w:ascii="Calibri" w:hAnsi="Calibri" w:eastAsia="Calibri"/>
          <w:b w:val="0"/>
          <w:i/>
          <w:color w:val="282828"/>
          <w:sz w:val="22"/>
        </w:rPr>
        <w:t xml:space="preserve">       Bay: He is in septic shock, not APO. Do not diurese him.</w:t>
      </w:r>
    </w:p>
    <w:p>
      <w:pPr>
        <w:spacing w:before="120" w:after="20" w:line="259" w:lineRule="auto"/>
        <w:shd w:fill="F8E8E8" w:val="clear"/>
      </w:pPr>
      <w:r>
        <w:rPr>
          <w:rFonts w:ascii="Calibri" w:hAnsi="Calibri" w:eastAsia="Calibri"/>
          <w:b w:val="0"/>
          <w:i w:val="0"/>
          <w:color w:val="A02828"/>
          <w:sz w:val="22"/>
        </w:rPr>
        <w:t xml:space="preserve">    E. [WRONG] Packed red cells as the next bolus (Hb 138)</w:t>
      </w:r>
    </w:p>
    <w:p>
      <w:pPr>
        <w:spacing w:before="0" w:after="20" w:line="259" w:lineRule="auto"/>
      </w:pPr>
      <w:r>
        <w:rPr>
          <w:rFonts w:ascii="Calibri" w:hAnsi="Calibri" w:eastAsia="Calibri"/>
          <w:b w:val="0"/>
          <w:i/>
          <w:color w:val="282828"/>
          <w:sz w:val="22"/>
        </w:rPr>
        <w:t xml:space="preserve">       Bay: He does not need blood. He needs crystalloid and ICU.</w:t>
      </w:r>
    </w:p>
    <w:p>
      <w:pPr>
        <w:spacing w:before="120" w:after="20" w:line="259" w:lineRule="auto"/>
        <w:shd w:fill="F8E8E8" w:val="clear"/>
      </w:pPr>
      <w:r>
        <w:rPr>
          <w:rFonts w:ascii="Calibri" w:hAnsi="Calibri" w:eastAsia="Calibri"/>
          <w:b w:val="0"/>
          <w:i w:val="0"/>
          <w:color w:val="A02828"/>
          <w:sz w:val="22"/>
        </w:rPr>
        <w:t>B. [WRONG] Fresh frozen plasma then lumbar puncture</w:t>
      </w:r>
    </w:p>
    <w:p>
      <w:pPr>
        <w:spacing w:before="0" w:after="20" w:line="259" w:lineRule="auto"/>
      </w:pPr>
      <w:r>
        <w:rPr>
          <w:rFonts w:ascii="Calibri" w:hAnsi="Calibri" w:eastAsia="Calibri"/>
          <w:b w:val="0"/>
          <w:i/>
          <w:color w:val="282828"/>
          <w:sz w:val="22"/>
        </w:rPr>
        <w:t>Bay: ICU first. Coagulopathy is a reason not to LP, not a reason to delay critical care for products and a needle.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Lumbar puncture now</w:t>
      </w:r>
    </w:p>
    <w:p>
      <w:pPr>
        <w:spacing w:before="0" w:after="20" w:line="259" w:lineRule="auto"/>
      </w:pPr>
      <w:r>
        <w:rPr>
          <w:rFonts w:ascii="Calibri" w:hAnsi="Calibri" w:eastAsia="Calibri"/>
          <w:b w:val="0"/>
          <w:i/>
          <w:color w:val="282828"/>
          <w:sz w:val="22"/>
        </w:rPr>
        <w:t>Bay: Shocked and coagulopathic. LP will not change the next hour and may cause spinal haemorrhage.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Discontinue isolation</w:t>
      </w:r>
    </w:p>
    <w:p>
      <w:pPr>
        <w:spacing w:before="0" w:after="20" w:line="259" w:lineRule="auto"/>
      </w:pPr>
      <w:r>
        <w:rPr>
          <w:rFonts w:ascii="Calibri" w:hAnsi="Calibri" w:eastAsia="Calibri"/>
          <w:b w:val="0"/>
          <w:i/>
          <w:color w:val="282828"/>
          <w:sz w:val="22"/>
        </w:rPr>
        <w:t>Bay: Keep droplet precautions until public health advise. Protect staff and other patients.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Activated protein C</w:t>
      </w:r>
    </w:p>
    <w:p>
      <w:pPr>
        <w:spacing w:before="0" w:after="20" w:line="259" w:lineRule="auto"/>
      </w:pPr>
      <w:r>
        <w:rPr>
          <w:rFonts w:ascii="Calibri" w:hAnsi="Calibri" w:eastAsia="Calibri"/>
          <w:b w:val="0"/>
          <w:i/>
          <w:color w:val="282828"/>
          <w:sz w:val="22"/>
        </w:rPr>
        <w:t>Bay: Withdrawn years ago. Not a current treatment. Continue Sepsis Six and ICU.</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His mother has arrived.</w:t>
      </w:r>
    </w:p>
    <w:p>
      <w:pPr>
        <w:spacing w:before="120" w:after="20" w:line="259" w:lineRule="auto"/>
        <w:shd w:fill="E8F5EC" w:val="clear"/>
      </w:pPr>
      <w:r>
        <w:rPr>
          <w:rFonts w:ascii="Calibri" w:hAnsi="Calibri" w:eastAsia="Calibri"/>
          <w:b/>
          <w:i w:val="0"/>
          <w:color w:val="146E3C"/>
          <w:sz w:val="22"/>
        </w:rPr>
        <w:t>A. [CORRECT] Ask about contacts, halls / flatmates, vaccinations, recent travel</w:t>
      </w:r>
    </w:p>
    <w:p>
      <w:pPr>
        <w:spacing w:before="0" w:after="20" w:line="259" w:lineRule="auto"/>
      </w:pPr>
      <w:r>
        <w:rPr>
          <w:rFonts w:ascii="Calibri" w:hAnsi="Calibri" w:eastAsia="Calibri"/>
          <w:b w:val="0"/>
          <w:i/>
          <w:color w:val="282828"/>
          <w:sz w:val="22"/>
        </w:rPr>
        <w:t>Bay: University halls. Two flatmates with a 'viral illness'. MenACWY given at school.</w:t>
      </w:r>
    </w:p>
    <w:p>
      <w:pPr>
        <w:spacing w:before="120" w:after="20" w:line="259" w:lineRule="auto"/>
        <w:shd w:fill="E8F5EC" w:val="clear"/>
      </w:pPr>
      <w:r>
        <w:rPr>
          <w:rFonts w:ascii="Calibri" w:hAnsi="Calibri" w:eastAsia="Calibri"/>
          <w:b/>
          <w:i w:val="0"/>
          <w:color w:val="146E3C"/>
          <w:sz w:val="22"/>
        </w:rPr>
        <w:t>B. [CORRECT] Ask about antibiotics already given in the community</w:t>
      </w:r>
    </w:p>
    <w:p>
      <w:pPr>
        <w:spacing w:before="0" w:after="20" w:line="259" w:lineRule="auto"/>
      </w:pPr>
      <w:r>
        <w:rPr>
          <w:rFonts w:ascii="Calibri" w:hAnsi="Calibri" w:eastAsia="Calibri"/>
          <w:b w:val="0"/>
          <w:i/>
          <w:color w:val="282828"/>
          <w:sz w:val="22"/>
        </w:rPr>
        <w:t>Bay: GP saw him yesterday, no drugs given.</w:t>
      </w:r>
    </w:p>
    <w:p>
      <w:pPr>
        <w:spacing w:before="120" w:after="20" w:line="259" w:lineRule="auto"/>
        <w:shd w:fill="E8F5EC" w:val="clear"/>
      </w:pPr>
      <w:r>
        <w:rPr>
          <w:rFonts w:ascii="Calibri" w:hAnsi="Calibri" w:eastAsia="Calibri"/>
          <w:b/>
          <w:i w:val="0"/>
          <w:color w:val="146E3C"/>
          <w:sz w:val="22"/>
        </w:rPr>
        <w:t>C. [CORRECT] Check for a medic-alert / asplenia / complement disease</w:t>
      </w:r>
    </w:p>
    <w:p>
      <w:pPr>
        <w:spacing w:before="0" w:after="20" w:line="259" w:lineRule="auto"/>
      </w:pPr>
      <w:r>
        <w:rPr>
          <w:rFonts w:ascii="Calibri" w:hAnsi="Calibri" w:eastAsia="Calibri"/>
          <w:b w:val="0"/>
          <w:i/>
          <w:color w:val="282828"/>
          <w:sz w:val="22"/>
        </w:rPr>
        <w:t>Bay: None known.</w:t>
      </w:r>
    </w:p>
    <w:p>
      <w:pPr>
        <w:spacing w:before="120" w:after="20" w:line="259" w:lineRule="auto"/>
        <w:shd w:fill="F8E8E8" w:val="clear"/>
      </w:pPr>
      <w:r>
        <w:rPr>
          <w:rFonts w:ascii="Calibri" w:hAnsi="Calibri" w:eastAsia="Calibri"/>
          <w:b w:val="0"/>
          <w:i w:val="0"/>
          <w:color w:val="A02828"/>
          <w:sz w:val="22"/>
        </w:rPr>
        <w:t>D. [WRONG] Await meningococcal PCR before calling ICU or giving further fluid</w:t>
      </w:r>
    </w:p>
    <w:p>
      <w:pPr>
        <w:spacing w:before="0" w:after="20" w:line="259" w:lineRule="auto"/>
      </w:pPr>
      <w:r>
        <w:rPr>
          <w:rFonts w:ascii="Calibri" w:hAnsi="Calibri" w:eastAsia="Calibri"/>
          <w:b w:val="0"/>
          <w:i/>
          <w:color w:val="282828"/>
          <w:sz w:val="22"/>
        </w:rPr>
        <w:t>Bay: PCR confirms the organism later. It does not delay Sepsis Six or critical care.</w:t>
      </w:r>
    </w:p>
    <w:p>
      <w:pPr>
        <w:spacing w:before="120" w:after="20" w:line="259" w:lineRule="auto"/>
        <w:shd w:fill="F8E8E8" w:val="clear"/>
      </w:pPr>
      <w:r>
        <w:rPr>
          <w:rFonts w:ascii="Calibri" w:hAnsi="Calibri" w:eastAsia="Calibri"/>
          <w:b w:val="0"/>
          <w:i w:val="0"/>
          <w:color w:val="A02828"/>
          <w:sz w:val="22"/>
        </w:rPr>
        <w:t>E. [WRONG] Delay resuscitation until UKHSA have completed household interviews</w:t>
      </w:r>
    </w:p>
    <w:p>
      <w:pPr>
        <w:spacing w:before="0" w:after="20" w:line="259" w:lineRule="auto"/>
      </w:pPr>
      <w:r>
        <w:rPr>
          <w:rFonts w:ascii="Calibri" w:hAnsi="Calibri" w:eastAsia="Calibri"/>
          <w:b w:val="0"/>
          <w:i/>
          <w:color w:val="282828"/>
          <w:sz w:val="22"/>
        </w:rPr>
        <w:t>Bay: Notify public health once he is being resuscitated. Do not pause treatment for contact tracing.</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Meningococcal septic shock</w:t>
      </w:r>
    </w:p>
    <w:p>
      <w:pPr>
        <w:spacing w:before="0" w:after="20" w:line="259" w:lineRule="auto"/>
      </w:pPr>
      <w:r>
        <w:rPr>
          <w:rFonts w:ascii="Calibri" w:hAnsi="Calibri" w:eastAsia="Calibri"/>
          <w:b w:val="0"/>
          <w:i/>
          <w:color w:val="282828"/>
          <w:sz w:val="22"/>
        </w:rPr>
        <w:t>Bay: Treat as meningococcal disease. Antibiotics, fluid, isolate, ICU.</w:t>
      </w:r>
    </w:p>
    <w:p>
      <w:pPr>
        <w:spacing w:before="120" w:after="20" w:line="259" w:lineRule="auto"/>
        <w:shd w:fill="F8E8E8" w:val="clear"/>
      </w:pPr>
      <w:r>
        <w:rPr>
          <w:rFonts w:ascii="Calibri" w:hAnsi="Calibri" w:eastAsia="Calibri"/>
          <w:b w:val="0"/>
          <w:i w:val="0"/>
          <w:color w:val="A02828"/>
          <w:sz w:val="22"/>
        </w:rPr>
        <w:t>B. [WRONG] Thrombotic thrombocytopenic purpura</w:t>
      </w:r>
    </w:p>
    <w:p>
      <w:pPr>
        <w:spacing w:before="0" w:after="20" w:line="259" w:lineRule="auto"/>
      </w:pPr>
      <w:r>
        <w:rPr>
          <w:rFonts w:ascii="Calibri" w:hAnsi="Calibri" w:eastAsia="Calibri"/>
          <w:b w:val="0"/>
          <w:i/>
          <w:color w:val="282828"/>
          <w:sz w:val="22"/>
        </w:rPr>
        <w:t>Bay: Fever, thrombocytopenia and a rash can overlap, but neck stiffness, purpura and refractory shock in a student is meningococcal until proven otherwise.</w:t>
      </w:r>
    </w:p>
    <w:p>
      <w:pPr>
        <w:spacing w:before="120" w:after="20" w:line="259" w:lineRule="auto"/>
        <w:shd w:fill="F8E8E8" w:val="clear"/>
      </w:pPr>
      <w:r>
        <w:rPr>
          <w:rFonts w:ascii="Calibri" w:hAnsi="Calibri" w:eastAsia="Calibri"/>
          <w:b w:val="0"/>
          <w:i w:val="0"/>
          <w:color w:val="A02828"/>
          <w:sz w:val="22"/>
        </w:rPr>
        <w:t>C. [WRONG] Immune thrombocytopenia (ITP)</w:t>
      </w:r>
    </w:p>
    <w:p>
      <w:pPr>
        <w:spacing w:before="0" w:after="20" w:line="259" w:lineRule="auto"/>
      </w:pPr>
      <w:r>
        <w:rPr>
          <w:rFonts w:ascii="Calibri" w:hAnsi="Calibri" w:eastAsia="Calibri"/>
          <w:b w:val="0"/>
          <w:i/>
          <w:color w:val="282828"/>
          <w:sz w:val="22"/>
        </w:rPr>
        <w:t>Bay: ITP does not cause fever, meningism or septic shock. The platelet count is a consequence here, not the disease.</w:t>
      </w:r>
    </w:p>
    <w:p>
      <w:pPr>
        <w:spacing w:before="120" w:after="20" w:line="259" w:lineRule="auto"/>
        <w:shd w:fill="F8E8E8" w:val="clear"/>
      </w:pPr>
      <w:r>
        <w:rPr>
          <w:rFonts w:ascii="Calibri" w:hAnsi="Calibri" w:eastAsia="Calibri"/>
          <w:b w:val="0"/>
          <w:i w:val="0"/>
          <w:color w:val="A02828"/>
          <w:sz w:val="22"/>
        </w:rPr>
        <w:t>D. [WRONG] IgA vasculitis (Henoch–Schönlein purpura)</w:t>
      </w:r>
    </w:p>
    <w:p>
      <w:pPr>
        <w:spacing w:before="0" w:after="20" w:line="259" w:lineRule="auto"/>
      </w:pPr>
      <w:r>
        <w:rPr>
          <w:rFonts w:ascii="Calibri" w:hAnsi="Calibri" w:eastAsia="Calibri"/>
          <w:b w:val="0"/>
          <w:i/>
          <w:color w:val="282828"/>
          <w:sz w:val="22"/>
        </w:rPr>
        <w:t>Bay: HSP is a lower-limb purpura in a well or modestly unwell patient, not periarrest shock with meningism.</w:t>
      </w:r>
    </w:p>
    <w:p>
      <w:pPr>
        <w:spacing w:before="120" w:after="20" w:line="259" w:lineRule="auto"/>
        <w:shd w:fill="F8E8E8" w:val="clear"/>
      </w:pPr>
      <w:r>
        <w:rPr>
          <w:rFonts w:ascii="Calibri" w:hAnsi="Calibri" w:eastAsia="Calibri"/>
          <w:b w:val="0"/>
          <w:i w:val="0"/>
          <w:color w:val="A02828"/>
          <w:sz w:val="22"/>
        </w:rPr>
        <w:t>E. [WRONG] Viral illness with petechiae</w:t>
      </w:r>
    </w:p>
    <w:p>
      <w:pPr>
        <w:spacing w:before="0" w:after="20" w:line="259" w:lineRule="auto"/>
      </w:pPr>
      <w:r>
        <w:rPr>
          <w:rFonts w:ascii="Calibri" w:hAnsi="Calibri" w:eastAsia="Calibri"/>
          <w:b w:val="0"/>
          <w:i/>
          <w:color w:val="282828"/>
          <w:sz w:val="22"/>
        </w:rPr>
        <w:t>Bay: Purpura plus lactate 6.8 and hypotension is not a benign viral exanthem.</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ICU are in the bay. He has not had an LP.</w:t>
      </w:r>
    </w:p>
    <w:p>
      <w:pPr>
        <w:spacing w:before="120" w:after="20" w:line="259" w:lineRule="auto"/>
        <w:shd w:fill="E8F5EC" w:val="clear"/>
      </w:pPr>
      <w:r>
        <w:rPr>
          <w:rFonts w:ascii="Calibri" w:hAnsi="Calibri" w:eastAsia="Calibri"/>
          <w:b/>
          <w:i w:val="0"/>
          <w:color w:val="146E3C"/>
          <w:sz w:val="22"/>
        </w:rPr>
        <w:t>A. [CORRECT] Vasopressors with ICU, finish Sepsis Six</w:t>
      </w:r>
    </w:p>
    <w:p>
      <w:pPr>
        <w:spacing w:before="0" w:after="20" w:line="259" w:lineRule="auto"/>
      </w:pPr>
      <w:r>
        <w:rPr>
          <w:rFonts w:ascii="Calibri" w:hAnsi="Calibri" w:eastAsia="Calibri"/>
          <w:b w:val="0"/>
          <w:i/>
          <w:color w:val="282828"/>
          <w:sz w:val="22"/>
        </w:rPr>
        <w:t>Bay: Noradrenaline being set up. Health Protection can wait twenty minutes.</w:t>
      </w:r>
    </w:p>
    <w:p>
      <w:pPr>
        <w:spacing w:before="0" w:after="40" w:line="259" w:lineRule="auto"/>
      </w:pPr>
      <w:r>
        <w:rPr>
          <w:rFonts w:ascii="Calibri" w:hAnsi="Calibri" w:eastAsia="Calibri"/>
          <w:b w:val="0"/>
          <w:i/>
          <w:color w:val="5A4614"/>
          <w:sz w:val="20"/>
        </w:rPr>
        <w:t>Reaction: sbp +10</w:t>
      </w:r>
    </w:p>
    <w:p>
      <w:pPr>
        <w:spacing w:before="80" w:after="40" w:line="259" w:lineRule="auto"/>
      </w:pPr>
      <w:r>
        <w:rPr>
          <w:rFonts w:ascii="Calibri" w:hAnsi="Calibri" w:eastAsia="Calibri"/>
          <w:b/>
          <w:i w:val="0"/>
          <w:color w:val="46326E"/>
          <w:sz w:val="22"/>
        </w:rPr>
        <w:t xml:space="preserve">    Follow-up: Which vasopressor?</w:t>
      </w:r>
    </w:p>
    <w:p>
      <w:pPr>
        <w:spacing w:before="120" w:after="20" w:line="259" w:lineRule="auto"/>
        <w:shd w:fill="E8F5EC" w:val="clear"/>
      </w:pPr>
      <w:r>
        <w:rPr>
          <w:rFonts w:ascii="Calibri" w:hAnsi="Calibri" w:eastAsia="Calibri"/>
          <w:b/>
          <w:i w:val="0"/>
          <w:color w:val="146E3C"/>
          <w:sz w:val="22"/>
        </w:rPr>
        <w:t xml:space="preserve">    A. [CORRECT] Noradrenaline infusion with ICU, after further fluid</w:t>
      </w:r>
    </w:p>
    <w:p>
      <w:pPr>
        <w:spacing w:before="0" w:after="20" w:line="259" w:lineRule="auto"/>
      </w:pPr>
      <w:r>
        <w:rPr>
          <w:rFonts w:ascii="Calibri" w:hAnsi="Calibri" w:eastAsia="Calibri"/>
          <w:b w:val="0"/>
          <w:i/>
          <w:color w:val="282828"/>
          <w:sz w:val="22"/>
        </w:rPr>
        <w:t xml:space="preserve">       Bay: Complete Sepsis Six. Notify public health once he is being resuscitated.</w:t>
      </w:r>
    </w:p>
    <w:p>
      <w:pPr>
        <w:spacing w:before="120" w:after="20" w:line="259" w:lineRule="auto"/>
        <w:shd w:fill="F8E8E8" w:val="clear"/>
      </w:pPr>
      <w:r>
        <w:rPr>
          <w:rFonts w:ascii="Calibri" w:hAnsi="Calibri" w:eastAsia="Calibri"/>
          <w:b w:val="0"/>
          <w:i w:val="0"/>
          <w:color w:val="A02828"/>
          <w:sz w:val="22"/>
        </w:rPr>
        <w:t xml:space="preserve">    B. [WRONG] Adrenaline 1 mg IV bolus from the arrest box</w:t>
      </w:r>
    </w:p>
    <w:p>
      <w:pPr>
        <w:spacing w:before="0" w:after="20" w:line="259" w:lineRule="auto"/>
      </w:pPr>
      <w:r>
        <w:rPr>
          <w:rFonts w:ascii="Calibri" w:hAnsi="Calibri" w:eastAsia="Calibri"/>
          <w:b w:val="0"/>
          <w:i/>
          <w:color w:val="282828"/>
          <w:sz w:val="22"/>
        </w:rPr>
        <w:t xml:space="preserve">       Bay: He has output. Use a titrated ICU infusion, not an arrest dose.</w:t>
      </w:r>
    </w:p>
    <w:p>
      <w:pPr>
        <w:spacing w:before="120" w:after="20" w:line="259" w:lineRule="auto"/>
        <w:shd w:fill="F8E8E8" w:val="clear"/>
      </w:pPr>
      <w:r>
        <w:rPr>
          <w:rFonts w:ascii="Calibri" w:hAnsi="Calibri" w:eastAsia="Calibri"/>
          <w:b w:val="0"/>
          <w:i w:val="0"/>
          <w:color w:val="A02828"/>
          <w:sz w:val="22"/>
        </w:rPr>
        <w:t xml:space="preserve">    C. [WRONG] Dopamine as first-line in the bay without ICU</w:t>
      </w:r>
    </w:p>
    <w:p>
      <w:pPr>
        <w:spacing w:before="0" w:after="20" w:line="259" w:lineRule="auto"/>
      </w:pPr>
      <w:r>
        <w:rPr>
          <w:rFonts w:ascii="Calibri" w:hAnsi="Calibri" w:eastAsia="Calibri"/>
          <w:b w:val="0"/>
          <w:i/>
          <w:color w:val="282828"/>
          <w:sz w:val="22"/>
        </w:rPr>
        <w:t xml:space="preserve">       Bay: Noradrenaline with ICU. Do not start unsupervised dopamine.</w:t>
      </w:r>
    </w:p>
    <w:p>
      <w:pPr>
        <w:spacing w:before="120" w:after="20" w:line="259" w:lineRule="auto"/>
        <w:shd w:fill="F8E8E8" w:val="clear"/>
      </w:pPr>
      <w:r>
        <w:rPr>
          <w:rFonts w:ascii="Calibri" w:hAnsi="Calibri" w:eastAsia="Calibri"/>
          <w:b w:val="0"/>
          <w:i w:val="0"/>
          <w:color w:val="A02828"/>
          <w:sz w:val="22"/>
        </w:rPr>
        <w:t xml:space="preserve">    D. [WRONG] Metaraminol boluses indefinitely instead of ICU</w:t>
      </w:r>
    </w:p>
    <w:p>
      <w:pPr>
        <w:spacing w:before="0" w:after="20" w:line="259" w:lineRule="auto"/>
      </w:pPr>
      <w:r>
        <w:rPr>
          <w:rFonts w:ascii="Calibri" w:hAnsi="Calibri" w:eastAsia="Calibri"/>
          <w:b w:val="0"/>
          <w:i/>
          <w:color w:val="282828"/>
          <w:sz w:val="22"/>
        </w:rPr>
        <w:t xml:space="preserve">       Bay: Temporising metaraminol is not a substitute for Level 3 noradrenaline.</w:t>
      </w:r>
    </w:p>
    <w:p>
      <w:pPr>
        <w:spacing w:before="120" w:after="20" w:line="259" w:lineRule="auto"/>
        <w:shd w:fill="F8E8E8" w:val="clear"/>
      </w:pPr>
      <w:r>
        <w:rPr>
          <w:rFonts w:ascii="Calibri" w:hAnsi="Calibri" w:eastAsia="Calibri"/>
          <w:b w:val="0"/>
          <w:i w:val="0"/>
          <w:color w:val="A02828"/>
          <w:sz w:val="22"/>
        </w:rPr>
        <w:t xml:space="preserve">    E. [WRONG] Vasopressin as the sole unsupervised first agent</w:t>
      </w:r>
    </w:p>
    <w:p>
      <w:pPr>
        <w:spacing w:before="0" w:after="20" w:line="259" w:lineRule="auto"/>
      </w:pPr>
      <w:r>
        <w:rPr>
          <w:rFonts w:ascii="Calibri" w:hAnsi="Calibri" w:eastAsia="Calibri"/>
          <w:b w:val="0"/>
          <w:i/>
          <w:color w:val="282828"/>
          <w:sz w:val="22"/>
        </w:rPr>
        <w:t xml:space="preserve">       Bay: ICU-owned second-line. Start noradrenaline with them.</w:t>
      </w:r>
    </w:p>
    <w:p>
      <w:pPr>
        <w:spacing w:before="120" w:after="20" w:line="259" w:lineRule="auto"/>
        <w:shd w:fill="F8E8E8" w:val="clear"/>
      </w:pPr>
      <w:r>
        <w:rPr>
          <w:rFonts w:ascii="Calibri" w:hAnsi="Calibri" w:eastAsia="Calibri"/>
          <w:b w:val="0"/>
          <w:i w:val="0"/>
          <w:color w:val="A02828"/>
          <w:sz w:val="22"/>
        </w:rPr>
        <w:t>B. [WRONG] Lumbar puncture now</w:t>
      </w:r>
    </w:p>
    <w:p>
      <w:pPr>
        <w:spacing w:before="0" w:after="20" w:line="259" w:lineRule="auto"/>
      </w:pPr>
      <w:r>
        <w:rPr>
          <w:rFonts w:ascii="Calibri" w:hAnsi="Calibri" w:eastAsia="Calibri"/>
          <w:b w:val="0"/>
          <w:i/>
          <w:color w:val="282828"/>
          <w:sz w:val="22"/>
        </w:rPr>
        <w:t>Bay: He is coagulopathic and shocked. CSF can wait; the next hour is perfusion and source control.</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Stop antibiotics pending PCR</w:t>
      </w:r>
    </w:p>
    <w:p>
      <w:pPr>
        <w:spacing w:before="0" w:after="20" w:line="259" w:lineRule="auto"/>
      </w:pPr>
      <w:r>
        <w:rPr>
          <w:rFonts w:ascii="Calibri" w:hAnsi="Calibri" w:eastAsia="Calibri"/>
          <w:b w:val="0"/>
          <w:i/>
          <w:color w:val="282828"/>
          <w:sz w:val="22"/>
        </w:rPr>
        <w:t>Bay: Never. PCR is diagnostic, not a reason to stop treatment in septic shock.</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Transfer to AMU without critical care</w:t>
      </w:r>
    </w:p>
    <w:p>
      <w:pPr>
        <w:spacing w:before="0" w:after="20" w:line="259" w:lineRule="auto"/>
      </w:pPr>
      <w:r>
        <w:rPr>
          <w:rFonts w:ascii="Calibri" w:hAnsi="Calibri" w:eastAsia="Calibri"/>
          <w:b w:val="0"/>
          <w:i/>
          <w:color w:val="282828"/>
          <w:sz w:val="22"/>
        </w:rPr>
        <w:t>Bay: Refractory septic shock on noradrenaline belongs in ICU, not AMU.</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Dexamethasone as sole further treatment</w:t>
      </w:r>
    </w:p>
    <w:p>
      <w:pPr>
        <w:spacing w:before="0" w:after="20" w:line="259" w:lineRule="auto"/>
      </w:pPr>
      <w:r>
        <w:rPr>
          <w:rFonts w:ascii="Calibri" w:hAnsi="Calibri" w:eastAsia="Calibri"/>
          <w:b w:val="0"/>
          <w:i/>
          <w:color w:val="282828"/>
          <w:sz w:val="22"/>
        </w:rPr>
        <w:t>Bay: Steroid is adjunctive in meningitis, not a substitute for source control, volume and ICU.</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He is on noradrenaline.</w:t>
      </w:r>
    </w:p>
    <w:p>
      <w:pPr>
        <w:spacing w:before="120" w:after="20" w:line="259" w:lineRule="auto"/>
        <w:shd w:fill="E8F5EC" w:val="clear"/>
      </w:pPr>
      <w:r>
        <w:rPr>
          <w:rFonts w:ascii="Calibri" w:hAnsi="Calibri" w:eastAsia="Calibri"/>
          <w:b/>
          <w:i w:val="0"/>
          <w:color w:val="146E3C"/>
          <w:sz w:val="22"/>
        </w:rPr>
        <w:t>A. [CORRECT] Adult intensive care (Level 3)</w:t>
      </w:r>
    </w:p>
    <w:p>
      <w:pPr>
        <w:spacing w:before="0" w:after="20" w:line="259" w:lineRule="auto"/>
      </w:pPr>
      <w:r>
        <w:rPr>
          <w:rFonts w:ascii="Calibri" w:hAnsi="Calibri" w:eastAsia="Calibri"/>
          <w:b w:val="0"/>
          <w:i/>
          <w:color w:val="282828"/>
          <w:sz w:val="22"/>
        </w:rPr>
        <w:t>Bay: Correct.</w:t>
      </w:r>
    </w:p>
    <w:p>
      <w:pPr>
        <w:spacing w:before="120" w:after="20" w:line="259" w:lineRule="auto"/>
        <w:shd w:fill="F8E8E8" w:val="clear"/>
      </w:pPr>
      <w:r>
        <w:rPr>
          <w:rFonts w:ascii="Calibri" w:hAnsi="Calibri" w:eastAsia="Calibri"/>
          <w:b w:val="0"/>
          <w:i w:val="0"/>
          <w:color w:val="A02828"/>
          <w:sz w:val="22"/>
        </w:rPr>
        <w:t>B. [WRONG] Acute medical unit with 4-hourly observations</w:t>
      </w:r>
    </w:p>
    <w:p>
      <w:pPr>
        <w:spacing w:before="0" w:after="20" w:line="259" w:lineRule="auto"/>
      </w:pPr>
      <w:r>
        <w:rPr>
          <w:rFonts w:ascii="Calibri" w:hAnsi="Calibri" w:eastAsia="Calibri"/>
          <w:b w:val="0"/>
          <w:i/>
          <w:color w:val="282828"/>
          <w:sz w:val="22"/>
        </w:rPr>
        <w:t>Bay: Vasopressor septic shock does not go to AMU.</w:t>
      </w:r>
    </w:p>
    <w:p>
      <w:pPr>
        <w:spacing w:before="120" w:after="20" w:line="259" w:lineRule="auto"/>
        <w:shd w:fill="F8E8E8" w:val="clear"/>
      </w:pPr>
      <w:r>
        <w:rPr>
          <w:rFonts w:ascii="Calibri" w:hAnsi="Calibri" w:eastAsia="Calibri"/>
          <w:b w:val="0"/>
          <w:i w:val="0"/>
          <w:color w:val="A02828"/>
          <w:sz w:val="22"/>
        </w:rPr>
        <w:t>C. [WRONG] Level 2 HDU in a unit that cannot deliver vasopressors</w:t>
      </w:r>
    </w:p>
    <w:p>
      <w:pPr>
        <w:spacing w:before="0" w:after="20" w:line="259" w:lineRule="auto"/>
      </w:pPr>
      <w:r>
        <w:rPr>
          <w:rFonts w:ascii="Calibri" w:hAnsi="Calibri" w:eastAsia="Calibri"/>
          <w:b w:val="0"/>
          <w:i/>
          <w:color w:val="282828"/>
          <w:sz w:val="22"/>
        </w:rPr>
        <w:t>Bay: He is already on noradrenaline. He needs Level 3.</w:t>
      </w:r>
    </w:p>
    <w:p>
      <w:pPr>
        <w:spacing w:before="120" w:after="20" w:line="259" w:lineRule="auto"/>
        <w:shd w:fill="F8E8E8" w:val="clear"/>
      </w:pPr>
      <w:r>
        <w:rPr>
          <w:rFonts w:ascii="Calibri" w:hAnsi="Calibri" w:eastAsia="Calibri"/>
          <w:b w:val="0"/>
          <w:i w:val="0"/>
          <w:color w:val="A02828"/>
          <w:sz w:val="22"/>
        </w:rPr>
        <w:t>D. [WRONG] Paediatric intensive care</w:t>
      </w:r>
    </w:p>
    <w:p>
      <w:pPr>
        <w:spacing w:before="0" w:after="20" w:line="259" w:lineRule="auto"/>
      </w:pPr>
      <w:r>
        <w:rPr>
          <w:rFonts w:ascii="Calibri" w:hAnsi="Calibri" w:eastAsia="Calibri"/>
          <w:b w:val="0"/>
          <w:i/>
          <w:color w:val="282828"/>
          <w:sz w:val="22"/>
        </w:rPr>
        <w:t>Bay: He is 19. Adult ICU.</w:t>
      </w:r>
    </w:p>
    <w:p>
      <w:pPr>
        <w:spacing w:before="120" w:after="20" w:line="259" w:lineRule="auto"/>
        <w:shd w:fill="F8E8E8" w:val="clear"/>
      </w:pPr>
      <w:r>
        <w:rPr>
          <w:rFonts w:ascii="Calibri" w:hAnsi="Calibri" w:eastAsia="Calibri"/>
          <w:b w:val="0"/>
          <w:i w:val="0"/>
          <w:color w:val="A02828"/>
          <w:sz w:val="22"/>
        </w:rPr>
        <w:t>E. [WRONG] Infectious diseases ward without Level 3</w:t>
      </w:r>
    </w:p>
    <w:p>
      <w:pPr>
        <w:spacing w:before="0" w:after="20" w:line="259" w:lineRule="auto"/>
      </w:pPr>
      <w:r>
        <w:rPr>
          <w:rFonts w:ascii="Calibri" w:hAnsi="Calibri" w:eastAsia="Calibri"/>
          <w:b w:val="0"/>
          <w:i/>
          <w:color w:val="282828"/>
          <w:sz w:val="22"/>
        </w:rPr>
        <w:t>Bay: Vasopressor septic shock does not go to a ward.</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ICU wheel him out.</w:t>
      </w:r>
    </w:p>
    <w:p>
      <w:pPr>
        <w:spacing w:before="120" w:after="20" w:line="259" w:lineRule="auto"/>
        <w:shd w:fill="E8F5EC" w:val="clear"/>
      </w:pPr>
      <w:r>
        <w:rPr>
          <w:rFonts w:ascii="Calibri" w:hAnsi="Calibri" w:eastAsia="Calibri"/>
          <w:b/>
          <w:i w:val="0"/>
          <w:color w:val="146E3C"/>
          <w:sz w:val="22"/>
        </w:rPr>
        <w:t>A. [CORRECT] Notify UKHSA, start advised prophylaxis, continue isolation, update family</w:t>
      </w:r>
    </w:p>
    <w:p>
      <w:pPr>
        <w:spacing w:before="0" w:after="20" w:line="259" w:lineRule="auto"/>
      </w:pPr>
      <w:r>
        <w:rPr>
          <w:rFonts w:ascii="Calibri" w:hAnsi="Calibri" w:eastAsia="Calibri"/>
          <w:b w:val="0"/>
          <w:i/>
          <w:color w:val="282828"/>
          <w:sz w:val="22"/>
        </w:rPr>
        <w:t>Bay: UKHSA bleeped. Prophylaxis list started. Door-to-needle documented. Mother is with the nurse.</w:t>
      </w:r>
    </w:p>
    <w:p>
      <w:pPr>
        <w:spacing w:before="80" w:after="40" w:line="259" w:lineRule="auto"/>
      </w:pPr>
      <w:r>
        <w:rPr>
          <w:rFonts w:ascii="Calibri" w:hAnsi="Calibri" w:eastAsia="Calibri"/>
          <w:b/>
          <w:i w:val="0"/>
          <w:color w:val="46326E"/>
          <w:sz w:val="22"/>
        </w:rPr>
        <w:t xml:space="preserve">    Follow-up: Who needs ciprofloxacin / rifampicin prophylaxis?</w:t>
      </w:r>
    </w:p>
    <w:p>
      <w:pPr>
        <w:spacing w:before="120" w:after="20" w:line="259" w:lineRule="auto"/>
        <w:shd w:fill="E8F5EC" w:val="clear"/>
      </w:pPr>
      <w:r>
        <w:rPr>
          <w:rFonts w:ascii="Calibri" w:hAnsi="Calibri" w:eastAsia="Calibri"/>
          <w:b/>
          <w:i w:val="0"/>
          <w:color w:val="146E3C"/>
          <w:sz w:val="22"/>
        </w:rPr>
        <w:t xml:space="preserve">    A. [CORRECT] Household and kissing contacts, as advised by UKHSA</w:t>
      </w:r>
    </w:p>
    <w:p>
      <w:pPr>
        <w:spacing w:before="0" w:after="20" w:line="259" w:lineRule="auto"/>
      </w:pPr>
      <w:r>
        <w:rPr>
          <w:rFonts w:ascii="Calibri" w:hAnsi="Calibri" w:eastAsia="Calibri"/>
          <w:b w:val="0"/>
          <w:i/>
          <w:color w:val="282828"/>
          <w:sz w:val="22"/>
        </w:rPr>
        <w:t xml:space="preserve">       Bay: ED starts the list; UKHSA confirm who is in scope. Do not dose the whole waiting room.</w:t>
      </w:r>
    </w:p>
    <w:p>
      <w:pPr>
        <w:spacing w:before="120" w:after="20" w:line="259" w:lineRule="auto"/>
        <w:shd w:fill="F8E8E8" w:val="clear"/>
      </w:pPr>
      <w:r>
        <w:rPr>
          <w:rFonts w:ascii="Calibri" w:hAnsi="Calibri" w:eastAsia="Calibri"/>
          <w:b w:val="0"/>
          <w:i w:val="0"/>
          <w:color w:val="A02828"/>
          <w:sz w:val="22"/>
        </w:rPr>
        <w:t xml:space="preserve">    B. [WRONG] Everyone in the waiting room without UKHSA advice</w:t>
      </w:r>
    </w:p>
    <w:p>
      <w:pPr>
        <w:spacing w:before="0" w:after="20" w:line="259" w:lineRule="auto"/>
      </w:pPr>
      <w:r>
        <w:rPr>
          <w:rFonts w:ascii="Calibri" w:hAnsi="Calibri" w:eastAsia="Calibri"/>
          <w:b w:val="0"/>
          <w:i/>
          <w:color w:val="282828"/>
          <w:sz w:val="22"/>
        </w:rPr>
        <w:t xml:space="preserve">       Bay: That is not the contact definition.</w:t>
      </w:r>
    </w:p>
    <w:p>
      <w:pPr>
        <w:spacing w:before="120" w:after="20" w:line="259" w:lineRule="auto"/>
        <w:shd w:fill="F8E8E8" w:val="clear"/>
      </w:pPr>
      <w:r>
        <w:rPr>
          <w:rFonts w:ascii="Calibri" w:hAnsi="Calibri" w:eastAsia="Calibri"/>
          <w:b w:val="0"/>
          <w:i w:val="0"/>
          <w:color w:val="A02828"/>
          <w:sz w:val="22"/>
        </w:rPr>
        <w:t xml:space="preserve">    C. [WRONG] Only the resus team who intubated him</w:t>
      </w:r>
    </w:p>
    <w:p>
      <w:pPr>
        <w:spacing w:before="0" w:after="20" w:line="259" w:lineRule="auto"/>
      </w:pPr>
      <w:r>
        <w:rPr>
          <w:rFonts w:ascii="Calibri" w:hAnsi="Calibri" w:eastAsia="Calibri"/>
          <w:b w:val="0"/>
          <w:i/>
          <w:color w:val="282828"/>
          <w:sz w:val="22"/>
        </w:rPr>
        <w:t xml:space="preserve">       Bay: Staff use PPE; household/kissing contacts are the usual community target.</w:t>
      </w:r>
    </w:p>
    <w:p>
      <w:pPr>
        <w:spacing w:before="120" w:after="20" w:line="259" w:lineRule="auto"/>
        <w:shd w:fill="F8E8E8" w:val="clear"/>
      </w:pPr>
      <w:r>
        <w:rPr>
          <w:rFonts w:ascii="Calibri" w:hAnsi="Calibri" w:eastAsia="Calibri"/>
          <w:b w:val="0"/>
          <w:i w:val="0"/>
          <w:color w:val="A02828"/>
          <w:sz w:val="22"/>
        </w:rPr>
        <w:t xml:space="preserve">    D. [WRONG] No one until meningococcal PCR is back</w:t>
      </w:r>
    </w:p>
    <w:p>
      <w:pPr>
        <w:spacing w:before="0" w:after="20" w:line="259" w:lineRule="auto"/>
      </w:pPr>
      <w:r>
        <w:rPr>
          <w:rFonts w:ascii="Calibri" w:hAnsi="Calibri" w:eastAsia="Calibri"/>
          <w:b w:val="0"/>
          <w:i/>
          <w:color w:val="282828"/>
          <w:sz w:val="22"/>
        </w:rPr>
        <w:t xml:space="preserve">       Bay: Do not wait on PCR to start advised prophylaxis.</w:t>
      </w:r>
    </w:p>
    <w:p>
      <w:pPr>
        <w:spacing w:before="120" w:after="20" w:line="259" w:lineRule="auto"/>
        <w:shd w:fill="F8E8E8" w:val="clear"/>
      </w:pPr>
      <w:r>
        <w:rPr>
          <w:rFonts w:ascii="Calibri" w:hAnsi="Calibri" w:eastAsia="Calibri"/>
          <w:b w:val="0"/>
          <w:i w:val="0"/>
          <w:color w:val="A02828"/>
          <w:sz w:val="22"/>
        </w:rPr>
        <w:t xml:space="preserve">    E. [WRONG] All ED staff who walked past the trolley</w:t>
      </w:r>
    </w:p>
    <w:p>
      <w:pPr>
        <w:spacing w:before="0" w:after="20" w:line="259" w:lineRule="auto"/>
      </w:pPr>
      <w:r>
        <w:rPr>
          <w:rFonts w:ascii="Calibri" w:hAnsi="Calibri" w:eastAsia="Calibri"/>
          <w:b w:val="0"/>
          <w:i/>
          <w:color w:val="282828"/>
          <w:sz w:val="22"/>
        </w:rPr>
        <w:t xml:space="preserve">       Bay: Walking past is not a contact.</w:t>
      </w:r>
    </w:p>
    <w:p>
      <w:pPr>
        <w:spacing w:before="120" w:after="20" w:line="259" w:lineRule="auto"/>
        <w:shd w:fill="F8E8E8" w:val="clear"/>
      </w:pPr>
      <w:r>
        <w:rPr>
          <w:rFonts w:ascii="Calibri" w:hAnsi="Calibri" w:eastAsia="Calibri"/>
          <w:b w:val="0"/>
          <w:i w:val="0"/>
          <w:color w:val="A02828"/>
          <w:sz w:val="22"/>
        </w:rPr>
        <w:t>B. [WRONG] Give rifampicin 600 mg now to all waiting-room contacts without UKHSA advice</w:t>
      </w:r>
    </w:p>
    <w:p>
      <w:pPr>
        <w:spacing w:before="0" w:after="20" w:line="259" w:lineRule="auto"/>
      </w:pPr>
      <w:r>
        <w:rPr>
          <w:rFonts w:ascii="Calibri" w:hAnsi="Calibri" w:eastAsia="Calibri"/>
          <w:b w:val="0"/>
          <w:i/>
          <w:color w:val="282828"/>
          <w:sz w:val="22"/>
        </w:rPr>
        <w:t>Bay: Prophylaxis is for close contacts on public-health advice (usually ciprofloxacin 500 mg single dose), not a blanket waiting-room prescription.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Discontinue isolation as soon as the first dose of ceftriaxone is in</w:t>
      </w:r>
    </w:p>
    <w:p>
      <w:pPr>
        <w:spacing w:before="0" w:after="20" w:line="259" w:lineRule="auto"/>
      </w:pPr>
      <w:r>
        <w:rPr>
          <w:rFonts w:ascii="Calibri" w:hAnsi="Calibri" w:eastAsia="Calibri"/>
          <w:b w:val="0"/>
          <w:i/>
          <w:color w:val="282828"/>
          <w:sz w:val="22"/>
        </w:rPr>
        <w:t>Bay: Keep droplet precautions until public health advise — typically 24 hours of effective antibiotics.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Keep him in ED until haematology have excluded TTP before ICU transfer</w:t>
      </w:r>
    </w:p>
    <w:p>
      <w:pPr>
        <w:spacing w:before="0" w:after="20" w:line="259" w:lineRule="auto"/>
      </w:pPr>
      <w:r>
        <w:rPr>
          <w:rFonts w:ascii="Calibri" w:hAnsi="Calibri" w:eastAsia="Calibri"/>
          <w:b w:val="0"/>
          <w:i/>
          <w:color w:val="282828"/>
          <w:sz w:val="22"/>
        </w:rPr>
        <w:t>Bay: Do not delay Level 3 care for an ADAMTS13 result. Treat meningococcal shock now; TTP can be considered in parallel.</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Complete the full enhanced-surveillance form before allowing ICU to leave</w:t>
      </w:r>
    </w:p>
    <w:p>
      <w:pPr>
        <w:spacing w:before="0" w:after="20" w:line="259" w:lineRule="auto"/>
      </w:pPr>
      <w:r>
        <w:rPr>
          <w:rFonts w:ascii="Calibri" w:hAnsi="Calibri" w:eastAsia="Calibri"/>
          <w:b w:val="0"/>
          <w:i/>
          <w:color w:val="282828"/>
          <w:sz w:val="22"/>
        </w:rPr>
        <w:t>Bay: Notify public health, then let ICU go. The form is not a reason to hold a dying patient in resus.</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PCR later confirms the organism.</w:t>
      </w:r>
    </w:p>
    <w:p>
      <w:pPr>
        <w:spacing w:before="120" w:after="20" w:line="259" w:lineRule="auto"/>
        <w:shd w:fill="E8F5EC" w:val="clear"/>
      </w:pPr>
      <w:r>
        <w:rPr>
          <w:rFonts w:ascii="Calibri" w:hAnsi="Calibri" w:eastAsia="Calibri"/>
          <w:b/>
          <w:i w:val="0"/>
          <w:color w:val="146E3C"/>
          <w:sz w:val="22"/>
        </w:rPr>
        <w:t>A. [CORRECT] Meningococcal septicaemia</w:t>
      </w:r>
    </w:p>
    <w:p>
      <w:pPr>
        <w:spacing w:before="0" w:after="20" w:line="259" w:lineRule="auto"/>
      </w:pPr>
      <w:r>
        <w:rPr>
          <w:rFonts w:ascii="Calibri" w:hAnsi="Calibri" w:eastAsia="Calibri"/>
          <w:b w:val="0"/>
          <w:i/>
          <w:color w:val="282828"/>
          <w:sz w:val="22"/>
        </w:rPr>
        <w:t>Bay: Yes.</w:t>
      </w:r>
    </w:p>
    <w:p>
      <w:pPr>
        <w:spacing w:before="120" w:after="20" w:line="259" w:lineRule="auto"/>
        <w:shd w:fill="F8E8E8" w:val="clear"/>
      </w:pPr>
      <w:r>
        <w:rPr>
          <w:rFonts w:ascii="Calibri" w:hAnsi="Calibri" w:eastAsia="Calibri"/>
          <w:b w:val="0"/>
          <w:i w:val="0"/>
          <w:color w:val="A02828"/>
          <w:sz w:val="22"/>
        </w:rPr>
        <w:t>B. [WRONG] Immune thrombocytopenia (ITP)</w:t>
      </w:r>
    </w:p>
    <w:p>
      <w:pPr>
        <w:spacing w:before="0" w:after="20" w:line="259" w:lineRule="auto"/>
      </w:pPr>
      <w:r>
        <w:rPr>
          <w:rFonts w:ascii="Calibri" w:hAnsi="Calibri" w:eastAsia="Calibri"/>
          <w:b w:val="0"/>
          <w:i/>
          <w:color w:val="282828"/>
          <w:sz w:val="22"/>
        </w:rPr>
        <w:t>Bay: Fever, shock and meningism are not isolated thrombocytopenia.</w:t>
      </w:r>
    </w:p>
    <w:p>
      <w:pPr>
        <w:spacing w:before="120" w:after="20" w:line="259" w:lineRule="auto"/>
        <w:shd w:fill="F8E8E8" w:val="clear"/>
      </w:pPr>
      <w:r>
        <w:rPr>
          <w:rFonts w:ascii="Calibri" w:hAnsi="Calibri" w:eastAsia="Calibri"/>
          <w:b w:val="0"/>
          <w:i w:val="0"/>
          <w:color w:val="A02828"/>
          <w:sz w:val="22"/>
        </w:rPr>
        <w:t>C. [WRONG] Staphylococcal toxic shock syndrome</w:t>
      </w:r>
    </w:p>
    <w:p>
      <w:pPr>
        <w:spacing w:before="0" w:after="20" w:line="259" w:lineRule="auto"/>
      </w:pPr>
      <w:r>
        <w:rPr>
          <w:rFonts w:ascii="Calibri" w:hAnsi="Calibri" w:eastAsia="Calibri"/>
          <w:b w:val="0"/>
          <w:i/>
          <w:color w:val="282828"/>
          <w:sz w:val="22"/>
        </w:rPr>
        <w:t>Bay: TSS is usually erythroderma and a toxin source, not a rapidly spreading purpuric rash with meningism. PCR is meningococcal.</w:t>
      </w:r>
    </w:p>
    <w:p>
      <w:pPr>
        <w:spacing w:before="120" w:after="20" w:line="259" w:lineRule="auto"/>
        <w:shd w:fill="F8E8E8" w:val="clear"/>
      </w:pPr>
      <w:r>
        <w:rPr>
          <w:rFonts w:ascii="Calibri" w:hAnsi="Calibri" w:eastAsia="Calibri"/>
          <w:b w:val="0"/>
          <w:i w:val="0"/>
          <w:color w:val="A02828"/>
          <w:sz w:val="22"/>
        </w:rPr>
        <w:t>D. [WRONG] Thrombotic thrombocytopenic purpura</w:t>
      </w:r>
    </w:p>
    <w:p>
      <w:pPr>
        <w:spacing w:before="0" w:after="20" w:line="259" w:lineRule="auto"/>
      </w:pPr>
      <w:r>
        <w:rPr>
          <w:rFonts w:ascii="Calibri" w:hAnsi="Calibri" w:eastAsia="Calibri"/>
          <w:b w:val="0"/>
          <w:i/>
          <w:color w:val="282828"/>
          <w:sz w:val="22"/>
        </w:rPr>
        <w:t>Bay: Fever and thrombocytopenia overlap, but this context and the PCR are meningococcal disease.</w:t>
      </w:r>
    </w:p>
    <w:p>
      <w:pPr>
        <w:spacing w:before="120" w:after="20" w:line="259" w:lineRule="auto"/>
        <w:shd w:fill="F8E8E8" w:val="clear"/>
      </w:pPr>
      <w:r>
        <w:rPr>
          <w:rFonts w:ascii="Calibri" w:hAnsi="Calibri" w:eastAsia="Calibri"/>
          <w:b w:val="0"/>
          <w:i w:val="0"/>
          <w:color w:val="A02828"/>
          <w:sz w:val="22"/>
        </w:rPr>
        <w:t>E. [WRONG] Viral illness with petechiae</w:t>
      </w:r>
    </w:p>
    <w:p>
      <w:pPr>
        <w:spacing w:before="0" w:after="20" w:line="259" w:lineRule="auto"/>
      </w:pPr>
      <w:r>
        <w:rPr>
          <w:rFonts w:ascii="Calibri" w:hAnsi="Calibri" w:eastAsia="Calibri"/>
          <w:b w:val="0"/>
          <w:i/>
          <w:color w:val="282828"/>
          <w:sz w:val="22"/>
        </w:rPr>
        <w:t>Bay: Purpura, shock and a positive meningococcal PCR are not a viral exanthem.</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Meningococcal septicaemia</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Fever, headache, vomiting, collapse</w:t>
      </w:r>
    </w:p>
    <w:p>
      <w:pPr>
        <w:spacing w:before="0" w:after="40" w:line="259" w:lineRule="auto"/>
      </w:pPr>
      <w:r>
        <w:rPr>
          <w:rFonts w:ascii="Calibri" w:hAnsi="Calibri" w:eastAsia="Calibri"/>
          <w:b w:val="0"/>
          <w:i w:val="0"/>
          <w:sz w:val="22"/>
        </w:rPr>
        <w:t>• Non-blanching purpuric rash</w:t>
      </w:r>
    </w:p>
    <w:p>
      <w:pPr>
        <w:spacing w:before="0" w:after="40" w:line="259" w:lineRule="auto"/>
      </w:pPr>
      <w:r>
        <w:rPr>
          <w:rFonts w:ascii="Calibri" w:hAnsi="Calibri" w:eastAsia="Calibri"/>
          <w:b w:val="0"/>
          <w:i w:val="0"/>
          <w:sz w:val="22"/>
        </w:rPr>
        <w:t>• Shock, mottling, reduced GCS</w:t>
      </w:r>
    </w:p>
    <w:p>
      <w:pPr>
        <w:spacing w:before="0" w:after="40" w:line="259" w:lineRule="auto"/>
      </w:pPr>
      <w:r>
        <w:rPr>
          <w:rFonts w:ascii="Calibri" w:hAnsi="Calibri" w:eastAsia="Calibri"/>
          <w:b w:val="0"/>
          <w:i w:val="0"/>
          <w:sz w:val="22"/>
        </w:rPr>
        <w:t>• High lactate</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Blood cultures before antibiotics if it does not delay them</w:t>
      </w:r>
    </w:p>
    <w:p>
      <w:pPr>
        <w:spacing w:before="0" w:after="40" w:line="259" w:lineRule="auto"/>
      </w:pPr>
      <w:r>
        <w:rPr>
          <w:rFonts w:ascii="Calibri" w:hAnsi="Calibri" w:eastAsia="Calibri"/>
          <w:b w:val="0"/>
          <w:i w:val="0"/>
          <w:sz w:val="22"/>
        </w:rPr>
        <w:t>• VBG/lactate, FBC, coag, U&amp;E, CRP, PCR/cultures as per local protocol</w:t>
      </w:r>
    </w:p>
    <w:p>
      <w:pPr>
        <w:spacing w:before="0" w:after="40" w:line="259" w:lineRule="auto"/>
      </w:pPr>
      <w:r>
        <w:rPr>
          <w:rFonts w:ascii="Calibri" w:hAnsi="Calibri" w:eastAsia="Calibri"/>
          <w:b w:val="0"/>
          <w:i w:val="0"/>
          <w:sz w:val="22"/>
        </w:rPr>
        <w:t>• LP only when stable and not coagulopathic — not in resus shock</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Sepsis Six: oxygen, cultures, IV antibiotics, fluids, lactate, urine output</w:t>
      </w:r>
    </w:p>
    <w:p>
      <w:pPr>
        <w:spacing w:before="0" w:after="40" w:line="259" w:lineRule="auto"/>
      </w:pPr>
      <w:r>
        <w:rPr>
          <w:rFonts w:ascii="Calibri" w:hAnsi="Calibri" w:eastAsia="Calibri"/>
          <w:b w:val="0"/>
          <w:i w:val="0"/>
          <w:sz w:val="22"/>
        </w:rPr>
        <w:t>• Ceftriaxone 2 g IV (plus local listeria/viral cover as indicated)</w:t>
      </w:r>
    </w:p>
    <w:p>
      <w:pPr>
        <w:spacing w:before="0" w:after="40" w:line="259" w:lineRule="auto"/>
      </w:pPr>
      <w:r>
        <w:rPr>
          <w:rFonts w:ascii="Calibri" w:hAnsi="Calibri" w:eastAsia="Calibri"/>
          <w:b w:val="0"/>
          <w:i w:val="0"/>
          <w:sz w:val="22"/>
        </w:rPr>
        <w:t>• Isolate, protect staff, early ICU</w:t>
      </w:r>
    </w:p>
    <w:p>
      <w:pPr>
        <w:spacing w:before="0" w:after="40" w:line="259" w:lineRule="auto"/>
      </w:pPr>
      <w:r>
        <w:rPr>
          <w:rFonts w:ascii="Calibri" w:hAnsi="Calibri" w:eastAsia="Calibri"/>
          <w:b w:val="0"/>
          <w:i w:val="0"/>
          <w:sz w:val="22"/>
        </w:rPr>
        <w:t>• Notify public health once the patient is being resuscitated</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NICE NG51 Sepsis</w:t>
      </w:r>
    </w:p>
    <w:p>
      <w:pPr>
        <w:spacing w:before="0" w:after="40" w:line="259" w:lineRule="auto"/>
      </w:pPr>
      <w:r>
        <w:rPr>
          <w:rFonts w:ascii="Calibri" w:hAnsi="Calibri" w:eastAsia="Calibri"/>
          <w:b w:val="0"/>
          <w:i w:val="0"/>
          <w:sz w:val="22"/>
        </w:rPr>
        <w:t>• UKHSA meningococcal disease</w:t>
      </w:r>
    </w:p>
    <w:p>
      <w:pPr>
        <w:spacing w:before="0" w:after="40" w:line="259" w:lineRule="auto"/>
      </w:pPr>
      <w:r>
        <w:rPr>
          <w:rFonts w:ascii="Calibri" w:hAnsi="Calibri" w:eastAsia="Calibri"/>
          <w:b w:val="0"/>
          <w:i w:val="0"/>
          <w:sz w:val="22"/>
        </w:rPr>
        <w:t>• RCEM sepsis toolkit</w:t>
      </w:r>
    </w:p>
    <w:p>
      <w:r>
        <w:br w:type="page"/>
      </w:r>
    </w:p>
    <w:p>
      <w:pPr>
        <w:spacing w:before="120" w:after="160" w:line="259" w:lineRule="auto"/>
      </w:pPr>
      <w:r>
        <w:rPr>
          <w:rFonts w:ascii="Calibri" w:hAnsi="Calibri" w:eastAsia="Calibri"/>
          <w:b/>
          <w:i w:val="0"/>
          <w:color w:val="0C0E10"/>
          <w:sz w:val="36"/>
        </w:rPr>
        <w:t>Case 06 — Convulsive status epilepticus</w:t>
      </w:r>
    </w:p>
    <w:p>
      <w:pPr>
        <w:spacing w:before="0" w:after="40" w:line="259" w:lineRule="auto"/>
      </w:pPr>
      <w:r>
        <w:rPr>
          <w:rFonts w:ascii="Calibri" w:hAnsi="Calibri" w:eastAsia="Calibri"/>
          <w:b w:val="0"/>
          <w:i/>
          <w:color w:val="5A5A5A"/>
          <w:sz w:val="20"/>
        </w:rPr>
        <w:t>pre-alert · Scottish Ambulance Service — pre-alert · rhythm sinus-tach</w:t>
      </w:r>
    </w:p>
    <w:p>
      <w:pPr>
        <w:spacing w:before="0" w:after="40" w:line="259" w:lineRule="auto"/>
      </w:pPr>
      <w:r>
        <w:rPr>
          <w:rFonts w:ascii="Calibri" w:hAnsi="Calibri" w:eastAsia="Calibri"/>
          <w:b w:val="0"/>
          <w:i/>
          <w:color w:val="5A5A5A"/>
          <w:sz w:val="20"/>
        </w:rPr>
        <w:t>HR 118   BP 158/92   RR 22   SpO2 88%   temp 37.6   GCS 3   BM 6.9</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34 years, female</w:t>
      </w:r>
    </w:p>
    <w:p>
      <w:pPr>
        <w:spacing w:before="0" w:after="40" w:line="259" w:lineRule="auto"/>
      </w:pPr>
      <w:r>
        <w:rPr>
          <w:rFonts w:ascii="Calibri" w:hAnsi="Calibri" w:eastAsia="Calibri"/>
          <w:b w:val="0"/>
          <w:i w:val="0"/>
          <w:sz w:val="22"/>
        </w:rPr>
        <w:t>T seizure started 22 minutes ago at home</w:t>
      </w:r>
    </w:p>
    <w:p>
      <w:pPr>
        <w:spacing w:before="0" w:after="40" w:line="259" w:lineRule="auto"/>
      </w:pPr>
      <w:r>
        <w:rPr>
          <w:rFonts w:ascii="Calibri" w:hAnsi="Calibri" w:eastAsia="Calibri"/>
          <w:b w:val="0"/>
          <w:i w:val="0"/>
          <w:sz w:val="22"/>
        </w:rPr>
        <w:t>M known epilepsy, partner gave buccal midazolam at 12 minutes, still fitting</w:t>
      </w:r>
    </w:p>
    <w:p>
      <w:pPr>
        <w:spacing w:before="0" w:after="40" w:line="259" w:lineRule="auto"/>
      </w:pPr>
      <w:r>
        <w:rPr>
          <w:rFonts w:ascii="Calibri" w:hAnsi="Calibri" w:eastAsia="Calibri"/>
          <w:b w:val="0"/>
          <w:i w:val="0"/>
          <w:sz w:val="22"/>
        </w:rPr>
        <w:t>I none</w:t>
      </w:r>
    </w:p>
    <w:p>
      <w:pPr>
        <w:spacing w:before="0" w:after="40" w:line="259" w:lineRule="auto"/>
      </w:pPr>
      <w:r>
        <w:rPr>
          <w:rFonts w:ascii="Calibri" w:hAnsi="Calibri" w:eastAsia="Calibri"/>
          <w:b w:val="0"/>
          <w:i w:val="0"/>
          <w:sz w:val="22"/>
        </w:rPr>
        <w:t>S HR 118 BP 158/92 RR 22 SpO2 88% air GCS unrecordable (convulsing), BM 6.9</w:t>
      </w:r>
    </w:p>
    <w:p>
      <w:pPr>
        <w:spacing w:before="0" w:after="40" w:line="259" w:lineRule="auto"/>
      </w:pPr>
      <w:r>
        <w:rPr>
          <w:rFonts w:ascii="Calibri" w:hAnsi="Calibri" w:eastAsia="Calibri"/>
          <w:b w:val="0"/>
          <w:i w:val="0"/>
          <w:sz w:val="22"/>
        </w:rPr>
        <w:t>T oxygen attempted, no IV, one buccal midazolam</w:t>
      </w:r>
    </w:p>
    <w:p>
      <w:pPr>
        <w:spacing w:before="0" w:after="40" w:line="259" w:lineRule="auto"/>
      </w:pPr>
      <w:r>
        <w:rPr>
          <w:rFonts w:ascii="Calibri" w:hAnsi="Calibri" w:eastAsia="Calibri"/>
          <w:b w:val="0"/>
          <w:i w:val="0"/>
          <w:sz w:val="22"/>
        </w:rPr>
        <w:t>ETA 4 minutes.</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Crew: "She's still fitting. Medic-alert says phenytoin allergy."</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clenched jaw, snoring, saliva, no airway adjunct in. No vomit seen.</w:t>
      </w:r>
    </w:p>
    <w:p>
      <w:pPr>
        <w:spacing w:before="0" w:after="40" w:line="259" w:lineRule="auto"/>
      </w:pPr>
      <w:r>
        <w:rPr>
          <w:rFonts w:ascii="Calibri" w:hAnsi="Calibri" w:eastAsia="Calibri"/>
          <w:b w:val="0"/>
          <w:i w:val="0"/>
          <w:sz w:val="22"/>
        </w:rPr>
        <w:t>B — RR 22, equal air entry, SpO2 88% air. Chest wall tight with the seizure.</w:t>
      </w:r>
    </w:p>
    <w:p>
      <w:pPr>
        <w:spacing w:before="0" w:after="40" w:line="259" w:lineRule="auto"/>
      </w:pPr>
      <w:r>
        <w:rPr>
          <w:rFonts w:ascii="Calibri" w:hAnsi="Calibri" w:eastAsia="Calibri"/>
          <w:b w:val="0"/>
          <w:i w:val="0"/>
          <w:sz w:val="22"/>
        </w:rPr>
        <w:t>C — HR 118, BP 158/92, CRT 2 s.</w:t>
      </w:r>
    </w:p>
    <w:p>
      <w:pPr>
        <w:spacing w:before="0" w:after="40" w:line="259" w:lineRule="auto"/>
      </w:pPr>
      <w:r>
        <w:rPr>
          <w:rFonts w:ascii="Calibri" w:hAnsi="Calibri" w:eastAsia="Calibri"/>
          <w:b w:val="0"/>
          <w:i w:val="0"/>
          <w:sz w:val="22"/>
        </w:rPr>
        <w:t>D — GCS 3, continuously convulsing, pupils mid, BM 6.9. Medic-alert: phenytoin allergy.</w:t>
      </w:r>
    </w:p>
    <w:p>
      <w:pPr>
        <w:spacing w:before="0" w:after="40" w:line="259" w:lineRule="auto"/>
      </w:pPr>
      <w:r>
        <w:rPr>
          <w:rFonts w:ascii="Calibri" w:hAnsi="Calibri" w:eastAsia="Calibri"/>
          <w:b w:val="0"/>
          <w:i w:val="0"/>
          <w:sz w:val="22"/>
        </w:rPr>
        <w:t>E — tongue bitten, no head wound, incontinent of urine. No rash.</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She is still jerking on the trolley.</w:t>
      </w:r>
    </w:p>
    <w:p>
      <w:pPr>
        <w:spacing w:before="120" w:after="20" w:line="259" w:lineRule="auto"/>
        <w:shd w:fill="E8F5EC" w:val="clear"/>
      </w:pPr>
      <w:r>
        <w:rPr>
          <w:rFonts w:ascii="Calibri" w:hAnsi="Calibri" w:eastAsia="Calibri"/>
          <w:b/>
          <w:i w:val="0"/>
          <w:color w:val="146E3C"/>
          <w:sz w:val="22"/>
        </w:rPr>
        <w:t>A. [CORRECT] Nasopharyngeal airway</w:t>
      </w:r>
    </w:p>
    <w:p>
      <w:pPr>
        <w:spacing w:before="0" w:after="20" w:line="259" w:lineRule="auto"/>
      </w:pPr>
      <w:r>
        <w:rPr>
          <w:rFonts w:ascii="Calibri" w:hAnsi="Calibri" w:eastAsia="Calibri"/>
          <w:b w:val="0"/>
          <w:i/>
          <w:color w:val="282828"/>
          <w:sz w:val="22"/>
        </w:rPr>
        <w:t>Bay: NPA in, non-rebreathe on, BM still 6.9. A 16G is going in. Airway and glucose before drugs.</w:t>
      </w:r>
    </w:p>
    <w:p>
      <w:pPr>
        <w:spacing w:before="0" w:after="40" w:line="259" w:lineRule="auto"/>
      </w:pPr>
      <w:r>
        <w:rPr>
          <w:rFonts w:ascii="Calibri" w:hAnsi="Calibri" w:eastAsia="Calibri"/>
          <w:b w:val="0"/>
          <w:i/>
          <w:color w:val="5A4614"/>
          <w:sz w:val="20"/>
        </w:rPr>
        <w:t>Reaction: spo2 +6, O2 15 L</w:t>
      </w:r>
    </w:p>
    <w:p>
      <w:pPr>
        <w:spacing w:before="80" w:after="40" w:line="259" w:lineRule="auto"/>
      </w:pPr>
      <w:r>
        <w:rPr>
          <w:rFonts w:ascii="Calibri" w:hAnsi="Calibri" w:eastAsia="Calibri"/>
          <w:b/>
          <w:i w:val="0"/>
          <w:color w:val="46326E"/>
          <w:sz w:val="22"/>
        </w:rPr>
        <w:t xml:space="preserve">    Follow-up: What dose?</w:t>
      </w:r>
    </w:p>
    <w:p>
      <w:pPr>
        <w:spacing w:before="120" w:after="20" w:line="259" w:lineRule="auto"/>
        <w:shd w:fill="E8F5EC" w:val="clear"/>
      </w:pPr>
      <w:r>
        <w:rPr>
          <w:rFonts w:ascii="Calibri" w:hAnsi="Calibri" w:eastAsia="Calibri"/>
          <w:b/>
          <w:i w:val="0"/>
          <w:color w:val="146E3C"/>
          <w:sz w:val="22"/>
        </w:rPr>
        <w:t xml:space="preserve">    A. [CORRECT] 15 L/min via a non-rebreathe mask</w:t>
      </w:r>
    </w:p>
    <w:p>
      <w:pPr>
        <w:spacing w:before="0" w:after="20" w:line="259" w:lineRule="auto"/>
      </w:pPr>
      <w:r>
        <w:rPr>
          <w:rFonts w:ascii="Calibri" w:hAnsi="Calibri" w:eastAsia="Calibri"/>
          <w:b w:val="0"/>
          <w:i/>
          <w:color w:val="282828"/>
          <w:sz w:val="22"/>
        </w:rPr>
        <w:t xml:space="preserve">       Bay: High-concentration oxygen until saturations recover. She arrived at 88% and is still fitting.</w:t>
      </w:r>
    </w:p>
    <w:p>
      <w:pPr>
        <w:spacing w:before="120" w:after="20" w:line="259" w:lineRule="auto"/>
        <w:shd w:fill="F8E8E8" w:val="clear"/>
      </w:pPr>
      <w:r>
        <w:rPr>
          <w:rFonts w:ascii="Calibri" w:hAnsi="Calibri" w:eastAsia="Calibri"/>
          <w:b w:val="0"/>
          <w:i w:val="0"/>
          <w:color w:val="A02828"/>
          <w:sz w:val="22"/>
        </w:rPr>
        <w:t xml:space="preserve">    B. [WRONG] 2 L/min via nasal cannulae</w:t>
      </w:r>
    </w:p>
    <w:p>
      <w:pPr>
        <w:spacing w:before="0" w:after="20" w:line="259" w:lineRule="auto"/>
      </w:pPr>
      <w:r>
        <w:rPr>
          <w:rFonts w:ascii="Calibri" w:hAnsi="Calibri" w:eastAsia="Calibri"/>
          <w:b w:val="0"/>
          <w:i/>
          <w:color w:val="282828"/>
          <w:sz w:val="22"/>
        </w:rPr>
        <w:t xml:space="preserve">       Bay: She is hypoxic and convulsing. That is not enough oxygen.</w:t>
      </w:r>
    </w:p>
    <w:p>
      <w:pPr>
        <w:spacing w:before="120" w:after="20" w:line="259" w:lineRule="auto"/>
        <w:shd w:fill="F8E8E8" w:val="clear"/>
      </w:pPr>
      <w:r>
        <w:rPr>
          <w:rFonts w:ascii="Calibri" w:hAnsi="Calibri" w:eastAsia="Calibri"/>
          <w:b w:val="0"/>
          <w:i w:val="0"/>
          <w:color w:val="A02828"/>
          <w:sz w:val="22"/>
        </w:rPr>
        <w:t xml:space="preserve">    C. [WRONG] 28% Venturi</w:t>
      </w:r>
    </w:p>
    <w:p>
      <w:pPr>
        <w:spacing w:before="0" w:after="20" w:line="259" w:lineRule="auto"/>
      </w:pPr>
      <w:r>
        <w:rPr>
          <w:rFonts w:ascii="Calibri" w:hAnsi="Calibri" w:eastAsia="Calibri"/>
          <w:b w:val="0"/>
          <w:i/>
          <w:color w:val="282828"/>
          <w:sz w:val="22"/>
        </w:rPr>
        <w:t xml:space="preserve">       Bay: Target high-concentration oxygen in this seizure, not a COPD-style Venturi.</w:t>
      </w:r>
    </w:p>
    <w:p>
      <w:pPr>
        <w:spacing w:before="120" w:after="20" w:line="259" w:lineRule="auto"/>
        <w:shd w:fill="F8E8E8" w:val="clear"/>
      </w:pPr>
      <w:r>
        <w:rPr>
          <w:rFonts w:ascii="Calibri" w:hAnsi="Calibri" w:eastAsia="Calibri"/>
          <w:b w:val="0"/>
          <w:i w:val="0"/>
          <w:color w:val="A02828"/>
          <w:sz w:val="22"/>
        </w:rPr>
        <w:t xml:space="preserve">    D. [WRONG] Room air until the seizure stops</w:t>
      </w:r>
    </w:p>
    <w:p>
      <w:pPr>
        <w:spacing w:before="0" w:after="20" w:line="259" w:lineRule="auto"/>
      </w:pPr>
      <w:r>
        <w:rPr>
          <w:rFonts w:ascii="Calibri" w:hAnsi="Calibri" w:eastAsia="Calibri"/>
          <w:b w:val="0"/>
          <w:i/>
          <w:color w:val="282828"/>
          <w:sz w:val="22"/>
        </w:rPr>
        <w:t xml:space="preserve">       Bay: SpO2 is 88%. Give oxygen now.</w:t>
      </w:r>
    </w:p>
    <w:p>
      <w:pPr>
        <w:spacing w:before="120" w:after="20" w:line="259" w:lineRule="auto"/>
        <w:shd w:fill="F8E8E8" w:val="clear"/>
      </w:pPr>
      <w:r>
        <w:rPr>
          <w:rFonts w:ascii="Calibri" w:hAnsi="Calibri" w:eastAsia="Calibri"/>
          <w:b w:val="0"/>
          <w:i w:val="0"/>
          <w:color w:val="A02828"/>
          <w:sz w:val="22"/>
        </w:rPr>
        <w:t xml:space="preserve">    E. [WRONG] 50% via a simple face mask</w:t>
      </w:r>
    </w:p>
    <w:p>
      <w:pPr>
        <w:spacing w:before="0" w:after="20" w:line="259" w:lineRule="auto"/>
      </w:pPr>
      <w:r>
        <w:rPr>
          <w:rFonts w:ascii="Calibri" w:hAnsi="Calibri" w:eastAsia="Calibri"/>
          <w:b w:val="0"/>
          <w:i/>
          <w:color w:val="282828"/>
          <w:sz w:val="22"/>
        </w:rPr>
        <w:t xml:space="preserve">       Bay: Use a non-rebreathe at 15 L/min until she is no longer hypoxic.</w:t>
      </w:r>
    </w:p>
    <w:p>
      <w:pPr>
        <w:spacing w:before="120" w:after="20" w:line="259" w:lineRule="auto"/>
        <w:shd w:fill="F8E8E8" w:val="clear"/>
      </w:pPr>
      <w:r>
        <w:rPr>
          <w:rFonts w:ascii="Calibri" w:hAnsi="Calibri" w:eastAsia="Calibri"/>
          <w:b w:val="0"/>
          <w:i w:val="0"/>
          <w:color w:val="A02828"/>
          <w:sz w:val="22"/>
        </w:rPr>
        <w:t>B. [WRONG] Oropharyngeal airway</w:t>
      </w:r>
    </w:p>
    <w:p>
      <w:pPr>
        <w:spacing w:before="0" w:after="20" w:line="259" w:lineRule="auto"/>
      </w:pPr>
      <w:r>
        <w:rPr>
          <w:rFonts w:ascii="Calibri" w:hAnsi="Calibri" w:eastAsia="Calibri"/>
          <w:b w:val="0"/>
          <w:i/>
          <w:color w:val="282828"/>
          <w:sz w:val="22"/>
        </w:rPr>
        <w:t>Bay: A Guedel against trismus risks teeth and fingers. Use a nasopharyngeal airway until the jaw relaxes.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Laryngeal mask airway</w:t>
      </w:r>
    </w:p>
    <w:p>
      <w:pPr>
        <w:spacing w:before="0" w:after="20" w:line="259" w:lineRule="auto"/>
      </w:pPr>
      <w:r>
        <w:rPr>
          <w:rFonts w:ascii="Calibri" w:hAnsi="Calibri" w:eastAsia="Calibri"/>
          <w:b w:val="0"/>
          <w:i/>
          <w:color w:val="282828"/>
          <w:sz w:val="22"/>
        </w:rPr>
        <w:t>Bay: She is convulsing with a clenched jaw. An LMA will not sit and you have not given a benzodiazepine. NPA now.</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Immediate intubation</w:t>
      </w:r>
    </w:p>
    <w:p>
      <w:pPr>
        <w:spacing w:before="0" w:after="20" w:line="259" w:lineRule="auto"/>
      </w:pPr>
      <w:r>
        <w:rPr>
          <w:rFonts w:ascii="Calibri" w:hAnsi="Calibri" w:eastAsia="Calibri"/>
          <w:b w:val="0"/>
          <w:i/>
          <w:color w:val="282828"/>
          <w:sz w:val="22"/>
        </w:rPr>
        <w:t>Bay: Protect the airway with an NPA, give oxygen and a benzodiazepine first. RSI is for refractory status with anaesthetics.</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Surgical airway</w:t>
      </w:r>
    </w:p>
    <w:p>
      <w:pPr>
        <w:spacing w:before="0" w:after="20" w:line="259" w:lineRule="auto"/>
      </w:pPr>
      <w:r>
        <w:rPr>
          <w:rFonts w:ascii="Calibri" w:hAnsi="Calibri" w:eastAsia="Calibri"/>
          <w:b w:val="0"/>
          <w:i/>
          <w:color w:val="282828"/>
          <w:sz w:val="22"/>
        </w:rPr>
        <w:t>Bay: The airway is not obstructed by anatomy. Trismus is not an indication for front-of-neck access.</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Airway is better. She is still fitting. Access is in. BM 6.9.</w:t>
      </w:r>
    </w:p>
    <w:p>
      <w:pPr>
        <w:spacing w:before="120" w:after="20" w:line="259" w:lineRule="auto"/>
        <w:shd w:fill="E8F5EC" w:val="clear"/>
      </w:pPr>
      <w:r>
        <w:rPr>
          <w:rFonts w:ascii="Calibri" w:hAnsi="Calibri" w:eastAsia="Calibri"/>
          <w:b/>
          <w:i w:val="0"/>
          <w:color w:val="146E3C"/>
          <w:sz w:val="22"/>
        </w:rPr>
        <w:t>A. [CORRECT] Intravenous lorazepam</w:t>
      </w:r>
    </w:p>
    <w:p>
      <w:pPr>
        <w:spacing w:before="0" w:after="20" w:line="259" w:lineRule="auto"/>
      </w:pPr>
      <w:r>
        <w:rPr>
          <w:rFonts w:ascii="Calibri" w:hAnsi="Calibri" w:eastAsia="Calibri"/>
          <w:b w:val="0"/>
          <w:i/>
          <w:color w:val="282828"/>
          <w:sz w:val="22"/>
        </w:rPr>
        <w:t>Bay: Lorazepam is in. Clock started. If she is still fitting after this, second-line is an AED — not phenytoin.</w:t>
      </w:r>
    </w:p>
    <w:p>
      <w:pPr>
        <w:spacing w:before="0" w:after="40" w:line="259" w:lineRule="auto"/>
      </w:pPr>
      <w:r>
        <w:rPr>
          <w:rFonts w:ascii="Calibri" w:hAnsi="Calibri" w:eastAsia="Calibri"/>
          <w:b w:val="0"/>
          <w:i/>
          <w:color w:val="5A4614"/>
          <w:sz w:val="20"/>
        </w:rPr>
        <w:t>Reaction: rr -4, spo2 +2</w:t>
      </w:r>
    </w:p>
    <w:p>
      <w:pPr>
        <w:spacing w:before="80" w:after="40" w:line="259" w:lineRule="auto"/>
      </w:pPr>
      <w:r>
        <w:rPr>
          <w:rFonts w:ascii="Calibri" w:hAnsi="Calibri" w:eastAsia="Calibri"/>
          <w:b/>
          <w:i w:val="0"/>
          <w:color w:val="46326E"/>
          <w:sz w:val="22"/>
        </w:rPr>
        <w:t xml:space="preserve">    Follow-up: What dose?</w:t>
      </w:r>
    </w:p>
    <w:p>
      <w:pPr>
        <w:spacing w:before="120" w:after="20" w:line="259" w:lineRule="auto"/>
        <w:shd w:fill="E8F5EC" w:val="clear"/>
      </w:pPr>
      <w:r>
        <w:rPr>
          <w:rFonts w:ascii="Calibri" w:hAnsi="Calibri" w:eastAsia="Calibri"/>
          <w:b/>
          <w:i w:val="0"/>
          <w:color w:val="146E3C"/>
          <w:sz w:val="22"/>
        </w:rPr>
        <w:t xml:space="preserve">    A. [CORRECT] Lorazepam 4 mg IV</w:t>
      </w:r>
    </w:p>
    <w:p>
      <w:pPr>
        <w:spacing w:before="0" w:after="20" w:line="259" w:lineRule="auto"/>
      </w:pPr>
      <w:r>
        <w:rPr>
          <w:rFonts w:ascii="Calibri" w:hAnsi="Calibri" w:eastAsia="Calibri"/>
          <w:b w:val="0"/>
          <w:i/>
          <w:color w:val="282828"/>
          <w:sz w:val="22"/>
        </w:rPr>
        <w:t xml:space="preserve">       Bay: NICE / APLS adult status: lorazepam 4 mg IV. Community midazolam already counts as the first benzodiazepine.</w:t>
      </w:r>
    </w:p>
    <w:p>
      <w:pPr>
        <w:spacing w:before="120" w:after="20" w:line="259" w:lineRule="auto"/>
        <w:shd w:fill="F8E8E8" w:val="clear"/>
      </w:pPr>
      <w:r>
        <w:rPr>
          <w:rFonts w:ascii="Calibri" w:hAnsi="Calibri" w:eastAsia="Calibri"/>
          <w:b w:val="0"/>
          <w:i w:val="0"/>
          <w:color w:val="A02828"/>
          <w:sz w:val="22"/>
        </w:rPr>
        <w:t xml:space="preserve">    B. [WRONG] Lorazepam 1 mg IV</w:t>
      </w:r>
    </w:p>
    <w:p>
      <w:pPr>
        <w:spacing w:before="0" w:after="20" w:line="259" w:lineRule="auto"/>
      </w:pPr>
      <w:r>
        <w:rPr>
          <w:rFonts w:ascii="Calibri" w:hAnsi="Calibri" w:eastAsia="Calibri"/>
          <w:b w:val="0"/>
          <w:i/>
          <w:color w:val="282828"/>
          <w:sz w:val="22"/>
        </w:rPr>
        <w:t xml:space="preserve">       Bay: Underdose. Adult IV status dose is 4 mg.</w:t>
      </w:r>
    </w:p>
    <w:p>
      <w:pPr>
        <w:spacing w:before="120" w:after="20" w:line="259" w:lineRule="auto"/>
        <w:shd w:fill="F8E8E8" w:val="clear"/>
      </w:pPr>
      <w:r>
        <w:rPr>
          <w:rFonts w:ascii="Calibri" w:hAnsi="Calibri" w:eastAsia="Calibri"/>
          <w:b w:val="0"/>
          <w:i w:val="0"/>
          <w:color w:val="A02828"/>
          <w:sz w:val="22"/>
        </w:rPr>
        <w:t xml:space="preserve">    C. [WRONG] Lorazepam 8 mg IV as a single bolus</w:t>
      </w:r>
    </w:p>
    <w:p>
      <w:pPr>
        <w:spacing w:before="0" w:after="20" w:line="259" w:lineRule="auto"/>
      </w:pPr>
      <w:r>
        <w:rPr>
          <w:rFonts w:ascii="Calibri" w:hAnsi="Calibri" w:eastAsia="Calibri"/>
          <w:b w:val="0"/>
          <w:i/>
          <w:color w:val="282828"/>
          <w:sz w:val="22"/>
        </w:rPr>
        <w:t xml:space="preserve">       Bay: That is two adult doses at once. Give 4 mg and reassess.</w:t>
      </w:r>
    </w:p>
    <w:p>
      <w:pPr>
        <w:spacing w:before="120" w:after="20" w:line="259" w:lineRule="auto"/>
        <w:shd w:fill="F8E8E8" w:val="clear"/>
      </w:pPr>
      <w:r>
        <w:rPr>
          <w:rFonts w:ascii="Calibri" w:hAnsi="Calibri" w:eastAsia="Calibri"/>
          <w:b w:val="0"/>
          <w:i w:val="0"/>
          <w:color w:val="A02828"/>
          <w:sz w:val="22"/>
        </w:rPr>
        <w:t xml:space="preserve">    D. [WRONG] Diazepam 20 mg IV as preferred first-line</w:t>
      </w:r>
    </w:p>
    <w:p>
      <w:pPr>
        <w:spacing w:before="0" w:after="20" w:line="259" w:lineRule="auto"/>
      </w:pPr>
      <w:r>
        <w:rPr>
          <w:rFonts w:ascii="Calibri" w:hAnsi="Calibri" w:eastAsia="Calibri"/>
          <w:b w:val="0"/>
          <w:i/>
          <w:color w:val="282828"/>
          <w:sz w:val="22"/>
        </w:rPr>
        <w:t xml:space="preserve">       Bay: Lorazepam is preferred when IV access is in. Diazepam 10 mg IV is the alternative, not 20 mg as first.</w:t>
      </w:r>
    </w:p>
    <w:p>
      <w:pPr>
        <w:spacing w:before="120" w:after="20" w:line="259" w:lineRule="auto"/>
        <w:shd w:fill="F8E8E8" w:val="clear"/>
      </w:pPr>
      <w:r>
        <w:rPr>
          <w:rFonts w:ascii="Calibri" w:hAnsi="Calibri" w:eastAsia="Calibri"/>
          <w:b w:val="0"/>
          <w:i w:val="0"/>
          <w:color w:val="A02828"/>
          <w:sz w:val="22"/>
        </w:rPr>
        <w:t xml:space="preserve">    E. [WRONG] Buccal midazolam 10 mg now she has a cannula</w:t>
      </w:r>
    </w:p>
    <w:p>
      <w:pPr>
        <w:spacing w:before="0" w:after="20" w:line="259" w:lineRule="auto"/>
      </w:pPr>
      <w:r>
        <w:rPr>
          <w:rFonts w:ascii="Calibri" w:hAnsi="Calibri" w:eastAsia="Calibri"/>
          <w:b w:val="0"/>
          <w:i/>
          <w:color w:val="282828"/>
          <w:sz w:val="22"/>
        </w:rPr>
        <w:t xml:space="preserve">       Bay: She already had community midazolam. Give IV lorazepam, not another buccal dose.</w:t>
      </w:r>
    </w:p>
    <w:p>
      <w:pPr>
        <w:spacing w:before="120" w:after="20" w:line="259" w:lineRule="auto"/>
        <w:shd w:fill="F8E8E8" w:val="clear"/>
      </w:pPr>
      <w:r>
        <w:rPr>
          <w:rFonts w:ascii="Calibri" w:hAnsi="Calibri" w:eastAsia="Calibri"/>
          <w:b w:val="0"/>
          <w:i w:val="0"/>
          <w:color w:val="A02828"/>
          <w:sz w:val="22"/>
        </w:rPr>
        <w:t>B. [WRONG] Intravenous phenytoin</w:t>
      </w:r>
    </w:p>
    <w:p>
      <w:pPr>
        <w:spacing w:before="0" w:after="20" w:line="259" w:lineRule="auto"/>
      </w:pPr>
      <w:r>
        <w:rPr>
          <w:rFonts w:ascii="Calibri" w:hAnsi="Calibri" w:eastAsia="Calibri"/>
          <w:b w:val="0"/>
          <w:i/>
          <w:color w:val="282828"/>
          <w:sz w:val="22"/>
        </w:rPr>
        <w:t>Bay: Medic-alert: phenytoin allergy. You have not given a benzodiazepine in the bay and you have chosen a drug she must not receive.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Immediate unplanned RSI</w:t>
      </w:r>
    </w:p>
    <w:p>
      <w:pPr>
        <w:spacing w:before="0" w:after="20" w:line="259" w:lineRule="auto"/>
      </w:pPr>
      <w:r>
        <w:rPr>
          <w:rFonts w:ascii="Calibri" w:hAnsi="Calibri" w:eastAsia="Calibri"/>
          <w:b w:val="0"/>
          <w:i/>
          <w:color w:val="282828"/>
          <w:sz w:val="22"/>
        </w:rPr>
        <w:t>Bay: Give IV lorazepam first. RSI is for refractory status with anaesthetics, not a substitute for the first ED benzodiazepine.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Intravenous 50% glucose</w:t>
      </w:r>
    </w:p>
    <w:p>
      <w:pPr>
        <w:spacing w:before="0" w:after="20" w:line="259" w:lineRule="auto"/>
      </w:pPr>
      <w:r>
        <w:rPr>
          <w:rFonts w:ascii="Calibri" w:hAnsi="Calibri" w:eastAsia="Calibri"/>
          <w:b w:val="0"/>
          <w:i/>
          <w:color w:val="282828"/>
          <w:sz w:val="22"/>
        </w:rPr>
        <w:t>Bay: BM is 6.9. Glucose will not terminate this seizure and delays lorazepam.</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Rectal diazepam</w:t>
      </w:r>
    </w:p>
    <w:p>
      <w:pPr>
        <w:spacing w:before="0" w:after="20" w:line="259" w:lineRule="auto"/>
      </w:pPr>
      <w:r>
        <w:rPr>
          <w:rFonts w:ascii="Calibri" w:hAnsi="Calibri" w:eastAsia="Calibri"/>
          <w:b w:val="0"/>
          <w:i/>
          <w:color w:val="282828"/>
          <w:sz w:val="22"/>
        </w:rPr>
        <w:t>Bay: You have IV access. Give lorazepam 4 mg IV, not a rectal dose.</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She is still twitching. You can send investigations from the bay.</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7.14  pCO2 7.2  pO2 9.8  HCO3 18  BE −9  lactate 9.6  K+ 3.8  Hb 134</w:t>
      </w:r>
    </w:p>
    <w:p>
      <w:pPr>
        <w:spacing w:before="0" w:after="40" w:line="259" w:lineRule="auto"/>
      </w:pPr>
      <w:r>
        <w:rPr>
          <w:rFonts w:ascii="Calibri" w:hAnsi="Calibri" w:eastAsia="Calibri"/>
          <w:b w:val="0"/>
          <w:i w:val="0"/>
          <w:sz w:val="22"/>
        </w:rPr>
        <w:t>Post-ictal / ongoing-seizure acidosis. Treat the seizure, not the numbers.</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6.9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sinus-tach</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Blood + (catheter trauma / period). Protein neg. hCG negative.</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134   WCC 14.2   Plt 268</w:t>
      </w:r>
    </w:p>
    <w:p>
      <w:pPr>
        <w:spacing w:before="0" w:after="40" w:line="259" w:lineRule="auto"/>
      </w:pPr>
      <w:r>
        <w:rPr>
          <w:rFonts w:ascii="Calibri" w:hAnsi="Calibri" w:eastAsia="Calibri"/>
          <w:b w:val="0"/>
          <w:i w:val="0"/>
          <w:sz w:val="22"/>
        </w:rPr>
        <w:t>ue: Na 136   K 3.8   urea 5.1   creat 68</w:t>
      </w:r>
    </w:p>
    <w:p>
      <w:pPr>
        <w:spacing w:before="0" w:after="40" w:line="259" w:lineRule="auto"/>
      </w:pPr>
      <w:r>
        <w:rPr>
          <w:rFonts w:ascii="Calibri" w:hAnsi="Calibri" w:eastAsia="Calibri"/>
          <w:b w:val="0"/>
          <w:i w:val="0"/>
          <w:sz w:val="22"/>
        </w:rPr>
        <w:t>crp: 8 mg/L</w:t>
      </w:r>
    </w:p>
    <w:p>
      <w:pPr>
        <w:spacing w:before="0" w:after="40" w:line="259" w:lineRule="auto"/>
      </w:pPr>
      <w:r>
        <w:rPr>
          <w:rFonts w:ascii="Calibri" w:hAnsi="Calibri" w:eastAsia="Calibri"/>
          <w:b w:val="0"/>
          <w:i w:val="0"/>
          <w:sz w:val="22"/>
        </w:rPr>
        <w:t>mg: 0.72 mmol/L</w:t>
      </w:r>
    </w:p>
    <w:p>
      <w:pPr>
        <w:spacing w:before="0" w:after="40" w:line="259" w:lineRule="auto"/>
      </w:pPr>
      <w:r>
        <w:rPr>
          <w:rFonts w:ascii="Calibri" w:hAnsi="Calibri" w:eastAsia="Calibri"/>
          <w:b w:val="0"/>
          <w:i w:val="0"/>
          <w:sz w:val="22"/>
        </w:rPr>
        <w:t>ca: 2.28 mmol/L</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Ten minutes after lorazepam she is still fitting. Review any results that have returned — then decide.</w:t>
      </w:r>
    </w:p>
    <w:p>
      <w:pPr>
        <w:spacing w:before="120" w:after="20" w:line="259" w:lineRule="auto"/>
        <w:shd w:fill="E8F5EC" w:val="clear"/>
      </w:pPr>
      <w:r>
        <w:rPr>
          <w:rFonts w:ascii="Calibri" w:hAnsi="Calibri" w:eastAsia="Calibri"/>
          <w:b/>
          <w:i w:val="0"/>
          <w:color w:val="146E3C"/>
          <w:sz w:val="22"/>
        </w:rPr>
        <w:t>A. [CORRECT] Intravenous levetiracetam</w:t>
      </w:r>
    </w:p>
    <w:p>
      <w:pPr>
        <w:spacing w:before="0" w:after="20" w:line="259" w:lineRule="auto"/>
      </w:pPr>
      <w:r>
        <w:rPr>
          <w:rFonts w:ascii="Calibri" w:hAnsi="Calibri" w:eastAsia="Calibri"/>
          <w:b w:val="0"/>
          <w:i/>
          <w:color w:val="282828"/>
          <w:sz w:val="22"/>
        </w:rPr>
        <w:t>Bay: Levetiracetam going in. Anaesthetics are aware. Do not give phenytoin.</w:t>
      </w:r>
    </w:p>
    <w:p>
      <w:pPr>
        <w:spacing w:before="0" w:after="40" w:line="259" w:lineRule="auto"/>
      </w:pPr>
      <w:r>
        <w:rPr>
          <w:rFonts w:ascii="Calibri" w:hAnsi="Calibri" w:eastAsia="Calibri"/>
          <w:b w:val="0"/>
          <w:i/>
          <w:color w:val="5A4614"/>
          <w:sz w:val="20"/>
        </w:rPr>
        <w:t>Reaction: rr -2, spo2 +2</w:t>
      </w:r>
    </w:p>
    <w:p>
      <w:pPr>
        <w:spacing w:before="80" w:after="40" w:line="259" w:lineRule="auto"/>
      </w:pPr>
      <w:r>
        <w:rPr>
          <w:rFonts w:ascii="Calibri" w:hAnsi="Calibri" w:eastAsia="Calibri"/>
          <w:b/>
          <w:i w:val="0"/>
          <w:color w:val="46326E"/>
          <w:sz w:val="22"/>
        </w:rPr>
        <w:t xml:space="preserve">    Follow-up: What dose?</w:t>
      </w:r>
    </w:p>
    <w:p>
      <w:pPr>
        <w:spacing w:before="120" w:after="20" w:line="259" w:lineRule="auto"/>
        <w:shd w:fill="E8F5EC" w:val="clear"/>
      </w:pPr>
      <w:r>
        <w:rPr>
          <w:rFonts w:ascii="Calibri" w:hAnsi="Calibri" w:eastAsia="Calibri"/>
          <w:b/>
          <w:i w:val="0"/>
          <w:color w:val="146E3C"/>
          <w:sz w:val="22"/>
        </w:rPr>
        <w:t xml:space="preserve">    A. [CORRECT] Levetiracetam 60 mg/kg IV, maximum 4.5 g</w:t>
      </w:r>
    </w:p>
    <w:p>
      <w:pPr>
        <w:spacing w:before="0" w:after="20" w:line="259" w:lineRule="auto"/>
      </w:pPr>
      <w:r>
        <w:rPr>
          <w:rFonts w:ascii="Calibri" w:hAnsi="Calibri" w:eastAsia="Calibri"/>
          <w:b w:val="0"/>
          <w:i/>
          <w:color w:val="282828"/>
          <w:sz w:val="22"/>
        </w:rPr>
        <w:t xml:space="preserve">       Bay: NICE / ESETT second-line dose. She is allergic to phenytoin — this is the right AED.</w:t>
      </w:r>
    </w:p>
    <w:p>
      <w:pPr>
        <w:spacing w:before="120" w:after="20" w:line="259" w:lineRule="auto"/>
        <w:shd w:fill="F8E8E8" w:val="clear"/>
      </w:pPr>
      <w:r>
        <w:rPr>
          <w:rFonts w:ascii="Calibri" w:hAnsi="Calibri" w:eastAsia="Calibri"/>
          <w:b w:val="0"/>
          <w:i w:val="0"/>
          <w:color w:val="A02828"/>
          <w:sz w:val="22"/>
        </w:rPr>
        <w:t xml:space="preserve">    B. [WRONG] Levetiracetam 500 mg IV</w:t>
      </w:r>
    </w:p>
    <w:p>
      <w:pPr>
        <w:spacing w:before="0" w:after="20" w:line="259" w:lineRule="auto"/>
      </w:pPr>
      <w:r>
        <w:rPr>
          <w:rFonts w:ascii="Calibri" w:hAnsi="Calibri" w:eastAsia="Calibri"/>
          <w:b w:val="0"/>
          <w:i/>
          <w:color w:val="282828"/>
          <w:sz w:val="22"/>
        </w:rPr>
        <w:t xml:space="preserve">       Bay: That is a ward start dose, not status. She needs 60 mg/kg, max 4.5 g.</w:t>
      </w:r>
    </w:p>
    <w:p>
      <w:pPr>
        <w:spacing w:before="120" w:after="20" w:line="259" w:lineRule="auto"/>
        <w:shd w:fill="F8E8E8" w:val="clear"/>
      </w:pPr>
      <w:r>
        <w:rPr>
          <w:rFonts w:ascii="Calibri" w:hAnsi="Calibri" w:eastAsia="Calibri"/>
          <w:b w:val="0"/>
          <w:i w:val="0"/>
          <w:color w:val="A02828"/>
          <w:sz w:val="22"/>
        </w:rPr>
        <w:t xml:space="preserve">    C. [WRONG] Levetiracetam 1 g IV</w:t>
      </w:r>
    </w:p>
    <w:p>
      <w:pPr>
        <w:spacing w:before="0" w:after="20" w:line="259" w:lineRule="auto"/>
      </w:pPr>
      <w:r>
        <w:rPr>
          <w:rFonts w:ascii="Calibri" w:hAnsi="Calibri" w:eastAsia="Calibri"/>
          <w:b w:val="0"/>
          <w:i/>
          <w:color w:val="282828"/>
          <w:sz w:val="22"/>
        </w:rPr>
        <w:t xml:space="preserve">       Bay: Underdose for convulsive status. 60 mg/kg (max 4.5 g).</w:t>
      </w:r>
    </w:p>
    <w:p>
      <w:pPr>
        <w:spacing w:before="120" w:after="20" w:line="259" w:lineRule="auto"/>
        <w:shd w:fill="F8E8E8" w:val="clear"/>
      </w:pPr>
      <w:r>
        <w:rPr>
          <w:rFonts w:ascii="Calibri" w:hAnsi="Calibri" w:eastAsia="Calibri"/>
          <w:b w:val="0"/>
          <w:i w:val="0"/>
          <w:color w:val="A02828"/>
          <w:sz w:val="22"/>
        </w:rPr>
        <w:t xml:space="preserve">    D. [WRONG] Phenytoin 20 mg/kg IV</w:t>
      </w:r>
    </w:p>
    <w:p>
      <w:pPr>
        <w:spacing w:before="0" w:after="20" w:line="259" w:lineRule="auto"/>
      </w:pPr>
      <w:r>
        <w:rPr>
          <w:rFonts w:ascii="Calibri" w:hAnsi="Calibri" w:eastAsia="Calibri"/>
          <w:b w:val="0"/>
          <w:i/>
          <w:color w:val="282828"/>
          <w:sz w:val="22"/>
        </w:rPr>
        <w:t xml:space="preserve">       Bay: Medic-alert: phenytoin allergy. Do not give it.</w:t>
      </w:r>
    </w:p>
    <w:p>
      <w:pPr>
        <w:spacing w:before="120" w:after="20" w:line="259" w:lineRule="auto"/>
        <w:shd w:fill="F8E8E8" w:val="clear"/>
      </w:pPr>
      <w:r>
        <w:rPr>
          <w:rFonts w:ascii="Calibri" w:hAnsi="Calibri" w:eastAsia="Calibri"/>
          <w:b w:val="0"/>
          <w:i w:val="0"/>
          <w:color w:val="A02828"/>
          <w:sz w:val="22"/>
        </w:rPr>
        <w:t xml:space="preserve">    E. [WRONG] Levetiracetam 60 mg total</w:t>
      </w:r>
    </w:p>
    <w:p>
      <w:pPr>
        <w:spacing w:before="0" w:after="20" w:line="259" w:lineRule="auto"/>
      </w:pPr>
      <w:r>
        <w:rPr>
          <w:rFonts w:ascii="Calibri" w:hAnsi="Calibri" w:eastAsia="Calibri"/>
          <w:b w:val="0"/>
          <w:i/>
          <w:color w:val="282828"/>
          <w:sz w:val="22"/>
        </w:rPr>
        <w:t xml:space="preserve">       Bay: That is a thousand-fold underdose. 60 mg/kg, max 4.5 g.</w:t>
      </w:r>
    </w:p>
    <w:p>
      <w:pPr>
        <w:spacing w:before="120" w:after="20" w:line="259" w:lineRule="auto"/>
        <w:shd w:fill="F8E8E8" w:val="clear"/>
      </w:pPr>
      <w:r>
        <w:rPr>
          <w:rFonts w:ascii="Calibri" w:hAnsi="Calibri" w:eastAsia="Calibri"/>
          <w:b w:val="0"/>
          <w:i w:val="0"/>
          <w:color w:val="A02828"/>
          <w:sz w:val="22"/>
        </w:rPr>
        <w:t>B. [WRONG] Intravenous phenytoin</w:t>
      </w:r>
    </w:p>
    <w:p>
      <w:pPr>
        <w:spacing w:before="0" w:after="20" w:line="259" w:lineRule="auto"/>
      </w:pPr>
      <w:r>
        <w:rPr>
          <w:rFonts w:ascii="Calibri" w:hAnsi="Calibri" w:eastAsia="Calibri"/>
          <w:b w:val="0"/>
          <w:i/>
          <w:color w:val="282828"/>
          <w:sz w:val="22"/>
        </w:rPr>
        <w:t>Bay: The medic-alert states phenytoin allergy. Second-line is levetiracetam or valproate, not phenytoin.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A third benzodiazepine</w:t>
      </w:r>
    </w:p>
    <w:p>
      <w:pPr>
        <w:spacing w:before="0" w:after="20" w:line="259" w:lineRule="auto"/>
      </w:pPr>
      <w:r>
        <w:rPr>
          <w:rFonts w:ascii="Calibri" w:hAnsi="Calibri" w:eastAsia="Calibri"/>
          <w:b w:val="0"/>
          <w:i/>
          <w:color w:val="282828"/>
          <w:sz w:val="22"/>
        </w:rPr>
        <w:t>Bay: She has had community midazolam and IV lorazepam. Further benzo only stacks hypoventilation. Give a second-line AED.</w:t>
      </w:r>
    </w:p>
    <w:p>
      <w:pPr>
        <w:spacing w:before="0" w:after="40" w:line="259" w:lineRule="auto"/>
      </w:pPr>
      <w:r>
        <w:rPr>
          <w:rFonts w:ascii="Calibri" w:hAnsi="Calibri" w:eastAsia="Calibri"/>
          <w:b w:val="0"/>
          <w:i/>
          <w:color w:val="5A4614"/>
          <w:sz w:val="20"/>
        </w:rPr>
        <w:t>Reaction: rr -8, spo2 -12</w:t>
      </w:r>
    </w:p>
    <w:p>
      <w:pPr>
        <w:spacing w:before="120" w:after="20" w:line="259" w:lineRule="auto"/>
        <w:shd w:fill="F8E8E8" w:val="clear"/>
      </w:pPr>
      <w:r>
        <w:rPr>
          <w:rFonts w:ascii="Calibri" w:hAnsi="Calibri" w:eastAsia="Calibri"/>
          <w:b w:val="0"/>
          <w:i w:val="0"/>
          <w:color w:val="A02828"/>
          <w:sz w:val="22"/>
        </w:rPr>
        <w:t>D. [WRONG] Unsupervised thiopentone in the bay</w:t>
      </w:r>
    </w:p>
    <w:p>
      <w:pPr>
        <w:spacing w:before="0" w:after="20" w:line="259" w:lineRule="auto"/>
      </w:pPr>
      <w:r>
        <w:rPr>
          <w:rFonts w:ascii="Calibri" w:hAnsi="Calibri" w:eastAsia="Calibri"/>
          <w:b w:val="0"/>
          <w:i/>
          <w:color w:val="282828"/>
          <w:sz w:val="22"/>
        </w:rPr>
        <w:t>Bay: Refractory status needs an anaesthetic with a definitive airway, not a thiopentone bolus without the airway team.</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Immediate CT still convulsing</w:t>
      </w:r>
    </w:p>
    <w:p>
      <w:pPr>
        <w:spacing w:before="0" w:after="20" w:line="259" w:lineRule="auto"/>
      </w:pPr>
      <w:r>
        <w:rPr>
          <w:rFonts w:ascii="Calibri" w:hAnsi="Calibri" w:eastAsia="Calibri"/>
          <w:b w:val="0"/>
          <w:i/>
          <w:color w:val="282828"/>
          <w:sz w:val="22"/>
        </w:rPr>
        <w:t>Bay: She is still fitting. Terminate the seizure and protect the airway before radiology.</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Partner is in the relatives' room.</w:t>
      </w:r>
    </w:p>
    <w:p>
      <w:pPr>
        <w:spacing w:before="120" w:after="20" w:line="259" w:lineRule="auto"/>
        <w:shd w:fill="E8F5EC" w:val="clear"/>
      </w:pPr>
      <w:r>
        <w:rPr>
          <w:rFonts w:ascii="Calibri" w:hAnsi="Calibri" w:eastAsia="Calibri"/>
          <w:b/>
          <w:i w:val="0"/>
          <w:color w:val="146E3C"/>
          <w:sz w:val="22"/>
        </w:rPr>
        <w:t>A. [CORRECT] Ask about usual AEDs, missed doses, recent illness and alcohol</w:t>
      </w:r>
    </w:p>
    <w:p>
      <w:pPr>
        <w:spacing w:before="0" w:after="20" w:line="259" w:lineRule="auto"/>
      </w:pPr>
      <w:r>
        <w:rPr>
          <w:rFonts w:ascii="Calibri" w:hAnsi="Calibri" w:eastAsia="Calibri"/>
          <w:b w:val="0"/>
          <w:i/>
          <w:color w:val="282828"/>
          <w:sz w:val="22"/>
        </w:rPr>
        <w:t>Bay: Lamotrigine 200 mg BD. Ran out two days ago. No alcohol binge.</w:t>
      </w:r>
    </w:p>
    <w:p>
      <w:pPr>
        <w:spacing w:before="120" w:after="20" w:line="259" w:lineRule="auto"/>
        <w:shd w:fill="E8F5EC" w:val="clear"/>
      </w:pPr>
      <w:r>
        <w:rPr>
          <w:rFonts w:ascii="Calibri" w:hAnsi="Calibri" w:eastAsia="Calibri"/>
          <w:b/>
          <w:i w:val="0"/>
          <w:color w:val="146E3C"/>
          <w:sz w:val="22"/>
        </w:rPr>
        <w:t>B. [CORRECT] Ask about pregnancy, head injury, fever and previous status / ICU</w:t>
      </w:r>
    </w:p>
    <w:p>
      <w:pPr>
        <w:spacing w:before="0" w:after="20" w:line="259" w:lineRule="auto"/>
      </w:pPr>
      <w:r>
        <w:rPr>
          <w:rFonts w:ascii="Calibri" w:hAnsi="Calibri" w:eastAsia="Calibri"/>
          <w:b w:val="0"/>
          <w:i/>
          <w:color w:val="282828"/>
          <w:sz w:val="22"/>
        </w:rPr>
        <w:t>Bay: Not pregnant. No head injury. One PICU admission aged 16. No fever at home.</w:t>
      </w:r>
    </w:p>
    <w:p>
      <w:pPr>
        <w:spacing w:before="120" w:after="20" w:line="259" w:lineRule="auto"/>
        <w:shd w:fill="E8F5EC" w:val="clear"/>
      </w:pPr>
      <w:r>
        <w:rPr>
          <w:rFonts w:ascii="Calibri" w:hAnsi="Calibri" w:eastAsia="Calibri"/>
          <w:b/>
          <w:i w:val="0"/>
          <w:color w:val="146E3C"/>
          <w:sz w:val="22"/>
        </w:rPr>
        <w:t>C. [CORRECT] Check the medic-alert, GP record and previous imaging / EEG letters</w:t>
      </w:r>
    </w:p>
    <w:p>
      <w:pPr>
        <w:spacing w:before="0" w:after="20" w:line="259" w:lineRule="auto"/>
      </w:pPr>
      <w:r>
        <w:rPr>
          <w:rFonts w:ascii="Calibri" w:hAnsi="Calibri" w:eastAsia="Calibri"/>
          <w:b w:val="0"/>
          <w:i/>
          <w:color w:val="282828"/>
          <w:sz w:val="22"/>
        </w:rPr>
        <w:t>Bay: Phenytoin allergy confirmed. Old EEG: focal onset, left temporal. Last CT normal.</w:t>
      </w:r>
    </w:p>
    <w:p>
      <w:pPr>
        <w:spacing w:before="120" w:after="20" w:line="259" w:lineRule="auto"/>
        <w:shd w:fill="F8E8E8" w:val="clear"/>
      </w:pPr>
      <w:r>
        <w:rPr>
          <w:rFonts w:ascii="Calibri" w:hAnsi="Calibri" w:eastAsia="Calibri"/>
          <w:b w:val="0"/>
          <w:i w:val="0"/>
          <w:color w:val="A02828"/>
          <w:sz w:val="22"/>
        </w:rPr>
        <w:t>D. [WRONG] Await a formal EEG before any further AED</w:t>
      </w:r>
    </w:p>
    <w:p>
      <w:pPr>
        <w:spacing w:before="0" w:after="20" w:line="259" w:lineRule="auto"/>
      </w:pPr>
      <w:r>
        <w:rPr>
          <w:rFonts w:ascii="Calibri" w:hAnsi="Calibri" w:eastAsia="Calibri"/>
          <w:b w:val="0"/>
          <w:i/>
          <w:color w:val="282828"/>
          <w:sz w:val="22"/>
        </w:rPr>
        <w:t>Bay: EEG does not guide the next minutes of convulsive status. Treat, then image if indicated.</w:t>
      </w:r>
    </w:p>
    <w:p>
      <w:pPr>
        <w:spacing w:before="120" w:after="20" w:line="259" w:lineRule="auto"/>
        <w:shd w:fill="F8E8E8" w:val="clear"/>
      </w:pPr>
      <w:r>
        <w:rPr>
          <w:rFonts w:ascii="Calibri" w:hAnsi="Calibri" w:eastAsia="Calibri"/>
          <w:b w:val="0"/>
          <w:i w:val="0"/>
          <w:color w:val="A02828"/>
          <w:sz w:val="22"/>
        </w:rPr>
        <w:t>E. [WRONG] Delay treatment until an MRI epilepsy protocol is reported</w:t>
      </w:r>
    </w:p>
    <w:p>
      <w:pPr>
        <w:spacing w:before="0" w:after="20" w:line="259" w:lineRule="auto"/>
      </w:pPr>
      <w:r>
        <w:rPr>
          <w:rFonts w:ascii="Calibri" w:hAnsi="Calibri" w:eastAsia="Calibri"/>
          <w:b w:val="0"/>
          <w:i/>
          <w:color w:val="282828"/>
          <w:sz w:val="22"/>
        </w:rPr>
        <w:t>Bay: MRI is not an ED status investigation. Terminate the seizure first.</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Convulsive status epilepticus</w:t>
      </w:r>
    </w:p>
    <w:p>
      <w:pPr>
        <w:spacing w:before="0" w:after="20" w:line="259" w:lineRule="auto"/>
      </w:pPr>
      <w:r>
        <w:rPr>
          <w:rFonts w:ascii="Calibri" w:hAnsi="Calibri" w:eastAsia="Calibri"/>
          <w:b w:val="0"/>
          <w:i/>
          <w:color w:val="282828"/>
          <w:sz w:val="22"/>
        </w:rPr>
        <w:t>Bay: Ongoing seizure past 5 minutes after a community benzodiazepine. Treat as status.</w:t>
      </w:r>
    </w:p>
    <w:p>
      <w:pPr>
        <w:spacing w:before="120" w:after="20" w:line="259" w:lineRule="auto"/>
        <w:shd w:fill="F8E8E8" w:val="clear"/>
      </w:pPr>
      <w:r>
        <w:rPr>
          <w:rFonts w:ascii="Calibri" w:hAnsi="Calibri" w:eastAsia="Calibri"/>
          <w:b w:val="0"/>
          <w:i w:val="0"/>
          <w:color w:val="A02828"/>
          <w:sz w:val="22"/>
        </w:rPr>
        <w:t>B. [WRONG] Hypoglycaemic seizure</w:t>
      </w:r>
    </w:p>
    <w:p>
      <w:pPr>
        <w:spacing w:before="0" w:after="20" w:line="259" w:lineRule="auto"/>
      </w:pPr>
      <w:r>
        <w:rPr>
          <w:rFonts w:ascii="Calibri" w:hAnsi="Calibri" w:eastAsia="Calibri"/>
          <w:b w:val="0"/>
          <w:i/>
          <w:color w:val="282828"/>
          <w:sz w:val="22"/>
        </w:rPr>
        <w:t>Bay: BM is 6.9 and has been from the truck. This is not hypoglycaemia.</w:t>
      </w:r>
    </w:p>
    <w:p>
      <w:pPr>
        <w:spacing w:before="120" w:after="20" w:line="259" w:lineRule="auto"/>
        <w:shd w:fill="F8E8E8" w:val="clear"/>
      </w:pPr>
      <w:r>
        <w:rPr>
          <w:rFonts w:ascii="Calibri" w:hAnsi="Calibri" w:eastAsia="Calibri"/>
          <w:b w:val="0"/>
          <w:i w:val="0"/>
          <w:color w:val="A02828"/>
          <w:sz w:val="22"/>
        </w:rPr>
        <w:t>C. [WRONG] Eclampsia</w:t>
      </w:r>
    </w:p>
    <w:p>
      <w:pPr>
        <w:spacing w:before="0" w:after="20" w:line="259" w:lineRule="auto"/>
      </w:pPr>
      <w:r>
        <w:rPr>
          <w:rFonts w:ascii="Calibri" w:hAnsi="Calibri" w:eastAsia="Calibri"/>
          <w:b w:val="0"/>
          <w:i/>
          <w:color w:val="282828"/>
          <w:sz w:val="22"/>
        </w:rPr>
        <w:t>Bay: hCG is negative and there is no pregnancy history. She is a known epileptic off lamotrigine.</w:t>
      </w:r>
    </w:p>
    <w:p>
      <w:pPr>
        <w:spacing w:before="120" w:after="20" w:line="259" w:lineRule="auto"/>
        <w:shd w:fill="F8E8E8" w:val="clear"/>
      </w:pPr>
      <w:r>
        <w:rPr>
          <w:rFonts w:ascii="Calibri" w:hAnsi="Calibri" w:eastAsia="Calibri"/>
          <w:b w:val="0"/>
          <w:i w:val="0"/>
          <w:color w:val="A02828"/>
          <w:sz w:val="22"/>
        </w:rPr>
        <w:t>D. [WRONG] Psychogenic non-epileptic seizure</w:t>
      </w:r>
    </w:p>
    <w:p>
      <w:pPr>
        <w:spacing w:before="0" w:after="20" w:line="259" w:lineRule="auto"/>
      </w:pPr>
      <w:r>
        <w:rPr>
          <w:rFonts w:ascii="Calibri" w:hAnsi="Calibri" w:eastAsia="Calibri"/>
          <w:b w:val="0"/>
          <w:i/>
          <w:color w:val="282828"/>
          <w:sz w:val="22"/>
        </w:rPr>
        <w:t>Bay: Hypoxia, a bitten tongue, incontinence and lactate 9.6 are against PNES as the lead diagnosis.</w:t>
      </w:r>
    </w:p>
    <w:p>
      <w:pPr>
        <w:spacing w:before="120" w:after="20" w:line="259" w:lineRule="auto"/>
        <w:shd w:fill="F8E8E8" w:val="clear"/>
      </w:pPr>
      <w:r>
        <w:rPr>
          <w:rFonts w:ascii="Calibri" w:hAnsi="Calibri" w:eastAsia="Calibri"/>
          <w:b w:val="0"/>
          <w:i w:val="0"/>
          <w:color w:val="A02828"/>
          <w:sz w:val="22"/>
        </w:rPr>
        <w:t>E. [WRONG] Meningococcal disease presenting as a fit</w:t>
      </w:r>
    </w:p>
    <w:p>
      <w:pPr>
        <w:spacing w:before="0" w:after="20" w:line="259" w:lineRule="auto"/>
      </w:pPr>
      <w:r>
        <w:rPr>
          <w:rFonts w:ascii="Calibri" w:hAnsi="Calibri" w:eastAsia="Calibri"/>
          <w:b w:val="0"/>
          <w:i/>
          <w:color w:val="282828"/>
          <w:sz w:val="22"/>
        </w:rPr>
        <w:t>Bay: No fever, no rash, no meningism history. Known epilepsy and missed AEDs are the story.</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Levetiracetam is in. She is still fitting. Anaesthetics are in the bay.</w:t>
      </w:r>
    </w:p>
    <w:p>
      <w:pPr>
        <w:spacing w:before="120" w:after="20" w:line="259" w:lineRule="auto"/>
        <w:shd w:fill="E8F5EC" w:val="clear"/>
      </w:pPr>
      <w:r>
        <w:rPr>
          <w:rFonts w:ascii="Calibri" w:hAnsi="Calibri" w:eastAsia="Calibri"/>
          <w:b/>
          <w:i w:val="0"/>
          <w:color w:val="146E3C"/>
          <w:sz w:val="22"/>
        </w:rPr>
        <w:t>A. [CORRECT] Rapid sequence induction</w:t>
      </w:r>
    </w:p>
    <w:p>
      <w:pPr>
        <w:spacing w:before="0" w:after="20" w:line="259" w:lineRule="auto"/>
      </w:pPr>
      <w:r>
        <w:rPr>
          <w:rFonts w:ascii="Calibri" w:hAnsi="Calibri" w:eastAsia="Calibri"/>
          <w:b w:val="0"/>
          <w:i/>
          <w:color w:val="282828"/>
          <w:sz w:val="22"/>
        </w:rPr>
        <w:t>Bay: Anaesthetics take the airway. Propofol going in. Seizure stops as the tube is confirmed.</w:t>
      </w:r>
    </w:p>
    <w:p>
      <w:pPr>
        <w:spacing w:before="0" w:after="40" w:line="259" w:lineRule="auto"/>
      </w:pPr>
      <w:r>
        <w:rPr>
          <w:rFonts w:ascii="Calibri" w:hAnsi="Calibri" w:eastAsia="Calibri"/>
          <w:b w:val="0"/>
          <w:i/>
          <w:color w:val="5A4614"/>
          <w:sz w:val="20"/>
        </w:rPr>
        <w:t>Reaction: hr -10, rr -8, spo2 +4, gcs 0, rhythm → sinus</w:t>
      </w:r>
    </w:p>
    <w:p>
      <w:pPr>
        <w:spacing w:before="80" w:after="40" w:line="259" w:lineRule="auto"/>
      </w:pPr>
      <w:r>
        <w:rPr>
          <w:rFonts w:ascii="Calibri" w:hAnsi="Calibri" w:eastAsia="Calibri"/>
          <w:b/>
          <w:i w:val="0"/>
          <w:color w:val="46326E"/>
          <w:sz w:val="22"/>
        </w:rPr>
        <w:t xml:space="preserve">    Follow-up: What dose?</w:t>
      </w:r>
    </w:p>
    <w:p>
      <w:pPr>
        <w:spacing w:before="120" w:after="20" w:line="259" w:lineRule="auto"/>
        <w:shd w:fill="E8F5EC" w:val="clear"/>
      </w:pPr>
      <w:r>
        <w:rPr>
          <w:rFonts w:ascii="Calibri" w:hAnsi="Calibri" w:eastAsia="Calibri"/>
          <w:b/>
          <w:i w:val="0"/>
          <w:color w:val="146E3C"/>
          <w:sz w:val="22"/>
        </w:rPr>
        <w:t xml:space="preserve">    A. [CORRECT] Propofol or thiopentone RSI with a definitive airway</w:t>
      </w:r>
    </w:p>
    <w:p>
      <w:pPr>
        <w:spacing w:before="0" w:after="20" w:line="259" w:lineRule="auto"/>
      </w:pPr>
      <w:r>
        <w:rPr>
          <w:rFonts w:ascii="Calibri" w:hAnsi="Calibri" w:eastAsia="Calibri"/>
          <w:b w:val="0"/>
          <w:i/>
          <w:color w:val="282828"/>
          <w:sz w:val="22"/>
        </w:rPr>
        <w:t xml:space="preserve">       Bay: Refractory status is an anaesthetic problem. Induce, intubate, then ICU infusion.</w:t>
      </w:r>
    </w:p>
    <w:p>
      <w:pPr>
        <w:spacing w:before="120" w:after="20" w:line="259" w:lineRule="auto"/>
        <w:shd w:fill="F8E8E8" w:val="clear"/>
      </w:pPr>
      <w:r>
        <w:rPr>
          <w:rFonts w:ascii="Calibri" w:hAnsi="Calibri" w:eastAsia="Calibri"/>
          <w:b w:val="0"/>
          <w:i w:val="0"/>
          <w:color w:val="A02828"/>
          <w:sz w:val="22"/>
        </w:rPr>
        <w:t xml:space="preserve">    B. [WRONG] Midazolam 10 mg IV as the induction agent without an airway plan</w:t>
      </w:r>
    </w:p>
    <w:p>
      <w:pPr>
        <w:spacing w:before="0" w:after="20" w:line="259" w:lineRule="auto"/>
      </w:pPr>
      <w:r>
        <w:rPr>
          <w:rFonts w:ascii="Calibri" w:hAnsi="Calibri" w:eastAsia="Calibri"/>
          <w:b w:val="0"/>
          <w:i/>
          <w:color w:val="282828"/>
          <w:sz w:val="22"/>
        </w:rPr>
        <w:t xml:space="preserve">       Bay: She has already had two benzodiazepines. This needs a planned RSI, not another midazolam.</w:t>
      </w:r>
    </w:p>
    <w:p>
      <w:pPr>
        <w:spacing w:before="120" w:after="20" w:line="259" w:lineRule="auto"/>
        <w:shd w:fill="F8E8E8" w:val="clear"/>
      </w:pPr>
      <w:r>
        <w:rPr>
          <w:rFonts w:ascii="Calibri" w:hAnsi="Calibri" w:eastAsia="Calibri"/>
          <w:b w:val="0"/>
          <w:i w:val="0"/>
          <w:color w:val="A02828"/>
          <w:sz w:val="22"/>
        </w:rPr>
        <w:t xml:space="preserve">    C. [WRONG] Ketamine 100 mg IV bolus without the airway team</w:t>
      </w:r>
    </w:p>
    <w:p>
      <w:pPr>
        <w:spacing w:before="0" w:after="20" w:line="259" w:lineRule="auto"/>
      </w:pPr>
      <w:r>
        <w:rPr>
          <w:rFonts w:ascii="Calibri" w:hAnsi="Calibri" w:eastAsia="Calibri"/>
          <w:b w:val="0"/>
          <w:i/>
          <w:color w:val="282828"/>
          <w:sz w:val="22"/>
        </w:rPr>
        <w:t xml:space="preserve">       Bay: Ketamine can be part of an RSI, not an unsupervised bay bolus.</w:t>
      </w:r>
    </w:p>
    <w:p>
      <w:pPr>
        <w:spacing w:before="120" w:after="20" w:line="259" w:lineRule="auto"/>
        <w:shd w:fill="F8E8E8" w:val="clear"/>
      </w:pPr>
      <w:r>
        <w:rPr>
          <w:rFonts w:ascii="Calibri" w:hAnsi="Calibri" w:eastAsia="Calibri"/>
          <w:b w:val="0"/>
          <w:i w:val="0"/>
          <w:color w:val="A02828"/>
          <w:sz w:val="22"/>
        </w:rPr>
        <w:t xml:space="preserve">    D. [WRONG] Phenytoin 20 mg/kg now that she is being intubated</w:t>
      </w:r>
    </w:p>
    <w:p>
      <w:pPr>
        <w:spacing w:before="0" w:after="20" w:line="259" w:lineRule="auto"/>
      </w:pPr>
      <w:r>
        <w:rPr>
          <w:rFonts w:ascii="Calibri" w:hAnsi="Calibri" w:eastAsia="Calibri"/>
          <w:b w:val="0"/>
          <w:i/>
          <w:color w:val="282828"/>
          <w:sz w:val="22"/>
        </w:rPr>
        <w:t xml:space="preserve">       Bay: She is allergic to phenytoin. The anaesthetic is the next anticonvulsant.</w:t>
      </w:r>
    </w:p>
    <w:p>
      <w:pPr>
        <w:spacing w:before="120" w:after="20" w:line="259" w:lineRule="auto"/>
        <w:shd w:fill="F8E8E8" w:val="clear"/>
      </w:pPr>
      <w:r>
        <w:rPr>
          <w:rFonts w:ascii="Calibri" w:hAnsi="Calibri" w:eastAsia="Calibri"/>
          <w:b w:val="0"/>
          <w:i w:val="0"/>
          <w:color w:val="A02828"/>
          <w:sz w:val="22"/>
        </w:rPr>
        <w:t xml:space="preserve">    E. [WRONG] Lorazepam 4 mg IV as a third benzodiazepine instead of RSI</w:t>
      </w:r>
    </w:p>
    <w:p>
      <w:pPr>
        <w:spacing w:before="0" w:after="20" w:line="259" w:lineRule="auto"/>
      </w:pPr>
      <w:r>
        <w:rPr>
          <w:rFonts w:ascii="Calibri" w:hAnsi="Calibri" w:eastAsia="Calibri"/>
          <w:b w:val="0"/>
          <w:i/>
          <w:color w:val="282828"/>
          <w:sz w:val="22"/>
        </w:rPr>
        <w:t xml:space="preserve">       Bay: Two benzos and a second-line AED have failed. This is RSI, not a third lorazepam.</w:t>
      </w:r>
    </w:p>
    <w:p>
      <w:pPr>
        <w:spacing w:before="120" w:after="20" w:line="259" w:lineRule="auto"/>
        <w:shd w:fill="F8E8E8" w:val="clear"/>
      </w:pPr>
      <w:r>
        <w:rPr>
          <w:rFonts w:ascii="Calibri" w:hAnsi="Calibri" w:eastAsia="Calibri"/>
          <w:b w:val="0"/>
          <w:i w:val="0"/>
          <w:color w:val="A02828"/>
          <w:sz w:val="22"/>
        </w:rPr>
        <w:t>B. [WRONG] Further intravenous lorazepam</w:t>
      </w:r>
    </w:p>
    <w:p>
      <w:pPr>
        <w:spacing w:before="0" w:after="20" w:line="259" w:lineRule="auto"/>
      </w:pPr>
      <w:r>
        <w:rPr>
          <w:rFonts w:ascii="Calibri" w:hAnsi="Calibri" w:eastAsia="Calibri"/>
          <w:b w:val="0"/>
          <w:i/>
          <w:color w:val="282828"/>
          <w:sz w:val="22"/>
        </w:rPr>
        <w:t>Bay: Two benzodiazepines and levetiracetam have failed. Further benzo hypoventilates her without an airway.</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Intravenous phenytoin now she is being intubated</w:t>
      </w:r>
    </w:p>
    <w:p>
      <w:pPr>
        <w:spacing w:before="0" w:after="20" w:line="259" w:lineRule="auto"/>
      </w:pPr>
      <w:r>
        <w:rPr>
          <w:rFonts w:ascii="Calibri" w:hAnsi="Calibri" w:eastAsia="Calibri"/>
          <w:b w:val="0"/>
          <w:i/>
          <w:color w:val="282828"/>
          <w:sz w:val="22"/>
        </w:rPr>
        <w:t>Bay: Allergy still applies. The induction agent is the next anticonvulsant.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Transfer to CT convulsing with a Guedel</w:t>
      </w:r>
    </w:p>
    <w:p>
      <w:pPr>
        <w:spacing w:before="0" w:after="20" w:line="259" w:lineRule="auto"/>
      </w:pPr>
      <w:r>
        <w:rPr>
          <w:rFonts w:ascii="Calibri" w:hAnsi="Calibri" w:eastAsia="Calibri"/>
          <w:b w:val="0"/>
          <w:i/>
          <w:color w:val="282828"/>
          <w:sz w:val="22"/>
        </w:rPr>
        <w:t>Bay: She is still fitting and unprotected. That is a corridor arrest.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Await EEG before deciding on intubation</w:t>
      </w:r>
    </w:p>
    <w:p>
      <w:pPr>
        <w:spacing w:before="0" w:after="20" w:line="259" w:lineRule="auto"/>
      </w:pPr>
      <w:r>
        <w:rPr>
          <w:rFonts w:ascii="Calibri" w:hAnsi="Calibri" w:eastAsia="Calibri"/>
          <w:b w:val="0"/>
          <w:i/>
          <w:color w:val="282828"/>
          <w:sz w:val="22"/>
        </w:rPr>
        <w:t>Bay: Convulsive refractory status does not wait for EEG. Intubate now.</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Tube is confirmed. Seizure has stopped.</w:t>
      </w:r>
    </w:p>
    <w:p>
      <w:pPr>
        <w:spacing w:before="120" w:after="20" w:line="259" w:lineRule="auto"/>
        <w:shd w:fill="E8F5EC" w:val="clear"/>
      </w:pPr>
      <w:r>
        <w:rPr>
          <w:rFonts w:ascii="Calibri" w:hAnsi="Calibri" w:eastAsia="Calibri"/>
          <w:b/>
          <w:i w:val="0"/>
          <w:color w:val="146E3C"/>
          <w:sz w:val="22"/>
        </w:rPr>
        <w:t>A. [CORRECT] Adult intensive care (Level 3)</w:t>
      </w:r>
    </w:p>
    <w:p>
      <w:pPr>
        <w:spacing w:before="0" w:after="20" w:line="259" w:lineRule="auto"/>
      </w:pPr>
      <w:r>
        <w:rPr>
          <w:rFonts w:ascii="Calibri" w:hAnsi="Calibri" w:eastAsia="Calibri"/>
          <w:b w:val="0"/>
          <w:i/>
          <w:color w:val="282828"/>
          <w:sz w:val="22"/>
        </w:rPr>
        <w:t>Bay: Correct destination.</w:t>
      </w:r>
    </w:p>
    <w:p>
      <w:pPr>
        <w:spacing w:before="120" w:after="20" w:line="259" w:lineRule="auto"/>
        <w:shd w:fill="F8E8E8" w:val="clear"/>
      </w:pPr>
      <w:r>
        <w:rPr>
          <w:rFonts w:ascii="Calibri" w:hAnsi="Calibri" w:eastAsia="Calibri"/>
          <w:b w:val="0"/>
          <w:i w:val="0"/>
          <w:color w:val="A02828"/>
          <w:sz w:val="22"/>
        </w:rPr>
        <w:t>B. [WRONG] Acute medical unit with 4-hourly observations</w:t>
      </w:r>
    </w:p>
    <w:p>
      <w:pPr>
        <w:spacing w:before="0" w:after="20" w:line="259" w:lineRule="auto"/>
      </w:pPr>
      <w:r>
        <w:rPr>
          <w:rFonts w:ascii="Calibri" w:hAnsi="Calibri" w:eastAsia="Calibri"/>
          <w:b w:val="0"/>
          <w:i/>
          <w:color w:val="282828"/>
          <w:sz w:val="22"/>
        </w:rPr>
        <w:t>Bay: Intubated refractory status does not go to AMU.</w:t>
      </w:r>
    </w:p>
    <w:p>
      <w:pPr>
        <w:spacing w:before="120" w:after="20" w:line="259" w:lineRule="auto"/>
        <w:shd w:fill="F8E8E8" w:val="clear"/>
      </w:pPr>
      <w:r>
        <w:rPr>
          <w:rFonts w:ascii="Calibri" w:hAnsi="Calibri" w:eastAsia="Calibri"/>
          <w:b w:val="0"/>
          <w:i w:val="0"/>
          <w:color w:val="A02828"/>
          <w:sz w:val="22"/>
        </w:rPr>
        <w:t>C. [WRONG] Neurology ward once the tube is in</w:t>
      </w:r>
    </w:p>
    <w:p>
      <w:pPr>
        <w:spacing w:before="0" w:after="20" w:line="259" w:lineRule="auto"/>
      </w:pPr>
      <w:r>
        <w:rPr>
          <w:rFonts w:ascii="Calibri" w:hAnsi="Calibri" w:eastAsia="Calibri"/>
          <w:b w:val="0"/>
          <w:i/>
          <w:color w:val="282828"/>
          <w:sz w:val="22"/>
        </w:rPr>
        <w:t>Bay: She needs Level 3, not a ward bed with a ventilator.</w:t>
      </w:r>
    </w:p>
    <w:p>
      <w:pPr>
        <w:spacing w:before="120" w:after="20" w:line="259" w:lineRule="auto"/>
        <w:shd w:fill="F8E8E8" w:val="clear"/>
      </w:pPr>
      <w:r>
        <w:rPr>
          <w:rFonts w:ascii="Calibri" w:hAnsi="Calibri" w:eastAsia="Calibri"/>
          <w:b w:val="0"/>
          <w:i w:val="0"/>
          <w:color w:val="A02828"/>
          <w:sz w:val="22"/>
        </w:rPr>
        <w:t>D. [WRONG] Emergency theatres for diagnostic craniotomy</w:t>
      </w:r>
    </w:p>
    <w:p>
      <w:pPr>
        <w:spacing w:before="0" w:after="20" w:line="259" w:lineRule="auto"/>
      </w:pPr>
      <w:r>
        <w:rPr>
          <w:rFonts w:ascii="Calibri" w:hAnsi="Calibri" w:eastAsia="Calibri"/>
          <w:b w:val="0"/>
          <w:i/>
          <w:color w:val="282828"/>
          <w:sz w:val="22"/>
        </w:rPr>
        <w:t>Bay: There is no mass-lesion story. ICU, then CT when stable.</w:t>
      </w:r>
    </w:p>
    <w:p>
      <w:pPr>
        <w:spacing w:before="120" w:after="20" w:line="259" w:lineRule="auto"/>
        <w:shd w:fill="F8E8E8" w:val="clear"/>
      </w:pPr>
      <w:r>
        <w:rPr>
          <w:rFonts w:ascii="Calibri" w:hAnsi="Calibri" w:eastAsia="Calibri"/>
          <w:b w:val="0"/>
          <w:i w:val="0"/>
          <w:color w:val="A02828"/>
          <w:sz w:val="22"/>
        </w:rPr>
        <w:t>E. [WRONG] Home once the seizure stops, with a delayed EEG</w:t>
      </w:r>
    </w:p>
    <w:p>
      <w:pPr>
        <w:spacing w:before="0" w:after="20" w:line="259" w:lineRule="auto"/>
      </w:pPr>
      <w:r>
        <w:rPr>
          <w:rFonts w:ascii="Calibri" w:hAnsi="Calibri" w:eastAsia="Calibri"/>
          <w:b w:val="0"/>
          <w:i/>
          <w:color w:val="282828"/>
          <w:sz w:val="22"/>
        </w:rPr>
        <w:t>Bay: She was intubated for refractory status. That is not a discharge.</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ICU wheel her out.</w:t>
      </w:r>
    </w:p>
    <w:p>
      <w:pPr>
        <w:spacing w:before="120" w:after="20" w:line="259" w:lineRule="auto"/>
        <w:shd w:fill="E8F5EC" w:val="clear"/>
      </w:pPr>
      <w:r>
        <w:rPr>
          <w:rFonts w:ascii="Calibri" w:hAnsi="Calibri" w:eastAsia="Calibri"/>
          <w:b/>
          <w:i w:val="0"/>
          <w:color w:val="146E3C"/>
          <w:sz w:val="22"/>
        </w:rPr>
        <w:t>A. [CORRECT] CT head once stable, restart usual AED, document timings, update partner</w:t>
      </w:r>
    </w:p>
    <w:p>
      <w:pPr>
        <w:spacing w:before="0" w:after="20" w:line="259" w:lineRule="auto"/>
      </w:pPr>
      <w:r>
        <w:rPr>
          <w:rFonts w:ascii="Calibri" w:hAnsi="Calibri" w:eastAsia="Calibri"/>
          <w:b w:val="0"/>
          <w:i/>
          <w:color w:val="282828"/>
          <w:sz w:val="22"/>
        </w:rPr>
        <w:t>Bay: CT is booked from ICU. Lamotrigine will go down the NGT. Partner is with the nurse.</w:t>
      </w:r>
    </w:p>
    <w:p>
      <w:pPr>
        <w:spacing w:before="80" w:after="40" w:line="259" w:lineRule="auto"/>
      </w:pPr>
      <w:r>
        <w:rPr>
          <w:rFonts w:ascii="Calibri" w:hAnsi="Calibri" w:eastAsia="Calibri"/>
          <w:b/>
          <w:i w:val="0"/>
          <w:color w:val="46326E"/>
          <w:sz w:val="22"/>
        </w:rPr>
        <w:t xml:space="preserve">    Follow-up: When do you CT her head?</w:t>
      </w:r>
    </w:p>
    <w:p>
      <w:pPr>
        <w:spacing w:before="120" w:after="20" w:line="259" w:lineRule="auto"/>
        <w:shd w:fill="E8F5EC" w:val="clear"/>
      </w:pPr>
      <w:r>
        <w:rPr>
          <w:rFonts w:ascii="Calibri" w:hAnsi="Calibri" w:eastAsia="Calibri"/>
          <w:b/>
          <w:i w:val="0"/>
          <w:color w:val="146E3C"/>
          <w:sz w:val="22"/>
        </w:rPr>
        <w:t xml:space="preserve">    A. [CORRECT] Once the airway is secure and seizures have stopped</w:t>
      </w:r>
    </w:p>
    <w:p>
      <w:pPr>
        <w:spacing w:before="0" w:after="20" w:line="259" w:lineRule="auto"/>
      </w:pPr>
      <w:r>
        <w:rPr>
          <w:rFonts w:ascii="Calibri" w:hAnsi="Calibri" w:eastAsia="Calibri"/>
          <w:b w:val="0"/>
          <w:i/>
          <w:color w:val="282828"/>
          <w:sz w:val="22"/>
        </w:rPr>
        <w:t xml:space="preserve">       Bay: CT looking for a cause — not while she is still convulsing.</w:t>
      </w:r>
    </w:p>
    <w:p>
      <w:pPr>
        <w:spacing w:before="120" w:after="20" w:line="259" w:lineRule="auto"/>
        <w:shd w:fill="F8E8E8" w:val="clear"/>
      </w:pPr>
      <w:r>
        <w:rPr>
          <w:rFonts w:ascii="Calibri" w:hAnsi="Calibri" w:eastAsia="Calibri"/>
          <w:b w:val="0"/>
          <w:i w:val="0"/>
          <w:color w:val="A02828"/>
          <w:sz w:val="22"/>
        </w:rPr>
        <w:t xml:space="preserve">    B. [WRONG] Now, while she is still convulsing</w:t>
      </w:r>
    </w:p>
    <w:p>
      <w:pPr>
        <w:spacing w:before="0" w:after="20" w:line="259" w:lineRule="auto"/>
      </w:pPr>
      <w:r>
        <w:rPr>
          <w:rFonts w:ascii="Calibri" w:hAnsi="Calibri" w:eastAsia="Calibri"/>
          <w:b w:val="0"/>
          <w:i/>
          <w:color w:val="282828"/>
          <w:sz w:val="22"/>
        </w:rPr>
        <w:t xml:space="preserve">       Bay: She will aspirate in the scanner.</w:t>
      </w:r>
    </w:p>
    <w:p>
      <w:pPr>
        <w:spacing w:before="120" w:after="20" w:line="259" w:lineRule="auto"/>
        <w:shd w:fill="F8E8E8" w:val="clear"/>
      </w:pPr>
      <w:r>
        <w:rPr>
          <w:rFonts w:ascii="Calibri" w:hAnsi="Calibri" w:eastAsia="Calibri"/>
          <w:b w:val="0"/>
          <w:i w:val="0"/>
          <w:color w:val="A02828"/>
          <w:sz w:val="22"/>
        </w:rPr>
        <w:t xml:space="preserve">    C. [WRONG] MRI before ICU, no CT</w:t>
      </w:r>
    </w:p>
    <w:p>
      <w:pPr>
        <w:spacing w:before="0" w:after="20" w:line="259" w:lineRule="auto"/>
      </w:pPr>
      <w:r>
        <w:rPr>
          <w:rFonts w:ascii="Calibri" w:hAnsi="Calibri" w:eastAsia="Calibri"/>
          <w:b w:val="0"/>
          <w:i/>
          <w:color w:val="282828"/>
          <w:sz w:val="22"/>
        </w:rPr>
        <w:t xml:space="preserve">       Bay: CT is the ED/ICU first scan. MRI is not the transfer test.</w:t>
      </w:r>
    </w:p>
    <w:p>
      <w:pPr>
        <w:spacing w:before="120" w:after="20" w:line="259" w:lineRule="auto"/>
        <w:shd w:fill="F8E8E8" w:val="clear"/>
      </w:pPr>
      <w:r>
        <w:rPr>
          <w:rFonts w:ascii="Calibri" w:hAnsi="Calibri" w:eastAsia="Calibri"/>
          <w:b w:val="0"/>
          <w:i w:val="0"/>
          <w:color w:val="A02828"/>
          <w:sz w:val="22"/>
        </w:rPr>
        <w:t xml:space="preserve">    D. [WRONG] Never — first seizures do not need imaging</w:t>
      </w:r>
    </w:p>
    <w:p>
      <w:pPr>
        <w:spacing w:before="0" w:after="20" w:line="259" w:lineRule="auto"/>
      </w:pPr>
      <w:r>
        <w:rPr>
          <w:rFonts w:ascii="Calibri" w:hAnsi="Calibri" w:eastAsia="Calibri"/>
          <w:b w:val="0"/>
          <w:i/>
          <w:color w:val="282828"/>
          <w:sz w:val="22"/>
        </w:rPr>
        <w:t xml:space="preserve">       Bay: Status after a first or known epilepsy still needs a scan once stable.</w:t>
      </w:r>
    </w:p>
    <w:p>
      <w:pPr>
        <w:spacing w:before="120" w:after="20" w:line="259" w:lineRule="auto"/>
        <w:shd w:fill="F8E8E8" w:val="clear"/>
      </w:pPr>
      <w:r>
        <w:rPr>
          <w:rFonts w:ascii="Calibri" w:hAnsi="Calibri" w:eastAsia="Calibri"/>
          <w:b w:val="0"/>
          <w:i w:val="0"/>
          <w:color w:val="A02828"/>
          <w:sz w:val="22"/>
        </w:rPr>
        <w:t xml:space="preserve">    E. [WRONG] Only if temperature is above 38 °C</w:t>
      </w:r>
    </w:p>
    <w:p>
      <w:pPr>
        <w:spacing w:before="0" w:after="20" w:line="259" w:lineRule="auto"/>
      </w:pPr>
      <w:r>
        <w:rPr>
          <w:rFonts w:ascii="Calibri" w:hAnsi="Calibri" w:eastAsia="Calibri"/>
          <w:b w:val="0"/>
          <w:i/>
          <w:color w:val="282828"/>
          <w:sz w:val="22"/>
        </w:rPr>
        <w:t xml:space="preserve">       Bay: Fever is not the gate for imaging after status.</w:t>
      </w:r>
    </w:p>
    <w:p>
      <w:pPr>
        <w:spacing w:before="120" w:after="20" w:line="259" w:lineRule="auto"/>
        <w:shd w:fill="F8E8E8" w:val="clear"/>
      </w:pPr>
      <w:r>
        <w:rPr>
          <w:rFonts w:ascii="Calibri" w:hAnsi="Calibri" w:eastAsia="Calibri"/>
          <w:b w:val="0"/>
          <w:i w:val="0"/>
          <w:color w:val="A02828"/>
          <w:sz w:val="22"/>
        </w:rPr>
        <w:t>B. [WRONG] Delay ICU until a consultant radiologist has reported an MRI</w:t>
      </w:r>
    </w:p>
    <w:p>
      <w:pPr>
        <w:spacing w:before="0" w:after="20" w:line="259" w:lineRule="auto"/>
      </w:pPr>
      <w:r>
        <w:rPr>
          <w:rFonts w:ascii="Calibri" w:hAnsi="Calibri" w:eastAsia="Calibri"/>
          <w:b w:val="0"/>
          <w:i/>
          <w:color w:val="282828"/>
          <w:sz w:val="22"/>
        </w:rPr>
        <w:t>Bay: Do not hold an intubated patient in ED for MRI. CT later if indicated; ICU now.</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Load phenytoin via the central line for transfer cover</w:t>
      </w:r>
    </w:p>
    <w:p>
      <w:pPr>
        <w:spacing w:before="0" w:after="20" w:line="259" w:lineRule="auto"/>
      </w:pPr>
      <w:r>
        <w:rPr>
          <w:rFonts w:ascii="Calibri" w:hAnsi="Calibri" w:eastAsia="Calibri"/>
          <w:b w:val="0"/>
          <w:i/>
          <w:color w:val="282828"/>
          <w:sz w:val="22"/>
        </w:rPr>
        <w:t>Bay: She is allergic to phenytoin. Leave it out.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Extubate in the bay for a wake-up test before ICU</w:t>
      </w:r>
    </w:p>
    <w:p>
      <w:pPr>
        <w:spacing w:before="0" w:after="20" w:line="259" w:lineRule="auto"/>
      </w:pPr>
      <w:r>
        <w:rPr>
          <w:rFonts w:ascii="Calibri" w:hAnsi="Calibri" w:eastAsia="Calibri"/>
          <w:b w:val="0"/>
          <w:i/>
          <w:color w:val="282828"/>
          <w:sz w:val="22"/>
        </w:rPr>
        <w:t>Bay: She has just been intubated for refractory status. Leave the tube. Neuroprognostication is not a trolley test.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Give a further 4 mg lorazepam to cover the corridor</w:t>
      </w:r>
    </w:p>
    <w:p>
      <w:pPr>
        <w:spacing w:before="0" w:after="20" w:line="259" w:lineRule="auto"/>
      </w:pPr>
      <w:r>
        <w:rPr>
          <w:rFonts w:ascii="Calibri" w:hAnsi="Calibri" w:eastAsia="Calibri"/>
          <w:b w:val="0"/>
          <w:i/>
          <w:color w:val="282828"/>
          <w:sz w:val="22"/>
        </w:rPr>
        <w:t>Bay: The seizure has stopped under anaesthetic. Further benzo only drops her pressure.</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ICU ring later. CT is unremarkable.</w:t>
      </w:r>
    </w:p>
    <w:p>
      <w:pPr>
        <w:spacing w:before="120" w:after="20" w:line="259" w:lineRule="auto"/>
        <w:shd w:fill="E8F5EC" w:val="clear"/>
      </w:pPr>
      <w:r>
        <w:rPr>
          <w:rFonts w:ascii="Calibri" w:hAnsi="Calibri" w:eastAsia="Calibri"/>
          <w:b/>
          <w:i w:val="0"/>
          <w:color w:val="146E3C"/>
          <w:sz w:val="22"/>
        </w:rPr>
        <w:t>A. [CORRECT] Convulsive status epilepticus (missed lamotrigine)</w:t>
      </w:r>
    </w:p>
    <w:p>
      <w:pPr>
        <w:spacing w:before="0" w:after="20" w:line="259" w:lineRule="auto"/>
      </w:pPr>
      <w:r>
        <w:rPr>
          <w:rFonts w:ascii="Calibri" w:hAnsi="Calibri" w:eastAsia="Calibri"/>
          <w:b w:val="0"/>
          <w:i/>
          <w:color w:val="282828"/>
          <w:sz w:val="22"/>
        </w:rPr>
        <w:t>Bay: That is the diagnosis.</w:t>
      </w:r>
    </w:p>
    <w:p>
      <w:pPr>
        <w:spacing w:before="120" w:after="20" w:line="259" w:lineRule="auto"/>
        <w:shd w:fill="F8E8E8" w:val="clear"/>
      </w:pPr>
      <w:r>
        <w:rPr>
          <w:rFonts w:ascii="Calibri" w:hAnsi="Calibri" w:eastAsia="Calibri"/>
          <w:b w:val="0"/>
          <w:i w:val="0"/>
          <w:color w:val="A02828"/>
          <w:sz w:val="22"/>
        </w:rPr>
        <w:t>B. [WRONG] Hypoglycaemic encephalopathy</w:t>
      </w:r>
    </w:p>
    <w:p>
      <w:pPr>
        <w:spacing w:before="0" w:after="20" w:line="259" w:lineRule="auto"/>
      </w:pPr>
      <w:r>
        <w:rPr>
          <w:rFonts w:ascii="Calibri" w:hAnsi="Calibri" w:eastAsia="Calibri"/>
          <w:b w:val="0"/>
          <w:i/>
          <w:color w:val="282828"/>
          <w:sz w:val="22"/>
        </w:rPr>
        <w:t>Bay: BM was 6.9 throughout. This was not hypoglycaemia.</w:t>
      </w:r>
    </w:p>
    <w:p>
      <w:pPr>
        <w:spacing w:before="120" w:after="20" w:line="259" w:lineRule="auto"/>
        <w:shd w:fill="F8E8E8" w:val="clear"/>
      </w:pPr>
      <w:r>
        <w:rPr>
          <w:rFonts w:ascii="Calibri" w:hAnsi="Calibri" w:eastAsia="Calibri"/>
          <w:b w:val="0"/>
          <w:i w:val="0"/>
          <w:color w:val="A02828"/>
          <w:sz w:val="22"/>
        </w:rPr>
        <w:t>C. [WRONG] Eclampsia</w:t>
      </w:r>
    </w:p>
    <w:p>
      <w:pPr>
        <w:spacing w:before="0" w:after="20" w:line="259" w:lineRule="auto"/>
      </w:pPr>
      <w:r>
        <w:rPr>
          <w:rFonts w:ascii="Calibri" w:hAnsi="Calibri" w:eastAsia="Calibri"/>
          <w:b w:val="0"/>
          <w:i/>
          <w:color w:val="282828"/>
          <w:sz w:val="22"/>
        </w:rPr>
        <w:t>Bay: hCG negative, not pregnant, known epilepsy off her AED.</w:t>
      </w:r>
    </w:p>
    <w:p>
      <w:pPr>
        <w:spacing w:before="120" w:after="20" w:line="259" w:lineRule="auto"/>
        <w:shd w:fill="F8E8E8" w:val="clear"/>
      </w:pPr>
      <w:r>
        <w:rPr>
          <w:rFonts w:ascii="Calibri" w:hAnsi="Calibri" w:eastAsia="Calibri"/>
          <w:b w:val="0"/>
          <w:i w:val="0"/>
          <w:color w:val="A02828"/>
          <w:sz w:val="22"/>
        </w:rPr>
        <w:t>D. [WRONG] Psychogenic non-epileptic seizure</w:t>
      </w:r>
    </w:p>
    <w:p>
      <w:pPr>
        <w:spacing w:before="0" w:after="20" w:line="259" w:lineRule="auto"/>
      </w:pPr>
      <w:r>
        <w:rPr>
          <w:rFonts w:ascii="Calibri" w:hAnsi="Calibri" w:eastAsia="Calibri"/>
          <w:b w:val="0"/>
          <w:i/>
          <w:color w:val="282828"/>
          <w:sz w:val="22"/>
        </w:rPr>
        <w:t>Bay: Hypoxia, lactate, a bitten tongue and a response to anaesthetic AED treatment are against PNES.</w:t>
      </w:r>
    </w:p>
    <w:p>
      <w:pPr>
        <w:spacing w:before="120" w:after="20" w:line="259" w:lineRule="auto"/>
        <w:shd w:fill="F8E8E8" w:val="clear"/>
      </w:pPr>
      <w:r>
        <w:rPr>
          <w:rFonts w:ascii="Calibri" w:hAnsi="Calibri" w:eastAsia="Calibri"/>
          <w:b w:val="0"/>
          <w:i w:val="0"/>
          <w:color w:val="A02828"/>
          <w:sz w:val="22"/>
        </w:rPr>
        <w:t>E. [WRONG] New CNS infection as the sole diagnosis</w:t>
      </w:r>
    </w:p>
    <w:p>
      <w:pPr>
        <w:spacing w:before="0" w:after="20" w:line="259" w:lineRule="auto"/>
      </w:pPr>
      <w:r>
        <w:rPr>
          <w:rFonts w:ascii="Calibri" w:hAnsi="Calibri" w:eastAsia="Calibri"/>
          <w:b w:val="0"/>
          <w:i/>
          <w:color w:val="282828"/>
          <w:sz w:val="22"/>
        </w:rPr>
        <w:t>Bay: No fever, no meningism, CT normal, and she had run out of lamotrigine.</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Convulsive status epilepticus</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Ongoing generalised convulsion &gt;5 minutes after community midazolam</w:t>
      </w:r>
    </w:p>
    <w:p>
      <w:pPr>
        <w:spacing w:before="0" w:after="40" w:line="259" w:lineRule="auto"/>
      </w:pPr>
      <w:r>
        <w:rPr>
          <w:rFonts w:ascii="Calibri" w:hAnsi="Calibri" w:eastAsia="Calibri"/>
          <w:b w:val="0"/>
          <w:i w:val="0"/>
          <w:sz w:val="22"/>
        </w:rPr>
        <w:t>• Hypoxia, trismus, bitten tongue, incontinence</w:t>
      </w:r>
    </w:p>
    <w:p>
      <w:pPr>
        <w:spacing w:before="0" w:after="40" w:line="259" w:lineRule="auto"/>
      </w:pPr>
      <w:r>
        <w:rPr>
          <w:rFonts w:ascii="Calibri" w:hAnsi="Calibri" w:eastAsia="Calibri"/>
          <w:b w:val="0"/>
          <w:i w:val="0"/>
          <w:sz w:val="22"/>
        </w:rPr>
        <w:t>• BM 6.9 — not hypoglycaemia</w:t>
      </w:r>
    </w:p>
    <w:p>
      <w:pPr>
        <w:spacing w:before="0" w:after="40" w:line="259" w:lineRule="auto"/>
      </w:pPr>
      <w:r>
        <w:rPr>
          <w:rFonts w:ascii="Calibri" w:hAnsi="Calibri" w:eastAsia="Calibri"/>
          <w:b w:val="0"/>
          <w:i w:val="0"/>
          <w:sz w:val="22"/>
        </w:rPr>
        <w:t>• Medic-alert: phenytoin allergy; missed lamotrigine</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ABC, glucose, IV access before drugs</w:t>
      </w:r>
    </w:p>
    <w:p>
      <w:pPr>
        <w:spacing w:before="0" w:after="40" w:line="259" w:lineRule="auto"/>
      </w:pPr>
      <w:r>
        <w:rPr>
          <w:rFonts w:ascii="Calibri" w:hAnsi="Calibri" w:eastAsia="Calibri"/>
          <w:b w:val="0"/>
          <w:i w:val="0"/>
          <w:sz w:val="22"/>
        </w:rPr>
        <w:t>• VBG (lactate, gases), U&amp;E, FBC, Ca/Mg, hCG, AED levels</w:t>
      </w:r>
    </w:p>
    <w:p>
      <w:pPr>
        <w:spacing w:before="0" w:after="40" w:line="259" w:lineRule="auto"/>
      </w:pPr>
      <w:r>
        <w:rPr>
          <w:rFonts w:ascii="Calibri" w:hAnsi="Calibri" w:eastAsia="Calibri"/>
          <w:b w:val="0"/>
          <w:i w:val="0"/>
          <w:sz w:val="22"/>
        </w:rPr>
        <w:t>• CT head once the seizure is controlled and the airway is safe — not while fitting</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NPA, high-concentration oxygen, glucose, IV access</w:t>
      </w:r>
    </w:p>
    <w:p>
      <w:pPr>
        <w:spacing w:before="0" w:after="40" w:line="259" w:lineRule="auto"/>
      </w:pPr>
      <w:r>
        <w:rPr>
          <w:rFonts w:ascii="Calibri" w:hAnsi="Calibri" w:eastAsia="Calibri"/>
          <w:b w:val="0"/>
          <w:i w:val="0"/>
          <w:sz w:val="22"/>
        </w:rPr>
        <w:t>• Lorazepam 4 mg IV (community midazolam counts as the first benzodiazepine)</w:t>
      </w:r>
    </w:p>
    <w:p>
      <w:pPr>
        <w:spacing w:before="0" w:after="40" w:line="259" w:lineRule="auto"/>
      </w:pPr>
      <w:r>
        <w:rPr>
          <w:rFonts w:ascii="Calibri" w:hAnsi="Calibri" w:eastAsia="Calibri"/>
          <w:b w:val="0"/>
          <w:i w:val="0"/>
          <w:sz w:val="22"/>
        </w:rPr>
        <w:t>• Levetiracetam 60 mg/kg IV, max 4.5 g — not phenytoin if allergic</w:t>
      </w:r>
    </w:p>
    <w:p>
      <w:pPr>
        <w:spacing w:before="0" w:after="40" w:line="259" w:lineRule="auto"/>
      </w:pPr>
      <w:r>
        <w:rPr>
          <w:rFonts w:ascii="Calibri" w:hAnsi="Calibri" w:eastAsia="Calibri"/>
          <w:b w:val="0"/>
          <w:i w:val="0"/>
          <w:sz w:val="22"/>
        </w:rPr>
        <w:t>• Refractory: RSI with anaesthetics, ICU, restart usual AED</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NICE NG217 Epilepsies in children, young people and adults</w:t>
      </w:r>
    </w:p>
    <w:p>
      <w:pPr>
        <w:spacing w:before="0" w:after="40" w:line="259" w:lineRule="auto"/>
      </w:pPr>
      <w:r>
        <w:rPr>
          <w:rFonts w:ascii="Calibri" w:hAnsi="Calibri" w:eastAsia="Calibri"/>
          <w:b w:val="0"/>
          <w:i w:val="0"/>
          <w:sz w:val="22"/>
        </w:rPr>
        <w:t>• RCEM / APLS convulsive status epilepticus</w:t>
      </w:r>
    </w:p>
    <w:p>
      <w:pPr>
        <w:spacing w:before="0" w:after="40" w:line="259" w:lineRule="auto"/>
      </w:pPr>
      <w:r>
        <w:rPr>
          <w:rFonts w:ascii="Calibri" w:hAnsi="Calibri" w:eastAsia="Calibri"/>
          <w:b w:val="0"/>
          <w:i w:val="0"/>
          <w:sz w:val="22"/>
        </w:rPr>
        <w:t>• ILAE status epilepticus</w:t>
      </w:r>
    </w:p>
    <w:p>
      <w:r>
        <w:br w:type="page"/>
      </w:r>
    </w:p>
    <w:p>
      <w:pPr>
        <w:spacing w:before="120" w:after="160" w:line="259" w:lineRule="auto"/>
      </w:pPr>
      <w:r>
        <w:rPr>
          <w:rFonts w:ascii="Calibri" w:hAnsi="Calibri" w:eastAsia="Calibri"/>
          <w:b/>
          <w:i w:val="0"/>
          <w:color w:val="0C0E10"/>
          <w:sz w:val="36"/>
        </w:rPr>
        <w:t>Case 07 — Hyperkalaemic cardiotoxicity (missed haemodialysis)</w:t>
      </w:r>
    </w:p>
    <w:p>
      <w:pPr>
        <w:spacing w:before="0" w:after="40" w:line="259" w:lineRule="auto"/>
      </w:pPr>
      <w:r>
        <w:rPr>
          <w:rFonts w:ascii="Calibri" w:hAnsi="Calibri" w:eastAsia="Calibri"/>
          <w:b w:val="0"/>
          <w:i/>
          <w:color w:val="5A5A5A"/>
          <w:sz w:val="20"/>
        </w:rPr>
        <w:t>buzzer · Emergency buzzer — Majors · rhythm sine-wave</w:t>
      </w:r>
    </w:p>
    <w:p>
      <w:pPr>
        <w:spacing w:before="0" w:after="40" w:line="259" w:lineRule="auto"/>
      </w:pPr>
      <w:r>
        <w:rPr>
          <w:rFonts w:ascii="Calibri" w:hAnsi="Calibri" w:eastAsia="Calibri"/>
          <w:b w:val="0"/>
          <w:i/>
          <w:color w:val="5A5A5A"/>
          <w:sz w:val="20"/>
        </w:rPr>
        <w:t>HR 38   BP 82/46   RR 18   SpO2 96%   temp 36.1   GCS 14   BM 6.2</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Emergency buzzer — Majors 2.</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The dialysis nurse from the corridor is shouting over the alarm.</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"He's a haemodialysis patient — missed Tuesday and Thursday. He's gone bradycardic in the chair. I can barely feel a pulse. I need him in resus now."</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You can see a left-arm fistula from here.</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talking in sentences, no stridor, no swelling.</w:t>
      </w:r>
    </w:p>
    <w:p>
      <w:pPr>
        <w:spacing w:before="0" w:after="40" w:line="259" w:lineRule="auto"/>
      </w:pPr>
      <w:r>
        <w:rPr>
          <w:rFonts w:ascii="Calibri" w:hAnsi="Calibri" w:eastAsia="Calibri"/>
          <w:b w:val="0"/>
          <w:i w:val="0"/>
          <w:sz w:val="22"/>
        </w:rPr>
        <w:t>B — RR 18, equal air entry, no crackles, SpO2 96% air. Trachea central.</w:t>
      </w:r>
    </w:p>
    <w:p>
      <w:pPr>
        <w:spacing w:before="0" w:after="40" w:line="259" w:lineRule="auto"/>
      </w:pPr>
      <w:r>
        <w:rPr>
          <w:rFonts w:ascii="Calibri" w:hAnsi="Calibri" w:eastAsia="Calibri"/>
          <w:b w:val="0"/>
          <w:i w:val="0"/>
          <w:sz w:val="22"/>
        </w:rPr>
        <w:t>C — HR 38, BP 82/46, CRT 4 s, weak pulse. Left radiocephalic fistula with a thrill.</w:t>
      </w:r>
    </w:p>
    <w:p>
      <w:pPr>
        <w:spacing w:before="0" w:after="40" w:line="259" w:lineRule="auto"/>
      </w:pPr>
      <w:r>
        <w:rPr>
          <w:rFonts w:ascii="Calibri" w:hAnsi="Calibri" w:eastAsia="Calibri"/>
          <w:b w:val="0"/>
          <w:i w:val="0"/>
          <w:sz w:val="22"/>
        </w:rPr>
        <w:t>D — GCS 14 (E4 V4 M6), BM 6.2, weak, paraesthesia in the hands. No focal neurology.</w:t>
      </w:r>
    </w:p>
    <w:p>
      <w:pPr>
        <w:spacing w:before="0" w:after="40" w:line="259" w:lineRule="auto"/>
      </w:pPr>
      <w:r>
        <w:rPr>
          <w:rFonts w:ascii="Calibri" w:hAnsi="Calibri" w:eastAsia="Calibri"/>
          <w:b w:val="0"/>
          <w:i w:val="0"/>
          <w:sz w:val="22"/>
        </w:rPr>
        <w:t>E — no rash, no pericardial rub heard, no melaena. Medic-alert: end-stage kidney disease.</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The monitor shows a slow, wide, almost sinusoidal waveform.</w:t>
      </w:r>
    </w:p>
    <w:p>
      <w:pPr>
        <w:spacing w:before="120" w:after="20" w:line="259" w:lineRule="auto"/>
        <w:shd w:fill="E8F5EC" w:val="clear"/>
      </w:pPr>
      <w:r>
        <w:rPr>
          <w:rFonts w:ascii="Calibri" w:hAnsi="Calibri" w:eastAsia="Calibri"/>
          <w:b/>
          <w:i w:val="0"/>
          <w:color w:val="146E3C"/>
          <w:sz w:val="22"/>
        </w:rPr>
        <w:t>A. [CORRECT] Intravenous calcium gluconate</w:t>
      </w:r>
    </w:p>
    <w:p>
      <w:pPr>
        <w:spacing w:before="0" w:after="20" w:line="259" w:lineRule="auto"/>
      </w:pPr>
      <w:r>
        <w:rPr>
          <w:rFonts w:ascii="Calibri" w:hAnsi="Calibri" w:eastAsia="Calibri"/>
          <w:b w:val="0"/>
          <w:i/>
          <w:color w:val="282828"/>
          <w:sz w:val="22"/>
        </w:rPr>
        <w:t>Bay: Calcium is in. The QRS is already a fraction narrower. Protect the membrane, then shift potassium.</w:t>
      </w:r>
    </w:p>
    <w:p>
      <w:pPr>
        <w:spacing w:before="0" w:after="40" w:line="259" w:lineRule="auto"/>
      </w:pPr>
      <w:r>
        <w:rPr>
          <w:rFonts w:ascii="Calibri" w:hAnsi="Calibri" w:eastAsia="Calibri"/>
          <w:b w:val="0"/>
          <w:i/>
          <w:color w:val="5A4614"/>
          <w:sz w:val="20"/>
        </w:rPr>
        <w:t>Reaction: hr +10, sbp +10, rhythm → hyperk</w:t>
      </w:r>
    </w:p>
    <w:p>
      <w:pPr>
        <w:spacing w:before="80" w:after="40" w:line="259" w:lineRule="auto"/>
      </w:pPr>
      <w:r>
        <w:rPr>
          <w:rFonts w:ascii="Calibri" w:hAnsi="Calibri" w:eastAsia="Calibri"/>
          <w:b/>
          <w:i w:val="0"/>
          <w:color w:val="46326E"/>
          <w:sz w:val="22"/>
        </w:rPr>
        <w:t xml:space="preserve">    Follow-up: What dose?</w:t>
      </w:r>
    </w:p>
    <w:p>
      <w:pPr>
        <w:spacing w:before="120" w:after="20" w:line="259" w:lineRule="auto"/>
        <w:shd w:fill="E8F5EC" w:val="clear"/>
      </w:pPr>
      <w:r>
        <w:rPr>
          <w:rFonts w:ascii="Calibri" w:hAnsi="Calibri" w:eastAsia="Calibri"/>
          <w:b/>
          <w:i w:val="0"/>
          <w:color w:val="146E3C"/>
          <w:sz w:val="22"/>
        </w:rPr>
        <w:t xml:space="preserve">    A. [CORRECT] Calcium gluconate 10 mL of 10% IV over 5–10 minutes</w:t>
      </w:r>
    </w:p>
    <w:p>
      <w:pPr>
        <w:spacing w:before="0" w:after="20" w:line="259" w:lineRule="auto"/>
      </w:pPr>
      <w:r>
        <w:rPr>
          <w:rFonts w:ascii="Calibri" w:hAnsi="Calibri" w:eastAsia="Calibri"/>
          <w:b w:val="0"/>
          <w:i/>
          <w:color w:val="282828"/>
          <w:sz w:val="22"/>
        </w:rPr>
        <w:t xml:space="preserve">       Bay: RCEM / Resuscitation Council: 10 mL of 10% calcium gluconate, repeat every 5 minutes until the ECG improves.</w:t>
      </w:r>
    </w:p>
    <w:p>
      <w:pPr>
        <w:spacing w:before="120" w:after="20" w:line="259" w:lineRule="auto"/>
        <w:shd w:fill="F8E8E8" w:val="clear"/>
      </w:pPr>
      <w:r>
        <w:rPr>
          <w:rFonts w:ascii="Calibri" w:hAnsi="Calibri" w:eastAsia="Calibri"/>
          <w:b w:val="0"/>
          <w:i w:val="0"/>
          <w:color w:val="A02828"/>
          <w:sz w:val="22"/>
        </w:rPr>
        <w:t xml:space="preserve">    B. [WRONG] Calcium gluconate 1 mL of 10% IV</w:t>
      </w:r>
    </w:p>
    <w:p>
      <w:pPr>
        <w:spacing w:before="0" w:after="20" w:line="259" w:lineRule="auto"/>
      </w:pPr>
      <w:r>
        <w:rPr>
          <w:rFonts w:ascii="Calibri" w:hAnsi="Calibri" w:eastAsia="Calibri"/>
          <w:b w:val="0"/>
          <w:i/>
          <w:color w:val="282828"/>
          <w:sz w:val="22"/>
        </w:rPr>
        <w:t xml:space="preserve">       Bay: Underdose. Adult cardioprotection is 10 mL of 10%.</w:t>
      </w:r>
    </w:p>
    <w:p>
      <w:pPr>
        <w:spacing w:before="120" w:after="20" w:line="259" w:lineRule="auto"/>
        <w:shd w:fill="F8E8E8" w:val="clear"/>
      </w:pPr>
      <w:r>
        <w:rPr>
          <w:rFonts w:ascii="Calibri" w:hAnsi="Calibri" w:eastAsia="Calibri"/>
          <w:b w:val="0"/>
          <w:i w:val="0"/>
          <w:color w:val="A02828"/>
          <w:sz w:val="22"/>
        </w:rPr>
        <w:t xml:space="preserve">    C. [WRONG] Calcium gluconate 10 mL of 10% IM</w:t>
      </w:r>
    </w:p>
    <w:p>
      <w:pPr>
        <w:spacing w:before="0" w:after="20" w:line="259" w:lineRule="auto"/>
      </w:pPr>
      <w:r>
        <w:rPr>
          <w:rFonts w:ascii="Calibri" w:hAnsi="Calibri" w:eastAsia="Calibri"/>
          <w:b w:val="0"/>
          <w:i/>
          <w:color w:val="282828"/>
          <w:sz w:val="22"/>
        </w:rPr>
        <w:t xml:space="preserve">       Bay: Give it intravenously. IM calcium does not protect the heart.</w:t>
      </w:r>
    </w:p>
    <w:p>
      <w:pPr>
        <w:spacing w:before="120" w:after="20" w:line="259" w:lineRule="auto"/>
        <w:shd w:fill="F8E8E8" w:val="clear"/>
      </w:pPr>
      <w:r>
        <w:rPr>
          <w:rFonts w:ascii="Calibri" w:hAnsi="Calibri" w:eastAsia="Calibri"/>
          <w:b w:val="0"/>
          <w:i w:val="0"/>
          <w:color w:val="A02828"/>
          <w:sz w:val="22"/>
        </w:rPr>
        <w:t xml:space="preserve">    D. [WRONG] Calcium chloride 10 mL of 10% as the default first syringe</w:t>
      </w:r>
    </w:p>
    <w:p>
      <w:pPr>
        <w:spacing w:before="0" w:after="20" w:line="259" w:lineRule="auto"/>
      </w:pPr>
      <w:r>
        <w:rPr>
          <w:rFonts w:ascii="Calibri" w:hAnsi="Calibri" w:eastAsia="Calibri"/>
          <w:b w:val="0"/>
          <w:i/>
          <w:color w:val="282828"/>
          <w:sz w:val="22"/>
        </w:rPr>
        <w:t xml:space="preserve">       Bay: 10 mL of 10% calcium chloride is a much larger calcium load. First-line in ED is calcium gluconate 10 mL of 10% unless in arrest.</w:t>
      </w:r>
    </w:p>
    <w:p>
      <w:pPr>
        <w:spacing w:before="120" w:after="20" w:line="259" w:lineRule="auto"/>
        <w:shd w:fill="F8E8E8" w:val="clear"/>
      </w:pPr>
      <w:r>
        <w:rPr>
          <w:rFonts w:ascii="Calibri" w:hAnsi="Calibri" w:eastAsia="Calibri"/>
          <w:b w:val="0"/>
          <w:i w:val="0"/>
          <w:color w:val="A02828"/>
          <w:sz w:val="22"/>
        </w:rPr>
        <w:t xml:space="preserve">    E. [WRONG] Calcium resonium 15 g orally as membrane protection</w:t>
      </w:r>
    </w:p>
    <w:p>
      <w:pPr>
        <w:spacing w:before="0" w:after="20" w:line="259" w:lineRule="auto"/>
      </w:pPr>
      <w:r>
        <w:rPr>
          <w:rFonts w:ascii="Calibri" w:hAnsi="Calibri" w:eastAsia="Calibri"/>
          <w:b w:val="0"/>
          <w:i/>
          <w:color w:val="282828"/>
          <w:sz w:val="22"/>
        </w:rPr>
        <w:t xml:space="preserve">       Bay: Resonium does not protect the heart. Calcium gluconate first.</w:t>
      </w:r>
    </w:p>
    <w:p>
      <w:pPr>
        <w:spacing w:before="120" w:after="20" w:line="259" w:lineRule="auto"/>
        <w:shd w:fill="F8E8E8" w:val="clear"/>
      </w:pPr>
      <w:r>
        <w:rPr>
          <w:rFonts w:ascii="Calibri" w:hAnsi="Calibri" w:eastAsia="Calibri"/>
          <w:b w:val="0"/>
          <w:i w:val="0"/>
          <w:color w:val="A02828"/>
          <w:sz w:val="22"/>
        </w:rPr>
        <w:t>B. [WRONG] Insulin–glucose</w:t>
      </w:r>
    </w:p>
    <w:p>
      <w:pPr>
        <w:spacing w:before="0" w:after="20" w:line="259" w:lineRule="auto"/>
      </w:pPr>
      <w:r>
        <w:rPr>
          <w:rFonts w:ascii="Calibri" w:hAnsi="Calibri" w:eastAsia="Calibri"/>
          <w:b w:val="0"/>
          <w:i/>
          <w:color w:val="282828"/>
          <w:sz w:val="22"/>
        </w:rPr>
        <w:t>Bay: The ECG is a sine wave. Shift will not prevent VF in the next minute. Stabilise the membrane first.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Nebulised salbutamol</w:t>
      </w:r>
    </w:p>
    <w:p>
      <w:pPr>
        <w:spacing w:before="0" w:after="20" w:line="259" w:lineRule="auto"/>
      </w:pPr>
      <w:r>
        <w:rPr>
          <w:rFonts w:ascii="Calibri" w:hAnsi="Calibri" w:eastAsia="Calibri"/>
          <w:b w:val="0"/>
          <w:i/>
          <w:color w:val="282828"/>
          <w:sz w:val="22"/>
        </w:rPr>
        <w:t>Bay: Salbutamol is an adjunct after calcium and insulin. A sine-wave ECG needs membrane protection now.</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Calcium resonium</w:t>
      </w:r>
    </w:p>
    <w:p>
      <w:pPr>
        <w:spacing w:before="0" w:after="20" w:line="259" w:lineRule="auto"/>
      </w:pPr>
      <w:r>
        <w:rPr>
          <w:rFonts w:ascii="Calibri" w:hAnsi="Calibri" w:eastAsia="Calibri"/>
          <w:b w:val="0"/>
          <w:i/>
          <w:color w:val="282828"/>
          <w:sz w:val="22"/>
        </w:rPr>
        <w:t>Bay: Resonium does not protect the heart and will not work in time. Calcium gluconate first.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Sodium bicarbonate</w:t>
      </w:r>
    </w:p>
    <w:p>
      <w:pPr>
        <w:spacing w:before="0" w:after="20" w:line="259" w:lineRule="auto"/>
      </w:pPr>
      <w:r>
        <w:rPr>
          <w:rFonts w:ascii="Calibri" w:hAnsi="Calibri" w:eastAsia="Calibri"/>
          <w:b w:val="0"/>
          <w:i/>
          <w:color w:val="282828"/>
          <w:sz w:val="22"/>
        </w:rPr>
        <w:t>Bay: Bicarbonate is not membrane protection. The ECG is a sine wave — calcium gluconate first, then shift.</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QRS a little narrower. He is still 48 and heavy-limbed. Access is in.</w:t>
      </w:r>
    </w:p>
    <w:p>
      <w:pPr>
        <w:spacing w:before="120" w:after="20" w:line="259" w:lineRule="auto"/>
        <w:shd w:fill="E8F5EC" w:val="clear"/>
      </w:pPr>
      <w:r>
        <w:rPr>
          <w:rFonts w:ascii="Calibri" w:hAnsi="Calibri" w:eastAsia="Calibri"/>
          <w:b/>
          <w:i w:val="0"/>
          <w:color w:val="146E3C"/>
          <w:sz w:val="22"/>
        </w:rPr>
        <w:t>A. [CORRECT] Insulin–glucose infusion</w:t>
      </w:r>
    </w:p>
    <w:p>
      <w:pPr>
        <w:spacing w:before="0" w:after="20" w:line="259" w:lineRule="auto"/>
      </w:pPr>
      <w:r>
        <w:rPr>
          <w:rFonts w:ascii="Calibri" w:hAnsi="Calibri" w:eastAsia="Calibri"/>
          <w:b w:val="0"/>
          <w:i/>
          <w:color w:val="282828"/>
          <w:sz w:val="22"/>
        </w:rPr>
        <w:t>Bay: Insulin going through. Glucose on the side. Renal are being called.</w:t>
      </w:r>
    </w:p>
    <w:p>
      <w:pPr>
        <w:spacing w:before="0" w:after="40" w:line="259" w:lineRule="auto"/>
      </w:pPr>
      <w:r>
        <w:rPr>
          <w:rFonts w:ascii="Calibri" w:hAnsi="Calibri" w:eastAsia="Calibri"/>
          <w:b w:val="0"/>
          <w:i/>
          <w:color w:val="5A4614"/>
          <w:sz w:val="20"/>
        </w:rPr>
        <w:t>Reaction: hr +8, sbp +6</w:t>
      </w:r>
    </w:p>
    <w:p>
      <w:pPr>
        <w:spacing w:before="80" w:after="40" w:line="259" w:lineRule="auto"/>
      </w:pPr>
      <w:r>
        <w:rPr>
          <w:rFonts w:ascii="Calibri" w:hAnsi="Calibri" w:eastAsia="Calibri"/>
          <w:b/>
          <w:i w:val="0"/>
          <w:color w:val="46326E"/>
          <w:sz w:val="22"/>
        </w:rPr>
        <w:t xml:space="preserve">    Follow-up: What dose?</w:t>
      </w:r>
    </w:p>
    <w:p>
      <w:pPr>
        <w:spacing w:before="120" w:after="20" w:line="259" w:lineRule="auto"/>
        <w:shd w:fill="E8F5EC" w:val="clear"/>
      </w:pPr>
      <w:r>
        <w:rPr>
          <w:rFonts w:ascii="Calibri" w:hAnsi="Calibri" w:eastAsia="Calibri"/>
          <w:b/>
          <w:i w:val="0"/>
          <w:color w:val="146E3C"/>
          <w:sz w:val="22"/>
        </w:rPr>
        <w:t xml:space="preserve">    A. [CORRECT] 10 units soluble insulin in 50 mL of 50% glucose IV</w:t>
      </w:r>
    </w:p>
    <w:p>
      <w:pPr>
        <w:spacing w:before="0" w:after="20" w:line="259" w:lineRule="auto"/>
      </w:pPr>
      <w:r>
        <w:rPr>
          <w:rFonts w:ascii="Calibri" w:hAnsi="Calibri" w:eastAsia="Calibri"/>
          <w:b w:val="0"/>
          <w:i/>
          <w:color w:val="282828"/>
          <w:sz w:val="22"/>
        </w:rPr>
        <w:t xml:space="preserve">       Bay: Standard UK shift: 10 units Actrapid in 50 mL 50% glucose, then monitor BM.</w:t>
      </w:r>
    </w:p>
    <w:p>
      <w:pPr>
        <w:spacing w:before="120" w:after="20" w:line="259" w:lineRule="auto"/>
        <w:shd w:fill="F8E8E8" w:val="clear"/>
      </w:pPr>
      <w:r>
        <w:rPr>
          <w:rFonts w:ascii="Calibri" w:hAnsi="Calibri" w:eastAsia="Calibri"/>
          <w:b w:val="0"/>
          <w:i w:val="0"/>
          <w:color w:val="A02828"/>
          <w:sz w:val="22"/>
        </w:rPr>
        <w:t xml:space="preserve">    B. [WRONG] 10 units insulin IM and no glucose</w:t>
      </w:r>
    </w:p>
    <w:p>
      <w:pPr>
        <w:spacing w:before="0" w:after="20" w:line="259" w:lineRule="auto"/>
      </w:pPr>
      <w:r>
        <w:rPr>
          <w:rFonts w:ascii="Calibri" w:hAnsi="Calibri" w:eastAsia="Calibri"/>
          <w:b w:val="0"/>
          <w:i/>
          <w:color w:val="282828"/>
          <w:sz w:val="22"/>
        </w:rPr>
        <w:t xml:space="preserve">       Bay: IV, with glucose. IM insulin and no dextrose will not shift K and will hypoglycaemia him.</w:t>
      </w:r>
    </w:p>
    <w:p>
      <w:pPr>
        <w:spacing w:before="120" w:after="20" w:line="259" w:lineRule="auto"/>
        <w:shd w:fill="F8E8E8" w:val="clear"/>
      </w:pPr>
      <w:r>
        <w:rPr>
          <w:rFonts w:ascii="Calibri" w:hAnsi="Calibri" w:eastAsia="Calibri"/>
          <w:b w:val="0"/>
          <w:i w:val="0"/>
          <w:color w:val="A02828"/>
          <w:sz w:val="22"/>
        </w:rPr>
        <w:t xml:space="preserve">    C. [WRONG] 50 units insulin in 50 mL of 50% glucose</w:t>
      </w:r>
    </w:p>
    <w:p>
      <w:pPr>
        <w:spacing w:before="0" w:after="20" w:line="259" w:lineRule="auto"/>
      </w:pPr>
      <w:r>
        <w:rPr>
          <w:rFonts w:ascii="Calibri" w:hAnsi="Calibri" w:eastAsia="Calibri"/>
          <w:b w:val="0"/>
          <w:i/>
          <w:color w:val="282828"/>
          <w:sz w:val="22"/>
        </w:rPr>
        <w:t xml:space="preserve">       Bay: Five times the dose. 10 units is enough; 50 units is an overdose.</w:t>
      </w:r>
    </w:p>
    <w:p>
      <w:pPr>
        <w:spacing w:before="120" w:after="20" w:line="259" w:lineRule="auto"/>
        <w:shd w:fill="F8E8E8" w:val="clear"/>
      </w:pPr>
      <w:r>
        <w:rPr>
          <w:rFonts w:ascii="Calibri" w:hAnsi="Calibri" w:eastAsia="Calibri"/>
          <w:b w:val="0"/>
          <w:i w:val="0"/>
          <w:color w:val="A02828"/>
          <w:sz w:val="22"/>
        </w:rPr>
        <w:t xml:space="preserve">    D. [WRONG] 10 units insulin in 5% glucose at 80 mL/h</w:t>
      </w:r>
    </w:p>
    <w:p>
      <w:pPr>
        <w:spacing w:before="0" w:after="20" w:line="259" w:lineRule="auto"/>
      </w:pPr>
      <w:r>
        <w:rPr>
          <w:rFonts w:ascii="Calibri" w:hAnsi="Calibri" w:eastAsia="Calibri"/>
          <w:b w:val="0"/>
          <w:i/>
          <w:color w:val="282828"/>
          <w:sz w:val="22"/>
        </w:rPr>
        <w:t xml:space="preserve">       Bay: Use 50 mL of 50% glucose (or local equivalent), not a maintenance 5% drip.</w:t>
      </w:r>
    </w:p>
    <w:p>
      <w:pPr>
        <w:spacing w:before="120" w:after="20" w:line="259" w:lineRule="auto"/>
        <w:shd w:fill="F8E8E8" w:val="clear"/>
      </w:pPr>
      <w:r>
        <w:rPr>
          <w:rFonts w:ascii="Calibri" w:hAnsi="Calibri" w:eastAsia="Calibri"/>
          <w:b w:val="0"/>
          <w:i w:val="0"/>
          <w:color w:val="A02828"/>
          <w:sz w:val="22"/>
        </w:rPr>
        <w:t xml:space="preserve">    E. [WRONG] 50% glucose 50 mL with no insulin</w:t>
      </w:r>
    </w:p>
    <w:p>
      <w:pPr>
        <w:spacing w:before="0" w:after="20" w:line="259" w:lineRule="auto"/>
      </w:pPr>
      <w:r>
        <w:rPr>
          <w:rFonts w:ascii="Calibri" w:hAnsi="Calibri" w:eastAsia="Calibri"/>
          <w:b w:val="0"/>
          <w:i/>
          <w:color w:val="282828"/>
          <w:sz w:val="22"/>
        </w:rPr>
        <w:t xml:space="preserve">       Bay: Glucose alone does not shift potassium. He needs 10 units of insulin with it.</w:t>
      </w:r>
    </w:p>
    <w:p>
      <w:pPr>
        <w:spacing w:before="120" w:after="20" w:line="259" w:lineRule="auto"/>
        <w:shd w:fill="F8E8E8" w:val="clear"/>
      </w:pPr>
      <w:r>
        <w:rPr>
          <w:rFonts w:ascii="Calibri" w:hAnsi="Calibri" w:eastAsia="Calibri"/>
          <w:b w:val="0"/>
          <w:i w:val="0"/>
          <w:color w:val="A02828"/>
          <w:sz w:val="22"/>
        </w:rPr>
        <w:t>B. [WRONG] Sodium bicarbonate as the only shift therapy</w:t>
      </w:r>
    </w:p>
    <w:p>
      <w:pPr>
        <w:spacing w:before="0" w:after="20" w:line="259" w:lineRule="auto"/>
      </w:pPr>
      <w:r>
        <w:rPr>
          <w:rFonts w:ascii="Calibri" w:hAnsi="Calibri" w:eastAsia="Calibri"/>
          <w:b w:val="0"/>
          <w:i/>
          <w:color w:val="282828"/>
          <w:sz w:val="22"/>
        </w:rPr>
        <w:t>Bay: Bicarbonate is not first-line shift in this context. Insulin–glucose after calcium.</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Nebulised salbutamol as the only shift therapy</w:t>
      </w:r>
    </w:p>
    <w:p>
      <w:pPr>
        <w:spacing w:before="0" w:after="20" w:line="259" w:lineRule="auto"/>
      </w:pPr>
      <w:r>
        <w:rPr>
          <w:rFonts w:ascii="Calibri" w:hAnsi="Calibri" w:eastAsia="Calibri"/>
          <w:b w:val="0"/>
          <w:i/>
          <w:color w:val="282828"/>
          <w:sz w:val="22"/>
        </w:rPr>
        <w:t>Bay: Salbutamol is an adjunct, not the sole shift after calcium. Give insulin–glucose.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Calcium resonium 15 g orally now, withholding insulin</w:t>
      </w:r>
    </w:p>
    <w:p>
      <w:pPr>
        <w:spacing w:before="0" w:after="20" w:line="259" w:lineRule="auto"/>
      </w:pPr>
      <w:r>
        <w:rPr>
          <w:rFonts w:ascii="Calibri" w:hAnsi="Calibri" w:eastAsia="Calibri"/>
          <w:b w:val="0"/>
          <w:i/>
          <w:color w:val="282828"/>
          <w:sz w:val="22"/>
        </w:rPr>
        <w:t>Bay: Resonium does not work in time to save the heart. Shift with insulin–glucose.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Furosemide 80 mg IV as the only further treatment</w:t>
      </w:r>
    </w:p>
    <w:p>
      <w:pPr>
        <w:spacing w:before="0" w:after="20" w:line="259" w:lineRule="auto"/>
      </w:pPr>
      <w:r>
        <w:rPr>
          <w:rFonts w:ascii="Calibri" w:hAnsi="Calibri" w:eastAsia="Calibri"/>
          <w:b w:val="0"/>
          <w:i/>
          <w:color w:val="282828"/>
          <w:sz w:val="22"/>
        </w:rPr>
        <w:t>Bay: He is anuric on dialysis. A loop diuretic will not excrete this potassium.</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You can send investigations from the bay without leaving him.</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7.18  pCO2 4.4  HCO3 12  BE −14  lactate 3.2  K+ 7.8  glucose 6.4  Hb 98</w:t>
      </w:r>
    </w:p>
    <w:p>
      <w:pPr>
        <w:spacing w:before="0" w:after="40" w:line="259" w:lineRule="auto"/>
      </w:pPr>
      <w:r>
        <w:rPr>
          <w:rFonts w:ascii="Calibri" w:hAnsi="Calibri" w:eastAsia="Calibri"/>
          <w:b w:val="0"/>
          <w:i w:val="0"/>
          <w:sz w:val="22"/>
        </w:rPr>
        <w:t>K+ 7.8 on the gas. Treat. Do not wait for the lab to confirm.</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6.2 mmol/L — recheck after insulin</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hyperk</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Anuric. Bladder scan 40 mL.</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98   WCC 7.4   Plt 212</w:t>
      </w:r>
    </w:p>
    <w:p>
      <w:pPr>
        <w:spacing w:before="0" w:after="40" w:line="259" w:lineRule="auto"/>
      </w:pPr>
      <w:r>
        <w:rPr>
          <w:rFonts w:ascii="Calibri" w:hAnsi="Calibri" w:eastAsia="Calibri"/>
          <w:b w:val="0"/>
          <w:i w:val="0"/>
          <w:sz w:val="22"/>
        </w:rPr>
        <w:t>ue: Na 132   K 7.9   urea 34.6   creat 892</w:t>
      </w:r>
    </w:p>
    <w:p>
      <w:pPr>
        <w:spacing w:before="0" w:after="40" w:line="259" w:lineRule="auto"/>
      </w:pPr>
      <w:r>
        <w:rPr>
          <w:rFonts w:ascii="Calibri" w:hAnsi="Calibri" w:eastAsia="Calibri"/>
          <w:b w:val="0"/>
          <w:i w:val="0"/>
          <w:sz w:val="22"/>
        </w:rPr>
        <w:t>crp: 14 mg/L</w:t>
      </w:r>
    </w:p>
    <w:p>
      <w:pPr>
        <w:spacing w:before="0" w:after="40" w:line="259" w:lineRule="auto"/>
      </w:pPr>
      <w:r>
        <w:rPr>
          <w:rFonts w:ascii="Calibri" w:hAnsi="Calibri" w:eastAsia="Calibri"/>
          <w:b w:val="0"/>
          <w:i w:val="0"/>
          <w:sz w:val="22"/>
        </w:rPr>
        <w:t>ca: 2.18 mmol/L</w:t>
      </w:r>
    </w:p>
    <w:p>
      <w:pPr>
        <w:spacing w:before="0" w:after="40" w:line="259" w:lineRule="auto"/>
      </w:pPr>
      <w:r>
        <w:rPr>
          <w:rFonts w:ascii="Calibri" w:hAnsi="Calibri" w:eastAsia="Calibri"/>
          <w:b w:val="0"/>
          <w:i w:val="0"/>
          <w:sz w:val="22"/>
        </w:rPr>
        <w:t>po4: 2.41 mmol/L</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K+ 7.8 on the gas. Review any results that have returned — then decide.</w:t>
      </w:r>
    </w:p>
    <w:p>
      <w:pPr>
        <w:spacing w:before="120" w:after="20" w:line="259" w:lineRule="auto"/>
        <w:shd w:fill="E8F5EC" w:val="clear"/>
      </w:pPr>
      <w:r>
        <w:rPr>
          <w:rFonts w:ascii="Calibri" w:hAnsi="Calibri" w:eastAsia="Calibri"/>
          <w:b/>
          <w:i w:val="0"/>
          <w:color w:val="146E3C"/>
          <w:sz w:val="22"/>
        </w:rPr>
        <w:t>A. [CORRECT] Nebulised salbutamol</w:t>
      </w:r>
    </w:p>
    <w:p>
      <w:pPr>
        <w:spacing w:before="0" w:after="20" w:line="259" w:lineRule="auto"/>
      </w:pPr>
      <w:r>
        <w:rPr>
          <w:rFonts w:ascii="Calibri" w:hAnsi="Calibri" w:eastAsia="Calibri"/>
          <w:b w:val="0"/>
          <w:i/>
          <w:color w:val="282828"/>
          <w:sz w:val="22"/>
        </w:rPr>
        <w:t>Bay: Back-to-back salbutamol going on. Renal registrar is on the phone for emergency dialysis.</w:t>
      </w:r>
    </w:p>
    <w:p>
      <w:pPr>
        <w:spacing w:before="0" w:after="40" w:line="259" w:lineRule="auto"/>
      </w:pPr>
      <w:r>
        <w:rPr>
          <w:rFonts w:ascii="Calibri" w:hAnsi="Calibri" w:eastAsia="Calibri"/>
          <w:b w:val="0"/>
          <w:i/>
          <w:color w:val="5A4614"/>
          <w:sz w:val="20"/>
        </w:rPr>
        <w:t>Reaction: hr +8, rhythm → sinus-brady</w:t>
      </w:r>
    </w:p>
    <w:p>
      <w:pPr>
        <w:spacing w:before="80" w:after="40" w:line="259" w:lineRule="auto"/>
      </w:pPr>
      <w:r>
        <w:rPr>
          <w:rFonts w:ascii="Calibri" w:hAnsi="Calibri" w:eastAsia="Calibri"/>
          <w:b/>
          <w:i w:val="0"/>
          <w:color w:val="46326E"/>
          <w:sz w:val="22"/>
        </w:rPr>
        <w:t xml:space="preserve">    Follow-up: What dose?</w:t>
      </w:r>
    </w:p>
    <w:p>
      <w:pPr>
        <w:spacing w:before="120" w:after="20" w:line="259" w:lineRule="auto"/>
        <w:shd w:fill="E8F5EC" w:val="clear"/>
      </w:pPr>
      <w:r>
        <w:rPr>
          <w:rFonts w:ascii="Calibri" w:hAnsi="Calibri" w:eastAsia="Calibri"/>
          <w:b/>
          <w:i w:val="0"/>
          <w:color w:val="146E3C"/>
          <w:sz w:val="22"/>
        </w:rPr>
        <w:t xml:space="preserve">    A. [CORRECT] Salbutamol 10–20 mg nebulised</w:t>
      </w:r>
    </w:p>
    <w:p>
      <w:pPr>
        <w:spacing w:before="0" w:after="20" w:line="259" w:lineRule="auto"/>
      </w:pPr>
      <w:r>
        <w:rPr>
          <w:rFonts w:ascii="Calibri" w:hAnsi="Calibri" w:eastAsia="Calibri"/>
          <w:b w:val="0"/>
          <w:i/>
          <w:color w:val="282828"/>
          <w:sz w:val="22"/>
        </w:rPr>
        <w:t xml:space="preserve">       Bay: Adjunct shift. 10 mg neb, repeat; some protocols use 20 mg. Not a substitute for dialysis.</w:t>
      </w:r>
    </w:p>
    <w:p>
      <w:pPr>
        <w:spacing w:before="120" w:after="20" w:line="259" w:lineRule="auto"/>
        <w:shd w:fill="F8E8E8" w:val="clear"/>
      </w:pPr>
      <w:r>
        <w:rPr>
          <w:rFonts w:ascii="Calibri" w:hAnsi="Calibri" w:eastAsia="Calibri"/>
          <w:b w:val="0"/>
          <w:i w:val="0"/>
          <w:color w:val="A02828"/>
          <w:sz w:val="22"/>
        </w:rPr>
        <w:t xml:space="preserve">    B. [WRONG] Salbutamol 2.5 mg nebulised once</w:t>
      </w:r>
    </w:p>
    <w:p>
      <w:pPr>
        <w:spacing w:before="0" w:after="20" w:line="259" w:lineRule="auto"/>
      </w:pPr>
      <w:r>
        <w:rPr>
          <w:rFonts w:ascii="Calibri" w:hAnsi="Calibri" w:eastAsia="Calibri"/>
          <w:b w:val="0"/>
          <w:i/>
          <w:color w:val="282828"/>
          <w:sz w:val="22"/>
        </w:rPr>
        <w:t xml:space="preserve">       Bay: Underdose for hyperkalaemia. Use 10–20 mg.</w:t>
      </w:r>
    </w:p>
    <w:p>
      <w:pPr>
        <w:spacing w:before="120" w:after="20" w:line="259" w:lineRule="auto"/>
        <w:shd w:fill="F8E8E8" w:val="clear"/>
      </w:pPr>
      <w:r>
        <w:rPr>
          <w:rFonts w:ascii="Calibri" w:hAnsi="Calibri" w:eastAsia="Calibri"/>
          <w:b w:val="0"/>
          <w:i w:val="0"/>
          <w:color w:val="A02828"/>
          <w:sz w:val="22"/>
        </w:rPr>
        <w:t xml:space="preserve">    C. [WRONG] Salbutamol 5 mg IV as the unsupervised first adjunct</w:t>
      </w:r>
    </w:p>
    <w:p>
      <w:pPr>
        <w:spacing w:before="0" w:after="20" w:line="259" w:lineRule="auto"/>
      </w:pPr>
      <w:r>
        <w:rPr>
          <w:rFonts w:ascii="Calibri" w:hAnsi="Calibri" w:eastAsia="Calibri"/>
          <w:b w:val="0"/>
          <w:i/>
          <w:color w:val="282828"/>
          <w:sz w:val="22"/>
        </w:rPr>
        <w:t xml:space="preserve">       Bay: Nebulised first. IV salbutamol is not the ED default and adds tachyarrhythmia.</w:t>
      </w:r>
    </w:p>
    <w:p>
      <w:pPr>
        <w:spacing w:before="120" w:after="20" w:line="259" w:lineRule="auto"/>
        <w:shd w:fill="F8E8E8" w:val="clear"/>
      </w:pPr>
      <w:r>
        <w:rPr>
          <w:rFonts w:ascii="Calibri" w:hAnsi="Calibri" w:eastAsia="Calibri"/>
          <w:b w:val="0"/>
          <w:i w:val="0"/>
          <w:color w:val="A02828"/>
          <w:sz w:val="22"/>
        </w:rPr>
        <w:t xml:space="preserve">    D. [WRONG] Salbutamol 100 mg nebulised</w:t>
      </w:r>
    </w:p>
    <w:p>
      <w:pPr>
        <w:spacing w:before="0" w:after="20" w:line="259" w:lineRule="auto"/>
      </w:pPr>
      <w:r>
        <w:rPr>
          <w:rFonts w:ascii="Calibri" w:hAnsi="Calibri" w:eastAsia="Calibri"/>
          <w:b w:val="0"/>
          <w:i/>
          <w:color w:val="282828"/>
          <w:sz w:val="22"/>
        </w:rPr>
        <w:t xml:space="preserve">       Bay: Gross overdose. 10–20 mg is the hyperkalaemia dose.</w:t>
      </w:r>
    </w:p>
    <w:p>
      <w:pPr>
        <w:spacing w:before="120" w:after="20" w:line="259" w:lineRule="auto"/>
        <w:shd w:fill="F8E8E8" w:val="clear"/>
      </w:pPr>
      <w:r>
        <w:rPr>
          <w:rFonts w:ascii="Calibri" w:hAnsi="Calibri" w:eastAsia="Calibri"/>
          <w:b w:val="0"/>
          <w:i w:val="0"/>
          <w:color w:val="A02828"/>
          <w:sz w:val="22"/>
        </w:rPr>
        <w:t xml:space="preserve">    E. [WRONG] Withhold salbutamol because he is already on insulin</w:t>
      </w:r>
    </w:p>
    <w:p>
      <w:pPr>
        <w:spacing w:before="0" w:after="20" w:line="259" w:lineRule="auto"/>
      </w:pPr>
      <w:r>
        <w:rPr>
          <w:rFonts w:ascii="Calibri" w:hAnsi="Calibri" w:eastAsia="Calibri"/>
          <w:b w:val="0"/>
          <w:i/>
          <w:color w:val="282828"/>
          <w:sz w:val="22"/>
        </w:rPr>
        <w:t xml:space="preserve">       Bay: Salbutamol is additive. Give it while renal set up dialysis.</w:t>
      </w:r>
    </w:p>
    <w:p>
      <w:pPr>
        <w:spacing w:before="120" w:after="20" w:line="259" w:lineRule="auto"/>
        <w:shd w:fill="F8E8E8" w:val="clear"/>
      </w:pPr>
      <w:r>
        <w:rPr>
          <w:rFonts w:ascii="Calibri" w:hAnsi="Calibri" w:eastAsia="Calibri"/>
          <w:b w:val="0"/>
          <w:i w:val="0"/>
          <w:color w:val="A02828"/>
          <w:sz w:val="22"/>
        </w:rPr>
        <w:t>B. [WRONG] Calcium resonium as the definitive treatment, cancelling dialysis</w:t>
      </w:r>
    </w:p>
    <w:p>
      <w:pPr>
        <w:spacing w:before="0" w:after="20" w:line="259" w:lineRule="auto"/>
      </w:pPr>
      <w:r>
        <w:rPr>
          <w:rFonts w:ascii="Calibri" w:hAnsi="Calibri" w:eastAsia="Calibri"/>
          <w:b w:val="0"/>
          <w:i/>
          <w:color w:val="282828"/>
          <w:sz w:val="22"/>
        </w:rPr>
        <w:t>Bay: He has missed two sessions and a sine-wave ECG. Resonium is not definitive. He needs dialysis.</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Sodium bicarbonate 8.4% 100 mL as the only further drug</w:t>
      </w:r>
    </w:p>
    <w:p>
      <w:pPr>
        <w:spacing w:before="0" w:after="20" w:line="259" w:lineRule="auto"/>
      </w:pPr>
      <w:r>
        <w:rPr>
          <w:rFonts w:ascii="Calibri" w:hAnsi="Calibri" w:eastAsia="Calibri"/>
          <w:b w:val="0"/>
          <w:i/>
          <w:color w:val="282828"/>
          <w:sz w:val="22"/>
        </w:rPr>
        <w:t>Bay: Not first-line, and not a substitute for salbutamol plus emergency dialysis.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Discharge to the dialysis unit without cardiac monitoring</w:t>
      </w:r>
    </w:p>
    <w:p>
      <w:pPr>
        <w:spacing w:before="0" w:after="20" w:line="259" w:lineRule="auto"/>
      </w:pPr>
      <w:r>
        <w:rPr>
          <w:rFonts w:ascii="Calibri" w:hAnsi="Calibri" w:eastAsia="Calibri"/>
          <w:b w:val="0"/>
          <w:i/>
          <w:color w:val="282828"/>
          <w:sz w:val="22"/>
        </w:rPr>
        <w:t>Bay: He presented in a sine wave. He stays monitored until he is on a machine.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Amiodarone 300 mg IV for the wide-complex bradycardia</w:t>
      </w:r>
    </w:p>
    <w:p>
      <w:pPr>
        <w:spacing w:before="0" w:after="20" w:line="259" w:lineRule="auto"/>
      </w:pPr>
      <w:r>
        <w:rPr>
          <w:rFonts w:ascii="Calibri" w:hAnsi="Calibri" w:eastAsia="Calibri"/>
          <w:b w:val="0"/>
          <w:i/>
          <w:color w:val="282828"/>
          <w:sz w:val="22"/>
        </w:rPr>
        <w:t>Bay: This is electrolyte cardiotoxicity, not VT. Amiodarone will not help and may drop output.</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His wife has arrived. Collateral while renal travel.</w:t>
      </w:r>
    </w:p>
    <w:p>
      <w:pPr>
        <w:spacing w:before="120" w:after="20" w:line="259" w:lineRule="auto"/>
        <w:shd w:fill="E8F5EC" w:val="clear"/>
      </w:pPr>
      <w:r>
        <w:rPr>
          <w:rFonts w:ascii="Calibri" w:hAnsi="Calibri" w:eastAsia="Calibri"/>
          <w:b/>
          <w:i w:val="0"/>
          <w:color w:val="146E3C"/>
          <w:sz w:val="22"/>
        </w:rPr>
        <w:t>A. [CORRECT] Ask about missed dialysis sessions, diet and last session weight</w:t>
      </w:r>
    </w:p>
    <w:p>
      <w:pPr>
        <w:spacing w:before="0" w:after="20" w:line="259" w:lineRule="auto"/>
      </w:pPr>
      <w:r>
        <w:rPr>
          <w:rFonts w:ascii="Calibri" w:hAnsi="Calibri" w:eastAsia="Calibri"/>
          <w:b w:val="0"/>
          <w:i/>
          <w:color w:val="282828"/>
          <w:sz w:val="22"/>
        </w:rPr>
        <w:t>Bay: Missed Tuesday and Thursday. Eaten fruit and crisps. Usually three times a week.</w:t>
      </w:r>
    </w:p>
    <w:p>
      <w:pPr>
        <w:spacing w:before="120" w:after="20" w:line="259" w:lineRule="auto"/>
        <w:shd w:fill="E8F5EC" w:val="clear"/>
      </w:pPr>
      <w:r>
        <w:rPr>
          <w:rFonts w:ascii="Calibri" w:hAnsi="Calibri" w:eastAsia="Calibri"/>
          <w:b/>
          <w:i w:val="0"/>
          <w:color w:val="146E3C"/>
          <w:sz w:val="22"/>
        </w:rPr>
        <w:t>B. [CORRECT] Check drugs — ACE inhibitor, spironolactone, trimethoprim, NSAIDs, digoxin</w:t>
      </w:r>
    </w:p>
    <w:p>
      <w:pPr>
        <w:spacing w:before="0" w:after="20" w:line="259" w:lineRule="auto"/>
      </w:pPr>
      <w:r>
        <w:rPr>
          <w:rFonts w:ascii="Calibri" w:hAnsi="Calibri" w:eastAsia="Calibri"/>
          <w:b w:val="0"/>
          <w:i/>
          <w:color w:val="282828"/>
          <w:sz w:val="22"/>
        </w:rPr>
        <w:t>Bay: Ramipril 10 mg, no spironolactone, no trimethoprim. Occasional ibuprofen for fistula pain.</w:t>
      </w:r>
    </w:p>
    <w:p>
      <w:pPr>
        <w:spacing w:before="120" w:after="20" w:line="259" w:lineRule="auto"/>
        <w:shd w:fill="E8F5EC" w:val="clear"/>
      </w:pPr>
      <w:r>
        <w:rPr>
          <w:rFonts w:ascii="Calibri" w:hAnsi="Calibri" w:eastAsia="Calibri"/>
          <w:b/>
          <w:i w:val="0"/>
          <w:color w:val="146E3C"/>
          <w:sz w:val="22"/>
        </w:rPr>
        <w:t>C. [CORRECT] Ask about chest pain, palpitations, fistula problems and usual dry weight</w:t>
      </w:r>
    </w:p>
    <w:p>
      <w:pPr>
        <w:spacing w:before="0" w:after="20" w:line="259" w:lineRule="auto"/>
      </w:pPr>
      <w:r>
        <w:rPr>
          <w:rFonts w:ascii="Calibri" w:hAnsi="Calibri" w:eastAsia="Calibri"/>
          <w:b w:val="0"/>
          <w:i/>
          <w:color w:val="282828"/>
          <w:sz w:val="22"/>
        </w:rPr>
        <w:t>Bay: No chest pain. Fistula used fine last week. Dry weight 78 kg; he is 4 kg up.</w:t>
      </w:r>
    </w:p>
    <w:p>
      <w:pPr>
        <w:spacing w:before="120" w:after="20" w:line="259" w:lineRule="auto"/>
        <w:shd w:fill="F8E8E8" w:val="clear"/>
      </w:pPr>
      <w:r>
        <w:rPr>
          <w:rFonts w:ascii="Calibri" w:hAnsi="Calibri" w:eastAsia="Calibri"/>
          <w:b w:val="0"/>
          <w:i w:val="0"/>
          <w:color w:val="A02828"/>
          <w:sz w:val="22"/>
        </w:rPr>
        <w:t>D. [WRONG] Await a formal renal ultrasound before any further potassium treatment</w:t>
      </w:r>
    </w:p>
    <w:p>
      <w:pPr>
        <w:spacing w:before="0" w:after="20" w:line="259" w:lineRule="auto"/>
      </w:pPr>
      <w:r>
        <w:rPr>
          <w:rFonts w:ascii="Calibri" w:hAnsi="Calibri" w:eastAsia="Calibri"/>
          <w:b w:val="0"/>
          <w:i/>
          <w:color w:val="282828"/>
          <w:sz w:val="22"/>
        </w:rPr>
        <w:t>Bay: Anatomy can wait. The potassium and the ECG cannot.</w:t>
      </w:r>
    </w:p>
    <w:p>
      <w:pPr>
        <w:spacing w:before="120" w:after="20" w:line="259" w:lineRule="auto"/>
        <w:shd w:fill="F8E8E8" w:val="clear"/>
      </w:pPr>
      <w:r>
        <w:rPr>
          <w:rFonts w:ascii="Calibri" w:hAnsi="Calibri" w:eastAsia="Calibri"/>
          <w:b w:val="0"/>
          <w:i w:val="0"/>
          <w:color w:val="A02828"/>
          <w:sz w:val="22"/>
        </w:rPr>
        <w:t>E. [WRONG] Send him to the canteen for a low-potassium meal while dialysis is arranged</w:t>
      </w:r>
    </w:p>
    <w:p>
      <w:pPr>
        <w:spacing w:before="0" w:after="20" w:line="259" w:lineRule="auto"/>
      </w:pPr>
      <w:r>
        <w:rPr>
          <w:rFonts w:ascii="Calibri" w:hAnsi="Calibri" w:eastAsia="Calibri"/>
          <w:b w:val="0"/>
          <w:i/>
          <w:color w:val="282828"/>
          <w:sz w:val="22"/>
        </w:rPr>
        <w:t>Bay: He stays on a monitor in resus. Food is not the next hour.</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Hyperkalaemic cardiotoxicity (missed haemodialysis)</w:t>
      </w:r>
    </w:p>
    <w:p>
      <w:pPr>
        <w:spacing w:before="0" w:after="20" w:line="259" w:lineRule="auto"/>
      </w:pPr>
      <w:r>
        <w:rPr>
          <w:rFonts w:ascii="Calibri" w:hAnsi="Calibri" w:eastAsia="Calibri"/>
          <w:b w:val="0"/>
          <w:i/>
          <w:color w:val="282828"/>
          <w:sz w:val="22"/>
        </w:rPr>
        <w:t>Bay: Sine wave, K+ 7.8, missed sessions. Membrane, shift, dialysis.</w:t>
      </w:r>
    </w:p>
    <w:p>
      <w:pPr>
        <w:spacing w:before="120" w:after="20" w:line="259" w:lineRule="auto"/>
        <w:shd w:fill="F8E8E8" w:val="clear"/>
      </w:pPr>
      <w:r>
        <w:rPr>
          <w:rFonts w:ascii="Calibri" w:hAnsi="Calibri" w:eastAsia="Calibri"/>
          <w:b w:val="0"/>
          <w:i w:val="0"/>
          <w:color w:val="A02828"/>
          <w:sz w:val="22"/>
        </w:rPr>
        <w:t>B. [WRONG] Primary complete heart block requiring a pacing wire</w:t>
      </w:r>
    </w:p>
    <w:p>
      <w:pPr>
        <w:spacing w:before="0" w:after="20" w:line="259" w:lineRule="auto"/>
      </w:pPr>
      <w:r>
        <w:rPr>
          <w:rFonts w:ascii="Calibri" w:hAnsi="Calibri" w:eastAsia="Calibri"/>
          <w:b w:val="0"/>
          <w:i/>
          <w:color w:val="282828"/>
          <w:sz w:val="22"/>
        </w:rPr>
        <w:t>Bay: The width and sine-wave morphology are hyperkalaemia. Pacing without calcium risks VF.</w:t>
      </w:r>
    </w:p>
    <w:p>
      <w:pPr>
        <w:spacing w:before="120" w:after="20" w:line="259" w:lineRule="auto"/>
        <w:shd w:fill="F8E8E8" w:val="clear"/>
      </w:pPr>
      <w:r>
        <w:rPr>
          <w:rFonts w:ascii="Calibri" w:hAnsi="Calibri" w:eastAsia="Calibri"/>
          <w:b w:val="0"/>
          <w:i w:val="0"/>
          <w:color w:val="A02828"/>
          <w:sz w:val="22"/>
        </w:rPr>
        <w:t>C. [WRONG] STEMI with idioventricular rhythm</w:t>
      </w:r>
    </w:p>
    <w:p>
      <w:pPr>
        <w:spacing w:before="0" w:after="20" w:line="259" w:lineRule="auto"/>
      </w:pPr>
      <w:r>
        <w:rPr>
          <w:rFonts w:ascii="Calibri" w:hAnsi="Calibri" w:eastAsia="Calibri"/>
          <w:b w:val="0"/>
          <w:i/>
          <w:color w:val="282828"/>
          <w:sz w:val="22"/>
        </w:rPr>
        <w:t>Bay: No territorial ST elevation story. The tracing is a hyperkalaemic sine wave.</w:t>
      </w:r>
    </w:p>
    <w:p>
      <w:pPr>
        <w:spacing w:before="120" w:after="20" w:line="259" w:lineRule="auto"/>
        <w:shd w:fill="F8E8E8" w:val="clear"/>
      </w:pPr>
      <w:r>
        <w:rPr>
          <w:rFonts w:ascii="Calibri" w:hAnsi="Calibri" w:eastAsia="Calibri"/>
          <w:b w:val="0"/>
          <w:i w:val="0"/>
          <w:color w:val="A02828"/>
          <w:sz w:val="22"/>
        </w:rPr>
        <w:t>D. [WRONG] Digoxin toxicity as the sole diagnosis</w:t>
      </w:r>
    </w:p>
    <w:p>
      <w:pPr>
        <w:spacing w:before="0" w:after="20" w:line="259" w:lineRule="auto"/>
      </w:pPr>
      <w:r>
        <w:rPr>
          <w:rFonts w:ascii="Calibri" w:hAnsi="Calibri" w:eastAsia="Calibri"/>
          <w:b w:val="0"/>
          <w:i/>
          <w:color w:val="282828"/>
          <w:sz w:val="22"/>
        </w:rPr>
        <w:t>Bay: He is not on digoxin. Missed dialysis is enough.</w:t>
      </w:r>
    </w:p>
    <w:p>
      <w:pPr>
        <w:spacing w:before="120" w:after="20" w:line="259" w:lineRule="auto"/>
        <w:shd w:fill="F8E8E8" w:val="clear"/>
      </w:pPr>
      <w:r>
        <w:rPr>
          <w:rFonts w:ascii="Calibri" w:hAnsi="Calibri" w:eastAsia="Calibri"/>
          <w:b w:val="0"/>
          <w:i w:val="0"/>
          <w:color w:val="A02828"/>
          <w:sz w:val="22"/>
        </w:rPr>
        <w:t>E. [WRONG] Hypokalaemic periodic paralysis</w:t>
      </w:r>
    </w:p>
    <w:p>
      <w:pPr>
        <w:spacing w:before="0" w:after="20" w:line="259" w:lineRule="auto"/>
      </w:pPr>
      <w:r>
        <w:rPr>
          <w:rFonts w:ascii="Calibri" w:hAnsi="Calibri" w:eastAsia="Calibri"/>
          <w:b w:val="0"/>
          <w:i/>
          <w:color w:val="282828"/>
          <w:sz w:val="22"/>
        </w:rPr>
        <w:t>Bay: The gas is K+ 7.8, not low. He is a dialysis patient.</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Renal are in the bay. He is 52 and the QRS is narrower.</w:t>
      </w:r>
    </w:p>
    <w:p>
      <w:pPr>
        <w:spacing w:before="120" w:after="20" w:line="259" w:lineRule="auto"/>
        <w:shd w:fill="E8F5EC" w:val="clear"/>
      </w:pPr>
      <w:r>
        <w:rPr>
          <w:rFonts w:ascii="Calibri" w:hAnsi="Calibri" w:eastAsia="Calibri"/>
          <w:b/>
          <w:i w:val="0"/>
          <w:color w:val="146E3C"/>
          <w:sz w:val="22"/>
        </w:rPr>
        <w:t>A. [CORRECT] Emergency haemodialysis</w:t>
      </w:r>
    </w:p>
    <w:p>
      <w:pPr>
        <w:spacing w:before="0" w:after="20" w:line="259" w:lineRule="auto"/>
      </w:pPr>
      <w:r>
        <w:rPr>
          <w:rFonts w:ascii="Calibri" w:hAnsi="Calibri" w:eastAsia="Calibri"/>
          <w:b w:val="0"/>
          <w:i/>
          <w:color w:val="282828"/>
          <w:sz w:val="22"/>
        </w:rPr>
        <w:t>Bay: They will take him from the bay. Cardiac monitor stays on. Ramipril held.</w:t>
      </w:r>
    </w:p>
    <w:p>
      <w:pPr>
        <w:spacing w:before="0" w:after="40" w:line="259" w:lineRule="auto"/>
      </w:pPr>
      <w:r>
        <w:rPr>
          <w:rFonts w:ascii="Calibri" w:hAnsi="Calibri" w:eastAsia="Calibri"/>
          <w:b w:val="0"/>
          <w:i/>
          <w:color w:val="5A4614"/>
          <w:sz w:val="20"/>
        </w:rPr>
        <w:t>Reaction: hr +10, sbp +8, rhythm → sinus</w:t>
      </w:r>
    </w:p>
    <w:p>
      <w:pPr>
        <w:spacing w:before="80" w:after="40" w:line="259" w:lineRule="auto"/>
      </w:pPr>
      <w:r>
        <w:rPr>
          <w:rFonts w:ascii="Calibri" w:hAnsi="Calibri" w:eastAsia="Calibri"/>
          <w:b/>
          <w:i w:val="0"/>
          <w:color w:val="46326E"/>
          <w:sz w:val="22"/>
        </w:rPr>
        <w:t xml:space="preserve">    Follow-up: What dose?</w:t>
      </w:r>
    </w:p>
    <w:p>
      <w:pPr>
        <w:spacing w:before="120" w:after="20" w:line="259" w:lineRule="auto"/>
        <w:shd w:fill="E8F5EC" w:val="clear"/>
      </w:pPr>
      <w:r>
        <w:rPr>
          <w:rFonts w:ascii="Calibri" w:hAnsi="Calibri" w:eastAsia="Calibri"/>
          <w:b/>
          <w:i w:val="0"/>
          <w:color w:val="146E3C"/>
          <w:sz w:val="22"/>
        </w:rPr>
        <w:t xml:space="preserve">    A. [CORRECT] Emergency dialysis now via the fistula or a dialysis line</w:t>
      </w:r>
    </w:p>
    <w:p>
      <w:pPr>
        <w:spacing w:before="0" w:after="20" w:line="259" w:lineRule="auto"/>
      </w:pPr>
      <w:r>
        <w:rPr>
          <w:rFonts w:ascii="Calibri" w:hAnsi="Calibri" w:eastAsia="Calibri"/>
          <w:b w:val="0"/>
          <w:i/>
          <w:color w:val="282828"/>
          <w:sz w:val="22"/>
        </w:rPr>
        <w:t xml:space="preserve">       Bay: Removal is the definitive treatment. Do not wait for resonium to work.</w:t>
      </w:r>
    </w:p>
    <w:p>
      <w:pPr>
        <w:spacing w:before="120" w:after="20" w:line="259" w:lineRule="auto"/>
        <w:shd w:fill="F8E8E8" w:val="clear"/>
      </w:pPr>
      <w:r>
        <w:rPr>
          <w:rFonts w:ascii="Calibri" w:hAnsi="Calibri" w:eastAsia="Calibri"/>
          <w:b w:val="0"/>
          <w:i w:val="0"/>
          <w:color w:val="A02828"/>
          <w:sz w:val="22"/>
        </w:rPr>
        <w:t xml:space="preserve">    B. [WRONG] Book routine dialysis tomorrow morning</w:t>
      </w:r>
    </w:p>
    <w:p>
      <w:pPr>
        <w:spacing w:before="0" w:after="20" w:line="259" w:lineRule="auto"/>
      </w:pPr>
      <w:r>
        <w:rPr>
          <w:rFonts w:ascii="Calibri" w:hAnsi="Calibri" w:eastAsia="Calibri"/>
          <w:b w:val="0"/>
          <w:i/>
          <w:color w:val="282828"/>
          <w:sz w:val="22"/>
        </w:rPr>
        <w:t xml:space="preserve">       Bay: He presented in a sine wave. That is not a next-day slot.</w:t>
      </w:r>
    </w:p>
    <w:p>
      <w:pPr>
        <w:spacing w:before="120" w:after="20" w:line="259" w:lineRule="auto"/>
        <w:shd w:fill="F8E8E8" w:val="clear"/>
      </w:pPr>
      <w:r>
        <w:rPr>
          <w:rFonts w:ascii="Calibri" w:hAnsi="Calibri" w:eastAsia="Calibri"/>
          <w:b w:val="0"/>
          <w:i w:val="0"/>
          <w:color w:val="A02828"/>
          <w:sz w:val="22"/>
        </w:rPr>
        <w:t xml:space="preserve">    C. [WRONG] Calcium resonium 15 g four times daily instead of dialysis</w:t>
      </w:r>
    </w:p>
    <w:p>
      <w:pPr>
        <w:spacing w:before="0" w:after="20" w:line="259" w:lineRule="auto"/>
      </w:pPr>
      <w:r>
        <w:rPr>
          <w:rFonts w:ascii="Calibri" w:hAnsi="Calibri" w:eastAsia="Calibri"/>
          <w:b w:val="0"/>
          <w:i/>
          <w:color w:val="282828"/>
          <w:sz w:val="22"/>
        </w:rPr>
        <w:t xml:space="preserve">       Bay: Resonium is too slow and not definitive after missed sessions.</w:t>
      </w:r>
    </w:p>
    <w:p>
      <w:pPr>
        <w:spacing w:before="120" w:after="20" w:line="259" w:lineRule="auto"/>
        <w:shd w:fill="F8E8E8" w:val="clear"/>
      </w:pPr>
      <w:r>
        <w:rPr>
          <w:rFonts w:ascii="Calibri" w:hAnsi="Calibri" w:eastAsia="Calibri"/>
          <w:b w:val="0"/>
          <w:i w:val="0"/>
          <w:color w:val="A02828"/>
          <w:sz w:val="22"/>
        </w:rPr>
        <w:t xml:space="preserve">    D. [WRONG] Peritoneal dialysis overnight on a general ward</w:t>
      </w:r>
    </w:p>
    <w:p>
      <w:pPr>
        <w:spacing w:before="0" w:after="20" w:line="259" w:lineRule="auto"/>
      </w:pPr>
      <w:r>
        <w:rPr>
          <w:rFonts w:ascii="Calibri" w:hAnsi="Calibri" w:eastAsia="Calibri"/>
          <w:b w:val="0"/>
          <w:i/>
          <w:color w:val="282828"/>
          <w:sz w:val="22"/>
        </w:rPr>
        <w:t xml:space="preserve">       Bay: He needs urgent haemodialysis on a monitored bed, not PD on a ward.</w:t>
      </w:r>
    </w:p>
    <w:p>
      <w:pPr>
        <w:spacing w:before="120" w:after="20" w:line="259" w:lineRule="auto"/>
        <w:shd w:fill="F8E8E8" w:val="clear"/>
      </w:pPr>
      <w:r>
        <w:rPr>
          <w:rFonts w:ascii="Calibri" w:hAnsi="Calibri" w:eastAsia="Calibri"/>
          <w:b w:val="0"/>
          <w:i w:val="0"/>
          <w:color w:val="A02828"/>
          <w:sz w:val="22"/>
        </w:rPr>
        <w:t xml:space="preserve">    E. [WRONG] Continuous veno-venous haemofiltration after a 6-hour trial of resonium</w:t>
      </w:r>
    </w:p>
    <w:p>
      <w:pPr>
        <w:spacing w:before="0" w:after="20" w:line="259" w:lineRule="auto"/>
      </w:pPr>
      <w:r>
        <w:rPr>
          <w:rFonts w:ascii="Calibri" w:hAnsi="Calibri" w:eastAsia="Calibri"/>
          <w:b w:val="0"/>
          <w:i/>
          <w:color w:val="282828"/>
          <w:sz w:val="22"/>
        </w:rPr>
        <w:t xml:space="preserve">       Bay: Do not delay. Haemodialysis now.</w:t>
      </w:r>
    </w:p>
    <w:p>
      <w:pPr>
        <w:spacing w:before="120" w:after="20" w:line="259" w:lineRule="auto"/>
        <w:shd w:fill="F8E8E8" w:val="clear"/>
      </w:pPr>
      <w:r>
        <w:rPr>
          <w:rFonts w:ascii="Calibri" w:hAnsi="Calibri" w:eastAsia="Calibri"/>
          <w:b w:val="0"/>
          <w:i w:val="0"/>
          <w:color w:val="A02828"/>
          <w:sz w:val="22"/>
        </w:rPr>
        <w:t>B. [WRONG] Routine dialysis in the morning</w:t>
      </w:r>
    </w:p>
    <w:p>
      <w:pPr>
        <w:spacing w:before="0" w:after="20" w:line="259" w:lineRule="auto"/>
      </w:pPr>
      <w:r>
        <w:rPr>
          <w:rFonts w:ascii="Calibri" w:hAnsi="Calibri" w:eastAsia="Calibri"/>
          <w:b w:val="0"/>
          <w:i/>
          <w:color w:val="282828"/>
          <w:sz w:val="22"/>
        </w:rPr>
        <w:t>Bay: Sine-wave hyperkalaemia is an emergency. Waiting until morning is how he arrests overnight.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Calcium resonium only, remaining in majors</w:t>
      </w:r>
    </w:p>
    <w:p>
      <w:pPr>
        <w:spacing w:before="0" w:after="20" w:line="259" w:lineRule="auto"/>
      </w:pPr>
      <w:r>
        <w:rPr>
          <w:rFonts w:ascii="Calibri" w:hAnsi="Calibri" w:eastAsia="Calibri"/>
          <w:b w:val="0"/>
          <w:i/>
          <w:color w:val="282828"/>
          <w:sz w:val="22"/>
        </w:rPr>
        <w:t>Bay: Resonium will not save this ECG. He needs a machine.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Temporary pacing wire in the bay</w:t>
      </w:r>
    </w:p>
    <w:p>
      <w:pPr>
        <w:spacing w:before="0" w:after="20" w:line="259" w:lineRule="auto"/>
      </w:pPr>
      <w:r>
        <w:rPr>
          <w:rFonts w:ascii="Calibri" w:hAnsi="Calibri" w:eastAsia="Calibri"/>
          <w:b w:val="0"/>
          <w:i/>
          <w:color w:val="282828"/>
          <w:sz w:val="22"/>
        </w:rPr>
        <w:t>Bay: The rate is improving with calcium and shift. A wire is not the treatment of hyperkalaemia.</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Immediate PPCI for a 'wide-complex ACS'</w:t>
      </w:r>
    </w:p>
    <w:p>
      <w:pPr>
        <w:spacing w:before="0" w:after="20" w:line="259" w:lineRule="auto"/>
      </w:pPr>
      <w:r>
        <w:rPr>
          <w:rFonts w:ascii="Calibri" w:hAnsi="Calibri" w:eastAsia="Calibri"/>
          <w:b w:val="0"/>
          <w:i/>
          <w:color w:val="282828"/>
          <w:sz w:val="22"/>
        </w:rPr>
        <w:t>Bay: Wrong pathway. This was a sine wave, not an STEMI.</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He has a pulse and a narrower QRS.</w:t>
      </w:r>
    </w:p>
    <w:p>
      <w:pPr>
        <w:spacing w:before="120" w:after="20" w:line="259" w:lineRule="auto"/>
        <w:shd w:fill="E8F5EC" w:val="clear"/>
      </w:pPr>
      <w:r>
        <w:rPr>
          <w:rFonts w:ascii="Calibri" w:hAnsi="Calibri" w:eastAsia="Calibri"/>
          <w:b/>
          <w:i w:val="0"/>
          <w:color w:val="146E3C"/>
          <w:sz w:val="22"/>
        </w:rPr>
        <w:t>A. [CORRECT] Monitored bed to emergency haemodialysis (ICU/HDU or dialysis unit)</w:t>
      </w:r>
    </w:p>
    <w:p>
      <w:pPr>
        <w:spacing w:before="0" w:after="20" w:line="259" w:lineRule="auto"/>
      </w:pPr>
      <w:r>
        <w:rPr>
          <w:rFonts w:ascii="Calibri" w:hAnsi="Calibri" w:eastAsia="Calibri"/>
          <w:b w:val="0"/>
          <w:i/>
          <w:color w:val="282828"/>
          <w:sz w:val="22"/>
        </w:rPr>
        <w:t>Bay: Correct destination.</w:t>
      </w:r>
    </w:p>
    <w:p>
      <w:pPr>
        <w:spacing w:before="120" w:after="20" w:line="259" w:lineRule="auto"/>
        <w:shd w:fill="F8E8E8" w:val="clear"/>
      </w:pPr>
      <w:r>
        <w:rPr>
          <w:rFonts w:ascii="Calibri" w:hAnsi="Calibri" w:eastAsia="Calibri"/>
          <w:b w:val="0"/>
          <w:i w:val="0"/>
          <w:color w:val="A02828"/>
          <w:sz w:val="22"/>
        </w:rPr>
        <w:t>B. [WRONG] Acute medical unit side-room without a monitor</w:t>
      </w:r>
    </w:p>
    <w:p>
      <w:pPr>
        <w:spacing w:before="0" w:after="20" w:line="259" w:lineRule="auto"/>
      </w:pPr>
      <w:r>
        <w:rPr>
          <w:rFonts w:ascii="Calibri" w:hAnsi="Calibri" w:eastAsia="Calibri"/>
          <w:b w:val="0"/>
          <w:i/>
          <w:color w:val="282828"/>
          <w:sz w:val="22"/>
        </w:rPr>
        <w:t>Bay: He presented in a sine wave. He stays monitored until he is on dialysis.</w:t>
      </w:r>
    </w:p>
    <w:p>
      <w:pPr>
        <w:spacing w:before="120" w:after="20" w:line="259" w:lineRule="auto"/>
        <w:shd w:fill="F8E8E8" w:val="clear"/>
      </w:pPr>
      <w:r>
        <w:rPr>
          <w:rFonts w:ascii="Calibri" w:hAnsi="Calibri" w:eastAsia="Calibri"/>
          <w:b w:val="0"/>
          <w:i w:val="0"/>
          <w:color w:val="A02828"/>
          <w:sz w:val="22"/>
        </w:rPr>
        <w:t>C. [WRONG] Home with calcium resonium and a GP blood test next week</w:t>
      </w:r>
    </w:p>
    <w:p>
      <w:pPr>
        <w:spacing w:before="0" w:after="20" w:line="259" w:lineRule="auto"/>
      </w:pPr>
      <w:r>
        <w:rPr>
          <w:rFonts w:ascii="Calibri" w:hAnsi="Calibri" w:eastAsia="Calibri"/>
          <w:b w:val="0"/>
          <w:i/>
          <w:color w:val="282828"/>
          <w:sz w:val="22"/>
        </w:rPr>
        <w:t>Bay: Missed dialysis and K+ 7.8 is not a discharge.</w:t>
      </w:r>
    </w:p>
    <w:p>
      <w:pPr>
        <w:spacing w:before="120" w:after="20" w:line="259" w:lineRule="auto"/>
        <w:shd w:fill="F8E8E8" w:val="clear"/>
      </w:pPr>
      <w:r>
        <w:rPr>
          <w:rFonts w:ascii="Calibri" w:hAnsi="Calibri" w:eastAsia="Calibri"/>
          <w:b w:val="0"/>
          <w:i w:val="0"/>
          <w:color w:val="A02828"/>
          <w:sz w:val="22"/>
        </w:rPr>
        <w:t>D. [WRONG] Catheter laboratory for a pacing wire</w:t>
      </w:r>
    </w:p>
    <w:p>
      <w:pPr>
        <w:spacing w:before="0" w:after="20" w:line="259" w:lineRule="auto"/>
      </w:pPr>
      <w:r>
        <w:rPr>
          <w:rFonts w:ascii="Calibri" w:hAnsi="Calibri" w:eastAsia="Calibri"/>
          <w:b w:val="0"/>
          <w:i/>
          <w:color w:val="282828"/>
          <w:sz w:val="22"/>
        </w:rPr>
        <w:t>Bay: This is electrolyte cardiotoxicity, not primary heart block.</w:t>
      </w:r>
    </w:p>
    <w:p>
      <w:pPr>
        <w:spacing w:before="120" w:after="20" w:line="259" w:lineRule="auto"/>
        <w:shd w:fill="F8E8E8" w:val="clear"/>
      </w:pPr>
      <w:r>
        <w:rPr>
          <w:rFonts w:ascii="Calibri" w:hAnsi="Calibri" w:eastAsia="Calibri"/>
          <w:b w:val="0"/>
          <w:i w:val="0"/>
          <w:color w:val="A02828"/>
          <w:sz w:val="22"/>
        </w:rPr>
        <w:t>E. [WRONG] General surgical ward for fistula revision as the first move</w:t>
      </w:r>
    </w:p>
    <w:p>
      <w:pPr>
        <w:spacing w:before="0" w:after="20" w:line="259" w:lineRule="auto"/>
      </w:pPr>
      <w:r>
        <w:rPr>
          <w:rFonts w:ascii="Calibri" w:hAnsi="Calibri" w:eastAsia="Calibri"/>
          <w:b w:val="0"/>
          <w:i/>
          <w:color w:val="282828"/>
          <w:sz w:val="22"/>
        </w:rPr>
        <w:t>Bay: The fistula can be used. The potassium is the emergency.</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he leaves the bay.</w:t>
      </w:r>
    </w:p>
    <w:p>
      <w:pPr>
        <w:spacing w:before="120" w:after="20" w:line="259" w:lineRule="auto"/>
        <w:shd w:fill="E8F5EC" w:val="clear"/>
      </w:pPr>
      <w:r>
        <w:rPr>
          <w:rFonts w:ascii="Calibri" w:hAnsi="Calibri" w:eastAsia="Calibri"/>
          <w:b/>
          <w:i w:val="0"/>
          <w:color w:val="146E3C"/>
          <w:sz w:val="22"/>
        </w:rPr>
        <w:t>A. [CORRECT] Hold ramipril and NSAIDs, repeat K+ and glucose, keep pads on, update his wife</w:t>
      </w:r>
    </w:p>
    <w:p>
      <w:pPr>
        <w:spacing w:before="0" w:after="20" w:line="259" w:lineRule="auto"/>
      </w:pPr>
      <w:r>
        <w:rPr>
          <w:rFonts w:ascii="Calibri" w:hAnsi="Calibri" w:eastAsia="Calibri"/>
          <w:b w:val="0"/>
          <w:i/>
          <w:color w:val="282828"/>
          <w:sz w:val="22"/>
        </w:rPr>
        <w:t>Bay: Ramipril withheld. BM chart started after insulin. Wife is with the nurse. He is going to dialysis.</w:t>
      </w:r>
    </w:p>
    <w:p>
      <w:pPr>
        <w:spacing w:before="80" w:after="40" w:line="259" w:lineRule="auto"/>
      </w:pPr>
      <w:r>
        <w:rPr>
          <w:rFonts w:ascii="Calibri" w:hAnsi="Calibri" w:eastAsia="Calibri"/>
          <w:b/>
          <w:i w:val="0"/>
          <w:color w:val="46326E"/>
          <w:sz w:val="22"/>
        </w:rPr>
        <w:t xml:space="preserve">    Follow-up: When do you recheck potassium?</w:t>
      </w:r>
    </w:p>
    <w:p>
      <w:pPr>
        <w:spacing w:before="120" w:after="20" w:line="259" w:lineRule="auto"/>
        <w:shd w:fill="E8F5EC" w:val="clear"/>
      </w:pPr>
      <w:r>
        <w:rPr>
          <w:rFonts w:ascii="Calibri" w:hAnsi="Calibri" w:eastAsia="Calibri"/>
          <w:b/>
          <w:i w:val="0"/>
          <w:color w:val="146E3C"/>
          <w:sz w:val="22"/>
        </w:rPr>
        <w:t xml:space="preserve">    A. [CORRECT] 15–30 minutes after insulin–glucose, and again after dialysis</w:t>
      </w:r>
    </w:p>
    <w:p>
      <w:pPr>
        <w:spacing w:before="0" w:after="20" w:line="259" w:lineRule="auto"/>
      </w:pPr>
      <w:r>
        <w:rPr>
          <w:rFonts w:ascii="Calibri" w:hAnsi="Calibri" w:eastAsia="Calibri"/>
          <w:b w:val="0"/>
          <w:i/>
          <w:color w:val="282828"/>
          <w:sz w:val="22"/>
        </w:rPr>
        <w:t xml:space="preserve">       Bay: Shift can dump glucose and rebound K+. Recheck, then confirm post-dialysis.</w:t>
      </w:r>
    </w:p>
    <w:p>
      <w:pPr>
        <w:spacing w:before="120" w:after="20" w:line="259" w:lineRule="auto"/>
        <w:shd w:fill="F8E8E8" w:val="clear"/>
      </w:pPr>
      <w:r>
        <w:rPr>
          <w:rFonts w:ascii="Calibri" w:hAnsi="Calibri" w:eastAsia="Calibri"/>
          <w:b w:val="0"/>
          <w:i w:val="0"/>
          <w:color w:val="A02828"/>
          <w:sz w:val="22"/>
        </w:rPr>
        <w:t xml:space="preserve">    B. [WRONG] Tomorrow on the ward once he feels better</w:t>
      </w:r>
    </w:p>
    <w:p>
      <w:pPr>
        <w:spacing w:before="0" w:after="20" w:line="259" w:lineRule="auto"/>
      </w:pPr>
      <w:r>
        <w:rPr>
          <w:rFonts w:ascii="Calibri" w:hAnsi="Calibri" w:eastAsia="Calibri"/>
          <w:b w:val="0"/>
          <w:i/>
          <w:color w:val="282828"/>
          <w:sz w:val="22"/>
        </w:rPr>
        <w:t xml:space="preserve">       Bay: He can re-arrest tonight. Recheck now.</w:t>
      </w:r>
    </w:p>
    <w:p>
      <w:pPr>
        <w:spacing w:before="120" w:after="20" w:line="259" w:lineRule="auto"/>
        <w:shd w:fill="F8E8E8" w:val="clear"/>
      </w:pPr>
      <w:r>
        <w:rPr>
          <w:rFonts w:ascii="Calibri" w:hAnsi="Calibri" w:eastAsia="Calibri"/>
          <w:b w:val="0"/>
          <w:i w:val="0"/>
          <w:color w:val="A02828"/>
          <w:sz w:val="22"/>
        </w:rPr>
        <w:t xml:space="preserve">    C. [WRONG] Only if he arrests</w:t>
      </w:r>
    </w:p>
    <w:p>
      <w:pPr>
        <w:spacing w:before="0" w:after="20" w:line="259" w:lineRule="auto"/>
      </w:pPr>
      <w:r>
        <w:rPr>
          <w:rFonts w:ascii="Calibri" w:hAnsi="Calibri" w:eastAsia="Calibri"/>
          <w:b w:val="0"/>
          <w:i/>
          <w:color w:val="282828"/>
          <w:sz w:val="22"/>
        </w:rPr>
        <w:t xml:space="preserve">       Bay: Too late. Recheck after every shift dose.</w:t>
      </w:r>
    </w:p>
    <w:p>
      <w:pPr>
        <w:spacing w:before="120" w:after="20" w:line="259" w:lineRule="auto"/>
        <w:shd w:fill="F8E8E8" w:val="clear"/>
      </w:pPr>
      <w:r>
        <w:rPr>
          <w:rFonts w:ascii="Calibri" w:hAnsi="Calibri" w:eastAsia="Calibri"/>
          <w:b w:val="0"/>
          <w:i w:val="0"/>
          <w:color w:val="A02828"/>
          <w:sz w:val="22"/>
        </w:rPr>
        <w:t xml:space="preserve">    D. [WRONG] After resonium has had 6 hours</w:t>
      </w:r>
    </w:p>
    <w:p>
      <w:pPr>
        <w:spacing w:before="0" w:after="20" w:line="259" w:lineRule="auto"/>
      </w:pPr>
      <w:r>
        <w:rPr>
          <w:rFonts w:ascii="Calibri" w:hAnsi="Calibri" w:eastAsia="Calibri"/>
          <w:b w:val="0"/>
          <w:i/>
          <w:color w:val="282828"/>
          <w:sz w:val="22"/>
        </w:rPr>
        <w:t xml:space="preserve">       Bay: Resonium is not the clock. Insulin and dialysis are.</w:t>
      </w:r>
    </w:p>
    <w:p>
      <w:pPr>
        <w:spacing w:before="120" w:after="20" w:line="259" w:lineRule="auto"/>
        <w:shd w:fill="F8E8E8" w:val="clear"/>
      </w:pPr>
      <w:r>
        <w:rPr>
          <w:rFonts w:ascii="Calibri" w:hAnsi="Calibri" w:eastAsia="Calibri"/>
          <w:b w:val="0"/>
          <w:i w:val="0"/>
          <w:color w:val="A02828"/>
          <w:sz w:val="22"/>
        </w:rPr>
        <w:t xml:space="preserve">    E. [WRONG] No need if the QRS has narrowed</w:t>
      </w:r>
    </w:p>
    <w:p>
      <w:pPr>
        <w:spacing w:before="0" w:after="20" w:line="259" w:lineRule="auto"/>
      </w:pPr>
      <w:r>
        <w:rPr>
          <w:rFonts w:ascii="Calibri" w:hAnsi="Calibri" w:eastAsia="Calibri"/>
          <w:b w:val="0"/>
          <w:i/>
          <w:color w:val="282828"/>
          <w:sz w:val="22"/>
        </w:rPr>
        <w:t xml:space="preserve">       Bay: The ECG can lag. Recheck the gas.</w:t>
      </w:r>
    </w:p>
    <w:p>
      <w:pPr>
        <w:spacing w:before="120" w:after="20" w:line="259" w:lineRule="auto"/>
        <w:shd w:fill="F8E8E8" w:val="clear"/>
      </w:pPr>
      <w:r>
        <w:rPr>
          <w:rFonts w:ascii="Calibri" w:hAnsi="Calibri" w:eastAsia="Calibri"/>
          <w:b w:val="0"/>
          <w:i w:val="0"/>
          <w:color w:val="A02828"/>
          <w:sz w:val="22"/>
        </w:rPr>
        <w:t>B. [WRONG] Restart ramipril tonight so his 'dry weight stays controlled'</w:t>
      </w:r>
    </w:p>
    <w:p>
      <w:pPr>
        <w:spacing w:before="0" w:after="20" w:line="259" w:lineRule="auto"/>
      </w:pPr>
      <w:r>
        <w:rPr>
          <w:rFonts w:ascii="Calibri" w:hAnsi="Calibri" w:eastAsia="Calibri"/>
          <w:b w:val="0"/>
          <w:i/>
          <w:color w:val="282828"/>
          <w:sz w:val="22"/>
        </w:rPr>
        <w:t>Bay: Hold the ACE inhibitor after life-threatening hyperkalaemia. Dialysis will deal with the fluid.</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Remove cardiac monitoring once the QRS looks better</w:t>
      </w:r>
    </w:p>
    <w:p>
      <w:pPr>
        <w:spacing w:before="0" w:after="20" w:line="259" w:lineRule="auto"/>
      </w:pPr>
      <w:r>
        <w:rPr>
          <w:rFonts w:ascii="Calibri" w:hAnsi="Calibri" w:eastAsia="Calibri"/>
          <w:b w:val="0"/>
          <w:i/>
          <w:color w:val="282828"/>
          <w:sz w:val="22"/>
        </w:rPr>
        <w:t>Bay: Keep him monitored until he is on a machine. Rebound is real.</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Give a further 50 units of insulin to 'finish the job' before transfer</w:t>
      </w:r>
    </w:p>
    <w:p>
      <w:pPr>
        <w:spacing w:before="0" w:after="20" w:line="259" w:lineRule="auto"/>
      </w:pPr>
      <w:r>
        <w:rPr>
          <w:rFonts w:ascii="Calibri" w:hAnsi="Calibri" w:eastAsia="Calibri"/>
          <w:b w:val="0"/>
          <w:i/>
          <w:color w:val="282828"/>
          <w:sz w:val="22"/>
        </w:rPr>
        <w:t>Bay: 10 units was the dose. Another 50 will drop his glucose through the floor.</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Delay dialysis until a consultant radiologist has reported the chest radiograph</w:t>
      </w:r>
    </w:p>
    <w:p>
      <w:pPr>
        <w:spacing w:before="0" w:after="20" w:line="259" w:lineRule="auto"/>
      </w:pPr>
      <w:r>
        <w:rPr>
          <w:rFonts w:ascii="Calibri" w:hAnsi="Calibri" w:eastAsia="Calibri"/>
          <w:b w:val="0"/>
          <w:i/>
          <w:color w:val="282828"/>
          <w:sz w:val="22"/>
        </w:rPr>
        <w:t>Bay: Do not wait on a film. The indication is the potassium and the ECG.</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After two hours on the machine the tracing is a sinus rhythm.</w:t>
      </w:r>
    </w:p>
    <w:p>
      <w:pPr>
        <w:spacing w:before="120" w:after="20" w:line="259" w:lineRule="auto"/>
        <w:shd w:fill="E8F5EC" w:val="clear"/>
      </w:pPr>
      <w:r>
        <w:rPr>
          <w:rFonts w:ascii="Calibri" w:hAnsi="Calibri" w:eastAsia="Calibri"/>
          <w:b/>
          <w:i w:val="0"/>
          <w:color w:val="146E3C"/>
          <w:sz w:val="22"/>
        </w:rPr>
        <w:t>A. [CORRECT] Hyperkalaemic cardiotoxicity secondary to missed haemodialysis</w:t>
      </w:r>
    </w:p>
    <w:p>
      <w:pPr>
        <w:spacing w:before="0" w:after="20" w:line="259" w:lineRule="auto"/>
      </w:pPr>
      <w:r>
        <w:rPr>
          <w:rFonts w:ascii="Calibri" w:hAnsi="Calibri" w:eastAsia="Calibri"/>
          <w:b w:val="0"/>
          <w:i/>
          <w:color w:val="282828"/>
          <w:sz w:val="22"/>
        </w:rPr>
        <w:t>Bay: That is the diagnosis.</w:t>
      </w:r>
    </w:p>
    <w:p>
      <w:pPr>
        <w:spacing w:before="120" w:after="20" w:line="259" w:lineRule="auto"/>
        <w:shd w:fill="F8E8E8" w:val="clear"/>
      </w:pPr>
      <w:r>
        <w:rPr>
          <w:rFonts w:ascii="Calibri" w:hAnsi="Calibri" w:eastAsia="Calibri"/>
          <w:b w:val="0"/>
          <w:i w:val="0"/>
          <w:color w:val="A02828"/>
          <w:sz w:val="22"/>
        </w:rPr>
        <w:t>B. [WRONG] Primary complete heart block</w:t>
      </w:r>
    </w:p>
    <w:p>
      <w:pPr>
        <w:spacing w:before="0" w:after="20" w:line="259" w:lineRule="auto"/>
      </w:pPr>
      <w:r>
        <w:rPr>
          <w:rFonts w:ascii="Calibri" w:hAnsi="Calibri" w:eastAsia="Calibri"/>
          <w:b w:val="0"/>
          <w:i/>
          <w:color w:val="282828"/>
          <w:sz w:val="22"/>
        </w:rPr>
        <w:t>Bay: The sine wave resolved with calcium, insulin and dialysis. It was not a conduction-system disease.</w:t>
      </w:r>
    </w:p>
    <w:p>
      <w:pPr>
        <w:spacing w:before="120" w:after="20" w:line="259" w:lineRule="auto"/>
        <w:shd w:fill="F8E8E8" w:val="clear"/>
      </w:pPr>
      <w:r>
        <w:rPr>
          <w:rFonts w:ascii="Calibri" w:hAnsi="Calibri" w:eastAsia="Calibri"/>
          <w:b w:val="0"/>
          <w:i w:val="0"/>
          <w:color w:val="A02828"/>
          <w:sz w:val="22"/>
        </w:rPr>
        <w:t>C. [WRONG] ST-elevation myocardial infarction</w:t>
      </w:r>
    </w:p>
    <w:p>
      <w:pPr>
        <w:spacing w:before="0" w:after="20" w:line="259" w:lineRule="auto"/>
      </w:pPr>
      <w:r>
        <w:rPr>
          <w:rFonts w:ascii="Calibri" w:hAnsi="Calibri" w:eastAsia="Calibri"/>
          <w:b w:val="0"/>
          <w:i/>
          <w:color w:val="282828"/>
          <w:sz w:val="22"/>
        </w:rPr>
        <w:t>Bay: No territorial occlusion. The width was potassium.</w:t>
      </w:r>
    </w:p>
    <w:p>
      <w:pPr>
        <w:spacing w:before="120" w:after="20" w:line="259" w:lineRule="auto"/>
        <w:shd w:fill="F8E8E8" w:val="clear"/>
      </w:pPr>
      <w:r>
        <w:rPr>
          <w:rFonts w:ascii="Calibri" w:hAnsi="Calibri" w:eastAsia="Calibri"/>
          <w:b w:val="0"/>
          <w:i w:val="0"/>
          <w:color w:val="A02828"/>
          <w:sz w:val="22"/>
        </w:rPr>
        <w:t>D. [WRONG] Digoxin toxicity</w:t>
      </w:r>
    </w:p>
    <w:p>
      <w:pPr>
        <w:spacing w:before="0" w:after="20" w:line="259" w:lineRule="auto"/>
      </w:pPr>
      <w:r>
        <w:rPr>
          <w:rFonts w:ascii="Calibri" w:hAnsi="Calibri" w:eastAsia="Calibri"/>
          <w:b w:val="0"/>
          <w:i/>
          <w:color w:val="282828"/>
          <w:sz w:val="22"/>
        </w:rPr>
        <w:t>Bay: He is not on digoxin.</w:t>
      </w:r>
    </w:p>
    <w:p>
      <w:pPr>
        <w:spacing w:before="120" w:after="20" w:line="259" w:lineRule="auto"/>
        <w:shd w:fill="F8E8E8" w:val="clear"/>
      </w:pPr>
      <w:r>
        <w:rPr>
          <w:rFonts w:ascii="Calibri" w:hAnsi="Calibri" w:eastAsia="Calibri"/>
          <w:b w:val="0"/>
          <w:i w:val="0"/>
          <w:color w:val="A02828"/>
          <w:sz w:val="22"/>
        </w:rPr>
        <w:t>E. [WRONG] Hypokalaemia from insulin</w:t>
      </w:r>
    </w:p>
    <w:p>
      <w:pPr>
        <w:spacing w:before="0" w:after="20" w:line="259" w:lineRule="auto"/>
      </w:pPr>
      <w:r>
        <w:rPr>
          <w:rFonts w:ascii="Calibri" w:hAnsi="Calibri" w:eastAsia="Calibri"/>
          <w:b w:val="0"/>
          <w:i/>
          <w:color w:val="282828"/>
          <w:sz w:val="22"/>
        </w:rPr>
        <w:t>Bay: Insulin was the treatment. The presenting K+ was 7.8.</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Hyperkalaemic cardiotoxicity (missed haemodialysis)</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Missed dialysis, fistula in situ</w:t>
      </w:r>
    </w:p>
    <w:p>
      <w:pPr>
        <w:spacing w:before="0" w:after="40" w:line="259" w:lineRule="auto"/>
      </w:pPr>
      <w:r>
        <w:rPr>
          <w:rFonts w:ascii="Calibri" w:hAnsi="Calibri" w:eastAsia="Calibri"/>
          <w:b w:val="0"/>
          <w:i w:val="0"/>
          <w:sz w:val="22"/>
        </w:rPr>
        <w:t>• Bradycardia, hypotension, weakness and paraesthesia</w:t>
      </w:r>
    </w:p>
    <w:p>
      <w:pPr>
        <w:spacing w:before="0" w:after="40" w:line="259" w:lineRule="auto"/>
      </w:pPr>
      <w:r>
        <w:rPr>
          <w:rFonts w:ascii="Calibri" w:hAnsi="Calibri" w:eastAsia="Calibri"/>
          <w:b w:val="0"/>
          <w:i w:val="0"/>
          <w:sz w:val="22"/>
        </w:rPr>
        <w:t>• Sine-wave / wide-complex ECG</w:t>
      </w:r>
    </w:p>
    <w:p>
      <w:pPr>
        <w:spacing w:before="0" w:after="40" w:line="259" w:lineRule="auto"/>
      </w:pPr>
      <w:r>
        <w:rPr>
          <w:rFonts w:ascii="Calibri" w:hAnsi="Calibri" w:eastAsia="Calibri"/>
          <w:b w:val="0"/>
          <w:i w:val="0"/>
          <w:sz w:val="22"/>
        </w:rPr>
        <w:t>• K+ 7.8 on the gas</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12-lead ECG immediately — treat on the tracing</w:t>
      </w:r>
    </w:p>
    <w:p>
      <w:pPr>
        <w:spacing w:before="0" w:after="40" w:line="259" w:lineRule="auto"/>
      </w:pPr>
      <w:r>
        <w:rPr>
          <w:rFonts w:ascii="Calibri" w:hAnsi="Calibri" w:eastAsia="Calibri"/>
          <w:b w:val="0"/>
          <w:i w:val="0"/>
          <w:sz w:val="22"/>
        </w:rPr>
        <w:t>• VBG potassium (do not wait for the laboratory U&amp;E)</w:t>
      </w:r>
    </w:p>
    <w:p>
      <w:pPr>
        <w:spacing w:before="0" w:after="40" w:line="259" w:lineRule="auto"/>
      </w:pPr>
      <w:r>
        <w:rPr>
          <w:rFonts w:ascii="Calibri" w:hAnsi="Calibri" w:eastAsia="Calibri"/>
          <w:b w:val="0"/>
          <w:i w:val="0"/>
          <w:sz w:val="22"/>
        </w:rPr>
        <w:t>• U&amp;E, FBC, glucose (and after insulin), calcium, phosphate</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Calcium gluconate 10 mL of 10% IV, repeat until the ECG improves</w:t>
      </w:r>
    </w:p>
    <w:p>
      <w:pPr>
        <w:spacing w:before="0" w:after="40" w:line="259" w:lineRule="auto"/>
      </w:pPr>
      <w:r>
        <w:rPr>
          <w:rFonts w:ascii="Calibri" w:hAnsi="Calibri" w:eastAsia="Calibri"/>
          <w:b w:val="0"/>
          <w:i w:val="0"/>
          <w:sz w:val="22"/>
        </w:rPr>
        <w:t>• Insulin 10 units in 50 mL of 50% glucose; salbutamol 10–20 mg neb</w:t>
      </w:r>
    </w:p>
    <w:p>
      <w:pPr>
        <w:spacing w:before="0" w:after="40" w:line="259" w:lineRule="auto"/>
      </w:pPr>
      <w:r>
        <w:rPr>
          <w:rFonts w:ascii="Calibri" w:hAnsi="Calibri" w:eastAsia="Calibri"/>
          <w:b w:val="0"/>
          <w:i w:val="0"/>
          <w:sz w:val="22"/>
        </w:rPr>
        <w:t>• Emergency haemodialysis — resonium is not definitive</w:t>
      </w:r>
    </w:p>
    <w:p>
      <w:pPr>
        <w:spacing w:before="0" w:after="40" w:line="259" w:lineRule="auto"/>
      </w:pPr>
      <w:r>
        <w:rPr>
          <w:rFonts w:ascii="Calibri" w:hAnsi="Calibri" w:eastAsia="Calibri"/>
          <w:b w:val="0"/>
          <w:i w:val="0"/>
          <w:sz w:val="22"/>
        </w:rPr>
        <w:t>• Hold ACE inhibitors / NSAIDs / potassium-sparing drugs; cardiac monitor</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RCEM hyperkalaemia</w:t>
      </w:r>
    </w:p>
    <w:p>
      <w:pPr>
        <w:spacing w:before="0" w:after="40" w:line="259" w:lineRule="auto"/>
      </w:pPr>
      <w:r>
        <w:rPr>
          <w:rFonts w:ascii="Calibri" w:hAnsi="Calibri" w:eastAsia="Calibri"/>
          <w:b w:val="0"/>
          <w:i w:val="0"/>
          <w:sz w:val="22"/>
        </w:rPr>
        <w:t>• UKKA / Renal Association treatment of acute hyperkalaemia in adults</w:t>
      </w:r>
    </w:p>
    <w:p>
      <w:pPr>
        <w:spacing w:before="0" w:after="40" w:line="259" w:lineRule="auto"/>
      </w:pPr>
      <w:r>
        <w:rPr>
          <w:rFonts w:ascii="Calibri" w:hAnsi="Calibri" w:eastAsia="Calibri"/>
          <w:b w:val="0"/>
          <w:i w:val="0"/>
          <w:sz w:val="22"/>
        </w:rPr>
        <w:t>• RCUK Special Circumstances</w:t>
      </w:r>
    </w:p>
    <w:p>
      <w:r>
        <w:br w:type="page"/>
      </w:r>
    </w:p>
    <w:p>
      <w:pPr>
        <w:spacing w:before="120" w:after="160" w:line="259" w:lineRule="auto"/>
      </w:pPr>
      <w:r>
        <w:rPr>
          <w:rFonts w:ascii="Calibri" w:hAnsi="Calibri" w:eastAsia="Calibri"/>
          <w:b/>
          <w:i w:val="0"/>
          <w:color w:val="0C0E10"/>
          <w:sz w:val="36"/>
        </w:rPr>
        <w:t>Case 08 — Left-sided tension pneumothorax</w:t>
      </w:r>
    </w:p>
    <w:p>
      <w:pPr>
        <w:spacing w:before="0" w:after="40" w:line="259" w:lineRule="auto"/>
      </w:pPr>
      <w:r>
        <w:rPr>
          <w:rFonts w:ascii="Calibri" w:hAnsi="Calibri" w:eastAsia="Calibri"/>
          <w:b w:val="0"/>
          <w:i/>
          <w:color w:val="5A5A5A"/>
          <w:sz w:val="20"/>
        </w:rPr>
        <w:t>pre-alert · Scottish Ambulance Service — pre-alert · rhythm sinus-tach</w:t>
      </w:r>
    </w:p>
    <w:p>
      <w:pPr>
        <w:spacing w:before="0" w:after="40" w:line="259" w:lineRule="auto"/>
      </w:pPr>
      <w:r>
        <w:rPr>
          <w:rFonts w:ascii="Calibri" w:hAnsi="Calibri" w:eastAsia="Calibri"/>
          <w:b w:val="0"/>
          <w:i/>
          <w:color w:val="5A5A5A"/>
          <w:sz w:val="20"/>
        </w:rPr>
        <w:t>HR 132   BP 76/48   RR 32   SpO2 84%   temp 36.2   GCS 11   BM 5.8</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28 years, male</w:t>
      </w:r>
    </w:p>
    <w:p>
      <w:pPr>
        <w:spacing w:before="0" w:after="40" w:line="259" w:lineRule="auto"/>
      </w:pPr>
      <w:r>
        <w:rPr>
          <w:rFonts w:ascii="Calibri" w:hAnsi="Calibri" w:eastAsia="Calibri"/>
          <w:b w:val="0"/>
          <w:i w:val="0"/>
          <w:sz w:val="22"/>
        </w:rPr>
        <w:t>T stabbed 12 minutes ago outside a nightclub</w:t>
      </w:r>
    </w:p>
    <w:p>
      <w:pPr>
        <w:spacing w:before="0" w:after="40" w:line="259" w:lineRule="auto"/>
      </w:pPr>
      <w:r>
        <w:rPr>
          <w:rFonts w:ascii="Calibri" w:hAnsi="Calibri" w:eastAsia="Calibri"/>
          <w:b w:val="0"/>
          <w:i w:val="0"/>
          <w:sz w:val="22"/>
        </w:rPr>
        <w:t>M penetrating trauma, left anterior chest</w:t>
      </w:r>
    </w:p>
    <w:p>
      <w:pPr>
        <w:spacing w:before="0" w:after="40" w:line="259" w:lineRule="auto"/>
      </w:pPr>
      <w:r>
        <w:rPr>
          <w:rFonts w:ascii="Calibri" w:hAnsi="Calibri" w:eastAsia="Calibri"/>
          <w:b w:val="0"/>
          <w:i w:val="0"/>
          <w:sz w:val="22"/>
        </w:rPr>
        <w:t>I none known</w:t>
      </w:r>
    </w:p>
    <w:p>
      <w:pPr>
        <w:spacing w:before="0" w:after="40" w:line="259" w:lineRule="auto"/>
      </w:pPr>
      <w:r>
        <w:rPr>
          <w:rFonts w:ascii="Calibri" w:hAnsi="Calibri" w:eastAsia="Calibri"/>
          <w:b w:val="0"/>
          <w:i w:val="0"/>
          <w:sz w:val="22"/>
        </w:rPr>
        <w:t>S HR 132 BP 76/48 RR 32 SpO2 84% on 15 L GCS 11</w:t>
      </w:r>
    </w:p>
    <w:p>
      <w:pPr>
        <w:spacing w:before="0" w:after="40" w:line="259" w:lineRule="auto"/>
      </w:pPr>
      <w:r>
        <w:rPr>
          <w:rFonts w:ascii="Calibri" w:hAnsi="Calibri" w:eastAsia="Calibri"/>
          <w:b w:val="0"/>
          <w:i w:val="0"/>
          <w:sz w:val="22"/>
        </w:rPr>
        <w:t>T occlusive dressing applied, 15 L O2</w:t>
      </w:r>
    </w:p>
    <w:p>
      <w:pPr>
        <w:spacing w:before="0" w:after="40" w:line="259" w:lineRule="auto"/>
      </w:pPr>
      <w:r>
        <w:rPr>
          <w:rFonts w:ascii="Calibri" w:hAnsi="Calibri" w:eastAsia="Calibri"/>
          <w:b w:val="0"/>
          <w:i w:val="0"/>
          <w:sz w:val="22"/>
        </w:rPr>
        <w:t>ETA 3 minutes — they are coming straight to the resus doors.</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blood-stained, talking in words, no stridor. Sitting up, distressed.</w:t>
      </w:r>
    </w:p>
    <w:p>
      <w:pPr>
        <w:spacing w:before="0" w:after="40" w:line="259" w:lineRule="auto"/>
      </w:pPr>
      <w:r>
        <w:rPr>
          <w:rFonts w:ascii="Calibri" w:hAnsi="Calibri" w:eastAsia="Calibri"/>
          <w:b w:val="0"/>
          <w:i w:val="0"/>
          <w:sz w:val="22"/>
        </w:rPr>
        <w:t>B — RR 32, silent left chest, hyper-resonant, trachea deviated to the right, SpO2 84% on 15 L. No surgical emphysema yet.</w:t>
      </w:r>
    </w:p>
    <w:p>
      <w:pPr>
        <w:spacing w:before="0" w:after="40" w:line="259" w:lineRule="auto"/>
      </w:pPr>
      <w:r>
        <w:rPr>
          <w:rFonts w:ascii="Calibri" w:hAnsi="Calibri" w:eastAsia="Calibri"/>
          <w:b w:val="0"/>
          <w:i w:val="0"/>
          <w:sz w:val="22"/>
        </w:rPr>
        <w:t>C — HR 132, BP 76/48, CRT 4 s, neck veins full. Heart sounds present, not muffled.</w:t>
      </w:r>
    </w:p>
    <w:p>
      <w:pPr>
        <w:spacing w:before="0" w:after="40" w:line="259" w:lineRule="auto"/>
      </w:pPr>
      <w:r>
        <w:rPr>
          <w:rFonts w:ascii="Calibri" w:hAnsi="Calibri" w:eastAsia="Calibri"/>
          <w:b w:val="0"/>
          <w:i w:val="0"/>
          <w:sz w:val="22"/>
        </w:rPr>
        <w:t>D — GCS 11 (E3 V3 M5), BM 5.8, no focal neurology.</w:t>
      </w:r>
    </w:p>
    <w:p>
      <w:pPr>
        <w:spacing w:before="0" w:after="40" w:line="259" w:lineRule="auto"/>
      </w:pPr>
      <w:r>
        <w:rPr>
          <w:rFonts w:ascii="Calibri" w:hAnsi="Calibri" w:eastAsia="Calibri"/>
          <w:b w:val="0"/>
          <w:i w:val="0"/>
          <w:sz w:val="22"/>
        </w:rPr>
        <w:t>E — 1.5 cm wound left 4th ICS mid-clavicular line, occlusive dressing on. No other wounds found yet. Clothes cut.</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He is peri-arrest. Distended neck veins. Silent left chest.</w:t>
      </w:r>
    </w:p>
    <w:p>
      <w:pPr>
        <w:spacing w:before="120" w:after="20" w:line="259" w:lineRule="auto"/>
        <w:shd w:fill="E8F5EC" w:val="clear"/>
      </w:pPr>
      <w:r>
        <w:rPr>
          <w:rFonts w:ascii="Calibri" w:hAnsi="Calibri" w:eastAsia="Calibri"/>
          <w:b/>
          <w:i w:val="0"/>
          <w:color w:val="146E3C"/>
          <w:sz w:val="22"/>
        </w:rPr>
        <w:t>A. [CORRECT] Needle decompression of the left chest</w:t>
      </w:r>
    </w:p>
    <w:p>
      <w:pPr>
        <w:spacing w:before="0" w:after="20" w:line="259" w:lineRule="auto"/>
      </w:pPr>
      <w:r>
        <w:rPr>
          <w:rFonts w:ascii="Calibri" w:hAnsi="Calibri" w:eastAsia="Calibri"/>
          <w:b w:val="0"/>
          <w:i/>
          <w:color w:val="282828"/>
          <w:sz w:val="22"/>
        </w:rPr>
        <w:t>Bay: Hiss of air. Colour a fraction better. Finger thoracostomy next — do not wait for a film.</w:t>
      </w:r>
    </w:p>
    <w:p>
      <w:pPr>
        <w:spacing w:before="0" w:after="40" w:line="259" w:lineRule="auto"/>
      </w:pPr>
      <w:r>
        <w:rPr>
          <w:rFonts w:ascii="Calibri" w:hAnsi="Calibri" w:eastAsia="Calibri"/>
          <w:b w:val="0"/>
          <w:i/>
          <w:color w:val="5A4614"/>
          <w:sz w:val="20"/>
        </w:rPr>
        <w:t>Reaction: sbp +14, rr -4, spo2 +6, O2 15 L</w:t>
      </w:r>
    </w:p>
    <w:p>
      <w:pPr>
        <w:spacing w:before="80" w:after="40" w:line="259" w:lineRule="auto"/>
      </w:pPr>
      <w:r>
        <w:rPr>
          <w:rFonts w:ascii="Calibri" w:hAnsi="Calibri" w:eastAsia="Calibri"/>
          <w:b/>
          <w:i w:val="0"/>
          <w:color w:val="46326E"/>
          <w:sz w:val="22"/>
        </w:rPr>
        <w:t xml:space="preserve">    Follow-up: What dose?</w:t>
      </w:r>
    </w:p>
    <w:p>
      <w:pPr>
        <w:spacing w:before="120" w:after="20" w:line="259" w:lineRule="auto"/>
        <w:shd w:fill="E8F5EC" w:val="clear"/>
      </w:pPr>
      <w:r>
        <w:rPr>
          <w:rFonts w:ascii="Calibri" w:hAnsi="Calibri" w:eastAsia="Calibri"/>
          <w:b/>
          <w:i w:val="0"/>
          <w:color w:val="146E3C"/>
          <w:sz w:val="22"/>
        </w:rPr>
        <w:t xml:space="preserve">    A. [CORRECT] Left 2nd ICS mid-clavicular line (or 5th ICS mid-axillary)</w:t>
      </w:r>
    </w:p>
    <w:p>
      <w:pPr>
        <w:spacing w:before="0" w:after="20" w:line="259" w:lineRule="auto"/>
      </w:pPr>
      <w:r>
        <w:rPr>
          <w:rFonts w:ascii="Calibri" w:hAnsi="Calibri" w:eastAsia="Calibri"/>
          <w:b w:val="0"/>
          <w:i/>
          <w:color w:val="282828"/>
          <w:sz w:val="22"/>
        </w:rPr>
        <w:t xml:space="preserve">       Bay: Decompress the injured side now. ATLS also accepts 5th ICS MAL — same site as the thoracostomy.</w:t>
      </w:r>
    </w:p>
    <w:p>
      <w:pPr>
        <w:spacing w:before="120" w:after="20" w:line="259" w:lineRule="auto"/>
        <w:shd w:fill="F8E8E8" w:val="clear"/>
      </w:pPr>
      <w:r>
        <w:rPr>
          <w:rFonts w:ascii="Calibri" w:hAnsi="Calibri" w:eastAsia="Calibri"/>
          <w:b w:val="0"/>
          <w:i w:val="0"/>
          <w:color w:val="A02828"/>
          <w:sz w:val="22"/>
        </w:rPr>
        <w:t xml:space="preserve">    B. [WRONG] Right 2nd ICS mid-clavicular line</w:t>
      </w:r>
    </w:p>
    <w:p>
      <w:pPr>
        <w:spacing w:before="0" w:after="20" w:line="259" w:lineRule="auto"/>
      </w:pPr>
      <w:r>
        <w:rPr>
          <w:rFonts w:ascii="Calibri" w:hAnsi="Calibri" w:eastAsia="Calibri"/>
          <w:b w:val="0"/>
          <w:i/>
          <w:color w:val="282828"/>
          <w:sz w:val="22"/>
        </w:rPr>
        <w:t xml:space="preserve">       Bay: The wound and the silent chest are on the left. Do not needle the good lung.</w:t>
      </w:r>
    </w:p>
    <w:p>
      <w:pPr>
        <w:spacing w:before="120" w:after="20" w:line="259" w:lineRule="auto"/>
        <w:shd w:fill="F8E8E8" w:val="clear"/>
      </w:pPr>
      <w:r>
        <w:rPr>
          <w:rFonts w:ascii="Calibri" w:hAnsi="Calibri" w:eastAsia="Calibri"/>
          <w:b w:val="0"/>
          <w:i w:val="0"/>
          <w:color w:val="A02828"/>
          <w:sz w:val="22"/>
        </w:rPr>
        <w:t xml:space="preserve">    C. [WRONG] Subxiphoid approach</w:t>
      </w:r>
    </w:p>
    <w:p>
      <w:pPr>
        <w:spacing w:before="0" w:after="20" w:line="259" w:lineRule="auto"/>
      </w:pPr>
      <w:r>
        <w:rPr>
          <w:rFonts w:ascii="Calibri" w:hAnsi="Calibri" w:eastAsia="Calibri"/>
          <w:b w:val="0"/>
          <w:i/>
          <w:color w:val="282828"/>
          <w:sz w:val="22"/>
        </w:rPr>
        <w:t xml:space="preserve">       Bay: That is a pericardiocentesis landmark, not a tension pneumothorax.</w:t>
      </w:r>
    </w:p>
    <w:p>
      <w:pPr>
        <w:spacing w:before="120" w:after="20" w:line="259" w:lineRule="auto"/>
        <w:shd w:fill="F8E8E8" w:val="clear"/>
      </w:pPr>
      <w:r>
        <w:rPr>
          <w:rFonts w:ascii="Calibri" w:hAnsi="Calibri" w:eastAsia="Calibri"/>
          <w:b w:val="0"/>
          <w:i w:val="0"/>
          <w:color w:val="A02828"/>
          <w:sz w:val="22"/>
        </w:rPr>
        <w:t xml:space="preserve">    D. [WRONG] Left 4th ICS posterior axillary line, directed at the scapula</w:t>
      </w:r>
    </w:p>
    <w:p>
      <w:pPr>
        <w:spacing w:before="0" w:after="20" w:line="259" w:lineRule="auto"/>
      </w:pPr>
      <w:r>
        <w:rPr>
          <w:rFonts w:ascii="Calibri" w:hAnsi="Calibri" w:eastAsia="Calibri"/>
          <w:b w:val="0"/>
          <w:i/>
          <w:color w:val="282828"/>
          <w:sz w:val="22"/>
        </w:rPr>
        <w:t xml:space="preserve">       Bay: Wrong site. 2nd ICS MCL or 5th ICS MAL, over the rib, on the left.</w:t>
      </w:r>
    </w:p>
    <w:p>
      <w:pPr>
        <w:spacing w:before="120" w:after="20" w:line="259" w:lineRule="auto"/>
        <w:shd w:fill="F8E8E8" w:val="clear"/>
      </w:pPr>
      <w:r>
        <w:rPr>
          <w:rFonts w:ascii="Calibri" w:hAnsi="Calibri" w:eastAsia="Calibri"/>
          <w:b w:val="0"/>
          <w:i w:val="0"/>
          <w:color w:val="A02828"/>
          <w:sz w:val="22"/>
        </w:rPr>
        <w:t xml:space="preserve">    E. [WRONG] Bilateral needles before examining the chest</w:t>
      </w:r>
    </w:p>
    <w:p>
      <w:pPr>
        <w:spacing w:before="0" w:after="20" w:line="259" w:lineRule="auto"/>
      </w:pPr>
      <w:r>
        <w:rPr>
          <w:rFonts w:ascii="Calibri" w:hAnsi="Calibri" w:eastAsia="Calibri"/>
          <w:b w:val="0"/>
          <w:i/>
          <w:color w:val="282828"/>
          <w:sz w:val="22"/>
        </w:rPr>
        <w:t xml:space="preserve">       Bay: Unilateral penetrating trauma: decompress the injured side. Bilateral thoracostomy is for traumatic cardiac arrest.</w:t>
      </w:r>
    </w:p>
    <w:p>
      <w:pPr>
        <w:spacing w:before="120" w:after="20" w:line="259" w:lineRule="auto"/>
        <w:shd w:fill="F8E8E8" w:val="clear"/>
      </w:pPr>
      <w:r>
        <w:rPr>
          <w:rFonts w:ascii="Calibri" w:hAnsi="Calibri" w:eastAsia="Calibri"/>
          <w:b w:val="0"/>
          <w:i w:val="0"/>
          <w:color w:val="A02828"/>
          <w:sz w:val="22"/>
        </w:rPr>
        <w:t>B. [WRONG] Immediate portable CXR</w:t>
      </w:r>
    </w:p>
    <w:p>
      <w:pPr>
        <w:spacing w:before="0" w:after="20" w:line="259" w:lineRule="auto"/>
      </w:pPr>
      <w:r>
        <w:rPr>
          <w:rFonts w:ascii="Calibri" w:hAnsi="Calibri" w:eastAsia="Calibri"/>
          <w:b w:val="0"/>
          <w:i/>
          <w:color w:val="282828"/>
          <w:sz w:val="22"/>
        </w:rPr>
        <w:t>Bay: He is peri-arrest with a silent left chest and tracheal deviation. Waiting for a film is how he arrests.</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Pericardiocentesis</w:t>
      </w:r>
    </w:p>
    <w:p>
      <w:pPr>
        <w:spacing w:before="0" w:after="20" w:line="259" w:lineRule="auto"/>
      </w:pPr>
      <w:r>
        <w:rPr>
          <w:rFonts w:ascii="Calibri" w:hAnsi="Calibri" w:eastAsia="Calibri"/>
          <w:b w:val="0"/>
          <w:i/>
          <w:color w:val="282828"/>
          <w:sz w:val="22"/>
        </w:rPr>
        <w:t>Bay: Heart sounds are present and the chest is silent and hyper-resonant on the left. This is tension, not tamponade.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Needle decompression of the right chest</w:t>
      </w:r>
    </w:p>
    <w:p>
      <w:pPr>
        <w:spacing w:before="0" w:after="20" w:line="259" w:lineRule="auto"/>
      </w:pPr>
      <w:r>
        <w:rPr>
          <w:rFonts w:ascii="Calibri" w:hAnsi="Calibri" w:eastAsia="Calibri"/>
          <w:b w:val="0"/>
          <w:i/>
          <w:color w:val="282828"/>
          <w:sz w:val="22"/>
        </w:rPr>
        <w:t>Bay: You have needled the good lung. The wound is on the left.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Finger thoracostomy of the right chest</w:t>
      </w:r>
    </w:p>
    <w:p>
      <w:pPr>
        <w:spacing w:before="0" w:after="20" w:line="259" w:lineRule="auto"/>
      </w:pPr>
      <w:r>
        <w:rPr>
          <w:rFonts w:ascii="Calibri" w:hAnsi="Calibri" w:eastAsia="Calibri"/>
          <w:b w:val="0"/>
          <w:i/>
          <w:color w:val="282828"/>
          <w:sz w:val="22"/>
        </w:rPr>
        <w:t>Bay: Wrong side. Open the injured left chest, not the good lung.</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He is peri-arrest in the bay. Needle in.</w:t>
      </w:r>
    </w:p>
    <w:p>
      <w:pPr>
        <w:spacing w:before="120" w:after="20" w:line="259" w:lineRule="auto"/>
        <w:shd w:fill="E8F5EC" w:val="clear"/>
      </w:pPr>
      <w:r>
        <w:rPr>
          <w:rFonts w:ascii="Calibri" w:hAnsi="Calibri" w:eastAsia="Calibri"/>
          <w:b/>
          <w:i w:val="0"/>
          <w:color w:val="146E3C"/>
          <w:sz w:val="22"/>
        </w:rPr>
        <w:t>A. [CORRECT] Finger thoracostomy and chest drain</w:t>
      </w:r>
    </w:p>
    <w:p>
      <w:pPr>
        <w:spacing w:before="0" w:after="20" w:line="259" w:lineRule="auto"/>
      </w:pPr>
      <w:r>
        <w:rPr>
          <w:rFonts w:ascii="Calibri" w:hAnsi="Calibri" w:eastAsia="Calibri"/>
          <w:b w:val="0"/>
          <w:i/>
          <w:color w:val="282828"/>
          <w:sz w:val="22"/>
        </w:rPr>
        <w:t>Bay: Finger in, rush of air, 32F drain, underwater seal. Chest beginning to move on the left.</w:t>
      </w:r>
    </w:p>
    <w:p>
      <w:pPr>
        <w:spacing w:before="0" w:after="40" w:line="259" w:lineRule="auto"/>
      </w:pPr>
      <w:r>
        <w:rPr>
          <w:rFonts w:ascii="Calibri" w:hAnsi="Calibri" w:eastAsia="Calibri"/>
          <w:b w:val="0"/>
          <w:i/>
          <w:color w:val="5A4614"/>
          <w:sz w:val="20"/>
        </w:rPr>
        <w:t>Reaction: hr -10, sbp +12, rr -6, spo2 +6</w:t>
      </w:r>
    </w:p>
    <w:p>
      <w:pPr>
        <w:spacing w:before="80" w:after="40" w:line="259" w:lineRule="auto"/>
      </w:pPr>
      <w:r>
        <w:rPr>
          <w:rFonts w:ascii="Calibri" w:hAnsi="Calibri" w:eastAsia="Calibri"/>
          <w:b/>
          <w:i w:val="0"/>
          <w:color w:val="46326E"/>
          <w:sz w:val="22"/>
        </w:rPr>
        <w:t xml:space="preserve">    Follow-up: What dose?</w:t>
      </w:r>
    </w:p>
    <w:p>
      <w:pPr>
        <w:spacing w:before="120" w:after="20" w:line="259" w:lineRule="auto"/>
        <w:shd w:fill="E8F5EC" w:val="clear"/>
      </w:pPr>
      <w:r>
        <w:rPr>
          <w:rFonts w:ascii="Calibri" w:hAnsi="Calibri" w:eastAsia="Calibri"/>
          <w:b/>
          <w:i w:val="0"/>
          <w:color w:val="146E3C"/>
          <w:sz w:val="22"/>
        </w:rPr>
        <w:t xml:space="preserve">    A. [CORRECT] Finger thoracostomy then 28–32 F drain, left 5th ICS mid-axillary, unclamped</w:t>
      </w:r>
    </w:p>
    <w:p>
      <w:pPr>
        <w:spacing w:before="0" w:after="20" w:line="259" w:lineRule="auto"/>
      </w:pPr>
      <w:r>
        <w:rPr>
          <w:rFonts w:ascii="Calibri" w:hAnsi="Calibri" w:eastAsia="Calibri"/>
          <w:b w:val="0"/>
          <w:i/>
          <w:color w:val="282828"/>
          <w:sz w:val="22"/>
        </w:rPr>
        <w:t xml:space="preserve">       Bay: Trauma air and blood need a large-bore drain. Leave it unclamped on an underwater seal.</w:t>
      </w:r>
    </w:p>
    <w:p>
      <w:pPr>
        <w:spacing w:before="120" w:after="20" w:line="259" w:lineRule="auto"/>
        <w:shd w:fill="F8E8E8" w:val="clear"/>
      </w:pPr>
      <w:r>
        <w:rPr>
          <w:rFonts w:ascii="Calibri" w:hAnsi="Calibri" w:eastAsia="Calibri"/>
          <w:b w:val="0"/>
          <w:i w:val="0"/>
          <w:color w:val="A02828"/>
          <w:sz w:val="22"/>
        </w:rPr>
        <w:t xml:space="preserve">    B. [WRONG] 12 F Seldinger drain only</w:t>
      </w:r>
    </w:p>
    <w:p>
      <w:pPr>
        <w:spacing w:before="0" w:after="20" w:line="259" w:lineRule="auto"/>
      </w:pPr>
      <w:r>
        <w:rPr>
          <w:rFonts w:ascii="Calibri" w:hAnsi="Calibri" w:eastAsia="Calibri"/>
          <w:b w:val="0"/>
          <w:i/>
          <w:color w:val="282828"/>
          <w:sz w:val="22"/>
        </w:rPr>
        <w:t xml:space="preserve">       Bay: A small Seldinger will not cope with this air leak or any haemothorax.</w:t>
      </w:r>
    </w:p>
    <w:p>
      <w:pPr>
        <w:spacing w:before="120" w:after="20" w:line="259" w:lineRule="auto"/>
        <w:shd w:fill="F8E8E8" w:val="clear"/>
      </w:pPr>
      <w:r>
        <w:rPr>
          <w:rFonts w:ascii="Calibri" w:hAnsi="Calibri" w:eastAsia="Calibri"/>
          <w:b w:val="0"/>
          <w:i w:val="0"/>
          <w:color w:val="A02828"/>
          <w:sz w:val="22"/>
        </w:rPr>
        <w:t xml:space="preserve">    C. [WRONG] Clamp the 32 F drain to 'see if he needs it'</w:t>
      </w:r>
    </w:p>
    <w:p>
      <w:pPr>
        <w:spacing w:before="0" w:after="20" w:line="259" w:lineRule="auto"/>
      </w:pPr>
      <w:r>
        <w:rPr>
          <w:rFonts w:ascii="Calibri" w:hAnsi="Calibri" w:eastAsia="Calibri"/>
          <w:b w:val="0"/>
          <w:i/>
          <w:color w:val="282828"/>
          <w:sz w:val="22"/>
        </w:rPr>
        <w:t xml:space="preserve">       Bay: Never clamp a drain just placed for tension. He will re-tension.</w:t>
      </w:r>
    </w:p>
    <w:p>
      <w:pPr>
        <w:spacing w:before="120" w:after="20" w:line="259" w:lineRule="auto"/>
        <w:shd w:fill="F8E8E8" w:val="clear"/>
      </w:pPr>
      <w:r>
        <w:rPr>
          <w:rFonts w:ascii="Calibri" w:hAnsi="Calibri" w:eastAsia="Calibri"/>
          <w:b w:val="0"/>
          <w:i w:val="0"/>
          <w:color w:val="A02828"/>
          <w:sz w:val="22"/>
        </w:rPr>
        <w:t xml:space="preserve">    D. [WRONG] Formal 32 F drain on the right, leaving the left</w:t>
      </w:r>
    </w:p>
    <w:p>
      <w:pPr>
        <w:spacing w:before="0" w:after="20" w:line="259" w:lineRule="auto"/>
      </w:pPr>
      <w:r>
        <w:rPr>
          <w:rFonts w:ascii="Calibri" w:hAnsi="Calibri" w:eastAsia="Calibri"/>
          <w:b w:val="0"/>
          <w:i/>
          <w:color w:val="282828"/>
          <w:sz w:val="22"/>
        </w:rPr>
        <w:t xml:space="preserve">       Bay: The injury is on the left. Drain the injured side.</w:t>
      </w:r>
    </w:p>
    <w:p>
      <w:pPr>
        <w:spacing w:before="120" w:after="20" w:line="259" w:lineRule="auto"/>
        <w:shd w:fill="F8E8E8" w:val="clear"/>
      </w:pPr>
      <w:r>
        <w:rPr>
          <w:rFonts w:ascii="Calibri" w:hAnsi="Calibri" w:eastAsia="Calibri"/>
          <w:b w:val="0"/>
          <w:i w:val="0"/>
          <w:color w:val="A02828"/>
          <w:sz w:val="22"/>
        </w:rPr>
        <w:t xml:space="preserve">    E. [WRONG] Needle only; no thoracostomy</w:t>
      </w:r>
    </w:p>
    <w:p>
      <w:pPr>
        <w:spacing w:before="0" w:after="20" w:line="259" w:lineRule="auto"/>
      </w:pPr>
      <w:r>
        <w:rPr>
          <w:rFonts w:ascii="Calibri" w:hAnsi="Calibri" w:eastAsia="Calibri"/>
          <w:b w:val="0"/>
          <w:i/>
          <w:color w:val="282828"/>
          <w:sz w:val="22"/>
        </w:rPr>
        <w:t xml:space="preserve">       Bay: Needle is temporising. He needs a finger thoracostomy and a drain.</w:t>
      </w:r>
    </w:p>
    <w:p>
      <w:pPr>
        <w:spacing w:before="120" w:after="20" w:line="259" w:lineRule="auto"/>
        <w:shd w:fill="F8E8E8" w:val="clear"/>
      </w:pPr>
      <w:r>
        <w:rPr>
          <w:rFonts w:ascii="Calibri" w:hAnsi="Calibri" w:eastAsia="Calibri"/>
          <w:b w:val="0"/>
          <w:i w:val="0"/>
          <w:color w:val="A02828"/>
          <w:sz w:val="22"/>
        </w:rPr>
        <w:t>B. [WRONG] Immediate portable CXR</w:t>
      </w:r>
    </w:p>
    <w:p>
      <w:pPr>
        <w:spacing w:before="0" w:after="20" w:line="259" w:lineRule="auto"/>
      </w:pPr>
      <w:r>
        <w:rPr>
          <w:rFonts w:ascii="Calibri" w:hAnsi="Calibri" w:eastAsia="Calibri"/>
          <w:b w:val="0"/>
          <w:i/>
          <w:color w:val="282828"/>
          <w:sz w:val="22"/>
        </w:rPr>
        <w:t>Bay: Needle is a bridge. Convert to finger thoracostomy and a drain now — the film can wait until he has a drain.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Pericardiocentesis</w:t>
      </w:r>
    </w:p>
    <w:p>
      <w:pPr>
        <w:spacing w:before="0" w:after="20" w:line="259" w:lineRule="auto"/>
      </w:pPr>
      <w:r>
        <w:rPr>
          <w:rFonts w:ascii="Calibri" w:hAnsi="Calibri" w:eastAsia="Calibri"/>
          <w:b w:val="0"/>
          <w:i/>
          <w:color w:val="282828"/>
          <w:sz w:val="22"/>
        </w:rPr>
        <w:t>Bay: You have already released air from the left chest. This is not tamponade.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Needle decompression of the right 2nd ICS</w:t>
      </w:r>
    </w:p>
    <w:p>
      <w:pPr>
        <w:spacing w:before="0" w:after="20" w:line="259" w:lineRule="auto"/>
      </w:pPr>
      <w:r>
        <w:rPr>
          <w:rFonts w:ascii="Calibri" w:hAnsi="Calibri" w:eastAsia="Calibri"/>
          <w:b w:val="0"/>
          <w:i/>
          <w:color w:val="282828"/>
          <w:sz w:val="22"/>
        </w:rPr>
        <w:t>Bay: Wrong side. The left still needs a finger and a drain.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CT chest before any drain</w:t>
      </w:r>
    </w:p>
    <w:p>
      <w:pPr>
        <w:spacing w:before="0" w:after="20" w:line="259" w:lineRule="auto"/>
      </w:pPr>
      <w:r>
        <w:rPr>
          <w:rFonts w:ascii="Calibri" w:hAnsi="Calibri" w:eastAsia="Calibri"/>
          <w:b w:val="0"/>
          <w:i/>
          <w:color w:val="282828"/>
          <w:sz w:val="22"/>
        </w:rPr>
        <w:t>Bay: Hypotensive penetrating chest trauma does not go to the scanner. Drain, then the trauma team.</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Drain is bubbling. You can send investigations from the bay.</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7.28  pCO2 6.1  pO2 8.8 on 15 L  HCO3 20  BE −6  lactate 3.8  K+ 4.0  Hb 128</w:t>
      </w:r>
    </w:p>
    <w:p>
      <w:pPr>
        <w:spacing w:before="0" w:after="40" w:line="259" w:lineRule="auto"/>
      </w:pPr>
      <w:r>
        <w:rPr>
          <w:rFonts w:ascii="Calibri" w:hAnsi="Calibri" w:eastAsia="Calibri"/>
          <w:b w:val="0"/>
          <w:i w:val="0"/>
          <w:sz w:val="22"/>
        </w:rPr>
        <w:t>Hypoxic and shocked. The drain is the treatment.</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5.8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sinus-tach</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Not yet — trauma catheter once the chest is decompressed.</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128   WCC 11.4   Plt 246</w:t>
      </w:r>
    </w:p>
    <w:p>
      <w:pPr>
        <w:spacing w:before="0" w:after="40" w:line="259" w:lineRule="auto"/>
      </w:pPr>
      <w:r>
        <w:rPr>
          <w:rFonts w:ascii="Calibri" w:hAnsi="Calibri" w:eastAsia="Calibri"/>
          <w:b w:val="0"/>
          <w:i w:val="0"/>
          <w:sz w:val="22"/>
        </w:rPr>
        <w:t>coag: PT 12.1 s   APTT 30 s</w:t>
      </w:r>
    </w:p>
    <w:p>
      <w:pPr>
        <w:spacing w:before="0" w:after="40" w:line="259" w:lineRule="auto"/>
      </w:pPr>
      <w:r>
        <w:rPr>
          <w:rFonts w:ascii="Calibri" w:hAnsi="Calibri" w:eastAsia="Calibri"/>
          <w:b w:val="0"/>
          <w:i w:val="0"/>
          <w:sz w:val="22"/>
        </w:rPr>
        <w:t>inr: 1.1</w:t>
      </w:r>
    </w:p>
    <w:p>
      <w:pPr>
        <w:spacing w:before="40" w:after="40" w:line="259" w:lineRule="auto"/>
      </w:pPr>
      <w:r>
        <w:rPr>
          <w:rFonts w:ascii="Calibri" w:hAnsi="Calibri" w:eastAsia="Calibri"/>
          <w:b w:val="0"/>
          <w:i w:val="0"/>
          <w:sz w:val="22"/>
        </w:rPr>
        <w:t>cxr (REQUIRED)</w:t>
      </w:r>
    </w:p>
    <w:p>
      <w:pPr>
        <w:spacing w:before="0" w:after="40" w:line="259" w:lineRule="auto"/>
      </w:pPr>
      <w:r>
        <w:rPr>
          <w:rFonts w:ascii="Calibri" w:hAnsi="Calibri" w:eastAsia="Calibri"/>
          <w:b w:val="0"/>
          <w:i w:val="0"/>
          <w:sz w:val="22"/>
        </w:rPr>
        <w:t>CXR: tension-left</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He is 92 systolic. Drain bubbling. Review any results that have returned — then decide.</w:t>
      </w:r>
    </w:p>
    <w:p>
      <w:pPr>
        <w:spacing w:before="120" w:after="20" w:line="259" w:lineRule="auto"/>
        <w:shd w:fill="E8F5EC" w:val="clear"/>
      </w:pPr>
      <w:r>
        <w:rPr>
          <w:rFonts w:ascii="Calibri" w:hAnsi="Calibri" w:eastAsia="Calibri"/>
          <w:b/>
          <w:i w:val="0"/>
          <w:color w:val="146E3C"/>
          <w:sz w:val="22"/>
        </w:rPr>
        <w:t>A. [CORRECT] Trauma team and TXA</w:t>
      </w:r>
    </w:p>
    <w:p>
      <w:pPr>
        <w:spacing w:before="0" w:after="20" w:line="259" w:lineRule="auto"/>
      </w:pPr>
      <w:r>
        <w:rPr>
          <w:rFonts w:ascii="Calibri" w:hAnsi="Calibri" w:eastAsia="Calibri"/>
          <w:b w:val="0"/>
          <w:i/>
          <w:color w:val="282828"/>
          <w:sz w:val="22"/>
        </w:rPr>
        <w:t>Bay: Trauma call out. TXA going in. Bloods and G&amp;S already off. Theatre are aware.</w:t>
      </w:r>
    </w:p>
    <w:p>
      <w:pPr>
        <w:spacing w:before="0" w:after="40" w:line="259" w:lineRule="auto"/>
      </w:pPr>
      <w:r>
        <w:rPr>
          <w:rFonts w:ascii="Calibri" w:hAnsi="Calibri" w:eastAsia="Calibri"/>
          <w:b w:val="0"/>
          <w:i/>
          <w:color w:val="5A4614"/>
          <w:sz w:val="20"/>
        </w:rPr>
        <w:t>Reaction: hr -8, sbp +8</w:t>
      </w:r>
    </w:p>
    <w:p>
      <w:pPr>
        <w:spacing w:before="80" w:after="40" w:line="259" w:lineRule="auto"/>
      </w:pPr>
      <w:r>
        <w:rPr>
          <w:rFonts w:ascii="Calibri" w:hAnsi="Calibri" w:eastAsia="Calibri"/>
          <w:b/>
          <w:i w:val="0"/>
          <w:color w:val="46326E"/>
          <w:sz w:val="22"/>
        </w:rPr>
        <w:t xml:space="preserve">    Follow-up: What dose?</w:t>
      </w:r>
    </w:p>
    <w:p>
      <w:pPr>
        <w:spacing w:before="120" w:after="20" w:line="259" w:lineRule="auto"/>
        <w:shd w:fill="E8F5EC" w:val="clear"/>
      </w:pPr>
      <w:r>
        <w:rPr>
          <w:rFonts w:ascii="Calibri" w:hAnsi="Calibri" w:eastAsia="Calibri"/>
          <w:b/>
          <w:i w:val="0"/>
          <w:color w:val="146E3C"/>
          <w:sz w:val="22"/>
        </w:rPr>
        <w:t xml:space="preserve">    A. [CORRECT] Tranexamic acid 1 g IV now</w:t>
      </w:r>
    </w:p>
    <w:p>
      <w:pPr>
        <w:spacing w:before="0" w:after="20" w:line="259" w:lineRule="auto"/>
      </w:pPr>
      <w:r>
        <w:rPr>
          <w:rFonts w:ascii="Calibri" w:hAnsi="Calibri" w:eastAsia="Calibri"/>
          <w:b w:val="0"/>
          <w:i/>
          <w:color w:val="282828"/>
          <w:sz w:val="22"/>
        </w:rPr>
        <w:t xml:space="preserve">       Bay: NICE NG39: 1 g TXA intravenously for significant haemorrhage, within 3 hours of injury.</w:t>
      </w:r>
    </w:p>
    <w:p>
      <w:pPr>
        <w:spacing w:before="120" w:after="20" w:line="259" w:lineRule="auto"/>
        <w:shd w:fill="F8E8E8" w:val="clear"/>
      </w:pPr>
      <w:r>
        <w:rPr>
          <w:rFonts w:ascii="Calibri" w:hAnsi="Calibri" w:eastAsia="Calibri"/>
          <w:b w:val="0"/>
          <w:i w:val="0"/>
          <w:color w:val="A02828"/>
          <w:sz w:val="22"/>
        </w:rPr>
        <w:t xml:space="preserve">    B. [WRONG] Tranexamic acid 1 g orally</w:t>
      </w:r>
    </w:p>
    <w:p>
      <w:pPr>
        <w:spacing w:before="0" w:after="20" w:line="259" w:lineRule="auto"/>
      </w:pPr>
      <w:r>
        <w:rPr>
          <w:rFonts w:ascii="Calibri" w:hAnsi="Calibri" w:eastAsia="Calibri"/>
          <w:b w:val="0"/>
          <w:i/>
          <w:color w:val="282828"/>
          <w:sz w:val="22"/>
        </w:rPr>
        <w:t xml:space="preserve">       Bay: IV, not oral, in hypotensive trauma.</w:t>
      </w:r>
    </w:p>
    <w:p>
      <w:pPr>
        <w:spacing w:before="120" w:after="20" w:line="259" w:lineRule="auto"/>
        <w:shd w:fill="F8E8E8" w:val="clear"/>
      </w:pPr>
      <w:r>
        <w:rPr>
          <w:rFonts w:ascii="Calibri" w:hAnsi="Calibri" w:eastAsia="Calibri"/>
          <w:b w:val="0"/>
          <w:i w:val="0"/>
          <w:color w:val="A02828"/>
          <w:sz w:val="22"/>
        </w:rPr>
        <w:t xml:space="preserve">    C. [WRONG] Tranexamic acid 5 g IV bolus</w:t>
      </w:r>
    </w:p>
    <w:p>
      <w:pPr>
        <w:spacing w:before="0" w:after="20" w:line="259" w:lineRule="auto"/>
      </w:pPr>
      <w:r>
        <w:rPr>
          <w:rFonts w:ascii="Calibri" w:hAnsi="Calibri" w:eastAsia="Calibri"/>
          <w:b w:val="0"/>
          <w:i/>
          <w:color w:val="282828"/>
          <w:sz w:val="22"/>
        </w:rPr>
        <w:t xml:space="preserve">       Bay: Load is 1 g. A 5 g bolus is not the NICE dose.</w:t>
      </w:r>
    </w:p>
    <w:p>
      <w:pPr>
        <w:spacing w:before="120" w:after="20" w:line="259" w:lineRule="auto"/>
        <w:shd w:fill="F8E8E8" w:val="clear"/>
      </w:pPr>
      <w:r>
        <w:rPr>
          <w:rFonts w:ascii="Calibri" w:hAnsi="Calibri" w:eastAsia="Calibri"/>
          <w:b w:val="0"/>
          <w:i w:val="0"/>
          <w:color w:val="A02828"/>
          <w:sz w:val="22"/>
        </w:rPr>
        <w:t xml:space="preserve">    D. [WRONG] Withhold TXA until the drain output is charted for an hour</w:t>
      </w:r>
    </w:p>
    <w:p>
      <w:pPr>
        <w:spacing w:before="0" w:after="20" w:line="259" w:lineRule="auto"/>
      </w:pPr>
      <w:r>
        <w:rPr>
          <w:rFonts w:ascii="Calibri" w:hAnsi="Calibri" w:eastAsia="Calibri"/>
          <w:b w:val="0"/>
          <w:i/>
          <w:color w:val="282828"/>
          <w:sz w:val="22"/>
        </w:rPr>
        <w:t xml:space="preserve">       Bay: Give it now. He is hypotensive after penetrating trauma.</w:t>
      </w:r>
    </w:p>
    <w:p>
      <w:pPr>
        <w:spacing w:before="120" w:after="20" w:line="259" w:lineRule="auto"/>
        <w:shd w:fill="F8E8E8" w:val="clear"/>
      </w:pPr>
      <w:r>
        <w:rPr>
          <w:rFonts w:ascii="Calibri" w:hAnsi="Calibri" w:eastAsia="Calibri"/>
          <w:b w:val="0"/>
          <w:i w:val="0"/>
          <w:color w:val="A02828"/>
          <w:sz w:val="22"/>
        </w:rPr>
        <w:t xml:space="preserve">    E. [WRONG] TXA 1 g after CT if a blush is reported</w:t>
      </w:r>
    </w:p>
    <w:p>
      <w:pPr>
        <w:spacing w:before="0" w:after="20" w:line="259" w:lineRule="auto"/>
      </w:pPr>
      <w:r>
        <w:rPr>
          <w:rFonts w:ascii="Calibri" w:hAnsi="Calibri" w:eastAsia="Calibri"/>
          <w:b w:val="0"/>
          <w:i/>
          <w:color w:val="282828"/>
          <w:sz w:val="22"/>
        </w:rPr>
        <w:t xml:space="preserve">       Bay: He is not going to CT hypotensive. Give TXA now.</w:t>
      </w:r>
    </w:p>
    <w:p>
      <w:pPr>
        <w:spacing w:before="120" w:after="20" w:line="259" w:lineRule="auto"/>
        <w:shd w:fill="F8E8E8" w:val="clear"/>
      </w:pPr>
      <w:r>
        <w:rPr>
          <w:rFonts w:ascii="Calibri" w:hAnsi="Calibri" w:eastAsia="Calibri"/>
          <w:b w:val="0"/>
          <w:i w:val="0"/>
          <w:color w:val="A02828"/>
          <w:sz w:val="22"/>
        </w:rPr>
        <w:t>B. [WRONG] CT chest and abdomen now he has a drain</w:t>
      </w:r>
    </w:p>
    <w:p>
      <w:pPr>
        <w:spacing w:before="0" w:after="20" w:line="259" w:lineRule="auto"/>
      </w:pPr>
      <w:r>
        <w:rPr>
          <w:rFonts w:ascii="Calibri" w:hAnsi="Calibri" w:eastAsia="Calibri"/>
          <w:b w:val="0"/>
          <w:i/>
          <w:color w:val="282828"/>
          <w:sz w:val="22"/>
        </w:rPr>
        <w:t>Bay: He was hypotensive with penetrating chest trauma. CT is for stable patients. Trauma team and theatre, not the scanner.</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Clamp the drain</w:t>
      </w:r>
    </w:p>
    <w:p>
      <w:pPr>
        <w:spacing w:before="0" w:after="20" w:line="259" w:lineRule="auto"/>
      </w:pPr>
      <w:r>
        <w:rPr>
          <w:rFonts w:ascii="Calibri" w:hAnsi="Calibri" w:eastAsia="Calibri"/>
          <w:b w:val="0"/>
          <w:i/>
          <w:color w:val="282828"/>
          <w:sz w:val="22"/>
        </w:rPr>
        <w:t>Bay: Do not clamp a drain placed for tension. He will re-tension in the bay.</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Withhold TXA</w:t>
      </w:r>
    </w:p>
    <w:p>
      <w:pPr>
        <w:spacing w:before="0" w:after="20" w:line="259" w:lineRule="auto"/>
      </w:pPr>
      <w:r>
        <w:rPr>
          <w:rFonts w:ascii="Calibri" w:hAnsi="Calibri" w:eastAsia="Calibri"/>
          <w:b w:val="0"/>
          <w:i/>
          <w:color w:val="282828"/>
          <w:sz w:val="22"/>
        </w:rPr>
        <w:t>Bay: He is hypotensive after penetrating trauma. Give TXA 1 g IV now, within 3 hours of injury.</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No trauma call</w:t>
      </w:r>
    </w:p>
    <w:p>
      <w:pPr>
        <w:spacing w:before="0" w:after="20" w:line="259" w:lineRule="auto"/>
      </w:pPr>
      <w:r>
        <w:rPr>
          <w:rFonts w:ascii="Calibri" w:hAnsi="Calibri" w:eastAsia="Calibri"/>
          <w:b w:val="0"/>
          <w:i/>
          <w:color w:val="282828"/>
          <w:sz w:val="22"/>
        </w:rPr>
        <w:t>Bay: Penetrating chest trauma with a tension needs a trauma team and a surgeon, not a quiet bay.</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Police are at the door. Collateral while theatre gear up.</w:t>
      </w:r>
    </w:p>
    <w:p>
      <w:pPr>
        <w:spacing w:before="120" w:after="20" w:line="259" w:lineRule="auto"/>
        <w:shd w:fill="E8F5EC" w:val="clear"/>
      </w:pPr>
      <w:r>
        <w:rPr>
          <w:rFonts w:ascii="Calibri" w:hAnsi="Calibri" w:eastAsia="Calibri"/>
          <w:b/>
          <w:i w:val="0"/>
          <w:color w:val="146E3C"/>
          <w:sz w:val="22"/>
        </w:rPr>
        <w:t>A. [CORRECT] Ask about weapon, number of wounds, time of injury and last ate / drank</w:t>
      </w:r>
    </w:p>
    <w:p>
      <w:pPr>
        <w:spacing w:before="0" w:after="20" w:line="259" w:lineRule="auto"/>
      </w:pPr>
      <w:r>
        <w:rPr>
          <w:rFonts w:ascii="Calibri" w:hAnsi="Calibri" w:eastAsia="Calibri"/>
          <w:b w:val="0"/>
          <w:i/>
          <w:color w:val="282828"/>
          <w:sz w:val="22"/>
        </w:rPr>
        <w:t>Bay: Single knife, one wound, 00:40, last ate at 22:00.</w:t>
      </w:r>
    </w:p>
    <w:p>
      <w:pPr>
        <w:spacing w:before="120" w:after="20" w:line="259" w:lineRule="auto"/>
        <w:shd w:fill="E8F5EC" w:val="clear"/>
      </w:pPr>
      <w:r>
        <w:rPr>
          <w:rFonts w:ascii="Calibri" w:hAnsi="Calibri" w:eastAsia="Calibri"/>
          <w:b/>
          <w:i w:val="0"/>
          <w:color w:val="146E3C"/>
          <w:sz w:val="22"/>
        </w:rPr>
        <w:t>B. [CORRECT] Check tetanus status, anticoagulants and previous surgery</w:t>
      </w:r>
    </w:p>
    <w:p>
      <w:pPr>
        <w:spacing w:before="0" w:after="20" w:line="259" w:lineRule="auto"/>
      </w:pPr>
      <w:r>
        <w:rPr>
          <w:rFonts w:ascii="Calibri" w:hAnsi="Calibri" w:eastAsia="Calibri"/>
          <w:b w:val="0"/>
          <w:i/>
          <w:color w:val="282828"/>
          <w:sz w:val="22"/>
        </w:rPr>
        <w:t>Bay: Tetanus overdue. No anticoagulants. No previous chest surgery.</w:t>
      </w:r>
    </w:p>
    <w:p>
      <w:pPr>
        <w:spacing w:before="120" w:after="20" w:line="259" w:lineRule="auto"/>
        <w:shd w:fill="E8F5EC" w:val="clear"/>
      </w:pPr>
      <w:r>
        <w:rPr>
          <w:rFonts w:ascii="Calibri" w:hAnsi="Calibri" w:eastAsia="Calibri"/>
          <w:b/>
          <w:i w:val="0"/>
          <w:color w:val="146E3C"/>
          <w:sz w:val="22"/>
        </w:rPr>
        <w:t>C. [CORRECT] Log-roll and look for a second wound, including the back and axilla</w:t>
      </w:r>
    </w:p>
    <w:p>
      <w:pPr>
        <w:spacing w:before="0" w:after="20" w:line="259" w:lineRule="auto"/>
      </w:pPr>
      <w:r>
        <w:rPr>
          <w:rFonts w:ascii="Calibri" w:hAnsi="Calibri" w:eastAsia="Calibri"/>
          <w:b w:val="0"/>
          <w:i/>
          <w:color w:val="282828"/>
          <w:sz w:val="22"/>
        </w:rPr>
        <w:t>Bay: No second wound. Spine not tender. No posterior exit.</w:t>
      </w:r>
    </w:p>
    <w:p>
      <w:pPr>
        <w:spacing w:before="120" w:after="20" w:line="259" w:lineRule="auto"/>
        <w:shd w:fill="F8E8E8" w:val="clear"/>
      </w:pPr>
      <w:r>
        <w:rPr>
          <w:rFonts w:ascii="Calibri" w:hAnsi="Calibri" w:eastAsia="Calibri"/>
          <w:b w:val="0"/>
          <w:i w:val="0"/>
          <w:color w:val="A02828"/>
          <w:sz w:val="22"/>
        </w:rPr>
        <w:t>D. [WRONG] Await a formal consultant-reported CT before calling the trauma team</w:t>
      </w:r>
    </w:p>
    <w:p>
      <w:pPr>
        <w:spacing w:before="0" w:after="20" w:line="259" w:lineRule="auto"/>
      </w:pPr>
      <w:r>
        <w:rPr>
          <w:rFonts w:ascii="Calibri" w:hAnsi="Calibri" w:eastAsia="Calibri"/>
          <w:b w:val="0"/>
          <w:i/>
          <w:color w:val="282828"/>
          <w:sz w:val="22"/>
        </w:rPr>
        <w:t>Bay: The trauma team should already be here. Do not wait on a film.</w:t>
      </w:r>
    </w:p>
    <w:p>
      <w:pPr>
        <w:spacing w:before="120" w:after="20" w:line="259" w:lineRule="auto"/>
        <w:shd w:fill="F8E8E8" w:val="clear"/>
      </w:pPr>
      <w:r>
        <w:rPr>
          <w:rFonts w:ascii="Calibri" w:hAnsi="Calibri" w:eastAsia="Calibri"/>
          <w:b w:val="0"/>
          <w:i w:val="0"/>
          <w:color w:val="A02828"/>
          <w:sz w:val="22"/>
        </w:rPr>
        <w:t>E. [WRONG] Send him to the plaster room for a 'stab-wound dressing review'</w:t>
      </w:r>
    </w:p>
    <w:p>
      <w:pPr>
        <w:spacing w:before="0" w:after="20" w:line="259" w:lineRule="auto"/>
      </w:pPr>
      <w:r>
        <w:rPr>
          <w:rFonts w:ascii="Calibri" w:hAnsi="Calibri" w:eastAsia="Calibri"/>
          <w:b w:val="0"/>
          <w:i/>
          <w:color w:val="282828"/>
          <w:sz w:val="22"/>
        </w:rPr>
        <w:t>Bay: He had a tension pneumothorax. That is not a dressing clinic.</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Left-sided tension pneumothorax</w:t>
      </w:r>
    </w:p>
    <w:p>
      <w:pPr>
        <w:spacing w:before="0" w:after="20" w:line="259" w:lineRule="auto"/>
      </w:pPr>
      <w:r>
        <w:rPr>
          <w:rFonts w:ascii="Calibri" w:hAnsi="Calibri" w:eastAsia="Calibri"/>
          <w:b w:val="0"/>
          <w:i/>
          <w:color w:val="282828"/>
          <w:sz w:val="22"/>
        </w:rPr>
        <w:t>Bay: Penetrating left chest, silent hyper-resonant side, tracheal deviation, shock. Decompressed.</w:t>
      </w:r>
    </w:p>
    <w:p>
      <w:pPr>
        <w:spacing w:before="120" w:after="20" w:line="259" w:lineRule="auto"/>
        <w:shd w:fill="F8E8E8" w:val="clear"/>
      </w:pPr>
      <w:r>
        <w:rPr>
          <w:rFonts w:ascii="Calibri" w:hAnsi="Calibri" w:eastAsia="Calibri"/>
          <w:b w:val="0"/>
          <w:i w:val="0"/>
          <w:color w:val="A02828"/>
          <w:sz w:val="22"/>
        </w:rPr>
        <w:t>B. [WRONG] Cardiac tamponade as the lead diagnosis</w:t>
      </w:r>
    </w:p>
    <w:p>
      <w:pPr>
        <w:spacing w:before="0" w:after="20" w:line="259" w:lineRule="auto"/>
      </w:pPr>
      <w:r>
        <w:rPr>
          <w:rFonts w:ascii="Calibri" w:hAnsi="Calibri" w:eastAsia="Calibri"/>
          <w:b w:val="0"/>
          <w:i/>
          <w:color w:val="282828"/>
          <w:sz w:val="22"/>
        </w:rPr>
        <w:t>Bay: Heart sounds were present, the left chest was silent and hyper-resonant, and air hissed out of the needle.</w:t>
      </w:r>
    </w:p>
    <w:p>
      <w:pPr>
        <w:spacing w:before="120" w:after="20" w:line="259" w:lineRule="auto"/>
        <w:shd w:fill="F8E8E8" w:val="clear"/>
      </w:pPr>
      <w:r>
        <w:rPr>
          <w:rFonts w:ascii="Calibri" w:hAnsi="Calibri" w:eastAsia="Calibri"/>
          <w:b w:val="0"/>
          <w:i w:val="0"/>
          <w:color w:val="A02828"/>
          <w:sz w:val="22"/>
        </w:rPr>
        <w:t>C. [WRONG] Massive haemothorax without tension</w:t>
      </w:r>
    </w:p>
    <w:p>
      <w:pPr>
        <w:spacing w:before="0" w:after="20" w:line="259" w:lineRule="auto"/>
      </w:pPr>
      <w:r>
        <w:rPr>
          <w:rFonts w:ascii="Calibri" w:hAnsi="Calibri" w:eastAsia="Calibri"/>
          <w:b w:val="0"/>
          <w:i/>
          <w:color w:val="282828"/>
          <w:sz w:val="22"/>
        </w:rPr>
        <w:t>Bay: There was a hiss of air and tracheal deviation. Blood in the drain later does not undo the tension.</w:t>
      </w:r>
    </w:p>
    <w:p>
      <w:pPr>
        <w:spacing w:before="120" w:after="20" w:line="259" w:lineRule="auto"/>
        <w:shd w:fill="F8E8E8" w:val="clear"/>
      </w:pPr>
      <w:r>
        <w:rPr>
          <w:rFonts w:ascii="Calibri" w:hAnsi="Calibri" w:eastAsia="Calibri"/>
          <w:b w:val="0"/>
          <w:i w:val="0"/>
          <w:color w:val="A02828"/>
          <w:sz w:val="22"/>
        </w:rPr>
        <w:t>D. [WRONG] Simple pneumothorax without mediastinal shift</w:t>
      </w:r>
    </w:p>
    <w:p>
      <w:pPr>
        <w:spacing w:before="0" w:after="20" w:line="259" w:lineRule="auto"/>
      </w:pPr>
      <w:r>
        <w:rPr>
          <w:rFonts w:ascii="Calibri" w:hAnsi="Calibri" w:eastAsia="Calibri"/>
          <w:b w:val="0"/>
          <w:i/>
          <w:color w:val="282828"/>
          <w:sz w:val="22"/>
        </w:rPr>
        <w:t>Bay: He was hypotensive with tracheal deviation. That is tension until decompressed.</w:t>
      </w:r>
    </w:p>
    <w:p>
      <w:pPr>
        <w:spacing w:before="120" w:after="20" w:line="259" w:lineRule="auto"/>
        <w:shd w:fill="F8E8E8" w:val="clear"/>
      </w:pPr>
      <w:r>
        <w:rPr>
          <w:rFonts w:ascii="Calibri" w:hAnsi="Calibri" w:eastAsia="Calibri"/>
          <w:b w:val="0"/>
          <w:i w:val="0"/>
          <w:color w:val="A02828"/>
          <w:sz w:val="22"/>
        </w:rPr>
        <w:t>E. [WRONG] Right main-bronchus intubation as the cause of a silent left chest</w:t>
      </w:r>
    </w:p>
    <w:p>
      <w:pPr>
        <w:spacing w:before="0" w:after="20" w:line="259" w:lineRule="auto"/>
      </w:pPr>
      <w:r>
        <w:rPr>
          <w:rFonts w:ascii="Calibri" w:hAnsi="Calibri" w:eastAsia="Calibri"/>
          <w:b w:val="0"/>
          <w:i/>
          <w:color w:val="282828"/>
          <w:sz w:val="22"/>
        </w:rPr>
        <w:t>Bay: He has not been intubated. There is a stab wound on the left.</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Drain is swinging. Cardiothoracics are on the phone.</w:t>
      </w:r>
    </w:p>
    <w:p>
      <w:pPr>
        <w:spacing w:before="120" w:after="20" w:line="259" w:lineRule="auto"/>
        <w:shd w:fill="E8F5EC" w:val="clear"/>
      </w:pPr>
      <w:r>
        <w:rPr>
          <w:rFonts w:ascii="Calibri" w:hAnsi="Calibri" w:eastAsia="Calibri"/>
          <w:b/>
          <w:i w:val="0"/>
          <w:color w:val="146E3C"/>
          <w:sz w:val="22"/>
        </w:rPr>
        <w:t>A. [CORRECT] Unclamped drain and surgical review</w:t>
      </w:r>
    </w:p>
    <w:p>
      <w:pPr>
        <w:spacing w:before="0" w:after="20" w:line="259" w:lineRule="auto"/>
      </w:pPr>
      <w:r>
        <w:rPr>
          <w:rFonts w:ascii="Calibri" w:hAnsi="Calibri" w:eastAsia="Calibri"/>
          <w:b w:val="0"/>
          <w:i/>
          <w:color w:val="282828"/>
          <w:sz w:val="22"/>
        </w:rPr>
        <w:t>Bay: Drain stays unclamped. They will take him from the bay if output climbs or he dumps his pressure.</w:t>
      </w:r>
    </w:p>
    <w:p>
      <w:pPr>
        <w:spacing w:before="0" w:after="40" w:line="259" w:lineRule="auto"/>
      </w:pPr>
      <w:r>
        <w:rPr>
          <w:rFonts w:ascii="Calibri" w:hAnsi="Calibri" w:eastAsia="Calibri"/>
          <w:b w:val="0"/>
          <w:i/>
          <w:color w:val="5A4614"/>
          <w:sz w:val="20"/>
        </w:rPr>
        <w:t>Reaction: sbp +6, spo2 +3</w:t>
      </w:r>
    </w:p>
    <w:p>
      <w:pPr>
        <w:spacing w:before="80" w:after="40" w:line="259" w:lineRule="auto"/>
      </w:pPr>
      <w:r>
        <w:rPr>
          <w:rFonts w:ascii="Calibri" w:hAnsi="Calibri" w:eastAsia="Calibri"/>
          <w:b/>
          <w:i w:val="0"/>
          <w:color w:val="46326E"/>
          <w:sz w:val="22"/>
        </w:rPr>
        <w:t xml:space="preserve">    Follow-up: What dose?</w:t>
      </w:r>
    </w:p>
    <w:p>
      <w:pPr>
        <w:spacing w:before="120" w:after="20" w:line="259" w:lineRule="auto"/>
        <w:shd w:fill="E8F5EC" w:val="clear"/>
      </w:pPr>
      <w:r>
        <w:rPr>
          <w:rFonts w:ascii="Calibri" w:hAnsi="Calibri" w:eastAsia="Calibri"/>
          <w:b/>
          <w:i w:val="0"/>
          <w:color w:val="146E3C"/>
          <w:sz w:val="22"/>
        </w:rPr>
        <w:t xml:space="preserve">    A. [CORRECT] Leave the drain unclamped on an underwater seal; escort to theatre if output is high</w:t>
      </w:r>
    </w:p>
    <w:p>
      <w:pPr>
        <w:spacing w:before="0" w:after="20" w:line="259" w:lineRule="auto"/>
      </w:pPr>
      <w:r>
        <w:rPr>
          <w:rFonts w:ascii="Calibri" w:hAnsi="Calibri" w:eastAsia="Calibri"/>
          <w:b w:val="0"/>
          <w:i/>
          <w:color w:val="282828"/>
          <w:sz w:val="22"/>
        </w:rPr>
        <w:t xml:space="preserve">       Bay: Never clamp a tension drain. Surgery if ongoing blood loss or persistent air leak with instability.</w:t>
      </w:r>
    </w:p>
    <w:p>
      <w:pPr>
        <w:spacing w:before="120" w:after="20" w:line="259" w:lineRule="auto"/>
        <w:shd w:fill="F8E8E8" w:val="clear"/>
      </w:pPr>
      <w:r>
        <w:rPr>
          <w:rFonts w:ascii="Calibri" w:hAnsi="Calibri" w:eastAsia="Calibri"/>
          <w:b w:val="0"/>
          <w:i w:val="0"/>
          <w:color w:val="A02828"/>
          <w:sz w:val="22"/>
        </w:rPr>
        <w:t xml:space="preserve">    B. [WRONG] Clamp the drain for transfer so it does not fall out</w:t>
      </w:r>
    </w:p>
    <w:p>
      <w:pPr>
        <w:spacing w:before="0" w:after="20" w:line="259" w:lineRule="auto"/>
      </w:pPr>
      <w:r>
        <w:rPr>
          <w:rFonts w:ascii="Calibri" w:hAnsi="Calibri" w:eastAsia="Calibri"/>
          <w:b w:val="0"/>
          <w:i/>
          <w:color w:val="282828"/>
          <w:sz w:val="22"/>
        </w:rPr>
        <w:t xml:space="preserve">       Bay: A clamped drain re-tensions. Keep it unclamped and below the chest.</w:t>
      </w:r>
    </w:p>
    <w:p>
      <w:pPr>
        <w:spacing w:before="120" w:after="20" w:line="259" w:lineRule="auto"/>
        <w:shd w:fill="F8E8E8" w:val="clear"/>
      </w:pPr>
      <w:r>
        <w:rPr>
          <w:rFonts w:ascii="Calibri" w:hAnsi="Calibri" w:eastAsia="Calibri"/>
          <w:b w:val="0"/>
          <w:i w:val="0"/>
          <w:color w:val="A02828"/>
          <w:sz w:val="22"/>
        </w:rPr>
        <w:t xml:space="preserve">    C. [WRONG] Put the drain on high wall suction immediately in ED</w:t>
      </w:r>
    </w:p>
    <w:p>
      <w:pPr>
        <w:spacing w:before="0" w:after="20" w:line="259" w:lineRule="auto"/>
      </w:pPr>
      <w:r>
        <w:rPr>
          <w:rFonts w:ascii="Calibri" w:hAnsi="Calibri" w:eastAsia="Calibri"/>
          <w:b w:val="0"/>
          <w:i/>
          <w:color w:val="282828"/>
          <w:sz w:val="22"/>
        </w:rPr>
        <w:t xml:space="preserve">       Bay: Underwater seal first. Suction is a later, specialist decision.</w:t>
      </w:r>
    </w:p>
    <w:p>
      <w:pPr>
        <w:spacing w:before="120" w:after="20" w:line="259" w:lineRule="auto"/>
        <w:shd w:fill="F8E8E8" w:val="clear"/>
      </w:pPr>
      <w:r>
        <w:rPr>
          <w:rFonts w:ascii="Calibri" w:hAnsi="Calibri" w:eastAsia="Calibri"/>
          <w:b w:val="0"/>
          <w:i w:val="0"/>
          <w:color w:val="A02828"/>
          <w:sz w:val="22"/>
        </w:rPr>
        <w:t xml:space="preserve">    D. [WRONG] Remove the drain in resus now the CXR has been taken</w:t>
      </w:r>
    </w:p>
    <w:p>
      <w:pPr>
        <w:spacing w:before="0" w:after="20" w:line="259" w:lineRule="auto"/>
      </w:pPr>
      <w:r>
        <w:rPr>
          <w:rFonts w:ascii="Calibri" w:hAnsi="Calibri" w:eastAsia="Calibri"/>
          <w:b w:val="0"/>
          <w:i/>
          <w:color w:val="282828"/>
          <w:sz w:val="22"/>
        </w:rPr>
        <w:t xml:space="preserve">       Bay: It has only just gone in. Leave it. Repeat film for position, then surgery review.</w:t>
      </w:r>
    </w:p>
    <w:p>
      <w:pPr>
        <w:spacing w:before="120" w:after="20" w:line="259" w:lineRule="auto"/>
        <w:shd w:fill="F8E8E8" w:val="clear"/>
      </w:pPr>
      <w:r>
        <w:rPr>
          <w:rFonts w:ascii="Calibri" w:hAnsi="Calibri" w:eastAsia="Calibri"/>
          <w:b w:val="0"/>
          <w:i w:val="0"/>
          <w:color w:val="A02828"/>
          <w:sz w:val="22"/>
        </w:rPr>
        <w:t xml:space="preserve">    E. [WRONG] Replace with a 12 F Seldinger because it looks tidier</w:t>
      </w:r>
    </w:p>
    <w:p>
      <w:pPr>
        <w:spacing w:before="0" w:after="20" w:line="259" w:lineRule="auto"/>
      </w:pPr>
      <w:r>
        <w:rPr>
          <w:rFonts w:ascii="Calibri" w:hAnsi="Calibri" w:eastAsia="Calibri"/>
          <w:b w:val="0"/>
          <w:i/>
          <w:color w:val="282828"/>
          <w:sz w:val="22"/>
        </w:rPr>
        <w:t xml:space="preserve">       Bay: He needs the large-bore trauma drain he already has.</w:t>
      </w:r>
    </w:p>
    <w:p>
      <w:pPr>
        <w:spacing w:before="120" w:after="20" w:line="259" w:lineRule="auto"/>
        <w:shd w:fill="F8E8E8" w:val="clear"/>
      </w:pPr>
      <w:r>
        <w:rPr>
          <w:rFonts w:ascii="Calibri" w:hAnsi="Calibri" w:eastAsia="Calibri"/>
          <w:b w:val="0"/>
          <w:i w:val="0"/>
          <w:color w:val="A02828"/>
          <w:sz w:val="22"/>
        </w:rPr>
        <w:t>B. [WRONG] Clamp the drain for the corridor</w:t>
      </w:r>
    </w:p>
    <w:p>
      <w:pPr>
        <w:spacing w:before="0" w:after="20" w:line="259" w:lineRule="auto"/>
      </w:pPr>
      <w:r>
        <w:rPr>
          <w:rFonts w:ascii="Calibri" w:hAnsi="Calibri" w:eastAsia="Calibri"/>
          <w:b w:val="0"/>
          <w:i/>
          <w:color w:val="282828"/>
          <w:sz w:val="22"/>
        </w:rPr>
        <w:t>Bay: Clamping a drain placed for tension is how he arrests in the lift.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Remove the drain now saturations are 94%</w:t>
      </w:r>
    </w:p>
    <w:p>
      <w:pPr>
        <w:spacing w:before="0" w:after="20" w:line="259" w:lineRule="auto"/>
      </w:pPr>
      <w:r>
        <w:rPr>
          <w:rFonts w:ascii="Calibri" w:hAnsi="Calibri" w:eastAsia="Calibri"/>
          <w:b w:val="0"/>
          <w:i/>
          <w:color w:val="282828"/>
          <w:sz w:val="22"/>
        </w:rPr>
        <w:t>Bay: Far too early. Leave it, repeat the film, wait for surgical review.</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CT before surgical review because he is 'stable enough'</w:t>
      </w:r>
    </w:p>
    <w:p>
      <w:pPr>
        <w:spacing w:before="0" w:after="20" w:line="259" w:lineRule="auto"/>
      </w:pPr>
      <w:r>
        <w:rPr>
          <w:rFonts w:ascii="Calibri" w:hAnsi="Calibri" w:eastAsia="Calibri"/>
          <w:b w:val="0"/>
          <w:i/>
          <w:color w:val="282828"/>
          <w:sz w:val="22"/>
        </w:rPr>
        <w:t>Bay: Penetrating chest trauma with a recent tension belongs with surgeons, not in a scanner first.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Discharge home with a Heimlich valve and a clinic appointment</w:t>
      </w:r>
    </w:p>
    <w:p>
      <w:pPr>
        <w:spacing w:before="0" w:after="20" w:line="259" w:lineRule="auto"/>
      </w:pPr>
      <w:r>
        <w:rPr>
          <w:rFonts w:ascii="Calibri" w:hAnsi="Calibri" w:eastAsia="Calibri"/>
          <w:b w:val="0"/>
          <w:i/>
          <w:color w:val="282828"/>
          <w:sz w:val="22"/>
        </w:rPr>
        <w:t>Bay: Hypotensive penetrating trauma is not an ambulatory pneumothorax pathway.</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He is talking. Drain bubbling.</w:t>
      </w:r>
    </w:p>
    <w:p>
      <w:pPr>
        <w:spacing w:before="120" w:after="20" w:line="259" w:lineRule="auto"/>
        <w:shd w:fill="E8F5EC" w:val="clear"/>
      </w:pPr>
      <w:r>
        <w:rPr>
          <w:rFonts w:ascii="Calibri" w:hAnsi="Calibri" w:eastAsia="Calibri"/>
          <w:b/>
          <w:i w:val="0"/>
          <w:color w:val="146E3C"/>
          <w:sz w:val="22"/>
        </w:rPr>
        <w:t>A. [CORRECT] Theatres / cardiothoracics (or MTC theatre) now</w:t>
      </w:r>
    </w:p>
    <w:p>
      <w:pPr>
        <w:spacing w:before="0" w:after="20" w:line="259" w:lineRule="auto"/>
      </w:pPr>
      <w:r>
        <w:rPr>
          <w:rFonts w:ascii="Calibri" w:hAnsi="Calibri" w:eastAsia="Calibri"/>
          <w:b w:val="0"/>
          <w:i/>
          <w:color w:val="282828"/>
          <w:sz w:val="22"/>
        </w:rPr>
        <w:t>Bay: Correct destination.</w:t>
      </w:r>
    </w:p>
    <w:p>
      <w:pPr>
        <w:spacing w:before="120" w:after="20" w:line="259" w:lineRule="auto"/>
        <w:shd w:fill="F8E8E8" w:val="clear"/>
      </w:pPr>
      <w:r>
        <w:rPr>
          <w:rFonts w:ascii="Calibri" w:hAnsi="Calibri" w:eastAsia="Calibri"/>
          <w:b w:val="0"/>
          <w:i w:val="0"/>
          <w:color w:val="A02828"/>
          <w:sz w:val="22"/>
        </w:rPr>
        <w:t>B. [WRONG] Acute medical unit with a chest drain and 4-hourly observations</w:t>
      </w:r>
    </w:p>
    <w:p>
      <w:pPr>
        <w:spacing w:before="0" w:after="20" w:line="259" w:lineRule="auto"/>
      </w:pPr>
      <w:r>
        <w:rPr>
          <w:rFonts w:ascii="Calibri" w:hAnsi="Calibri" w:eastAsia="Calibri"/>
          <w:b w:val="0"/>
          <w:i/>
          <w:color w:val="282828"/>
          <w:sz w:val="22"/>
        </w:rPr>
        <w:t>Bay: Penetrating tension does not go to AMU.</w:t>
      </w:r>
    </w:p>
    <w:p>
      <w:pPr>
        <w:spacing w:before="120" w:after="20" w:line="259" w:lineRule="auto"/>
        <w:shd w:fill="F8E8E8" w:val="clear"/>
      </w:pPr>
      <w:r>
        <w:rPr>
          <w:rFonts w:ascii="Calibri" w:hAnsi="Calibri" w:eastAsia="Calibri"/>
          <w:b w:val="0"/>
          <w:i w:val="0"/>
          <w:color w:val="A02828"/>
          <w:sz w:val="22"/>
        </w:rPr>
        <w:t>C. [WRONG] Home with safety-netting once a CXR is reported</w:t>
      </w:r>
    </w:p>
    <w:p>
      <w:pPr>
        <w:spacing w:before="0" w:after="20" w:line="259" w:lineRule="auto"/>
      </w:pPr>
      <w:r>
        <w:rPr>
          <w:rFonts w:ascii="Calibri" w:hAnsi="Calibri" w:eastAsia="Calibri"/>
          <w:b w:val="0"/>
          <w:i/>
          <w:color w:val="282828"/>
          <w:sz w:val="22"/>
        </w:rPr>
        <w:t>Bay: He was peri-arrest with a stab wound.</w:t>
      </w:r>
    </w:p>
    <w:p>
      <w:pPr>
        <w:spacing w:before="120" w:after="20" w:line="259" w:lineRule="auto"/>
        <w:shd w:fill="F8E8E8" w:val="clear"/>
      </w:pPr>
      <w:r>
        <w:rPr>
          <w:rFonts w:ascii="Calibri" w:hAnsi="Calibri" w:eastAsia="Calibri"/>
          <w:b w:val="0"/>
          <w:i w:val="0"/>
          <w:color w:val="A02828"/>
          <w:sz w:val="22"/>
        </w:rPr>
        <w:t>D. [WRONG] General ICU without surgical review</w:t>
      </w:r>
    </w:p>
    <w:p>
      <w:pPr>
        <w:spacing w:before="0" w:after="20" w:line="259" w:lineRule="auto"/>
      </w:pPr>
      <w:r>
        <w:rPr>
          <w:rFonts w:ascii="Calibri" w:hAnsi="Calibri" w:eastAsia="Calibri"/>
          <w:b w:val="0"/>
          <w:i/>
          <w:color w:val="282828"/>
          <w:sz w:val="22"/>
        </w:rPr>
        <w:t>Bay: Critical care without a surgeon seeing the drain is the wrong sequence.</w:t>
      </w:r>
    </w:p>
    <w:p>
      <w:pPr>
        <w:spacing w:before="120" w:after="20" w:line="259" w:lineRule="auto"/>
        <w:shd w:fill="F8E8E8" w:val="clear"/>
      </w:pPr>
      <w:r>
        <w:rPr>
          <w:rFonts w:ascii="Calibri" w:hAnsi="Calibri" w:eastAsia="Calibri"/>
          <w:b w:val="0"/>
          <w:i w:val="0"/>
          <w:color w:val="A02828"/>
          <w:sz w:val="22"/>
        </w:rPr>
        <w:t>E. [WRONG] Interventional radiology for elective embolisation overnight</w:t>
      </w:r>
    </w:p>
    <w:p>
      <w:pPr>
        <w:spacing w:before="0" w:after="20" w:line="259" w:lineRule="auto"/>
      </w:pPr>
      <w:r>
        <w:rPr>
          <w:rFonts w:ascii="Calibri" w:hAnsi="Calibri" w:eastAsia="Calibri"/>
          <w:b w:val="0"/>
          <w:i/>
          <w:color w:val="282828"/>
          <w:sz w:val="22"/>
        </w:rPr>
        <w:t>Bay: This is a knife in the chest, not a delayed IR case.</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he leaves the bay.</w:t>
      </w:r>
    </w:p>
    <w:p>
      <w:pPr>
        <w:spacing w:before="120" w:after="20" w:line="259" w:lineRule="auto"/>
        <w:shd w:fill="E8F5EC" w:val="clear"/>
      </w:pPr>
      <w:r>
        <w:rPr>
          <w:rFonts w:ascii="Calibri" w:hAnsi="Calibri" w:eastAsia="Calibri"/>
          <w:b/>
          <w:i w:val="0"/>
          <w:color w:val="146E3C"/>
          <w:sz w:val="22"/>
        </w:rPr>
        <w:t>A. [CORRECT] Tetanus, antibiotics as per protocol, CXR for drain position, update family, keep unclamped</w:t>
      </w:r>
    </w:p>
    <w:p>
      <w:pPr>
        <w:spacing w:before="0" w:after="20" w:line="259" w:lineRule="auto"/>
      </w:pPr>
      <w:r>
        <w:rPr>
          <w:rFonts w:ascii="Calibri" w:hAnsi="Calibri" w:eastAsia="Calibri"/>
          <w:b w:val="0"/>
          <w:i/>
          <w:color w:val="282828"/>
          <w:sz w:val="22"/>
        </w:rPr>
        <w:t>Bay: Tetanus booster in. Co-amoxiclav as per local penetrating-chest protocol. Film shows the drain in. Mother is being called.</w:t>
      </w:r>
    </w:p>
    <w:p>
      <w:pPr>
        <w:spacing w:before="80" w:after="40" w:line="259" w:lineRule="auto"/>
      </w:pPr>
      <w:r>
        <w:rPr>
          <w:rFonts w:ascii="Calibri" w:hAnsi="Calibri" w:eastAsia="Calibri"/>
          <w:b/>
          <w:i w:val="0"/>
          <w:color w:val="46326E"/>
          <w:sz w:val="22"/>
        </w:rPr>
        <w:t xml:space="preserve">    Follow-up: What must you confirm before theatre?</w:t>
      </w:r>
    </w:p>
    <w:p>
      <w:pPr>
        <w:spacing w:before="120" w:after="20" w:line="259" w:lineRule="auto"/>
        <w:shd w:fill="E8F5EC" w:val="clear"/>
      </w:pPr>
      <w:r>
        <w:rPr>
          <w:rFonts w:ascii="Calibri" w:hAnsi="Calibri" w:eastAsia="Calibri"/>
          <w:b/>
          <w:i w:val="0"/>
          <w:color w:val="146E3C"/>
          <w:sz w:val="22"/>
        </w:rPr>
        <w:t xml:space="preserve">    A. [CORRECT] Drain swinging or bubbling, unclamped, post-drain film</w:t>
      </w:r>
    </w:p>
    <w:p>
      <w:pPr>
        <w:spacing w:before="0" w:after="20" w:line="259" w:lineRule="auto"/>
      </w:pPr>
      <w:r>
        <w:rPr>
          <w:rFonts w:ascii="Calibri" w:hAnsi="Calibri" w:eastAsia="Calibri"/>
          <w:b w:val="0"/>
          <w:i/>
          <w:color w:val="282828"/>
          <w:sz w:val="22"/>
        </w:rPr>
        <w:t xml:space="preserve">       Bay: Confirm the drain works and is in. Leave it unclamped.</w:t>
      </w:r>
    </w:p>
    <w:p>
      <w:pPr>
        <w:spacing w:before="120" w:after="20" w:line="259" w:lineRule="auto"/>
        <w:shd w:fill="F8E8E8" w:val="clear"/>
      </w:pPr>
      <w:r>
        <w:rPr>
          <w:rFonts w:ascii="Calibri" w:hAnsi="Calibri" w:eastAsia="Calibri"/>
          <w:b w:val="0"/>
          <w:i w:val="0"/>
          <w:color w:val="A02828"/>
          <w:sz w:val="22"/>
        </w:rPr>
        <w:t xml:space="preserve">    B. [WRONG] The drain clamped for a 'clean' transfer</w:t>
      </w:r>
    </w:p>
    <w:p>
      <w:pPr>
        <w:spacing w:before="0" w:after="20" w:line="259" w:lineRule="auto"/>
      </w:pPr>
      <w:r>
        <w:rPr>
          <w:rFonts w:ascii="Calibri" w:hAnsi="Calibri" w:eastAsia="Calibri"/>
          <w:b w:val="0"/>
          <w:i/>
          <w:color w:val="282828"/>
          <w:sz w:val="22"/>
        </w:rPr>
        <w:t xml:space="preserve">       Bay: He will re-tension in the corridor.</w:t>
      </w:r>
    </w:p>
    <w:p>
      <w:pPr>
        <w:spacing w:before="120" w:after="20" w:line="259" w:lineRule="auto"/>
        <w:shd w:fill="F8E8E8" w:val="clear"/>
      </w:pPr>
      <w:r>
        <w:rPr>
          <w:rFonts w:ascii="Calibri" w:hAnsi="Calibri" w:eastAsia="Calibri"/>
          <w:b w:val="0"/>
          <w:i w:val="0"/>
          <w:color w:val="A02828"/>
          <w:sz w:val="22"/>
        </w:rPr>
        <w:t xml:space="preserve">    C. [WRONG] A consultant-reported CT chest</w:t>
      </w:r>
    </w:p>
    <w:p>
      <w:pPr>
        <w:spacing w:before="0" w:after="20" w:line="259" w:lineRule="auto"/>
      </w:pPr>
      <w:r>
        <w:rPr>
          <w:rFonts w:ascii="Calibri" w:hAnsi="Calibri" w:eastAsia="Calibri"/>
          <w:b w:val="0"/>
          <w:i/>
          <w:color w:val="282828"/>
          <w:sz w:val="22"/>
        </w:rPr>
        <w:t xml:space="preserve">       Bay: Hypotensive penetrating chest trauma goes to theatre, not a report.</w:t>
      </w:r>
    </w:p>
    <w:p>
      <w:pPr>
        <w:spacing w:before="120" w:after="20" w:line="259" w:lineRule="auto"/>
        <w:shd w:fill="F8E8E8" w:val="clear"/>
      </w:pPr>
      <w:r>
        <w:rPr>
          <w:rFonts w:ascii="Calibri" w:hAnsi="Calibri" w:eastAsia="Calibri"/>
          <w:b w:val="0"/>
          <w:i w:val="0"/>
          <w:color w:val="A02828"/>
          <w:sz w:val="22"/>
        </w:rPr>
        <w:t xml:space="preserve">    D. [WRONG] A right-sided needle 'just in case'</w:t>
      </w:r>
    </w:p>
    <w:p>
      <w:pPr>
        <w:spacing w:before="0" w:after="20" w:line="259" w:lineRule="auto"/>
      </w:pPr>
      <w:r>
        <w:rPr>
          <w:rFonts w:ascii="Calibri" w:hAnsi="Calibri" w:eastAsia="Calibri"/>
          <w:b w:val="0"/>
          <w:i/>
          <w:color w:val="282828"/>
          <w:sz w:val="22"/>
        </w:rPr>
        <w:t xml:space="preserve">       Bay: Do not needle the good lung.</w:t>
      </w:r>
    </w:p>
    <w:p>
      <w:pPr>
        <w:spacing w:before="120" w:after="20" w:line="259" w:lineRule="auto"/>
        <w:shd w:fill="F8E8E8" w:val="clear"/>
      </w:pPr>
      <w:r>
        <w:rPr>
          <w:rFonts w:ascii="Calibri" w:hAnsi="Calibri" w:eastAsia="Calibri"/>
          <w:b w:val="0"/>
          <w:i w:val="0"/>
          <w:color w:val="A02828"/>
          <w:sz w:val="22"/>
        </w:rPr>
        <w:t xml:space="preserve">    E. [WRONG] The wound packed and the dressing off</w:t>
      </w:r>
    </w:p>
    <w:p>
      <w:pPr>
        <w:spacing w:before="0" w:after="20" w:line="259" w:lineRule="auto"/>
      </w:pPr>
      <w:r>
        <w:rPr>
          <w:rFonts w:ascii="Calibri" w:hAnsi="Calibri" w:eastAsia="Calibri"/>
          <w:b w:val="0"/>
          <w:i/>
          <w:color w:val="282828"/>
          <w:sz w:val="22"/>
        </w:rPr>
        <w:t xml:space="preserve">       Bay: That is not definitive care.</w:t>
      </w:r>
    </w:p>
    <w:p>
      <w:pPr>
        <w:spacing w:before="120" w:after="20" w:line="259" w:lineRule="auto"/>
        <w:shd w:fill="F8E8E8" w:val="clear"/>
      </w:pPr>
      <w:r>
        <w:rPr>
          <w:rFonts w:ascii="Calibri" w:hAnsi="Calibri" w:eastAsia="Calibri"/>
          <w:b w:val="0"/>
          <w:i w:val="0"/>
          <w:color w:val="A02828"/>
          <w:sz w:val="22"/>
        </w:rPr>
        <w:t>B. [WRONG] Clamp the drain and take down the underwater seal for a 'clean' transfer</w:t>
      </w:r>
    </w:p>
    <w:p>
      <w:pPr>
        <w:spacing w:before="0" w:after="20" w:line="259" w:lineRule="auto"/>
      </w:pPr>
      <w:r>
        <w:rPr>
          <w:rFonts w:ascii="Calibri" w:hAnsi="Calibri" w:eastAsia="Calibri"/>
          <w:b w:val="0"/>
          <w:i/>
          <w:color w:val="282828"/>
          <w:sz w:val="22"/>
        </w:rPr>
        <w:t>Bay: Leave it unclamped, below the chest, on an underwater seal.</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Delay theatre until a consultant radiologist has reported a CT</w:t>
      </w:r>
    </w:p>
    <w:p>
      <w:pPr>
        <w:spacing w:before="0" w:after="20" w:line="259" w:lineRule="auto"/>
      </w:pPr>
      <w:r>
        <w:rPr>
          <w:rFonts w:ascii="Calibri" w:hAnsi="Calibri" w:eastAsia="Calibri"/>
          <w:b w:val="0"/>
          <w:i/>
          <w:color w:val="282828"/>
          <w:sz w:val="22"/>
        </w:rPr>
        <w:t>Bay: Do not wait on a CT. The surgeons have the drain output and the wound.</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Pull the occlusive dressing and pack the wound with ribbon gauze as definitive care</w:t>
      </w:r>
    </w:p>
    <w:p>
      <w:pPr>
        <w:spacing w:before="0" w:after="20" w:line="259" w:lineRule="auto"/>
      </w:pPr>
      <w:r>
        <w:rPr>
          <w:rFonts w:ascii="Calibri" w:hAnsi="Calibri" w:eastAsia="Calibri"/>
          <w:b w:val="0"/>
          <w:i/>
          <w:color w:val="282828"/>
          <w:sz w:val="22"/>
        </w:rPr>
        <w:t>Bay: The wound needs a surgeon, not a pack as the only treatment.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Give a further needle decompression on the right 'just in case' before theatre</w:t>
      </w:r>
    </w:p>
    <w:p>
      <w:pPr>
        <w:spacing w:before="0" w:after="20" w:line="259" w:lineRule="auto"/>
      </w:pPr>
      <w:r>
        <w:rPr>
          <w:rFonts w:ascii="Calibri" w:hAnsi="Calibri" w:eastAsia="Calibri"/>
          <w:b w:val="0"/>
          <w:i/>
          <w:color w:val="282828"/>
          <w:sz w:val="22"/>
        </w:rPr>
        <w:t>Bay: The right lung is the good one. Do not needle it.</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Theatre ring from the table.</w:t>
      </w:r>
    </w:p>
    <w:p>
      <w:pPr>
        <w:spacing w:before="120" w:after="20" w:line="259" w:lineRule="auto"/>
        <w:shd w:fill="E8F5EC" w:val="clear"/>
      </w:pPr>
      <w:r>
        <w:rPr>
          <w:rFonts w:ascii="Calibri" w:hAnsi="Calibri" w:eastAsia="Calibri"/>
          <w:b/>
          <w:i w:val="0"/>
          <w:color w:val="146E3C"/>
          <w:sz w:val="22"/>
        </w:rPr>
        <w:t>A. [CORRECT] Left-sided tension pneumothorax (penetrating trauma)</w:t>
      </w:r>
    </w:p>
    <w:p>
      <w:pPr>
        <w:spacing w:before="0" w:after="20" w:line="259" w:lineRule="auto"/>
      </w:pPr>
      <w:r>
        <w:rPr>
          <w:rFonts w:ascii="Calibri" w:hAnsi="Calibri" w:eastAsia="Calibri"/>
          <w:b w:val="0"/>
          <w:i/>
          <w:color w:val="282828"/>
          <w:sz w:val="22"/>
        </w:rPr>
        <w:t>Bay: Stab wound, air under pressure, drain, improving. That is the diagnosis.</w:t>
      </w:r>
    </w:p>
    <w:p>
      <w:pPr>
        <w:spacing w:before="120" w:after="20" w:line="259" w:lineRule="auto"/>
        <w:shd w:fill="F8E8E8" w:val="clear"/>
      </w:pPr>
      <w:r>
        <w:rPr>
          <w:rFonts w:ascii="Calibri" w:hAnsi="Calibri" w:eastAsia="Calibri"/>
          <w:b w:val="0"/>
          <w:i w:val="0"/>
          <w:color w:val="A02828"/>
          <w:sz w:val="22"/>
        </w:rPr>
        <w:t>B. [WRONG] Cardiac tamponade</w:t>
      </w:r>
    </w:p>
    <w:p>
      <w:pPr>
        <w:spacing w:before="0" w:after="20" w:line="259" w:lineRule="auto"/>
      </w:pPr>
      <w:r>
        <w:rPr>
          <w:rFonts w:ascii="Calibri" w:hAnsi="Calibri" w:eastAsia="Calibri"/>
          <w:b w:val="0"/>
          <w:i/>
          <w:color w:val="282828"/>
          <w:sz w:val="22"/>
        </w:rPr>
        <w:t>Bay: Air hissed out of the left chest. The pericardium was empty.</w:t>
      </w:r>
    </w:p>
    <w:p>
      <w:pPr>
        <w:spacing w:before="120" w:after="20" w:line="259" w:lineRule="auto"/>
        <w:shd w:fill="F8E8E8" w:val="clear"/>
      </w:pPr>
      <w:r>
        <w:rPr>
          <w:rFonts w:ascii="Calibri" w:hAnsi="Calibri" w:eastAsia="Calibri"/>
          <w:b w:val="0"/>
          <w:i w:val="0"/>
          <w:color w:val="A02828"/>
          <w:sz w:val="22"/>
        </w:rPr>
        <w:t>C. [WRONG] Massive pulmonary embolism</w:t>
      </w:r>
    </w:p>
    <w:p>
      <w:pPr>
        <w:spacing w:before="0" w:after="20" w:line="259" w:lineRule="auto"/>
      </w:pPr>
      <w:r>
        <w:rPr>
          <w:rFonts w:ascii="Calibri" w:hAnsi="Calibri" w:eastAsia="Calibri"/>
          <w:b w:val="0"/>
          <w:i/>
          <w:color w:val="282828"/>
          <w:sz w:val="22"/>
        </w:rPr>
        <w:t>Bay: There is a hole in the chest wall. This is not a PE.</w:t>
      </w:r>
    </w:p>
    <w:p>
      <w:pPr>
        <w:spacing w:before="120" w:after="20" w:line="259" w:lineRule="auto"/>
        <w:shd w:fill="F8E8E8" w:val="clear"/>
      </w:pPr>
      <w:r>
        <w:rPr>
          <w:rFonts w:ascii="Calibri" w:hAnsi="Calibri" w:eastAsia="Calibri"/>
          <w:b w:val="0"/>
          <w:i w:val="0"/>
          <w:color w:val="A02828"/>
          <w:sz w:val="22"/>
        </w:rPr>
        <w:t>D. [WRONG] Simple pneumothorax without tension</w:t>
      </w:r>
    </w:p>
    <w:p>
      <w:pPr>
        <w:spacing w:before="0" w:after="20" w:line="259" w:lineRule="auto"/>
      </w:pPr>
      <w:r>
        <w:rPr>
          <w:rFonts w:ascii="Calibri" w:hAnsi="Calibri" w:eastAsia="Calibri"/>
          <w:b w:val="0"/>
          <w:i/>
          <w:color w:val="282828"/>
          <w:sz w:val="22"/>
        </w:rPr>
        <w:t>Bay: He was hypotensive with tracheal deviation until decompressed.</w:t>
      </w:r>
    </w:p>
    <w:p>
      <w:pPr>
        <w:spacing w:before="120" w:after="20" w:line="259" w:lineRule="auto"/>
        <w:shd w:fill="F8E8E8" w:val="clear"/>
      </w:pPr>
      <w:r>
        <w:rPr>
          <w:rFonts w:ascii="Calibri" w:hAnsi="Calibri" w:eastAsia="Calibri"/>
          <w:b w:val="0"/>
          <w:i w:val="0"/>
          <w:color w:val="A02828"/>
          <w:sz w:val="22"/>
        </w:rPr>
        <w:t>E. [WRONG] Iatrogenic right pneumothorax from the first needle</w:t>
      </w:r>
    </w:p>
    <w:p>
      <w:pPr>
        <w:spacing w:before="0" w:after="20" w:line="259" w:lineRule="auto"/>
      </w:pPr>
      <w:r>
        <w:rPr>
          <w:rFonts w:ascii="Calibri" w:hAnsi="Calibri" w:eastAsia="Calibri"/>
          <w:b w:val="0"/>
          <w:i/>
          <w:color w:val="282828"/>
          <w:sz w:val="22"/>
        </w:rPr>
        <w:t>Bay: The first needle was on the left, and that was the correct side.</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Left-sided tension pneumothorax</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Penetrating left chest</w:t>
      </w:r>
    </w:p>
    <w:p>
      <w:pPr>
        <w:spacing w:before="0" w:after="40" w:line="259" w:lineRule="auto"/>
      </w:pPr>
      <w:r>
        <w:rPr>
          <w:rFonts w:ascii="Calibri" w:hAnsi="Calibri" w:eastAsia="Calibri"/>
          <w:b w:val="0"/>
          <w:i w:val="0"/>
          <w:sz w:val="22"/>
        </w:rPr>
        <w:t>• Absent left air entry</w:t>
      </w:r>
    </w:p>
    <w:p>
      <w:pPr>
        <w:spacing w:before="0" w:after="40" w:line="259" w:lineRule="auto"/>
      </w:pPr>
      <w:r>
        <w:rPr>
          <w:rFonts w:ascii="Calibri" w:hAnsi="Calibri" w:eastAsia="Calibri"/>
          <w:b w:val="0"/>
          <w:i w:val="0"/>
          <w:sz w:val="22"/>
        </w:rPr>
        <w:t>• Tracheal deviation</w:t>
      </w:r>
    </w:p>
    <w:p>
      <w:pPr>
        <w:spacing w:before="0" w:after="40" w:line="259" w:lineRule="auto"/>
      </w:pPr>
      <w:r>
        <w:rPr>
          <w:rFonts w:ascii="Calibri" w:hAnsi="Calibri" w:eastAsia="Calibri"/>
          <w:b w:val="0"/>
          <w:i w:val="0"/>
          <w:sz w:val="22"/>
        </w:rPr>
        <w:t>• Hypotensive and hypoxic</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Needle decompression then finger thoracostomy / chest drain</w:t>
      </w:r>
    </w:p>
    <w:p>
      <w:pPr>
        <w:spacing w:before="0" w:after="40" w:line="259" w:lineRule="auto"/>
      </w:pPr>
      <w:r>
        <w:rPr>
          <w:rFonts w:ascii="Calibri" w:hAnsi="Calibri" w:eastAsia="Calibri"/>
          <w:b w:val="0"/>
          <w:i w:val="0"/>
          <w:sz w:val="22"/>
        </w:rPr>
        <w:t>• CXR for drain position</w:t>
      </w:r>
    </w:p>
    <w:p>
      <w:pPr>
        <w:spacing w:before="0" w:after="40" w:line="259" w:lineRule="auto"/>
      </w:pPr>
      <w:r>
        <w:rPr>
          <w:rFonts w:ascii="Calibri" w:hAnsi="Calibri" w:eastAsia="Calibri"/>
          <w:b w:val="0"/>
          <w:i w:val="0"/>
          <w:sz w:val="22"/>
        </w:rPr>
        <w:t>• Trauma team, bloods, gases, FAST if needed</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Don't wait for CXR if peri-arrest</w:t>
      </w:r>
    </w:p>
    <w:p>
      <w:pPr>
        <w:spacing w:before="0" w:after="40" w:line="259" w:lineRule="auto"/>
      </w:pPr>
      <w:r>
        <w:rPr>
          <w:rFonts w:ascii="Calibri" w:hAnsi="Calibri" w:eastAsia="Calibri"/>
          <w:b w:val="0"/>
          <w:i w:val="0"/>
          <w:sz w:val="22"/>
        </w:rPr>
        <w:t>• Decompress immediately, then finger thoracostomy / drain</w:t>
      </w:r>
    </w:p>
    <w:p>
      <w:pPr>
        <w:spacing w:before="0" w:after="40" w:line="259" w:lineRule="auto"/>
      </w:pPr>
      <w:r>
        <w:rPr>
          <w:rFonts w:ascii="Calibri" w:hAnsi="Calibri" w:eastAsia="Calibri"/>
          <w:b w:val="0"/>
          <w:i w:val="0"/>
          <w:sz w:val="22"/>
        </w:rPr>
        <w:t>• Oxygen, IV access, bloods, trauma call</w:t>
      </w:r>
    </w:p>
    <w:p>
      <w:pPr>
        <w:spacing w:before="0" w:after="40" w:line="259" w:lineRule="auto"/>
      </w:pPr>
      <w:r>
        <w:rPr>
          <w:rFonts w:ascii="Calibri" w:hAnsi="Calibri" w:eastAsia="Calibri"/>
          <w:b w:val="0"/>
          <w:i w:val="0"/>
          <w:sz w:val="22"/>
        </w:rPr>
        <w:t>• Surgery / cardiothoracics</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ATLS / RCEM penetrating chest trauma</w:t>
      </w:r>
    </w:p>
    <w:p>
      <w:pPr>
        <w:spacing w:before="0" w:after="40" w:line="259" w:lineRule="auto"/>
      </w:pPr>
      <w:r>
        <w:rPr>
          <w:rFonts w:ascii="Calibri" w:hAnsi="Calibri" w:eastAsia="Calibri"/>
          <w:b w:val="0"/>
          <w:i w:val="0"/>
          <w:sz w:val="22"/>
        </w:rPr>
        <w:t>• NICE NG39 major trauma</w:t>
      </w:r>
    </w:p>
    <w:p>
      <w:r>
        <w:br w:type="page"/>
      </w:r>
    </w:p>
    <w:p>
      <w:pPr>
        <w:spacing w:before="120" w:after="160" w:line="259" w:lineRule="auto"/>
      </w:pPr>
      <w:r>
        <w:rPr>
          <w:rFonts w:ascii="Calibri" w:hAnsi="Calibri" w:eastAsia="Calibri"/>
          <w:b/>
          <w:i w:val="0"/>
          <w:color w:val="0C0E10"/>
          <w:sz w:val="36"/>
        </w:rPr>
        <w:t>Case 09 — Diabetic ketoacidosis</w:t>
      </w:r>
    </w:p>
    <w:p>
      <w:pPr>
        <w:spacing w:before="0" w:after="40" w:line="259" w:lineRule="auto"/>
      </w:pPr>
      <w:r>
        <w:rPr>
          <w:rFonts w:ascii="Calibri" w:hAnsi="Calibri" w:eastAsia="Calibri"/>
          <w:b w:val="0"/>
          <w:i/>
          <w:color w:val="5A5A5A"/>
          <w:sz w:val="20"/>
        </w:rPr>
        <w:t>pre-alert · Scottish Ambulance Service — pre-alert · rhythm sinus-tach</w:t>
      </w:r>
    </w:p>
    <w:p>
      <w:pPr>
        <w:spacing w:before="0" w:after="40" w:line="259" w:lineRule="auto"/>
      </w:pPr>
      <w:r>
        <w:rPr>
          <w:rFonts w:ascii="Calibri" w:hAnsi="Calibri" w:eastAsia="Calibri"/>
          <w:b w:val="0"/>
          <w:i/>
          <w:color w:val="5A5A5A"/>
          <w:sz w:val="20"/>
        </w:rPr>
        <w:t>HR 128   BP 88/52   RR 32   SpO2 98%   temp 37.4   GCS 14   BM 28.4</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19 years, female</w:t>
      </w:r>
    </w:p>
    <w:p>
      <w:pPr>
        <w:spacing w:before="0" w:after="40" w:line="259" w:lineRule="auto"/>
      </w:pPr>
      <w:r>
        <w:rPr>
          <w:rFonts w:ascii="Calibri" w:hAnsi="Calibri" w:eastAsia="Calibri"/>
          <w:b w:val="0"/>
          <w:i w:val="0"/>
          <w:sz w:val="22"/>
        </w:rPr>
        <w:t>T unwell 36 hours, vomiting since last night</w:t>
      </w:r>
    </w:p>
    <w:p>
      <w:pPr>
        <w:spacing w:before="0" w:after="40" w:line="259" w:lineRule="auto"/>
      </w:pPr>
      <w:r>
        <w:rPr>
          <w:rFonts w:ascii="Calibri" w:hAnsi="Calibri" w:eastAsia="Calibri"/>
          <w:b w:val="0"/>
          <w:i w:val="0"/>
          <w:sz w:val="22"/>
        </w:rPr>
        <w:t>M known type 1 diabetes, missed last two insulin doses, now drowsy</w:t>
      </w:r>
    </w:p>
    <w:p>
      <w:pPr>
        <w:spacing w:before="0" w:after="40" w:line="259" w:lineRule="auto"/>
      </w:pPr>
      <w:r>
        <w:rPr>
          <w:rFonts w:ascii="Calibri" w:hAnsi="Calibri" w:eastAsia="Calibri"/>
          <w:b w:val="0"/>
          <w:i w:val="0"/>
          <w:sz w:val="22"/>
        </w:rPr>
        <w:t>I none</w:t>
      </w:r>
    </w:p>
    <w:p>
      <w:pPr>
        <w:spacing w:before="0" w:after="40" w:line="259" w:lineRule="auto"/>
      </w:pPr>
      <w:r>
        <w:rPr>
          <w:rFonts w:ascii="Calibri" w:hAnsi="Calibri" w:eastAsia="Calibri"/>
          <w:b w:val="0"/>
          <w:i w:val="0"/>
          <w:sz w:val="22"/>
        </w:rPr>
        <w:t>S HR 128 BP 88/52 RR 32 SpO2 98% air GCS 14, ketotic breath, BM 28</w:t>
      </w:r>
    </w:p>
    <w:p>
      <w:pPr>
        <w:spacing w:before="0" w:after="40" w:line="259" w:lineRule="auto"/>
      </w:pPr>
      <w:r>
        <w:rPr>
          <w:rFonts w:ascii="Calibri" w:hAnsi="Calibri" w:eastAsia="Calibri"/>
          <w:b w:val="0"/>
          <w:i w:val="0"/>
          <w:sz w:val="22"/>
        </w:rPr>
        <w:t>T 250 mL crystalloid, no insulin</w:t>
      </w:r>
    </w:p>
    <w:p>
      <w:pPr>
        <w:spacing w:before="0" w:after="40" w:line="259" w:lineRule="auto"/>
      </w:pPr>
      <w:r>
        <w:rPr>
          <w:rFonts w:ascii="Calibri" w:hAnsi="Calibri" w:eastAsia="Calibri"/>
          <w:b w:val="0"/>
          <w:i w:val="0"/>
          <w:sz w:val="22"/>
        </w:rPr>
        <w:t>ETA 6 minutes.</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Crew: "She's blowing off, smells of ketones, and she ran out of insulin."</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dry mucosa, strong ketotic / acetone breath. Talking, drowsy.</w:t>
      </w:r>
    </w:p>
    <w:p>
      <w:pPr>
        <w:spacing w:before="0" w:after="40" w:line="259" w:lineRule="auto"/>
      </w:pPr>
      <w:r>
        <w:rPr>
          <w:rFonts w:ascii="Calibri" w:hAnsi="Calibri" w:eastAsia="Calibri"/>
          <w:b w:val="0"/>
          <w:i w:val="0"/>
          <w:sz w:val="22"/>
        </w:rPr>
        <w:t>B — RR 32, deep Kussmaul, equal air entry, no crackles, SpO2 98% air. Trachea central.</w:t>
      </w:r>
    </w:p>
    <w:p>
      <w:pPr>
        <w:spacing w:before="0" w:after="40" w:line="259" w:lineRule="auto"/>
      </w:pPr>
      <w:r>
        <w:rPr>
          <w:rFonts w:ascii="Calibri" w:hAnsi="Calibri" w:eastAsia="Calibri"/>
          <w:b w:val="0"/>
          <w:i w:val="0"/>
          <w:sz w:val="22"/>
        </w:rPr>
        <w:t>C — HR 128, BP 88/52, CRT 3 s, dry, cool fingers. Heart sounds normal.</w:t>
      </w:r>
    </w:p>
    <w:p>
      <w:pPr>
        <w:spacing w:before="0" w:after="40" w:line="259" w:lineRule="auto"/>
      </w:pPr>
      <w:r>
        <w:rPr>
          <w:rFonts w:ascii="Calibri" w:hAnsi="Calibri" w:eastAsia="Calibri"/>
          <w:b w:val="0"/>
          <w:i w:val="0"/>
          <w:sz w:val="22"/>
        </w:rPr>
        <w:t>D — GCS 14 (E4 V4 M6), BM 28.4, no focal neurology. No meningism.</w:t>
      </w:r>
    </w:p>
    <w:p>
      <w:pPr>
        <w:spacing w:before="0" w:after="40" w:line="259" w:lineRule="auto"/>
      </w:pPr>
      <w:r>
        <w:rPr>
          <w:rFonts w:ascii="Calibri" w:hAnsi="Calibri" w:eastAsia="Calibri"/>
          <w:b w:val="0"/>
          <w:i w:val="0"/>
          <w:sz w:val="22"/>
        </w:rPr>
        <w:t>E — dry skin, no rash, abdomen soft with mild generalised tenderness, injection sites on the abdomen. No insulin pump.</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She is dry, blowing off, and 88 systolic. No second cannula yet.</w:t>
      </w:r>
    </w:p>
    <w:p>
      <w:pPr>
        <w:spacing w:before="120" w:after="20" w:line="259" w:lineRule="auto"/>
        <w:shd w:fill="E8F5EC" w:val="clear"/>
      </w:pPr>
      <w:r>
        <w:rPr>
          <w:rFonts w:ascii="Calibri" w:hAnsi="Calibri" w:eastAsia="Calibri"/>
          <w:b/>
          <w:i w:val="0"/>
          <w:color w:val="146E3C"/>
          <w:sz w:val="22"/>
        </w:rPr>
        <w:t>A. [CORRECT] Intravenous crystalloid</w:t>
      </w:r>
    </w:p>
    <w:p>
      <w:pPr>
        <w:spacing w:before="0" w:after="20" w:line="259" w:lineRule="auto"/>
      </w:pPr>
      <w:r>
        <w:rPr>
          <w:rFonts w:ascii="Calibri" w:hAnsi="Calibri" w:eastAsia="Calibri"/>
          <w:b w:val="0"/>
          <w:i/>
          <w:color w:val="282828"/>
          <w:sz w:val="22"/>
        </w:rPr>
        <w:t>Bay: 16G in, 0.9% saline up. The nurse is drawing a VBG. Insulin after fluid and potassium.</w:t>
      </w:r>
    </w:p>
    <w:p>
      <w:pPr>
        <w:spacing w:before="0" w:after="40" w:line="259" w:lineRule="auto"/>
      </w:pPr>
      <w:r>
        <w:rPr>
          <w:rFonts w:ascii="Calibri" w:hAnsi="Calibri" w:eastAsia="Calibri"/>
          <w:b w:val="0"/>
          <w:i/>
          <w:color w:val="5A4614"/>
          <w:sz w:val="20"/>
        </w:rPr>
        <w:t>Reaction: hr -6, sbp +10</w:t>
      </w:r>
    </w:p>
    <w:p>
      <w:pPr>
        <w:spacing w:before="80" w:after="40" w:line="259" w:lineRule="auto"/>
      </w:pPr>
      <w:r>
        <w:rPr>
          <w:rFonts w:ascii="Calibri" w:hAnsi="Calibri" w:eastAsia="Calibri"/>
          <w:b/>
          <w:i w:val="0"/>
          <w:color w:val="46326E"/>
          <w:sz w:val="22"/>
        </w:rPr>
        <w:t xml:space="preserve">    Follow-up: What volume?</w:t>
      </w:r>
    </w:p>
    <w:p>
      <w:pPr>
        <w:spacing w:before="120" w:after="20" w:line="259" w:lineRule="auto"/>
        <w:shd w:fill="E8F5EC" w:val="clear"/>
      </w:pPr>
      <w:r>
        <w:rPr>
          <w:rFonts w:ascii="Calibri" w:hAnsi="Calibri" w:eastAsia="Calibri"/>
          <w:b/>
          <w:i w:val="0"/>
          <w:color w:val="146E3C"/>
          <w:sz w:val="22"/>
        </w:rPr>
        <w:t xml:space="preserve">    A. [CORRECT] 500 mL 0.9% sodium chloride over 10–15 minutes</w:t>
      </w:r>
    </w:p>
    <w:p>
      <w:pPr>
        <w:spacing w:before="0" w:after="20" w:line="259" w:lineRule="auto"/>
      </w:pPr>
      <w:r>
        <w:rPr>
          <w:rFonts w:ascii="Calibri" w:hAnsi="Calibri" w:eastAsia="Calibri"/>
          <w:b w:val="0"/>
          <w:i/>
          <w:color w:val="282828"/>
          <w:sz w:val="22"/>
        </w:rPr>
        <w:t xml:space="preserve">       Bay: JBDS: SBP &lt;90 mmHg — 500 mL 0.9% NaCl over 10–15 min, then reassess. Insulin after fluid is running and K+ is known.</w:t>
      </w:r>
    </w:p>
    <w:p>
      <w:pPr>
        <w:spacing w:before="120" w:after="20" w:line="259" w:lineRule="auto"/>
        <w:shd w:fill="F8E8E8" w:val="clear"/>
      </w:pPr>
      <w:r>
        <w:rPr>
          <w:rFonts w:ascii="Calibri" w:hAnsi="Calibri" w:eastAsia="Calibri"/>
          <w:b w:val="0"/>
          <w:i w:val="0"/>
          <w:color w:val="A02828"/>
          <w:sz w:val="22"/>
        </w:rPr>
        <w:t xml:space="preserve">    B. [WRONG] 1 L of 5% glucose as the first bag</w:t>
      </w:r>
    </w:p>
    <w:p>
      <w:pPr>
        <w:spacing w:before="0" w:after="20" w:line="259" w:lineRule="auto"/>
      </w:pPr>
      <w:r>
        <w:rPr>
          <w:rFonts w:ascii="Calibri" w:hAnsi="Calibri" w:eastAsia="Calibri"/>
          <w:b w:val="0"/>
          <w:i/>
          <w:color w:val="282828"/>
          <w:sz w:val="22"/>
        </w:rPr>
        <w:t xml:space="preserve">       Bay: She is 28 mmol/L. First fluid is 0.9% sodium chloride, not glucose.</w:t>
      </w:r>
    </w:p>
    <w:p>
      <w:pPr>
        <w:spacing w:before="120" w:after="20" w:line="259" w:lineRule="auto"/>
        <w:shd w:fill="F8E8E8" w:val="clear"/>
      </w:pPr>
      <w:r>
        <w:rPr>
          <w:rFonts w:ascii="Calibri" w:hAnsi="Calibri" w:eastAsia="Calibri"/>
          <w:b w:val="0"/>
          <w:i w:val="0"/>
          <w:color w:val="A02828"/>
          <w:sz w:val="22"/>
        </w:rPr>
        <w:t xml:space="preserve">    C. [WRONG] 2 L 0.9% NaCl over 15 minutes as a single bolus</w:t>
      </w:r>
    </w:p>
    <w:p>
      <w:pPr>
        <w:spacing w:before="0" w:after="20" w:line="259" w:lineRule="auto"/>
      </w:pPr>
      <w:r>
        <w:rPr>
          <w:rFonts w:ascii="Calibri" w:hAnsi="Calibri" w:eastAsia="Calibri"/>
          <w:b w:val="0"/>
          <w:i/>
          <w:color w:val="282828"/>
          <w:sz w:val="22"/>
        </w:rPr>
        <w:t xml:space="preserve">       Bay: She is 19. Over-rapid volume risks cerebral oedema. 500 mL, then reassess.</w:t>
      </w:r>
    </w:p>
    <w:p>
      <w:pPr>
        <w:spacing w:before="120" w:after="20" w:line="259" w:lineRule="auto"/>
        <w:shd w:fill="F8E8E8" w:val="clear"/>
      </w:pPr>
      <w:r>
        <w:rPr>
          <w:rFonts w:ascii="Calibri" w:hAnsi="Calibri" w:eastAsia="Calibri"/>
          <w:b w:val="0"/>
          <w:i w:val="0"/>
          <w:color w:val="A02828"/>
          <w:sz w:val="22"/>
        </w:rPr>
        <w:t xml:space="preserve">    D. [WRONG] 100 mL/h maintenance only</w:t>
      </w:r>
    </w:p>
    <w:p>
      <w:pPr>
        <w:spacing w:before="0" w:after="20" w:line="259" w:lineRule="auto"/>
      </w:pPr>
      <w:r>
        <w:rPr>
          <w:rFonts w:ascii="Calibri" w:hAnsi="Calibri" w:eastAsia="Calibri"/>
          <w:b w:val="0"/>
          <w:i/>
          <w:color w:val="282828"/>
          <w:sz w:val="22"/>
        </w:rPr>
        <w:t xml:space="preserve">       Bay: She is shocked and 4 L dry. She needs a bolus, not maintenance.</w:t>
      </w:r>
    </w:p>
    <w:p>
      <w:pPr>
        <w:spacing w:before="120" w:after="20" w:line="259" w:lineRule="auto"/>
        <w:shd w:fill="F8E8E8" w:val="clear"/>
      </w:pPr>
      <w:r>
        <w:rPr>
          <w:rFonts w:ascii="Calibri" w:hAnsi="Calibri" w:eastAsia="Calibri"/>
          <w:b w:val="0"/>
          <w:i w:val="0"/>
          <w:color w:val="A02828"/>
          <w:sz w:val="22"/>
        </w:rPr>
        <w:t xml:space="preserve">    E. [WRONG] No fluid until FRIII has run for an hour</w:t>
      </w:r>
    </w:p>
    <w:p>
      <w:pPr>
        <w:spacing w:before="0" w:after="20" w:line="259" w:lineRule="auto"/>
      </w:pPr>
      <w:r>
        <w:rPr>
          <w:rFonts w:ascii="Calibri" w:hAnsi="Calibri" w:eastAsia="Calibri"/>
          <w:b w:val="0"/>
          <w:i/>
          <w:color w:val="282828"/>
          <w:sz w:val="22"/>
        </w:rPr>
        <w:t xml:space="preserve">       Bay: Fluid first. Insulin follows once potassium is known.</w:t>
      </w:r>
    </w:p>
    <w:p>
      <w:pPr>
        <w:spacing w:before="120" w:after="20" w:line="259" w:lineRule="auto"/>
        <w:shd w:fill="F8E8E8" w:val="clear"/>
      </w:pPr>
      <w:r>
        <w:rPr>
          <w:rFonts w:ascii="Calibri" w:hAnsi="Calibri" w:eastAsia="Calibri"/>
          <w:b w:val="0"/>
          <w:i w:val="0"/>
          <w:color w:val="A02828"/>
          <w:sz w:val="22"/>
        </w:rPr>
        <w:t>B. [WRONG] Intravenous insulin bolus before any fluid</w:t>
      </w:r>
    </w:p>
    <w:p>
      <w:pPr>
        <w:spacing w:before="0" w:after="20" w:line="259" w:lineRule="auto"/>
      </w:pPr>
      <w:r>
        <w:rPr>
          <w:rFonts w:ascii="Calibri" w:hAnsi="Calibri" w:eastAsia="Calibri"/>
          <w:b w:val="0"/>
          <w:i/>
          <w:color w:val="282828"/>
          <w:sz w:val="22"/>
        </w:rPr>
        <w:t>Bay: JBDS: start fluid first. An insulin bolus drops potassium and is not used in adult DKA.</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5% glucose as the first bag</w:t>
      </w:r>
    </w:p>
    <w:p>
      <w:pPr>
        <w:spacing w:before="0" w:after="20" w:line="259" w:lineRule="auto"/>
      </w:pPr>
      <w:r>
        <w:rPr>
          <w:rFonts w:ascii="Calibri" w:hAnsi="Calibri" w:eastAsia="Calibri"/>
          <w:b w:val="0"/>
          <w:i/>
          <w:color w:val="282828"/>
          <w:sz w:val="22"/>
        </w:rPr>
        <w:t>Bay: She is 28 mmol/L. First fluid is 0.9% sodium chloride, not glucose.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0.45% saline as the first bag</w:t>
      </w:r>
    </w:p>
    <w:p>
      <w:pPr>
        <w:spacing w:before="0" w:after="20" w:line="259" w:lineRule="auto"/>
      </w:pPr>
      <w:r>
        <w:rPr>
          <w:rFonts w:ascii="Calibri" w:hAnsi="Calibri" w:eastAsia="Calibri"/>
          <w:b w:val="0"/>
          <w:i/>
          <w:color w:val="282828"/>
          <w:sz w:val="22"/>
        </w:rPr>
        <w:t>Bay: You have not seen a sodium yet, and first-line fluid is 0.9% NaCl.</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Gelatin colloid as the first fluid</w:t>
      </w:r>
    </w:p>
    <w:p>
      <w:pPr>
        <w:spacing w:before="0" w:after="20" w:line="259" w:lineRule="auto"/>
      </w:pPr>
      <w:r>
        <w:rPr>
          <w:rFonts w:ascii="Calibri" w:hAnsi="Calibri" w:eastAsia="Calibri"/>
          <w:b w:val="0"/>
          <w:i/>
          <w:color w:val="282828"/>
          <w:sz w:val="22"/>
        </w:rPr>
        <w:t>Bay: Crystalloid. A gelatin colloid adds no benefit and is not JBDS first-line.</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VBG is back: pH 7.12, HCO3 8, K+ 4.6, glucose 28, ketones 6.2. Fluids are up.</w:t>
      </w:r>
    </w:p>
    <w:p>
      <w:pPr>
        <w:spacing w:before="120" w:after="20" w:line="259" w:lineRule="auto"/>
        <w:shd w:fill="E8F5EC" w:val="clear"/>
      </w:pPr>
      <w:r>
        <w:rPr>
          <w:rFonts w:ascii="Calibri" w:hAnsi="Calibri" w:eastAsia="Calibri"/>
          <w:b/>
          <w:i w:val="0"/>
          <w:color w:val="146E3C"/>
          <w:sz w:val="22"/>
        </w:rPr>
        <w:t>A. [CORRECT] Fixed-rate insulin infusion</w:t>
      </w:r>
    </w:p>
    <w:p>
      <w:pPr>
        <w:spacing w:before="0" w:after="20" w:line="259" w:lineRule="auto"/>
      </w:pPr>
      <w:r>
        <w:rPr>
          <w:rFonts w:ascii="Calibri" w:hAnsi="Calibri" w:eastAsia="Calibri"/>
          <w:b w:val="0"/>
          <w:i/>
          <w:color w:val="282828"/>
          <w:sz w:val="22"/>
        </w:rPr>
        <w:t>Bay: FRIII running. Long-acting insulin will continue. Glucose and ketones on the chart.</w:t>
      </w:r>
    </w:p>
    <w:p>
      <w:pPr>
        <w:spacing w:before="0" w:after="40" w:line="259" w:lineRule="auto"/>
      </w:pPr>
      <w:r>
        <w:rPr>
          <w:rFonts w:ascii="Calibri" w:hAnsi="Calibri" w:eastAsia="Calibri"/>
          <w:b w:val="0"/>
          <w:i/>
          <w:color w:val="5A4614"/>
          <w:sz w:val="20"/>
        </w:rPr>
        <w:t>Reaction: hr -6, rr -4, glucose -4</w:t>
      </w:r>
    </w:p>
    <w:p>
      <w:pPr>
        <w:spacing w:before="80" w:after="40" w:line="259" w:lineRule="auto"/>
      </w:pPr>
      <w:r>
        <w:rPr>
          <w:rFonts w:ascii="Calibri" w:hAnsi="Calibri" w:eastAsia="Calibri"/>
          <w:b/>
          <w:i w:val="0"/>
          <w:color w:val="46326E"/>
          <w:sz w:val="22"/>
        </w:rPr>
        <w:t xml:space="preserve">    Follow-up: What dose?</w:t>
      </w:r>
    </w:p>
    <w:p>
      <w:pPr>
        <w:spacing w:before="120" w:after="20" w:line="259" w:lineRule="auto"/>
        <w:shd w:fill="E8F5EC" w:val="clear"/>
      </w:pPr>
      <w:r>
        <w:rPr>
          <w:rFonts w:ascii="Calibri" w:hAnsi="Calibri" w:eastAsia="Calibri"/>
          <w:b/>
          <w:i w:val="0"/>
          <w:color w:val="146E3C"/>
          <w:sz w:val="22"/>
        </w:rPr>
        <w:t xml:space="preserve">    A. [CORRECT] FRIII 0.1 units/kg/hour, no bolus</w:t>
      </w:r>
    </w:p>
    <w:p>
      <w:pPr>
        <w:spacing w:before="0" w:after="20" w:line="259" w:lineRule="auto"/>
      </w:pPr>
      <w:r>
        <w:rPr>
          <w:rFonts w:ascii="Calibri" w:hAnsi="Calibri" w:eastAsia="Calibri"/>
          <w:b w:val="0"/>
          <w:i/>
          <w:color w:val="282828"/>
          <w:sz w:val="22"/>
        </w:rPr>
        <w:t xml:space="preserve">       Bay: JBDS adult DKA: 0.1 U/kg/h. She is ~60 kg → 6 units/h. Continue basal insulin.</w:t>
      </w:r>
    </w:p>
    <w:p>
      <w:pPr>
        <w:spacing w:before="120" w:after="20" w:line="259" w:lineRule="auto"/>
        <w:shd w:fill="F8E8E8" w:val="clear"/>
      </w:pPr>
      <w:r>
        <w:rPr>
          <w:rFonts w:ascii="Calibri" w:hAnsi="Calibri" w:eastAsia="Calibri"/>
          <w:b w:val="0"/>
          <w:i w:val="0"/>
          <w:color w:val="A02828"/>
          <w:sz w:val="22"/>
        </w:rPr>
        <w:t xml:space="preserve">    B. [WRONG] Insulin 10 unit IV bolus then 0.1 units/kg/hour</w:t>
      </w:r>
    </w:p>
    <w:p>
      <w:pPr>
        <w:spacing w:before="0" w:after="20" w:line="259" w:lineRule="auto"/>
      </w:pPr>
      <w:r>
        <w:rPr>
          <w:rFonts w:ascii="Calibri" w:hAnsi="Calibri" w:eastAsia="Calibri"/>
          <w:b w:val="0"/>
          <w:i/>
          <w:color w:val="282828"/>
          <w:sz w:val="22"/>
        </w:rPr>
        <w:t xml:space="preserve">       Bay: No bolus in adult DKA. Boluses drop potassium.</w:t>
      </w:r>
    </w:p>
    <w:p>
      <w:pPr>
        <w:spacing w:before="120" w:after="20" w:line="259" w:lineRule="auto"/>
        <w:shd w:fill="F8E8E8" w:val="clear"/>
      </w:pPr>
      <w:r>
        <w:rPr>
          <w:rFonts w:ascii="Calibri" w:hAnsi="Calibri" w:eastAsia="Calibri"/>
          <w:b w:val="0"/>
          <w:i w:val="0"/>
          <w:color w:val="A02828"/>
          <w:sz w:val="22"/>
        </w:rPr>
        <w:t xml:space="preserve">    C. [WRONG] FRIII 1.0 unit/kg/hour</w:t>
      </w:r>
    </w:p>
    <w:p>
      <w:pPr>
        <w:spacing w:before="0" w:after="20" w:line="259" w:lineRule="auto"/>
      </w:pPr>
      <w:r>
        <w:rPr>
          <w:rFonts w:ascii="Calibri" w:hAnsi="Calibri" w:eastAsia="Calibri"/>
          <w:b w:val="0"/>
          <w:i/>
          <w:color w:val="282828"/>
          <w:sz w:val="22"/>
        </w:rPr>
        <w:t xml:space="preserve">       Bay: Ten times the dose. That is how glucose and potassium crash.</w:t>
      </w:r>
    </w:p>
    <w:p>
      <w:pPr>
        <w:spacing w:before="120" w:after="20" w:line="259" w:lineRule="auto"/>
        <w:shd w:fill="F8E8E8" w:val="clear"/>
      </w:pPr>
      <w:r>
        <w:rPr>
          <w:rFonts w:ascii="Calibri" w:hAnsi="Calibri" w:eastAsia="Calibri"/>
          <w:b w:val="0"/>
          <w:i w:val="0"/>
          <w:color w:val="A02828"/>
          <w:sz w:val="22"/>
        </w:rPr>
        <w:t xml:space="preserve">    D. [WRONG] Variable-rate insulin sliding scale as the DKA regimen</w:t>
      </w:r>
    </w:p>
    <w:p>
      <w:pPr>
        <w:spacing w:before="0" w:after="20" w:line="259" w:lineRule="auto"/>
      </w:pPr>
      <w:r>
        <w:rPr>
          <w:rFonts w:ascii="Calibri" w:hAnsi="Calibri" w:eastAsia="Calibri"/>
          <w:b w:val="0"/>
          <w:i/>
          <w:color w:val="282828"/>
          <w:sz w:val="22"/>
        </w:rPr>
        <w:t xml:space="preserve">       Bay: DKA uses a fixed-rate infusion until ketones clear, not a VRIII from the start.</w:t>
      </w:r>
    </w:p>
    <w:p>
      <w:pPr>
        <w:spacing w:before="120" w:after="20" w:line="259" w:lineRule="auto"/>
        <w:shd w:fill="F8E8E8" w:val="clear"/>
      </w:pPr>
      <w:r>
        <w:rPr>
          <w:rFonts w:ascii="Calibri" w:hAnsi="Calibri" w:eastAsia="Calibri"/>
          <w:b w:val="0"/>
          <w:i w:val="0"/>
          <w:color w:val="A02828"/>
          <w:sz w:val="22"/>
        </w:rPr>
        <w:t xml:space="preserve">    E. [WRONG] FRIII 0.1 units/kg/hour only after potassium is below 3.5</w:t>
      </w:r>
    </w:p>
    <w:p>
      <w:pPr>
        <w:spacing w:before="0" w:after="20" w:line="259" w:lineRule="auto"/>
      </w:pPr>
      <w:r>
        <w:rPr>
          <w:rFonts w:ascii="Calibri" w:hAnsi="Calibri" w:eastAsia="Calibri"/>
          <w:b w:val="0"/>
          <w:i/>
          <w:color w:val="282828"/>
          <w:sz w:val="22"/>
        </w:rPr>
        <w:t xml:space="preserve">       Bay: Do not start FRIII if K+ is &lt;3.5. Hers is 4.6 — start now, and replace potassium.</w:t>
      </w:r>
    </w:p>
    <w:p>
      <w:pPr>
        <w:spacing w:before="120" w:after="20" w:line="259" w:lineRule="auto"/>
        <w:shd w:fill="F8E8E8" w:val="clear"/>
      </w:pPr>
      <w:r>
        <w:rPr>
          <w:rFonts w:ascii="Calibri" w:hAnsi="Calibri" w:eastAsia="Calibri"/>
          <w:b w:val="0"/>
          <w:i w:val="0"/>
          <w:color w:val="A02828"/>
          <w:sz w:val="22"/>
        </w:rPr>
        <w:t>B. [WRONG] Subcutaneous NovoRapid 10 units as the only insulin</w:t>
      </w:r>
    </w:p>
    <w:p>
      <w:pPr>
        <w:spacing w:before="0" w:after="20" w:line="259" w:lineRule="auto"/>
      </w:pPr>
      <w:r>
        <w:rPr>
          <w:rFonts w:ascii="Calibri" w:hAnsi="Calibri" w:eastAsia="Calibri"/>
          <w:b w:val="0"/>
          <w:i/>
          <w:color w:val="282828"/>
          <w:sz w:val="22"/>
        </w:rPr>
        <w:t>Bay: DKA needs FRIII, not a single subcutaneous dose.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Stop her long-acting insulin because she is now on an infusion</w:t>
      </w:r>
    </w:p>
    <w:p>
      <w:pPr>
        <w:spacing w:before="0" w:after="20" w:line="259" w:lineRule="auto"/>
      </w:pPr>
      <w:r>
        <w:rPr>
          <w:rFonts w:ascii="Calibri" w:hAnsi="Calibri" w:eastAsia="Calibri"/>
          <w:b w:val="0"/>
          <w:i/>
          <w:color w:val="282828"/>
          <w:sz w:val="22"/>
        </w:rPr>
        <w:t>Bay: Continue basal (glargine / detemir / degludec). Stopping it makes later ketosis rebound.</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Sodium bicarbonate 8.4% 50 mL because pH is 7.12</w:t>
      </w:r>
    </w:p>
    <w:p>
      <w:pPr>
        <w:spacing w:before="0" w:after="20" w:line="259" w:lineRule="auto"/>
      </w:pPr>
      <w:r>
        <w:rPr>
          <w:rFonts w:ascii="Calibri" w:hAnsi="Calibri" w:eastAsia="Calibri"/>
          <w:b w:val="0"/>
          <w:i/>
          <w:color w:val="282828"/>
          <w:sz w:val="22"/>
        </w:rPr>
        <w:t>Bay: Bicarbonate is not routine in DKA at this pH. Fluid, FRIII and potassium.</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Immediate 10% glucose because she is on insulin</w:t>
      </w:r>
    </w:p>
    <w:p>
      <w:pPr>
        <w:spacing w:before="0" w:after="20" w:line="259" w:lineRule="auto"/>
      </w:pPr>
      <w:r>
        <w:rPr>
          <w:rFonts w:ascii="Calibri" w:hAnsi="Calibri" w:eastAsia="Calibri"/>
          <w:b w:val="0"/>
          <w:i/>
          <w:color w:val="282828"/>
          <w:sz w:val="22"/>
        </w:rPr>
        <w:t>Bay: Glucose is 28. Add 10% glucose only once the glucose is below 14 mmol/L.</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FRIII is running. Send the rest of the work-up from the bay.</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7.12  pCO2 2.6  HCO3 8  BE −18  lactate 3.1  K+ 4.6  glucose 28  ketones 6.2 mmol/L</w:t>
      </w:r>
    </w:p>
    <w:p>
      <w:pPr>
        <w:spacing w:before="0" w:after="40" w:line="259" w:lineRule="auto"/>
      </w:pPr>
      <w:r>
        <w:rPr>
          <w:rFonts w:ascii="Calibri" w:hAnsi="Calibri" w:eastAsia="Calibri"/>
          <w:b w:val="0"/>
          <w:i w:val="0"/>
          <w:sz w:val="22"/>
        </w:rPr>
        <w:t>DKA. Fluid, FRIII, potassium. Find the precipitant.</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28.4 mmol/L   capillary ketones 6.2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sinus-tach</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Glucose ++++   ketones ++++   nitrites neg   leucocytes neg   hCG negative</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146   WCC 14.8   Plt 312</w:t>
      </w:r>
    </w:p>
    <w:p>
      <w:pPr>
        <w:spacing w:before="0" w:after="40" w:line="259" w:lineRule="auto"/>
      </w:pPr>
      <w:r>
        <w:rPr>
          <w:rFonts w:ascii="Calibri" w:hAnsi="Calibri" w:eastAsia="Calibri"/>
          <w:b w:val="0"/>
          <w:i w:val="0"/>
          <w:sz w:val="22"/>
        </w:rPr>
        <w:t>ue: Na 132   K 4.8   urea 14.2   creat 118</w:t>
      </w:r>
    </w:p>
    <w:p>
      <w:pPr>
        <w:spacing w:before="0" w:after="40" w:line="259" w:lineRule="auto"/>
      </w:pPr>
      <w:r>
        <w:rPr>
          <w:rFonts w:ascii="Calibri" w:hAnsi="Calibri" w:eastAsia="Calibri"/>
          <w:b w:val="0"/>
          <w:i w:val="0"/>
          <w:sz w:val="22"/>
        </w:rPr>
        <w:t>crp: 22 mg/L</w:t>
      </w:r>
    </w:p>
    <w:p>
      <w:pPr>
        <w:spacing w:before="0" w:after="40" w:line="259" w:lineRule="auto"/>
      </w:pPr>
      <w:r>
        <w:rPr>
          <w:rFonts w:ascii="Calibri" w:hAnsi="Calibri" w:eastAsia="Calibri"/>
          <w:b w:val="0"/>
          <w:i w:val="0"/>
          <w:sz w:val="22"/>
        </w:rPr>
        <w:t>amylase: 74 U/L</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pH 7.12, K+ 4.6. Review any results that have returned — then decide.</w:t>
      </w:r>
    </w:p>
    <w:p>
      <w:pPr>
        <w:spacing w:before="120" w:after="20" w:line="259" w:lineRule="auto"/>
        <w:shd w:fill="E8F5EC" w:val="clear"/>
      </w:pPr>
      <w:r>
        <w:rPr>
          <w:rFonts w:ascii="Calibri" w:hAnsi="Calibri" w:eastAsia="Calibri"/>
          <w:b/>
          <w:i w:val="0"/>
          <w:color w:val="146E3C"/>
          <w:sz w:val="22"/>
        </w:rPr>
        <w:t>A. [CORRECT] Potassium replacement</w:t>
      </w:r>
    </w:p>
    <w:p>
      <w:pPr>
        <w:spacing w:before="0" w:after="20" w:line="259" w:lineRule="auto"/>
      </w:pPr>
      <w:r>
        <w:rPr>
          <w:rFonts w:ascii="Calibri" w:hAnsi="Calibri" w:eastAsia="Calibri"/>
          <w:b w:val="0"/>
          <w:i/>
          <w:color w:val="282828"/>
          <w:sz w:val="22"/>
        </w:rPr>
        <w:t>Bay: 20 mmol KCl going into the next litre. She stays on a monitor. Diabetes team bleeped.</w:t>
      </w:r>
    </w:p>
    <w:p>
      <w:pPr>
        <w:spacing w:before="80" w:after="40" w:line="259" w:lineRule="auto"/>
      </w:pPr>
      <w:r>
        <w:rPr>
          <w:rFonts w:ascii="Calibri" w:hAnsi="Calibri" w:eastAsia="Calibri"/>
          <w:b/>
          <w:i w:val="0"/>
          <w:color w:val="46326E"/>
          <w:sz w:val="22"/>
        </w:rPr>
        <w:t xml:space="preserve">    Follow-up: What dose?</w:t>
      </w:r>
    </w:p>
    <w:p>
      <w:pPr>
        <w:spacing w:before="120" w:after="20" w:line="259" w:lineRule="auto"/>
        <w:shd w:fill="E8F5EC" w:val="clear"/>
      </w:pPr>
      <w:r>
        <w:rPr>
          <w:rFonts w:ascii="Calibri" w:hAnsi="Calibri" w:eastAsia="Calibri"/>
          <w:b/>
          <w:i w:val="0"/>
          <w:color w:val="146E3C"/>
          <w:sz w:val="22"/>
        </w:rPr>
        <w:t xml:space="preserve">    A. [CORRECT] 20 mmol KCl per litre while K+ is 4.5–5.5 mmol/L</w:t>
      </w:r>
    </w:p>
    <w:p>
      <w:pPr>
        <w:spacing w:before="0" w:after="20" w:line="259" w:lineRule="auto"/>
      </w:pPr>
      <w:r>
        <w:rPr>
          <w:rFonts w:ascii="Calibri" w:hAnsi="Calibri" w:eastAsia="Calibri"/>
          <w:b w:val="0"/>
          <w:i/>
          <w:color w:val="282828"/>
          <w:sz w:val="22"/>
        </w:rPr>
        <w:t xml:space="preserve">       Bay: JBDS: K+ &gt;5.5 none; 3.5–5.5 replace (20 mmol/L if 4.5–5.5, 40 mmol/L if 3.5–4.5). Hers is 4.6.</w:t>
      </w:r>
    </w:p>
    <w:p>
      <w:pPr>
        <w:spacing w:before="120" w:after="20" w:line="259" w:lineRule="auto"/>
        <w:shd w:fill="F8E8E8" w:val="clear"/>
      </w:pPr>
      <w:r>
        <w:rPr>
          <w:rFonts w:ascii="Calibri" w:hAnsi="Calibri" w:eastAsia="Calibri"/>
          <w:b w:val="0"/>
          <w:i w:val="0"/>
          <w:color w:val="A02828"/>
          <w:sz w:val="22"/>
        </w:rPr>
        <w:t xml:space="preserve">    B. [WRONG] No potassium because the gas is 4.6</w:t>
      </w:r>
    </w:p>
    <w:p>
      <w:pPr>
        <w:spacing w:before="0" w:after="20" w:line="259" w:lineRule="auto"/>
      </w:pPr>
      <w:r>
        <w:rPr>
          <w:rFonts w:ascii="Calibri" w:hAnsi="Calibri" w:eastAsia="Calibri"/>
          <w:b w:val="0"/>
          <w:i/>
          <w:color w:val="282828"/>
          <w:sz w:val="22"/>
        </w:rPr>
        <w:t xml:space="preserve">       Bay: Insulin will drop K+. Replace now in the bag.</w:t>
      </w:r>
    </w:p>
    <w:p>
      <w:pPr>
        <w:spacing w:before="120" w:after="20" w:line="259" w:lineRule="auto"/>
        <w:shd w:fill="F8E8E8" w:val="clear"/>
      </w:pPr>
      <w:r>
        <w:rPr>
          <w:rFonts w:ascii="Calibri" w:hAnsi="Calibri" w:eastAsia="Calibri"/>
          <w:b w:val="0"/>
          <w:i w:val="0"/>
          <w:color w:val="A02828"/>
          <w:sz w:val="22"/>
        </w:rPr>
        <w:t xml:space="preserve">    C. [WRONG] 40 mmol KCl in 100 mL over 10 minutes via a peripheral line</w:t>
      </w:r>
    </w:p>
    <w:p>
      <w:pPr>
        <w:spacing w:before="0" w:after="20" w:line="259" w:lineRule="auto"/>
      </w:pPr>
      <w:r>
        <w:rPr>
          <w:rFonts w:ascii="Calibri" w:hAnsi="Calibri" w:eastAsia="Calibri"/>
          <w:b w:val="0"/>
          <w:i/>
          <w:color w:val="282828"/>
          <w:sz w:val="22"/>
        </w:rPr>
        <w:t xml:space="preserve">       Bay: That is an unsafe bolus. Replace in the litre, not as a concentrated push.</w:t>
      </w:r>
    </w:p>
    <w:p>
      <w:pPr>
        <w:spacing w:before="120" w:after="20" w:line="259" w:lineRule="auto"/>
        <w:shd w:fill="F8E8E8" w:val="clear"/>
      </w:pPr>
      <w:r>
        <w:rPr>
          <w:rFonts w:ascii="Calibri" w:hAnsi="Calibri" w:eastAsia="Calibri"/>
          <w:b w:val="0"/>
          <w:i w:val="0"/>
          <w:color w:val="A02828"/>
          <w:sz w:val="22"/>
        </w:rPr>
        <w:t xml:space="preserve">    D. [WRONG] Potassium 80 mmol in the first hour regardless of the gas</w:t>
      </w:r>
    </w:p>
    <w:p>
      <w:pPr>
        <w:spacing w:before="0" w:after="20" w:line="259" w:lineRule="auto"/>
      </w:pPr>
      <w:r>
        <w:rPr>
          <w:rFonts w:ascii="Calibri" w:hAnsi="Calibri" w:eastAsia="Calibri"/>
          <w:b w:val="0"/>
          <w:i/>
          <w:color w:val="282828"/>
          <w:sz w:val="22"/>
        </w:rPr>
        <w:t xml:space="preserve">       Bay: That over-replaces at K+ 4.6 and risks arrest.</w:t>
      </w:r>
    </w:p>
    <w:p>
      <w:pPr>
        <w:spacing w:before="120" w:after="20" w:line="259" w:lineRule="auto"/>
        <w:shd w:fill="F8E8E8" w:val="clear"/>
      </w:pPr>
      <w:r>
        <w:rPr>
          <w:rFonts w:ascii="Calibri" w:hAnsi="Calibri" w:eastAsia="Calibri"/>
          <w:b w:val="0"/>
          <w:i w:val="0"/>
          <w:color w:val="A02828"/>
          <w:sz w:val="22"/>
        </w:rPr>
        <w:t xml:space="preserve">    E. [WRONG] Withhold potassium until she is anuric</w:t>
      </w:r>
    </w:p>
    <w:p>
      <w:pPr>
        <w:spacing w:before="0" w:after="20" w:line="259" w:lineRule="auto"/>
      </w:pPr>
      <w:r>
        <w:rPr>
          <w:rFonts w:ascii="Calibri" w:hAnsi="Calibri" w:eastAsia="Calibri"/>
          <w:b w:val="0"/>
          <w:i/>
          <w:color w:val="282828"/>
          <w:sz w:val="22"/>
        </w:rPr>
        <w:t xml:space="preserve">       Bay: She is passing urine and K+ will fall. Replace as per JBDS.</w:t>
      </w:r>
    </w:p>
    <w:p>
      <w:pPr>
        <w:spacing w:before="120" w:after="20" w:line="259" w:lineRule="auto"/>
        <w:shd w:fill="F8E8E8" w:val="clear"/>
      </w:pPr>
      <w:r>
        <w:rPr>
          <w:rFonts w:ascii="Calibri" w:hAnsi="Calibri" w:eastAsia="Calibri"/>
          <w:b w:val="0"/>
          <w:i w:val="0"/>
          <w:color w:val="A02828"/>
          <w:sz w:val="22"/>
        </w:rPr>
        <w:t>B. [WRONG] Sodium bicarbonate 8.4% 100 mL now pH is known</w:t>
      </w:r>
    </w:p>
    <w:p>
      <w:pPr>
        <w:spacing w:before="0" w:after="20" w:line="259" w:lineRule="auto"/>
      </w:pPr>
      <w:r>
        <w:rPr>
          <w:rFonts w:ascii="Calibri" w:hAnsi="Calibri" w:eastAsia="Calibri"/>
          <w:b w:val="0"/>
          <w:i/>
          <w:color w:val="282828"/>
          <w:sz w:val="22"/>
        </w:rPr>
        <w:t>Bay: Not indicated at pH 7.12. Continue fluid, FRIII and potassium.</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Stop FRIII because glucose has fallen by 4 mmol/L</w:t>
      </w:r>
    </w:p>
    <w:p>
      <w:pPr>
        <w:spacing w:before="0" w:after="20" w:line="259" w:lineRule="auto"/>
      </w:pPr>
      <w:r>
        <w:rPr>
          <w:rFonts w:ascii="Calibri" w:hAnsi="Calibri" w:eastAsia="Calibri"/>
          <w:b w:val="0"/>
          <w:i/>
          <w:color w:val="282828"/>
          <w:sz w:val="22"/>
        </w:rPr>
        <w:t>Bay: Continue FRIII until ketones are &lt;0.6 mmol/L. When glucose is &lt;14, add 10% glucose — do not stop the insulin.</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No potassium because the gas is 4.6</w:t>
      </w:r>
    </w:p>
    <w:p>
      <w:pPr>
        <w:spacing w:before="0" w:after="20" w:line="259" w:lineRule="auto"/>
      </w:pPr>
      <w:r>
        <w:rPr>
          <w:rFonts w:ascii="Calibri" w:hAnsi="Calibri" w:eastAsia="Calibri"/>
          <w:b w:val="0"/>
          <w:i/>
          <w:color w:val="282828"/>
          <w:sz w:val="22"/>
        </w:rPr>
        <w:t>Bay: Insulin will drop K+. Replace now in the bag as per JBDS.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40 mmol KCl as a peripheral push over 10 minutes</w:t>
      </w:r>
    </w:p>
    <w:p>
      <w:pPr>
        <w:spacing w:before="0" w:after="20" w:line="259" w:lineRule="auto"/>
      </w:pPr>
      <w:r>
        <w:rPr>
          <w:rFonts w:ascii="Calibri" w:hAnsi="Calibri" w:eastAsia="Calibri"/>
          <w:b w:val="0"/>
          <w:i/>
          <w:color w:val="282828"/>
          <w:sz w:val="22"/>
        </w:rPr>
        <w:t>Bay: That is an unsafe bolus. Replace in the litre, on a monitor.</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Her mother is in the relatives' room.</w:t>
      </w:r>
    </w:p>
    <w:p>
      <w:pPr>
        <w:spacing w:before="120" w:after="20" w:line="259" w:lineRule="auto"/>
        <w:shd w:fill="E8F5EC" w:val="clear"/>
      </w:pPr>
      <w:r>
        <w:rPr>
          <w:rFonts w:ascii="Calibri" w:hAnsi="Calibri" w:eastAsia="Calibri"/>
          <w:b/>
          <w:i w:val="0"/>
          <w:color w:val="146E3C"/>
          <w:sz w:val="22"/>
        </w:rPr>
        <w:t>A. [CORRECT] Ask about missed insulin, pump / pen failure, illness and usual doses</w:t>
      </w:r>
    </w:p>
    <w:p>
      <w:pPr>
        <w:spacing w:before="0" w:after="20" w:line="259" w:lineRule="auto"/>
      </w:pPr>
      <w:r>
        <w:rPr>
          <w:rFonts w:ascii="Calibri" w:hAnsi="Calibri" w:eastAsia="Calibri"/>
          <w:b w:val="0"/>
          <w:i/>
          <w:color w:val="282828"/>
          <w:sz w:val="22"/>
        </w:rPr>
        <w:t>Bay: Ran out of NovoRapid two days ago. Still taking glargine until yesterday. Viral prodrome.</w:t>
      </w:r>
    </w:p>
    <w:p>
      <w:pPr>
        <w:spacing w:before="120" w:after="20" w:line="259" w:lineRule="auto"/>
        <w:shd w:fill="E8F5EC" w:val="clear"/>
      </w:pPr>
      <w:r>
        <w:rPr>
          <w:rFonts w:ascii="Calibri" w:hAnsi="Calibri" w:eastAsia="Calibri"/>
          <w:b/>
          <w:i w:val="0"/>
          <w:color w:val="146E3C"/>
          <w:sz w:val="22"/>
        </w:rPr>
        <w:t>B. [CORRECT] Ask about pregnancy, alcohol, steroids and other precipitants</w:t>
      </w:r>
    </w:p>
    <w:p>
      <w:pPr>
        <w:spacing w:before="0" w:after="20" w:line="259" w:lineRule="auto"/>
      </w:pPr>
      <w:r>
        <w:rPr>
          <w:rFonts w:ascii="Calibri" w:hAnsi="Calibri" w:eastAsia="Calibri"/>
          <w:b w:val="0"/>
          <w:i/>
          <w:color w:val="282828"/>
          <w:sz w:val="22"/>
        </w:rPr>
        <w:t>Bay: hCG negative. No alcohol. No steroids. Exam next week — she had been skipping doses to run out slower.</w:t>
      </w:r>
    </w:p>
    <w:p>
      <w:pPr>
        <w:spacing w:before="120" w:after="20" w:line="259" w:lineRule="auto"/>
        <w:shd w:fill="E8F5EC" w:val="clear"/>
      </w:pPr>
      <w:r>
        <w:rPr>
          <w:rFonts w:ascii="Calibri" w:hAnsi="Calibri" w:eastAsia="Calibri"/>
          <w:b/>
          <w:i w:val="0"/>
          <w:color w:val="146E3C"/>
          <w:sz w:val="22"/>
        </w:rPr>
        <w:t>C. [CORRECT] Check previous DKA / ICU admissions and clinic letters</w:t>
      </w:r>
    </w:p>
    <w:p>
      <w:pPr>
        <w:spacing w:before="0" w:after="20" w:line="259" w:lineRule="auto"/>
      </w:pPr>
      <w:r>
        <w:rPr>
          <w:rFonts w:ascii="Calibri" w:hAnsi="Calibri" w:eastAsia="Calibri"/>
          <w:b w:val="0"/>
          <w:i/>
          <w:color w:val="282828"/>
          <w:sz w:val="22"/>
        </w:rPr>
        <w:t>Bay: One paediatric DKA aged 14. Under adult clinic, last HbA1c 86 mmol/mol.</w:t>
      </w:r>
    </w:p>
    <w:p>
      <w:pPr>
        <w:spacing w:before="120" w:after="20" w:line="259" w:lineRule="auto"/>
        <w:shd w:fill="F8E8E8" w:val="clear"/>
      </w:pPr>
      <w:r>
        <w:rPr>
          <w:rFonts w:ascii="Calibri" w:hAnsi="Calibri" w:eastAsia="Calibri"/>
          <w:b w:val="0"/>
          <w:i w:val="0"/>
          <w:color w:val="A02828"/>
          <w:sz w:val="22"/>
        </w:rPr>
        <w:t>D. [WRONG] Await a formal endocrine MRI before starting FRIII</w:t>
      </w:r>
    </w:p>
    <w:p>
      <w:pPr>
        <w:spacing w:before="0" w:after="20" w:line="259" w:lineRule="auto"/>
      </w:pPr>
      <w:r>
        <w:rPr>
          <w:rFonts w:ascii="Calibri" w:hAnsi="Calibri" w:eastAsia="Calibri"/>
          <w:b w:val="0"/>
          <w:i/>
          <w:color w:val="282828"/>
          <w:sz w:val="22"/>
        </w:rPr>
        <w:t>Bay: There is no pituitary story. This is DKA. Treat it.</w:t>
      </w:r>
    </w:p>
    <w:p>
      <w:pPr>
        <w:spacing w:before="120" w:after="20" w:line="259" w:lineRule="auto"/>
        <w:shd w:fill="F8E8E8" w:val="clear"/>
      </w:pPr>
      <w:r>
        <w:rPr>
          <w:rFonts w:ascii="Calibri" w:hAnsi="Calibri" w:eastAsia="Calibri"/>
          <w:b w:val="0"/>
          <w:i w:val="0"/>
          <w:color w:val="A02828"/>
          <w:sz w:val="22"/>
        </w:rPr>
        <w:t>E. [WRONG] Delay fluid until a dietitian has calculated her usual carbohydrate ratio</w:t>
      </w:r>
    </w:p>
    <w:p>
      <w:pPr>
        <w:spacing w:before="0" w:after="20" w:line="259" w:lineRule="auto"/>
      </w:pPr>
      <w:r>
        <w:rPr>
          <w:rFonts w:ascii="Calibri" w:hAnsi="Calibri" w:eastAsia="Calibri"/>
          <w:b w:val="0"/>
          <w:i/>
          <w:color w:val="282828"/>
          <w:sz w:val="22"/>
        </w:rPr>
        <w:t>Bay: Education is later. Resuscitation is now.</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Diabetic ketoacidosis</w:t>
      </w:r>
    </w:p>
    <w:p>
      <w:pPr>
        <w:spacing w:before="0" w:after="20" w:line="259" w:lineRule="auto"/>
      </w:pPr>
      <w:r>
        <w:rPr>
          <w:rFonts w:ascii="Calibri" w:hAnsi="Calibri" w:eastAsia="Calibri"/>
          <w:b w:val="0"/>
          <w:i/>
          <w:color w:val="282828"/>
          <w:sz w:val="22"/>
        </w:rPr>
        <w:t>Bay: Glucose 28, ketones 6.2, pH 7.12. Missed insulin. Treat as DKA.</w:t>
      </w:r>
    </w:p>
    <w:p>
      <w:pPr>
        <w:spacing w:before="120" w:after="20" w:line="259" w:lineRule="auto"/>
        <w:shd w:fill="F8E8E8" w:val="clear"/>
      </w:pPr>
      <w:r>
        <w:rPr>
          <w:rFonts w:ascii="Calibri" w:hAnsi="Calibri" w:eastAsia="Calibri"/>
          <w:b w:val="0"/>
          <w:i w:val="0"/>
          <w:color w:val="A02828"/>
          <w:sz w:val="22"/>
        </w:rPr>
        <w:t>B. [WRONG] Hyperosmolar hyperglycaemic state</w:t>
      </w:r>
    </w:p>
    <w:p>
      <w:pPr>
        <w:spacing w:before="0" w:after="20" w:line="259" w:lineRule="auto"/>
      </w:pPr>
      <w:r>
        <w:rPr>
          <w:rFonts w:ascii="Calibri" w:hAnsi="Calibri" w:eastAsia="Calibri"/>
          <w:b w:val="0"/>
          <w:i/>
          <w:color w:val="282828"/>
          <w:sz w:val="22"/>
        </w:rPr>
        <w:t>Bay: She is 19 with type 1, ketones 6.2 and a pH of 7.12. That is DKA, not HHS.</w:t>
      </w:r>
    </w:p>
    <w:p>
      <w:pPr>
        <w:spacing w:before="120" w:after="20" w:line="259" w:lineRule="auto"/>
        <w:shd w:fill="F8E8E8" w:val="clear"/>
      </w:pPr>
      <w:r>
        <w:rPr>
          <w:rFonts w:ascii="Calibri" w:hAnsi="Calibri" w:eastAsia="Calibri"/>
          <w:b w:val="0"/>
          <w:i w:val="0"/>
          <w:color w:val="A02828"/>
          <w:sz w:val="22"/>
        </w:rPr>
        <w:t>C. [WRONG] Starvation ketosis without DKA</w:t>
      </w:r>
    </w:p>
    <w:p>
      <w:pPr>
        <w:spacing w:before="0" w:after="20" w:line="259" w:lineRule="auto"/>
      </w:pPr>
      <w:r>
        <w:rPr>
          <w:rFonts w:ascii="Calibri" w:hAnsi="Calibri" w:eastAsia="Calibri"/>
          <w:b w:val="0"/>
          <w:i/>
          <w:color w:val="282828"/>
          <w:sz w:val="22"/>
        </w:rPr>
        <w:t>Bay: Glucose 28 and pH 7.12 are not starvation ketosis.</w:t>
      </w:r>
    </w:p>
    <w:p>
      <w:pPr>
        <w:spacing w:before="120" w:after="20" w:line="259" w:lineRule="auto"/>
        <w:shd w:fill="F8E8E8" w:val="clear"/>
      </w:pPr>
      <w:r>
        <w:rPr>
          <w:rFonts w:ascii="Calibri" w:hAnsi="Calibri" w:eastAsia="Calibri"/>
          <w:b w:val="0"/>
          <w:i w:val="0"/>
          <w:color w:val="A02828"/>
          <w:sz w:val="22"/>
        </w:rPr>
        <w:t>D. [WRONG] Lactic acidosis from sepsis as the sole diagnosis</w:t>
      </w:r>
    </w:p>
    <w:p>
      <w:pPr>
        <w:spacing w:before="0" w:after="20" w:line="259" w:lineRule="auto"/>
      </w:pPr>
      <w:r>
        <w:rPr>
          <w:rFonts w:ascii="Calibri" w:hAnsi="Calibri" w:eastAsia="Calibri"/>
          <w:b w:val="0"/>
          <w:i/>
          <w:color w:val="282828"/>
          <w:sz w:val="22"/>
        </w:rPr>
        <w:t>Bay: Lactate 3.1 can feature, but ketones 6.2 and missed insulin are DKA.</w:t>
      </w:r>
    </w:p>
    <w:p>
      <w:pPr>
        <w:spacing w:before="120" w:after="20" w:line="259" w:lineRule="auto"/>
        <w:shd w:fill="F8E8E8" w:val="clear"/>
      </w:pPr>
      <w:r>
        <w:rPr>
          <w:rFonts w:ascii="Calibri" w:hAnsi="Calibri" w:eastAsia="Calibri"/>
          <w:b w:val="0"/>
          <w:i w:val="0"/>
          <w:color w:val="A02828"/>
          <w:sz w:val="22"/>
        </w:rPr>
        <w:t>E. [WRONG] Alcoholic ketoacidosis</w:t>
      </w:r>
    </w:p>
    <w:p>
      <w:pPr>
        <w:spacing w:before="0" w:after="20" w:line="259" w:lineRule="auto"/>
      </w:pPr>
      <w:r>
        <w:rPr>
          <w:rFonts w:ascii="Calibri" w:hAnsi="Calibri" w:eastAsia="Calibri"/>
          <w:b w:val="0"/>
          <w:i/>
          <w:color w:val="282828"/>
          <w:sz w:val="22"/>
        </w:rPr>
        <w:t>Bay: Known type 1, missed insulin, BM 28. Not an alcohol history.</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Two hours in. Glucose 15, ketones 3.8, K+ 4.1. She is talking.</w:t>
      </w:r>
    </w:p>
    <w:p>
      <w:pPr>
        <w:spacing w:before="120" w:after="20" w:line="259" w:lineRule="auto"/>
        <w:shd w:fill="E8F5EC" w:val="clear"/>
      </w:pPr>
      <w:r>
        <w:rPr>
          <w:rFonts w:ascii="Calibri" w:hAnsi="Calibri" w:eastAsia="Calibri"/>
          <w:b/>
          <w:i w:val="0"/>
          <w:color w:val="146E3C"/>
          <w:sz w:val="22"/>
        </w:rPr>
        <w:t>A. [CORRECT] Continue FRIII and basal insulin</w:t>
      </w:r>
    </w:p>
    <w:p>
      <w:pPr>
        <w:spacing w:before="0" w:after="20" w:line="259" w:lineRule="auto"/>
      </w:pPr>
      <w:r>
        <w:rPr>
          <w:rFonts w:ascii="Calibri" w:hAnsi="Calibri" w:eastAsia="Calibri"/>
          <w:b w:val="0"/>
          <w:i/>
          <w:color w:val="282828"/>
          <w:sz w:val="22"/>
        </w:rPr>
        <w:t>Bay: FRIII stays on. Glargine given. 10% glucose ready for when she is under 14. She stays in a monitored bed.</w:t>
      </w:r>
    </w:p>
    <w:p>
      <w:pPr>
        <w:spacing w:before="0" w:after="40" w:line="259" w:lineRule="auto"/>
      </w:pPr>
      <w:r>
        <w:rPr>
          <w:rFonts w:ascii="Calibri" w:hAnsi="Calibri" w:eastAsia="Calibri"/>
          <w:b w:val="0"/>
          <w:i/>
          <w:color w:val="5A4614"/>
          <w:sz w:val="20"/>
        </w:rPr>
        <w:t>Reaction: hr -8, rr -6, glucose -4</w:t>
      </w:r>
    </w:p>
    <w:p>
      <w:pPr>
        <w:spacing w:before="80" w:after="40" w:line="259" w:lineRule="auto"/>
      </w:pPr>
      <w:r>
        <w:rPr>
          <w:rFonts w:ascii="Calibri" w:hAnsi="Calibri" w:eastAsia="Calibri"/>
          <w:b/>
          <w:i w:val="0"/>
          <w:color w:val="46326E"/>
          <w:sz w:val="22"/>
        </w:rPr>
        <w:t xml:space="preserve">    Follow-up: What dose?</w:t>
      </w:r>
    </w:p>
    <w:p>
      <w:pPr>
        <w:spacing w:before="120" w:after="20" w:line="259" w:lineRule="auto"/>
        <w:shd w:fill="E8F5EC" w:val="clear"/>
      </w:pPr>
      <w:r>
        <w:rPr>
          <w:rFonts w:ascii="Calibri" w:hAnsi="Calibri" w:eastAsia="Calibri"/>
          <w:b/>
          <w:i w:val="0"/>
          <w:color w:val="146E3C"/>
          <w:sz w:val="22"/>
        </w:rPr>
        <w:t xml:space="preserve">    A. [CORRECT] Keep FRIII 0.1 U/kg/h; add 10% glucose when BM &lt;14; continue long-acting insulin</w:t>
      </w:r>
    </w:p>
    <w:p>
      <w:pPr>
        <w:spacing w:before="0" w:after="20" w:line="259" w:lineRule="auto"/>
      </w:pPr>
      <w:r>
        <w:rPr>
          <w:rFonts w:ascii="Calibri" w:hAnsi="Calibri" w:eastAsia="Calibri"/>
          <w:b w:val="0"/>
          <w:i/>
          <w:color w:val="282828"/>
          <w:sz w:val="22"/>
        </w:rPr>
        <w:t xml:space="preserve">       Bay: Do not stop FRIII until ketones are &lt;0.6. Basal insulin continues throughout.</w:t>
      </w:r>
    </w:p>
    <w:p>
      <w:pPr>
        <w:spacing w:before="120" w:after="20" w:line="259" w:lineRule="auto"/>
        <w:shd w:fill="F8E8E8" w:val="clear"/>
      </w:pPr>
      <w:r>
        <w:rPr>
          <w:rFonts w:ascii="Calibri" w:hAnsi="Calibri" w:eastAsia="Calibri"/>
          <w:b w:val="0"/>
          <w:i w:val="0"/>
          <w:color w:val="A02828"/>
          <w:sz w:val="22"/>
        </w:rPr>
        <w:t xml:space="preserve">    B. [WRONG] Stop FRIII now glucose is 15 mmol/L</w:t>
      </w:r>
    </w:p>
    <w:p>
      <w:pPr>
        <w:spacing w:before="0" w:after="20" w:line="259" w:lineRule="auto"/>
      </w:pPr>
      <w:r>
        <w:rPr>
          <w:rFonts w:ascii="Calibri" w:hAnsi="Calibri" w:eastAsia="Calibri"/>
          <w:b w:val="0"/>
          <w:i/>
          <w:color w:val="282828"/>
          <w:sz w:val="22"/>
        </w:rPr>
        <w:t xml:space="preserve">       Bay: Ketones are still 3.8. Stopping insulin now bounces her back into DKA.</w:t>
      </w:r>
    </w:p>
    <w:p>
      <w:pPr>
        <w:spacing w:before="120" w:after="20" w:line="259" w:lineRule="auto"/>
        <w:shd w:fill="F8E8E8" w:val="clear"/>
      </w:pPr>
      <w:r>
        <w:rPr>
          <w:rFonts w:ascii="Calibri" w:hAnsi="Calibri" w:eastAsia="Calibri"/>
          <w:b w:val="0"/>
          <w:i w:val="0"/>
          <w:color w:val="A02828"/>
          <w:sz w:val="22"/>
        </w:rPr>
        <w:t xml:space="preserve">    C. [WRONG] Halve FRIII and withhold basal insulin overnight</w:t>
      </w:r>
    </w:p>
    <w:p>
      <w:pPr>
        <w:spacing w:before="0" w:after="20" w:line="259" w:lineRule="auto"/>
      </w:pPr>
      <w:r>
        <w:rPr>
          <w:rFonts w:ascii="Calibri" w:hAnsi="Calibri" w:eastAsia="Calibri"/>
          <w:b w:val="0"/>
          <w:i/>
          <w:color w:val="282828"/>
          <w:sz w:val="22"/>
        </w:rPr>
        <w:t xml:space="preserve">       Bay: Keep the rate and the basal. Do not strip both.</w:t>
      </w:r>
    </w:p>
    <w:p>
      <w:pPr>
        <w:spacing w:before="120" w:after="20" w:line="259" w:lineRule="auto"/>
        <w:shd w:fill="F8E8E8" w:val="clear"/>
      </w:pPr>
      <w:r>
        <w:rPr>
          <w:rFonts w:ascii="Calibri" w:hAnsi="Calibri" w:eastAsia="Calibri"/>
          <w:b w:val="0"/>
          <w:i w:val="0"/>
          <w:color w:val="A02828"/>
          <w:sz w:val="22"/>
        </w:rPr>
        <w:t xml:space="preserve">    D. [WRONG] Give a 10 unit IV insulin bolus because ketones are still 3.8</w:t>
      </w:r>
    </w:p>
    <w:p>
      <w:pPr>
        <w:spacing w:before="0" w:after="20" w:line="259" w:lineRule="auto"/>
      </w:pPr>
      <w:r>
        <w:rPr>
          <w:rFonts w:ascii="Calibri" w:hAnsi="Calibri" w:eastAsia="Calibri"/>
          <w:b w:val="0"/>
          <w:i/>
          <w:color w:val="282828"/>
          <w:sz w:val="22"/>
        </w:rPr>
        <w:t xml:space="preserve">       Bay: No boluses. The infusion is the treatment.</w:t>
      </w:r>
    </w:p>
    <w:p>
      <w:pPr>
        <w:spacing w:before="120" w:after="20" w:line="259" w:lineRule="auto"/>
        <w:shd w:fill="F8E8E8" w:val="clear"/>
      </w:pPr>
      <w:r>
        <w:rPr>
          <w:rFonts w:ascii="Calibri" w:hAnsi="Calibri" w:eastAsia="Calibri"/>
          <w:b w:val="0"/>
          <w:i w:val="0"/>
          <w:color w:val="A02828"/>
          <w:sz w:val="22"/>
        </w:rPr>
        <w:t xml:space="preserve">    E. [WRONG] Switch to a subcutaneous sliding scale in majors</w:t>
      </w:r>
    </w:p>
    <w:p>
      <w:pPr>
        <w:spacing w:before="0" w:after="20" w:line="259" w:lineRule="auto"/>
      </w:pPr>
      <w:r>
        <w:rPr>
          <w:rFonts w:ascii="Calibri" w:hAnsi="Calibri" w:eastAsia="Calibri"/>
          <w:b w:val="0"/>
          <w:i/>
          <w:color w:val="282828"/>
          <w:sz w:val="22"/>
        </w:rPr>
        <w:t xml:space="preserve">       Bay: She is still acidotic and ketotic. Stay on FRIII in a monitored bed.</w:t>
      </w:r>
    </w:p>
    <w:p>
      <w:pPr>
        <w:spacing w:before="120" w:after="20" w:line="259" w:lineRule="auto"/>
        <w:shd w:fill="F8E8E8" w:val="clear"/>
      </w:pPr>
      <w:r>
        <w:rPr>
          <w:rFonts w:ascii="Calibri" w:hAnsi="Calibri" w:eastAsia="Calibri"/>
          <w:b w:val="0"/>
          <w:i w:val="0"/>
          <w:color w:val="A02828"/>
          <w:sz w:val="22"/>
        </w:rPr>
        <w:t>B. [WRONG] Stop all insulin because glucose is falling</w:t>
      </w:r>
    </w:p>
    <w:p>
      <w:pPr>
        <w:spacing w:before="0" w:after="20" w:line="259" w:lineRule="auto"/>
      </w:pPr>
      <w:r>
        <w:rPr>
          <w:rFonts w:ascii="Calibri" w:hAnsi="Calibri" w:eastAsia="Calibri"/>
          <w:b w:val="0"/>
          <w:i/>
          <w:color w:val="282828"/>
          <w:sz w:val="22"/>
        </w:rPr>
        <w:t>Bay: Ketones are still 3.8. Stopping insulin is how DKA rebounds — and how she arrests later.</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Transfer to a general ward on oral fluids only</w:t>
      </w:r>
    </w:p>
    <w:p>
      <w:pPr>
        <w:spacing w:before="0" w:after="20" w:line="259" w:lineRule="auto"/>
      </w:pPr>
      <w:r>
        <w:rPr>
          <w:rFonts w:ascii="Calibri" w:hAnsi="Calibri" w:eastAsia="Calibri"/>
          <w:b w:val="0"/>
          <w:i/>
          <w:color w:val="282828"/>
          <w:sz w:val="22"/>
        </w:rPr>
        <w:t>Bay: pH was 7.12. She needs a monitored bed and FRIII, not a ward jug of water.</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Give 8.4% bicarbonate because ketones have not yet cleared</w:t>
      </w:r>
    </w:p>
    <w:p>
      <w:pPr>
        <w:spacing w:before="0" w:after="20" w:line="259" w:lineRule="auto"/>
      </w:pPr>
      <w:r>
        <w:rPr>
          <w:rFonts w:ascii="Calibri" w:hAnsi="Calibri" w:eastAsia="Calibri"/>
          <w:b w:val="0"/>
          <w:i/>
          <w:color w:val="282828"/>
          <w:sz w:val="22"/>
        </w:rPr>
        <w:t>Bay: Not indicated. Continue FRIII and fluid.</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Immediate RSI now that she is tired</w:t>
      </w:r>
    </w:p>
    <w:p>
      <w:pPr>
        <w:spacing w:before="0" w:after="20" w:line="259" w:lineRule="auto"/>
      </w:pPr>
      <w:r>
        <w:rPr>
          <w:rFonts w:ascii="Calibri" w:hAnsi="Calibri" w:eastAsia="Calibri"/>
          <w:b w:val="0"/>
          <w:i/>
          <w:color w:val="282828"/>
          <w:sz w:val="22"/>
        </w:rPr>
        <w:t>Bay: She is talking and improving. Kussmaul is compensation. Do not intubate a recovering DKA.</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She is 15 mmol/L and talking in sentences.</w:t>
      </w:r>
    </w:p>
    <w:p>
      <w:pPr>
        <w:spacing w:before="120" w:after="20" w:line="259" w:lineRule="auto"/>
        <w:shd w:fill="E8F5EC" w:val="clear"/>
      </w:pPr>
      <w:r>
        <w:rPr>
          <w:rFonts w:ascii="Calibri" w:hAnsi="Calibri" w:eastAsia="Calibri"/>
          <w:b/>
          <w:i w:val="0"/>
          <w:color w:val="146E3C"/>
          <w:sz w:val="22"/>
        </w:rPr>
        <w:t>A. [CORRECT] Level 2 HDU / monitored DKA bed</w:t>
      </w:r>
    </w:p>
    <w:p>
      <w:pPr>
        <w:spacing w:before="0" w:after="20" w:line="259" w:lineRule="auto"/>
      </w:pPr>
      <w:r>
        <w:rPr>
          <w:rFonts w:ascii="Calibri" w:hAnsi="Calibri" w:eastAsia="Calibri"/>
          <w:b w:val="0"/>
          <w:i/>
          <w:color w:val="282828"/>
          <w:sz w:val="22"/>
        </w:rPr>
        <w:t>Bay: Correct. pH 7.12, age 19, still ketotic.</w:t>
      </w:r>
    </w:p>
    <w:p>
      <w:pPr>
        <w:spacing w:before="120" w:after="20" w:line="259" w:lineRule="auto"/>
        <w:shd w:fill="F8E8E8" w:val="clear"/>
      </w:pPr>
      <w:r>
        <w:rPr>
          <w:rFonts w:ascii="Calibri" w:hAnsi="Calibri" w:eastAsia="Calibri"/>
          <w:b w:val="0"/>
          <w:i w:val="0"/>
          <w:color w:val="A02828"/>
          <w:sz w:val="22"/>
        </w:rPr>
        <w:t>B. [WRONG] Home with a new insulin pen once glucose is 15</w:t>
      </w:r>
    </w:p>
    <w:p>
      <w:pPr>
        <w:spacing w:before="0" w:after="20" w:line="259" w:lineRule="auto"/>
      </w:pPr>
      <w:r>
        <w:rPr>
          <w:rFonts w:ascii="Calibri" w:hAnsi="Calibri" w:eastAsia="Calibri"/>
          <w:b w:val="0"/>
          <w:i/>
          <w:color w:val="282828"/>
          <w:sz w:val="22"/>
        </w:rPr>
        <w:t>Bay: She is still in DKA. That is not a discharge.</w:t>
      </w:r>
    </w:p>
    <w:p>
      <w:pPr>
        <w:spacing w:before="120" w:after="20" w:line="259" w:lineRule="auto"/>
        <w:shd w:fill="F8E8E8" w:val="clear"/>
      </w:pPr>
      <w:r>
        <w:rPr>
          <w:rFonts w:ascii="Calibri" w:hAnsi="Calibri" w:eastAsia="Calibri"/>
          <w:b w:val="0"/>
          <w:i w:val="0"/>
          <w:color w:val="A02828"/>
          <w:sz w:val="22"/>
        </w:rPr>
        <w:t>C. [WRONG] Acute medical unit side-room without a syringe driver</w:t>
      </w:r>
    </w:p>
    <w:p>
      <w:pPr>
        <w:spacing w:before="0" w:after="20" w:line="259" w:lineRule="auto"/>
      </w:pPr>
      <w:r>
        <w:rPr>
          <w:rFonts w:ascii="Calibri" w:hAnsi="Calibri" w:eastAsia="Calibri"/>
          <w:b w:val="0"/>
          <w:i/>
          <w:color w:val="282828"/>
          <w:sz w:val="22"/>
        </w:rPr>
        <w:t>Bay: She needs FRIII and potassium on a monitor.</w:t>
      </w:r>
    </w:p>
    <w:p>
      <w:pPr>
        <w:spacing w:before="120" w:after="20" w:line="259" w:lineRule="auto"/>
        <w:shd w:fill="F8E8E8" w:val="clear"/>
      </w:pPr>
      <w:r>
        <w:rPr>
          <w:rFonts w:ascii="Calibri" w:hAnsi="Calibri" w:eastAsia="Calibri"/>
          <w:b w:val="0"/>
          <w:i w:val="0"/>
          <w:color w:val="A02828"/>
          <w:sz w:val="22"/>
        </w:rPr>
        <w:t>D. [WRONG] ICU for immediate intubation regardless of trajectory</w:t>
      </w:r>
    </w:p>
    <w:p>
      <w:pPr>
        <w:spacing w:before="0" w:after="20" w:line="259" w:lineRule="auto"/>
      </w:pPr>
      <w:r>
        <w:rPr>
          <w:rFonts w:ascii="Calibri" w:hAnsi="Calibri" w:eastAsia="Calibri"/>
          <w:b w:val="0"/>
          <w:i/>
          <w:color w:val="282828"/>
          <w:sz w:val="22"/>
        </w:rPr>
        <w:t>Bay: She is improving. Level 2 is enough unless she drops her GCS or cannot protect her airway.</w:t>
      </w:r>
    </w:p>
    <w:p>
      <w:pPr>
        <w:spacing w:before="120" w:after="20" w:line="259" w:lineRule="auto"/>
        <w:shd w:fill="F8E8E8" w:val="clear"/>
      </w:pPr>
      <w:r>
        <w:rPr>
          <w:rFonts w:ascii="Calibri" w:hAnsi="Calibri" w:eastAsia="Calibri"/>
          <w:b w:val="0"/>
          <w:i w:val="0"/>
          <w:color w:val="A02828"/>
          <w:sz w:val="22"/>
        </w:rPr>
        <w:t>E. [WRONG] Surgical ward for 'abdominal pain ?appendicitis'</w:t>
      </w:r>
    </w:p>
    <w:p>
      <w:pPr>
        <w:spacing w:before="0" w:after="20" w:line="259" w:lineRule="auto"/>
      </w:pPr>
      <w:r>
        <w:rPr>
          <w:rFonts w:ascii="Calibri" w:hAnsi="Calibri" w:eastAsia="Calibri"/>
          <w:b w:val="0"/>
          <w:i/>
          <w:color w:val="282828"/>
          <w:sz w:val="22"/>
        </w:rPr>
        <w:t>Bay: The abdomen is DKA. Do not send her to surgery off FRIII.</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she leaves the bay.</w:t>
      </w:r>
    </w:p>
    <w:p>
      <w:pPr>
        <w:spacing w:before="120" w:after="20" w:line="259" w:lineRule="auto"/>
        <w:shd w:fill="E8F5EC" w:val="clear"/>
      </w:pPr>
      <w:r>
        <w:rPr>
          <w:rFonts w:ascii="Calibri" w:hAnsi="Calibri" w:eastAsia="Calibri"/>
          <w:b/>
          <w:i w:val="0"/>
          <w:color w:val="146E3C"/>
          <w:sz w:val="22"/>
        </w:rPr>
        <w:t>A. [CORRECT] VTE assessment, continue glargine, document ketones and pH, diabetes-team referral</w:t>
      </w:r>
    </w:p>
    <w:p>
      <w:pPr>
        <w:spacing w:before="0" w:after="20" w:line="259" w:lineRule="auto"/>
      </w:pPr>
      <w:r>
        <w:rPr>
          <w:rFonts w:ascii="Calibri" w:hAnsi="Calibri" w:eastAsia="Calibri"/>
          <w:b w:val="0"/>
          <w:i/>
          <w:color w:val="282828"/>
          <w:sz w:val="22"/>
        </w:rPr>
        <w:t>Bay: Enoxaparin as per protocol. Glargine given. Chart shows pH 7.12 and ketones 6.2. DSN in the morning.</w:t>
      </w:r>
    </w:p>
    <w:p>
      <w:pPr>
        <w:spacing w:before="80" w:after="40" w:line="259" w:lineRule="auto"/>
      </w:pPr>
      <w:r>
        <w:rPr>
          <w:rFonts w:ascii="Calibri" w:hAnsi="Calibri" w:eastAsia="Calibri"/>
          <w:b/>
          <w:i w:val="0"/>
          <w:color w:val="46326E"/>
          <w:sz w:val="22"/>
        </w:rPr>
        <w:t xml:space="preserve">    Follow-up: What happens to her long-acting insulin?</w:t>
      </w:r>
    </w:p>
    <w:p>
      <w:pPr>
        <w:spacing w:before="120" w:after="20" w:line="259" w:lineRule="auto"/>
        <w:shd w:fill="E8F5EC" w:val="clear"/>
      </w:pPr>
      <w:r>
        <w:rPr>
          <w:rFonts w:ascii="Calibri" w:hAnsi="Calibri" w:eastAsia="Calibri"/>
          <w:b/>
          <w:i w:val="0"/>
          <w:color w:val="146E3C"/>
          <w:sz w:val="22"/>
        </w:rPr>
        <w:t xml:space="preserve">    A. [CORRECT] Continue basal glargine alongside FRIII</w:t>
      </w:r>
    </w:p>
    <w:p>
      <w:pPr>
        <w:spacing w:before="0" w:after="20" w:line="259" w:lineRule="auto"/>
      </w:pPr>
      <w:r>
        <w:rPr>
          <w:rFonts w:ascii="Calibri" w:hAnsi="Calibri" w:eastAsia="Calibri"/>
          <w:b w:val="0"/>
          <w:i/>
          <w:color w:val="282828"/>
          <w:sz w:val="22"/>
        </w:rPr>
        <w:t xml:space="preserve">       Bay: JBDS: do not stop basal insulin. It prevents rebound ketosis when FRIII stops.</w:t>
      </w:r>
    </w:p>
    <w:p>
      <w:pPr>
        <w:spacing w:before="120" w:after="20" w:line="259" w:lineRule="auto"/>
        <w:shd w:fill="F8E8E8" w:val="clear"/>
      </w:pPr>
      <w:r>
        <w:rPr>
          <w:rFonts w:ascii="Calibri" w:hAnsi="Calibri" w:eastAsia="Calibri"/>
          <w:b w:val="0"/>
          <w:i w:val="0"/>
          <w:color w:val="A02828"/>
          <w:sz w:val="22"/>
        </w:rPr>
        <w:t xml:space="preserve">    B. [WRONG] Stop glargine overnight so she does not 'stack' insulin</w:t>
      </w:r>
    </w:p>
    <w:p>
      <w:pPr>
        <w:spacing w:before="0" w:after="20" w:line="259" w:lineRule="auto"/>
      </w:pPr>
      <w:r>
        <w:rPr>
          <w:rFonts w:ascii="Calibri" w:hAnsi="Calibri" w:eastAsia="Calibri"/>
          <w:b w:val="0"/>
          <w:i/>
          <w:color w:val="282828"/>
          <w:sz w:val="22"/>
        </w:rPr>
        <w:t xml:space="preserve">       Bay: Stopping basal is how she ketoses again at handover.</w:t>
      </w:r>
    </w:p>
    <w:p>
      <w:pPr>
        <w:spacing w:before="120" w:after="20" w:line="259" w:lineRule="auto"/>
        <w:shd w:fill="F8E8E8" w:val="clear"/>
      </w:pPr>
      <w:r>
        <w:rPr>
          <w:rFonts w:ascii="Calibri" w:hAnsi="Calibri" w:eastAsia="Calibri"/>
          <w:b w:val="0"/>
          <w:i w:val="0"/>
          <w:color w:val="A02828"/>
          <w:sz w:val="22"/>
        </w:rPr>
        <w:t xml:space="preserve">    C. [WRONG] Double glargine tonight because she is dry</w:t>
      </w:r>
    </w:p>
    <w:p>
      <w:pPr>
        <w:spacing w:before="0" w:after="20" w:line="259" w:lineRule="auto"/>
      </w:pPr>
      <w:r>
        <w:rPr>
          <w:rFonts w:ascii="Calibri" w:hAnsi="Calibri" w:eastAsia="Calibri"/>
          <w:b w:val="0"/>
          <w:i/>
          <w:color w:val="282828"/>
          <w:sz w:val="22"/>
        </w:rPr>
        <w:t xml:space="preserve">       Bay: Do not double a basal dose in DKA.</w:t>
      </w:r>
    </w:p>
    <w:p>
      <w:pPr>
        <w:spacing w:before="120" w:after="20" w:line="259" w:lineRule="auto"/>
        <w:shd w:fill="F8E8E8" w:val="clear"/>
      </w:pPr>
      <w:r>
        <w:rPr>
          <w:rFonts w:ascii="Calibri" w:hAnsi="Calibri" w:eastAsia="Calibri"/>
          <w:b w:val="0"/>
          <w:i w:val="0"/>
          <w:color w:val="A02828"/>
          <w:sz w:val="22"/>
        </w:rPr>
        <w:t xml:space="preserve">    D. [WRONG] Convert to mixed insulin in resus</w:t>
      </w:r>
    </w:p>
    <w:p>
      <w:pPr>
        <w:spacing w:before="0" w:after="20" w:line="259" w:lineRule="auto"/>
      </w:pPr>
      <w:r>
        <w:rPr>
          <w:rFonts w:ascii="Calibri" w:hAnsi="Calibri" w:eastAsia="Calibri"/>
          <w:b w:val="0"/>
          <w:i/>
          <w:color w:val="282828"/>
          <w:sz w:val="22"/>
        </w:rPr>
        <w:t xml:space="preserve">       Bay: Stay on FRIII plus her usual basal.</w:t>
      </w:r>
    </w:p>
    <w:p>
      <w:pPr>
        <w:spacing w:before="120" w:after="20" w:line="259" w:lineRule="auto"/>
        <w:shd w:fill="F8E8E8" w:val="clear"/>
      </w:pPr>
      <w:r>
        <w:rPr>
          <w:rFonts w:ascii="Calibri" w:hAnsi="Calibri" w:eastAsia="Calibri"/>
          <w:b w:val="0"/>
          <w:i w:val="0"/>
          <w:color w:val="A02828"/>
          <w:sz w:val="22"/>
        </w:rPr>
        <w:t xml:space="preserve">    E. [WRONG] Give basal only if ketones persist at 24 hours</w:t>
      </w:r>
    </w:p>
    <w:p>
      <w:pPr>
        <w:spacing w:before="0" w:after="20" w:line="259" w:lineRule="auto"/>
      </w:pPr>
      <w:r>
        <w:rPr>
          <w:rFonts w:ascii="Calibri" w:hAnsi="Calibri" w:eastAsia="Calibri"/>
          <w:b w:val="0"/>
          <w:i/>
          <w:color w:val="282828"/>
          <w:sz w:val="22"/>
        </w:rPr>
        <w:t xml:space="preserve">       Bay: Give it now, with the infusion.</w:t>
      </w:r>
    </w:p>
    <w:p>
      <w:pPr>
        <w:spacing w:before="120" w:after="20" w:line="259" w:lineRule="auto"/>
        <w:shd w:fill="F8E8E8" w:val="clear"/>
      </w:pPr>
      <w:r>
        <w:rPr>
          <w:rFonts w:ascii="Calibri" w:hAnsi="Calibri" w:eastAsia="Calibri"/>
          <w:b w:val="0"/>
          <w:i w:val="0"/>
          <w:color w:val="A02828"/>
          <w:sz w:val="22"/>
        </w:rPr>
        <w:t>B. [WRONG] Stop glargine overnight so she does not 'stack' insulin</w:t>
      </w:r>
    </w:p>
    <w:p>
      <w:pPr>
        <w:spacing w:before="0" w:after="20" w:line="259" w:lineRule="auto"/>
      </w:pPr>
      <w:r>
        <w:rPr>
          <w:rFonts w:ascii="Calibri" w:hAnsi="Calibri" w:eastAsia="Calibri"/>
          <w:b w:val="0"/>
          <w:i/>
          <w:color w:val="282828"/>
          <w:sz w:val="22"/>
        </w:rPr>
        <w:t>Bay: Continue basal insulin through DKA. Stopping it is how ketones rebound.</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Free fluids and a carbohydrate binge to 'restore glycogen' before the ward</w:t>
      </w:r>
    </w:p>
    <w:p>
      <w:pPr>
        <w:spacing w:before="0" w:after="20" w:line="259" w:lineRule="auto"/>
      </w:pPr>
      <w:r>
        <w:rPr>
          <w:rFonts w:ascii="Calibri" w:hAnsi="Calibri" w:eastAsia="Calibri"/>
          <w:b w:val="0"/>
          <w:i/>
          <w:color w:val="282828"/>
          <w:sz w:val="22"/>
        </w:rPr>
        <w:t>Bay: Controlled fluid and FRIII. She is at risk of cerebral oedema if you flood her.</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Give lorazepam 1 mg so she can sleep on HDU</w:t>
      </w:r>
    </w:p>
    <w:p>
      <w:pPr>
        <w:spacing w:before="0" w:after="20" w:line="259" w:lineRule="auto"/>
      </w:pPr>
      <w:r>
        <w:rPr>
          <w:rFonts w:ascii="Calibri" w:hAnsi="Calibri" w:eastAsia="Calibri"/>
          <w:b w:val="0"/>
          <w:i/>
          <w:color w:val="282828"/>
          <w:sz w:val="22"/>
        </w:rPr>
        <w:t>Bay: Do not sedate. She still has a metabolic acidosis and a rebound risk.</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Remove the cannula so she can shower before the diabetes-nurse review</w:t>
      </w:r>
    </w:p>
    <w:p>
      <w:pPr>
        <w:spacing w:before="0" w:after="20" w:line="259" w:lineRule="auto"/>
      </w:pPr>
      <w:r>
        <w:rPr>
          <w:rFonts w:ascii="Calibri" w:hAnsi="Calibri" w:eastAsia="Calibri"/>
          <w:b w:val="0"/>
          <w:i/>
          <w:color w:val="282828"/>
          <w:sz w:val="22"/>
        </w:rPr>
        <w:t>Bay: She is on FRIII. Leave the access.</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Diabetes review the next morning. Ketones have cleared.</w:t>
      </w:r>
    </w:p>
    <w:p>
      <w:pPr>
        <w:spacing w:before="120" w:after="20" w:line="259" w:lineRule="auto"/>
        <w:shd w:fill="E8F5EC" w:val="clear"/>
      </w:pPr>
      <w:r>
        <w:rPr>
          <w:rFonts w:ascii="Calibri" w:hAnsi="Calibri" w:eastAsia="Calibri"/>
          <w:b/>
          <w:i w:val="0"/>
          <w:color w:val="146E3C"/>
          <w:sz w:val="22"/>
        </w:rPr>
        <w:t>A. [CORRECT] Diabetic ketoacidosis (missed insulin)</w:t>
      </w:r>
    </w:p>
    <w:p>
      <w:pPr>
        <w:spacing w:before="0" w:after="20" w:line="259" w:lineRule="auto"/>
      </w:pPr>
      <w:r>
        <w:rPr>
          <w:rFonts w:ascii="Calibri" w:hAnsi="Calibri" w:eastAsia="Calibri"/>
          <w:b w:val="0"/>
          <w:i/>
          <w:color w:val="282828"/>
          <w:sz w:val="22"/>
        </w:rPr>
        <w:t>Bay: That is the diagnosis.</w:t>
      </w:r>
    </w:p>
    <w:p>
      <w:pPr>
        <w:spacing w:before="120" w:after="20" w:line="259" w:lineRule="auto"/>
        <w:shd w:fill="F8E8E8" w:val="clear"/>
      </w:pPr>
      <w:r>
        <w:rPr>
          <w:rFonts w:ascii="Calibri" w:hAnsi="Calibri" w:eastAsia="Calibri"/>
          <w:b w:val="0"/>
          <w:i w:val="0"/>
          <w:color w:val="A02828"/>
          <w:sz w:val="22"/>
        </w:rPr>
        <w:t>B. [WRONG] Hyperosmolar hyperglycaemic state</w:t>
      </w:r>
    </w:p>
    <w:p>
      <w:pPr>
        <w:spacing w:before="0" w:after="20" w:line="259" w:lineRule="auto"/>
      </w:pPr>
      <w:r>
        <w:rPr>
          <w:rFonts w:ascii="Calibri" w:hAnsi="Calibri" w:eastAsia="Calibri"/>
          <w:b w:val="0"/>
          <w:i/>
          <w:color w:val="282828"/>
          <w:sz w:val="22"/>
        </w:rPr>
        <w:t>Bay: Ketones 6.2 and pH 7.12 in a 19-year-old with type 1 is DKA.</w:t>
      </w:r>
    </w:p>
    <w:p>
      <w:pPr>
        <w:spacing w:before="120" w:after="20" w:line="259" w:lineRule="auto"/>
        <w:shd w:fill="F8E8E8" w:val="clear"/>
      </w:pPr>
      <w:r>
        <w:rPr>
          <w:rFonts w:ascii="Calibri" w:hAnsi="Calibri" w:eastAsia="Calibri"/>
          <w:b w:val="0"/>
          <w:i w:val="0"/>
          <w:color w:val="A02828"/>
          <w:sz w:val="22"/>
        </w:rPr>
        <w:t>C. [WRONG] Starvation ketosis</w:t>
      </w:r>
    </w:p>
    <w:p>
      <w:pPr>
        <w:spacing w:before="0" w:after="20" w:line="259" w:lineRule="auto"/>
      </w:pPr>
      <w:r>
        <w:rPr>
          <w:rFonts w:ascii="Calibri" w:hAnsi="Calibri" w:eastAsia="Calibri"/>
          <w:b w:val="0"/>
          <w:i/>
          <w:color w:val="282828"/>
          <w:sz w:val="22"/>
        </w:rPr>
        <w:t>Bay: Glucose was 28. That is not starvation.</w:t>
      </w:r>
    </w:p>
    <w:p>
      <w:pPr>
        <w:spacing w:before="120" w:after="20" w:line="259" w:lineRule="auto"/>
        <w:shd w:fill="F8E8E8" w:val="clear"/>
      </w:pPr>
      <w:r>
        <w:rPr>
          <w:rFonts w:ascii="Calibri" w:hAnsi="Calibri" w:eastAsia="Calibri"/>
          <w:b w:val="0"/>
          <w:i w:val="0"/>
          <w:color w:val="A02828"/>
          <w:sz w:val="22"/>
        </w:rPr>
        <w:t>D. [WRONG] Acute surgical abdomen as the lead diagnosis</w:t>
      </w:r>
    </w:p>
    <w:p>
      <w:pPr>
        <w:spacing w:before="0" w:after="20" w:line="259" w:lineRule="auto"/>
      </w:pPr>
      <w:r>
        <w:rPr>
          <w:rFonts w:ascii="Calibri" w:hAnsi="Calibri" w:eastAsia="Calibri"/>
          <w:b w:val="0"/>
          <w:i/>
          <w:color w:val="282828"/>
          <w:sz w:val="22"/>
        </w:rPr>
        <w:t>Bay: The abdomen settled as the acidosis did. It was DKA.</w:t>
      </w:r>
    </w:p>
    <w:p>
      <w:pPr>
        <w:spacing w:before="120" w:after="20" w:line="259" w:lineRule="auto"/>
        <w:shd w:fill="F8E8E8" w:val="clear"/>
      </w:pPr>
      <w:r>
        <w:rPr>
          <w:rFonts w:ascii="Calibri" w:hAnsi="Calibri" w:eastAsia="Calibri"/>
          <w:b w:val="0"/>
          <w:i w:val="0"/>
          <w:color w:val="A02828"/>
          <w:sz w:val="22"/>
        </w:rPr>
        <w:t>E. [WRONG] Alcoholic ketoacidosis</w:t>
      </w:r>
    </w:p>
    <w:p>
      <w:pPr>
        <w:spacing w:before="0" w:after="20" w:line="259" w:lineRule="auto"/>
      </w:pPr>
      <w:r>
        <w:rPr>
          <w:rFonts w:ascii="Calibri" w:hAnsi="Calibri" w:eastAsia="Calibri"/>
          <w:b w:val="0"/>
          <w:i/>
          <w:color w:val="282828"/>
          <w:sz w:val="22"/>
        </w:rPr>
        <w:t>Bay: No alcohol history. Missed insulin in known type 1.</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Diabetic ketoacidosis</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Known type 1 diabetes, missed insulin, ketotic breath</w:t>
      </w:r>
    </w:p>
    <w:p>
      <w:pPr>
        <w:spacing w:before="0" w:after="40" w:line="259" w:lineRule="auto"/>
      </w:pPr>
      <w:r>
        <w:rPr>
          <w:rFonts w:ascii="Calibri" w:hAnsi="Calibri" w:eastAsia="Calibri"/>
          <w:b w:val="0"/>
          <w:i w:val="0"/>
          <w:sz w:val="22"/>
        </w:rPr>
        <w:t>• Kussmaul respiration, dehydration, GCS 14</w:t>
      </w:r>
    </w:p>
    <w:p>
      <w:pPr>
        <w:spacing w:before="0" w:after="40" w:line="259" w:lineRule="auto"/>
      </w:pPr>
      <w:r>
        <w:rPr>
          <w:rFonts w:ascii="Calibri" w:hAnsi="Calibri" w:eastAsia="Calibri"/>
          <w:b w:val="0"/>
          <w:i w:val="0"/>
          <w:sz w:val="22"/>
        </w:rPr>
        <w:t>• Glucose 28 mmol/L, ketones 6.2, pH 7.12</w:t>
      </w:r>
    </w:p>
    <w:p>
      <w:pPr>
        <w:spacing w:before="0" w:after="40" w:line="259" w:lineRule="auto"/>
      </w:pPr>
      <w:r>
        <w:rPr>
          <w:rFonts w:ascii="Calibri" w:hAnsi="Calibri" w:eastAsia="Calibri"/>
          <w:b w:val="0"/>
          <w:i w:val="0"/>
          <w:sz w:val="22"/>
        </w:rPr>
        <w:t>• Hypotension and tachycardia</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VBG: pH, HCO3, potassium, glucose, lactate; capillary ketones</w:t>
      </w:r>
    </w:p>
    <w:p>
      <w:pPr>
        <w:spacing w:before="0" w:after="40" w:line="259" w:lineRule="auto"/>
      </w:pPr>
      <w:r>
        <w:rPr>
          <w:rFonts w:ascii="Calibri" w:hAnsi="Calibri" w:eastAsia="Calibri"/>
          <w:b w:val="0"/>
          <w:i w:val="0"/>
          <w:sz w:val="22"/>
        </w:rPr>
        <w:t>• U&amp;E, FBC, CRP, hCG, cultures if infection suspected; CXR if indicated</w:t>
      </w:r>
    </w:p>
    <w:p>
      <w:pPr>
        <w:spacing w:before="0" w:after="40" w:line="259" w:lineRule="auto"/>
      </w:pPr>
      <w:r>
        <w:rPr>
          <w:rFonts w:ascii="Calibri" w:hAnsi="Calibri" w:eastAsia="Calibri"/>
          <w:b w:val="0"/>
          <w:i w:val="0"/>
          <w:sz w:val="22"/>
        </w:rPr>
        <w:t>• Do not wait for a laboratory glucose to start fluid</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0.9% NaCl first (500 mL over 10–15 min if SBP &lt;90)</w:t>
      </w:r>
    </w:p>
    <w:p>
      <w:pPr>
        <w:spacing w:before="0" w:after="40" w:line="259" w:lineRule="auto"/>
      </w:pPr>
      <w:r>
        <w:rPr>
          <w:rFonts w:ascii="Calibri" w:hAnsi="Calibri" w:eastAsia="Calibri"/>
          <w:b w:val="0"/>
          <w:i w:val="0"/>
          <w:sz w:val="22"/>
        </w:rPr>
        <w:t>• FRIII 0.1 units/kg/hour — no insulin bolus; continue long-acting insulin</w:t>
      </w:r>
    </w:p>
    <w:p>
      <w:pPr>
        <w:spacing w:before="0" w:after="40" w:line="259" w:lineRule="auto"/>
      </w:pPr>
      <w:r>
        <w:rPr>
          <w:rFonts w:ascii="Calibri" w:hAnsi="Calibri" w:eastAsia="Calibri"/>
          <w:b w:val="0"/>
          <w:i w:val="0"/>
          <w:sz w:val="22"/>
        </w:rPr>
        <w:t>• Replace potassium as per JBDS; add 10% glucose when BM &lt;14</w:t>
      </w:r>
    </w:p>
    <w:p>
      <w:pPr>
        <w:spacing w:before="0" w:after="40" w:line="259" w:lineRule="auto"/>
      </w:pPr>
      <w:r>
        <w:rPr>
          <w:rFonts w:ascii="Calibri" w:hAnsi="Calibri" w:eastAsia="Calibri"/>
          <w:b w:val="0"/>
          <w:i w:val="0"/>
          <w:sz w:val="22"/>
        </w:rPr>
        <w:t>• Find the precipitant, VTE, diabetes team, monitored bed</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JBDS-IP The Management of Diabetic Ketoacidosis in Adults</w:t>
      </w:r>
    </w:p>
    <w:p>
      <w:pPr>
        <w:spacing w:before="0" w:after="40" w:line="259" w:lineRule="auto"/>
      </w:pPr>
      <w:r>
        <w:rPr>
          <w:rFonts w:ascii="Calibri" w:hAnsi="Calibri" w:eastAsia="Calibri"/>
          <w:b w:val="0"/>
          <w:i w:val="0"/>
          <w:sz w:val="22"/>
        </w:rPr>
        <w:t>• NICE NG17 Type 1 diabetes</w:t>
      </w:r>
    </w:p>
    <w:p>
      <w:pPr>
        <w:spacing w:before="0" w:after="40" w:line="259" w:lineRule="auto"/>
      </w:pPr>
      <w:r>
        <w:rPr>
          <w:rFonts w:ascii="Calibri" w:hAnsi="Calibri" w:eastAsia="Calibri"/>
          <w:b w:val="0"/>
          <w:i w:val="0"/>
          <w:sz w:val="22"/>
        </w:rPr>
        <w:t>• RCEM DKA</w:t>
      </w:r>
    </w:p>
    <w:p>
      <w:r>
        <w:br w:type="page"/>
      </w:r>
    </w:p>
    <w:p>
      <w:pPr>
        <w:spacing w:before="120" w:after="160" w:line="259" w:lineRule="auto"/>
      </w:pPr>
      <w:r>
        <w:rPr>
          <w:rFonts w:ascii="Calibri" w:hAnsi="Calibri" w:eastAsia="Calibri"/>
          <w:b/>
          <w:i w:val="0"/>
          <w:color w:val="0C0E10"/>
          <w:sz w:val="36"/>
        </w:rPr>
        <w:t>Case 10 — Acute variceal haemorrhage</w:t>
      </w:r>
    </w:p>
    <w:p>
      <w:pPr>
        <w:spacing w:before="0" w:after="40" w:line="259" w:lineRule="auto"/>
      </w:pPr>
      <w:r>
        <w:rPr>
          <w:rFonts w:ascii="Calibri" w:hAnsi="Calibri" w:eastAsia="Calibri"/>
          <w:b w:val="0"/>
          <w:i/>
          <w:color w:val="5A5A5A"/>
          <w:sz w:val="20"/>
        </w:rPr>
        <w:t>buzzer · Emergency buzzer — waiting room · rhythm sinus-tach</w:t>
      </w:r>
    </w:p>
    <w:p>
      <w:pPr>
        <w:spacing w:before="0" w:after="40" w:line="259" w:lineRule="auto"/>
      </w:pPr>
      <w:r>
        <w:rPr>
          <w:rFonts w:ascii="Calibri" w:hAnsi="Calibri" w:eastAsia="Calibri"/>
          <w:b w:val="0"/>
          <w:i/>
          <w:color w:val="5A5A5A"/>
          <w:sz w:val="20"/>
        </w:rPr>
        <w:t>HR 118   BP 86/50   RR 24   SpO2 96%   temp 36.6   GCS 14   BM 6.8</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Emergency buzzer — waiting room toilets.</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Security are holding the door. A 54-year-old man who was in the queue with 'vomiting' has filled the cubicle with fresh blood. The triage nurse is on the floor with him.</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"Known liver disease. Huge haematemesis. I need him in resus now."</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sitting forward, blood in the mouth, no stridor. Talking, gurgling between sentences.</w:t>
      </w:r>
    </w:p>
    <w:p>
      <w:pPr>
        <w:spacing w:before="0" w:after="40" w:line="259" w:lineRule="auto"/>
      </w:pPr>
      <w:r>
        <w:rPr>
          <w:rFonts w:ascii="Calibri" w:hAnsi="Calibri" w:eastAsia="Calibri"/>
          <w:b w:val="0"/>
          <w:i w:val="0"/>
          <w:sz w:val="22"/>
        </w:rPr>
        <w:t>B — RR 24, equal air entry, no crackles, SpO2 96% air. Trachea central.</w:t>
      </w:r>
    </w:p>
    <w:p>
      <w:pPr>
        <w:spacing w:before="0" w:after="40" w:line="259" w:lineRule="auto"/>
      </w:pPr>
      <w:r>
        <w:rPr>
          <w:rFonts w:ascii="Calibri" w:hAnsi="Calibri" w:eastAsia="Calibri"/>
          <w:b w:val="0"/>
          <w:i w:val="0"/>
          <w:sz w:val="22"/>
        </w:rPr>
        <w:t>C — HR 118, BP 86/50, CRT 4 s, pale, sweaty. Heart sounds normal. No murmur.</w:t>
      </w:r>
    </w:p>
    <w:p>
      <w:pPr>
        <w:spacing w:before="0" w:after="40" w:line="259" w:lineRule="auto"/>
      </w:pPr>
      <w:r>
        <w:rPr>
          <w:rFonts w:ascii="Calibri" w:hAnsi="Calibri" w:eastAsia="Calibri"/>
          <w:b w:val="0"/>
          <w:i w:val="0"/>
          <w:sz w:val="22"/>
        </w:rPr>
        <w:t>D — GCS 14 (E4 V4 M6), BM 6.8, mild flap, no focal neurology.</w:t>
      </w:r>
    </w:p>
    <w:p>
      <w:pPr>
        <w:spacing w:before="0" w:after="40" w:line="259" w:lineRule="auto"/>
      </w:pPr>
      <w:r>
        <w:rPr>
          <w:rFonts w:ascii="Calibri" w:hAnsi="Calibri" w:eastAsia="Calibri"/>
          <w:b w:val="0"/>
          <w:i w:val="0"/>
          <w:sz w:val="22"/>
        </w:rPr>
        <w:t>E — jaundiced, spider naevi, distended abdomen with shifting dullness, caput. Melaena on the glove. No medic-alert found yet.</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He is still vomiting blood on the trolley.</w:t>
      </w:r>
    </w:p>
    <w:p>
      <w:pPr>
        <w:spacing w:before="120" w:after="20" w:line="259" w:lineRule="auto"/>
        <w:shd w:fill="E8F5EC" w:val="clear"/>
      </w:pPr>
      <w:r>
        <w:rPr>
          <w:rFonts w:ascii="Calibri" w:hAnsi="Calibri" w:eastAsia="Calibri"/>
          <w:b/>
          <w:i w:val="0"/>
          <w:color w:val="146E3C"/>
          <w:sz w:val="22"/>
        </w:rPr>
        <w:t>A. [CORRECT] Large-bore access and cautious fluid</w:t>
      </w:r>
    </w:p>
    <w:p>
      <w:pPr>
        <w:spacing w:before="0" w:after="20" w:line="259" w:lineRule="auto"/>
      </w:pPr>
      <w:r>
        <w:rPr>
          <w:rFonts w:ascii="Calibri" w:hAnsi="Calibri" w:eastAsia="Calibri"/>
          <w:b w:val="0"/>
          <w:i/>
          <w:color w:val="282828"/>
          <w:sz w:val="22"/>
        </w:rPr>
        <w:t>Bay: Two 14Gs in. Bloods off the first cannula including G&amp;S. A 250 mL bag is up while blood is being signed out.</w:t>
      </w:r>
    </w:p>
    <w:p>
      <w:pPr>
        <w:spacing w:before="0" w:after="40" w:line="259" w:lineRule="auto"/>
      </w:pPr>
      <w:r>
        <w:rPr>
          <w:rFonts w:ascii="Calibri" w:hAnsi="Calibri" w:eastAsia="Calibri"/>
          <w:b w:val="0"/>
          <w:i/>
          <w:color w:val="5A4614"/>
          <w:sz w:val="20"/>
        </w:rPr>
        <w:t>Reaction: hr -4, sbp +8</w:t>
      </w:r>
    </w:p>
    <w:p>
      <w:pPr>
        <w:spacing w:before="80" w:after="40" w:line="259" w:lineRule="auto"/>
      </w:pPr>
      <w:r>
        <w:rPr>
          <w:rFonts w:ascii="Calibri" w:hAnsi="Calibri" w:eastAsia="Calibri"/>
          <w:b/>
          <w:i w:val="0"/>
          <w:color w:val="46326E"/>
          <w:sz w:val="22"/>
        </w:rPr>
        <w:t xml:space="preserve">    Follow-up: What volume?</w:t>
      </w:r>
    </w:p>
    <w:p>
      <w:pPr>
        <w:spacing w:before="120" w:after="20" w:line="259" w:lineRule="auto"/>
        <w:shd w:fill="E8F5EC" w:val="clear"/>
      </w:pPr>
      <w:r>
        <w:rPr>
          <w:rFonts w:ascii="Calibri" w:hAnsi="Calibri" w:eastAsia="Calibri"/>
          <w:b/>
          <w:i w:val="0"/>
          <w:color w:val="146E3C"/>
          <w:sz w:val="22"/>
        </w:rPr>
        <w:t xml:space="preserve">    A. [CORRECT] 250–500 mL crystalloid while blood is coming</w:t>
      </w:r>
    </w:p>
    <w:p>
      <w:pPr>
        <w:spacing w:before="0" w:after="20" w:line="259" w:lineRule="auto"/>
      </w:pPr>
      <w:r>
        <w:rPr>
          <w:rFonts w:ascii="Calibri" w:hAnsi="Calibri" w:eastAsia="Calibri"/>
          <w:b w:val="0"/>
          <w:i/>
          <w:color w:val="282828"/>
          <w:sz w:val="22"/>
        </w:rPr>
        <w:t xml:space="preserve">       Bay: Restrictive resuscitation in variceal bleed. Do not flood him to a normal blood pressure.</w:t>
      </w:r>
    </w:p>
    <w:p>
      <w:pPr>
        <w:spacing w:before="120" w:after="20" w:line="259" w:lineRule="auto"/>
        <w:shd w:fill="F8E8E8" w:val="clear"/>
      </w:pPr>
      <w:r>
        <w:rPr>
          <w:rFonts w:ascii="Calibri" w:hAnsi="Calibri" w:eastAsia="Calibri"/>
          <w:b w:val="0"/>
          <w:i w:val="0"/>
          <w:color w:val="A02828"/>
          <w:sz w:val="22"/>
        </w:rPr>
        <w:t xml:space="preserve">    B. [WRONG] 2 L crystalloid wide open to a systolic of 140 mmHg</w:t>
      </w:r>
    </w:p>
    <w:p>
      <w:pPr>
        <w:spacing w:before="0" w:after="20" w:line="259" w:lineRule="auto"/>
      </w:pPr>
      <w:r>
        <w:rPr>
          <w:rFonts w:ascii="Calibri" w:hAnsi="Calibri" w:eastAsia="Calibri"/>
          <w:b w:val="0"/>
          <w:i/>
          <w:color w:val="282828"/>
          <w:sz w:val="22"/>
        </w:rPr>
        <w:t xml:space="preserve">       Bay: Unrestricted volume raises portal pressure and rebleeding. Be cautious.</w:t>
      </w:r>
    </w:p>
    <w:p>
      <w:pPr>
        <w:spacing w:before="120" w:after="20" w:line="259" w:lineRule="auto"/>
        <w:shd w:fill="F8E8E8" w:val="clear"/>
      </w:pPr>
      <w:r>
        <w:rPr>
          <w:rFonts w:ascii="Calibri" w:hAnsi="Calibri" w:eastAsia="Calibri"/>
          <w:b w:val="0"/>
          <w:i w:val="0"/>
          <w:color w:val="A02828"/>
          <w:sz w:val="22"/>
        </w:rPr>
        <w:t xml:space="preserve">    C. [WRONG] No fluid until a central line is in</w:t>
      </w:r>
    </w:p>
    <w:p>
      <w:pPr>
        <w:spacing w:before="0" w:after="20" w:line="259" w:lineRule="auto"/>
      </w:pPr>
      <w:r>
        <w:rPr>
          <w:rFonts w:ascii="Calibri" w:hAnsi="Calibri" w:eastAsia="Calibri"/>
          <w:b w:val="0"/>
          <w:i/>
          <w:color w:val="282828"/>
          <w:sz w:val="22"/>
        </w:rPr>
        <w:t xml:space="preserve">       Bay: Peripheral large-bore access is enough for the first blood and terlipressin.</w:t>
      </w:r>
    </w:p>
    <w:p>
      <w:pPr>
        <w:spacing w:before="120" w:after="20" w:line="259" w:lineRule="auto"/>
        <w:shd w:fill="F8E8E8" w:val="clear"/>
      </w:pPr>
      <w:r>
        <w:rPr>
          <w:rFonts w:ascii="Calibri" w:hAnsi="Calibri" w:eastAsia="Calibri"/>
          <w:b w:val="0"/>
          <w:i w:val="0"/>
          <w:color w:val="A02828"/>
          <w:sz w:val="22"/>
        </w:rPr>
        <w:t xml:space="preserve">    D. [WRONG] 1 L of 5% glucose as the first bag</w:t>
      </w:r>
    </w:p>
    <w:p>
      <w:pPr>
        <w:spacing w:before="0" w:after="20" w:line="259" w:lineRule="auto"/>
      </w:pPr>
      <w:r>
        <w:rPr>
          <w:rFonts w:ascii="Calibri" w:hAnsi="Calibri" w:eastAsia="Calibri"/>
          <w:b w:val="0"/>
          <w:i/>
          <w:color w:val="282828"/>
          <w:sz w:val="22"/>
        </w:rPr>
        <w:t xml:space="preserve">       Bay: He needs blood and cautious crystalloid, not a litre of glucose.</w:t>
      </w:r>
    </w:p>
    <w:p>
      <w:pPr>
        <w:spacing w:before="120" w:after="20" w:line="259" w:lineRule="auto"/>
        <w:shd w:fill="F8E8E8" w:val="clear"/>
      </w:pPr>
      <w:r>
        <w:rPr>
          <w:rFonts w:ascii="Calibri" w:hAnsi="Calibri" w:eastAsia="Calibri"/>
          <w:b w:val="0"/>
          <w:i w:val="0"/>
          <w:color w:val="A02828"/>
          <w:sz w:val="22"/>
        </w:rPr>
        <w:t xml:space="preserve">    E. [WRONG] 20 mL/kg colloid as the default first bolus</w:t>
      </w:r>
    </w:p>
    <w:p>
      <w:pPr>
        <w:spacing w:before="0" w:after="20" w:line="259" w:lineRule="auto"/>
      </w:pPr>
      <w:r>
        <w:rPr>
          <w:rFonts w:ascii="Calibri" w:hAnsi="Calibri" w:eastAsia="Calibri"/>
          <w:b w:val="0"/>
          <w:i/>
          <w:color w:val="282828"/>
          <w:sz w:val="22"/>
        </w:rPr>
        <w:t xml:space="preserve">       Bay: Crystalloid or blood. Colloids add no benefit here.</w:t>
      </w:r>
    </w:p>
    <w:p>
      <w:pPr>
        <w:spacing w:before="120" w:after="20" w:line="259" w:lineRule="auto"/>
        <w:shd w:fill="F8E8E8" w:val="clear"/>
      </w:pPr>
      <w:r>
        <w:rPr>
          <w:rFonts w:ascii="Calibri" w:hAnsi="Calibri" w:eastAsia="Calibri"/>
          <w:b w:val="0"/>
          <w:i w:val="0"/>
          <w:color w:val="A02828"/>
          <w:sz w:val="22"/>
        </w:rPr>
        <w:t>B. [WRONG] Unrestricted 2 L crystalloid</w:t>
      </w:r>
    </w:p>
    <w:p>
      <w:pPr>
        <w:spacing w:before="0" w:after="20" w:line="259" w:lineRule="auto"/>
      </w:pPr>
      <w:r>
        <w:rPr>
          <w:rFonts w:ascii="Calibri" w:hAnsi="Calibri" w:eastAsia="Calibri"/>
          <w:b w:val="0"/>
          <w:i/>
          <w:color w:val="282828"/>
          <w:sz w:val="22"/>
        </w:rPr>
        <w:t>Bay: You have raised portal pressure. He vomits another basin of blood.</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Sengstaken–Blakemore tube</w:t>
      </w:r>
    </w:p>
    <w:p>
      <w:pPr>
        <w:spacing w:before="0" w:after="20" w:line="259" w:lineRule="auto"/>
      </w:pPr>
      <w:r>
        <w:rPr>
          <w:rFonts w:ascii="Calibri" w:hAnsi="Calibri" w:eastAsia="Calibri"/>
          <w:b w:val="0"/>
          <w:i/>
          <w:color w:val="282828"/>
          <w:sz w:val="22"/>
        </w:rPr>
        <w:t>Bay: Balloon tamponade is for failure of medical therapy or massive uncontrolled bleeding with an airway plan — not the first move.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Transfuse to Hb 100 g/L</w:t>
      </w:r>
    </w:p>
    <w:p>
      <w:pPr>
        <w:spacing w:before="0" w:after="20" w:line="259" w:lineRule="auto"/>
      </w:pPr>
      <w:r>
        <w:rPr>
          <w:rFonts w:ascii="Calibri" w:hAnsi="Calibri" w:eastAsia="Calibri"/>
          <w:b w:val="0"/>
          <w:i/>
          <w:color w:val="282828"/>
          <w:sz w:val="22"/>
        </w:rPr>
        <w:t>Bay: Restrictive transfusion in variceal bleed. Do not chase 100 g/L before access and terlipressin.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No volume until endoscopy</w:t>
      </w:r>
    </w:p>
    <w:p>
      <w:pPr>
        <w:spacing w:before="0" w:after="20" w:line="259" w:lineRule="auto"/>
      </w:pPr>
      <w:r>
        <w:rPr>
          <w:rFonts w:ascii="Calibri" w:hAnsi="Calibri" w:eastAsia="Calibri"/>
          <w:b w:val="0"/>
          <w:i/>
          <w:color w:val="282828"/>
          <w:sz w:val="22"/>
        </w:rPr>
        <w:t>Bay: He is hypotensive and vomiting blood. Cautious volume and terlipressin now — endoscopy is next, not instead.</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Access is in. He is still 90 systolic. Blood bank is aware.</w:t>
      </w:r>
    </w:p>
    <w:p>
      <w:pPr>
        <w:spacing w:before="120" w:after="20" w:line="259" w:lineRule="auto"/>
        <w:shd w:fill="E8F5EC" w:val="clear"/>
      </w:pPr>
      <w:r>
        <w:rPr>
          <w:rFonts w:ascii="Calibri" w:hAnsi="Calibri" w:eastAsia="Calibri"/>
          <w:b/>
          <w:i w:val="0"/>
          <w:color w:val="146E3C"/>
          <w:sz w:val="22"/>
        </w:rPr>
        <w:t>A. [CORRECT] Intravenous terlipressin</w:t>
      </w:r>
    </w:p>
    <w:p>
      <w:pPr>
        <w:spacing w:before="0" w:after="20" w:line="259" w:lineRule="auto"/>
      </w:pPr>
      <w:r>
        <w:rPr>
          <w:rFonts w:ascii="Calibri" w:hAnsi="Calibri" w:eastAsia="Calibri"/>
          <w:b w:val="0"/>
          <w:i/>
          <w:color w:val="282828"/>
          <w:sz w:val="22"/>
        </w:rPr>
        <w:t>Bay: Terlipressin in. Antibiotics next. Endoscopy bleeped. He is a little less grey.</w:t>
      </w:r>
    </w:p>
    <w:p>
      <w:pPr>
        <w:spacing w:before="0" w:after="40" w:line="259" w:lineRule="auto"/>
      </w:pPr>
      <w:r>
        <w:rPr>
          <w:rFonts w:ascii="Calibri" w:hAnsi="Calibri" w:eastAsia="Calibri"/>
          <w:b w:val="0"/>
          <w:i/>
          <w:color w:val="5A4614"/>
          <w:sz w:val="20"/>
        </w:rPr>
        <w:t>Reaction: hr -6, sbp +8</w:t>
      </w:r>
    </w:p>
    <w:p>
      <w:pPr>
        <w:spacing w:before="80" w:after="40" w:line="259" w:lineRule="auto"/>
      </w:pPr>
      <w:r>
        <w:rPr>
          <w:rFonts w:ascii="Calibri" w:hAnsi="Calibri" w:eastAsia="Calibri"/>
          <w:b/>
          <w:i w:val="0"/>
          <w:color w:val="46326E"/>
          <w:sz w:val="22"/>
        </w:rPr>
        <w:t xml:space="preserve">    Follow-up: What dose?</w:t>
      </w:r>
    </w:p>
    <w:p>
      <w:pPr>
        <w:spacing w:before="120" w:after="20" w:line="259" w:lineRule="auto"/>
        <w:shd w:fill="E8F5EC" w:val="clear"/>
      </w:pPr>
      <w:r>
        <w:rPr>
          <w:rFonts w:ascii="Calibri" w:hAnsi="Calibri" w:eastAsia="Calibri"/>
          <w:b/>
          <w:i w:val="0"/>
          <w:color w:val="146E3C"/>
          <w:sz w:val="22"/>
        </w:rPr>
        <w:t xml:space="preserve">    A. [CORRECT] Terlipressin 2 mg IV</w:t>
      </w:r>
    </w:p>
    <w:p>
      <w:pPr>
        <w:spacing w:before="0" w:after="20" w:line="259" w:lineRule="auto"/>
      </w:pPr>
      <w:r>
        <w:rPr>
          <w:rFonts w:ascii="Calibri" w:hAnsi="Calibri" w:eastAsia="Calibri"/>
          <w:b w:val="0"/>
          <w:i/>
          <w:color w:val="282828"/>
          <w:sz w:val="22"/>
        </w:rPr>
        <w:t xml:space="preserve">       Bay: BSG / NICE: terlipressin 2 mg IV, then 1–2 mg every 4–6 hours until haemostasis.</w:t>
      </w:r>
    </w:p>
    <w:p>
      <w:pPr>
        <w:spacing w:before="120" w:after="20" w:line="259" w:lineRule="auto"/>
        <w:shd w:fill="F8E8E8" w:val="clear"/>
      </w:pPr>
      <w:r>
        <w:rPr>
          <w:rFonts w:ascii="Calibri" w:hAnsi="Calibri" w:eastAsia="Calibri"/>
          <w:b w:val="0"/>
          <w:i w:val="0"/>
          <w:color w:val="A02828"/>
          <w:sz w:val="22"/>
        </w:rPr>
        <w:t xml:space="preserve">    B. [WRONG] Terlipressin 0.2 mg IV</w:t>
      </w:r>
    </w:p>
    <w:p>
      <w:pPr>
        <w:spacing w:before="0" w:after="20" w:line="259" w:lineRule="auto"/>
      </w:pPr>
      <w:r>
        <w:rPr>
          <w:rFonts w:ascii="Calibri" w:hAnsi="Calibri" w:eastAsia="Calibri"/>
          <w:b w:val="0"/>
          <w:i/>
          <w:color w:val="282828"/>
          <w:sz w:val="22"/>
        </w:rPr>
        <w:t xml:space="preserve">       Bay: Underdose by ten. Adult stat dose is 2 mg.</w:t>
      </w:r>
    </w:p>
    <w:p>
      <w:pPr>
        <w:spacing w:before="120" w:after="20" w:line="259" w:lineRule="auto"/>
        <w:shd w:fill="F8E8E8" w:val="clear"/>
      </w:pPr>
      <w:r>
        <w:rPr>
          <w:rFonts w:ascii="Calibri" w:hAnsi="Calibri" w:eastAsia="Calibri"/>
          <w:b w:val="0"/>
          <w:i w:val="0"/>
          <w:color w:val="A02828"/>
          <w:sz w:val="22"/>
        </w:rPr>
        <w:t xml:space="preserve">    C. [WRONG] Terlipressin 2 mg orally</w:t>
      </w:r>
    </w:p>
    <w:p>
      <w:pPr>
        <w:spacing w:before="0" w:after="20" w:line="259" w:lineRule="auto"/>
      </w:pPr>
      <w:r>
        <w:rPr>
          <w:rFonts w:ascii="Calibri" w:hAnsi="Calibri" w:eastAsia="Calibri"/>
          <w:b w:val="0"/>
          <w:i/>
          <w:color w:val="282828"/>
          <w:sz w:val="22"/>
        </w:rPr>
        <w:t xml:space="preserve">       Bay: IV. He is vomiting blood.</w:t>
      </w:r>
    </w:p>
    <w:p>
      <w:pPr>
        <w:spacing w:before="120" w:after="20" w:line="259" w:lineRule="auto"/>
        <w:shd w:fill="F8E8E8" w:val="clear"/>
      </w:pPr>
      <w:r>
        <w:rPr>
          <w:rFonts w:ascii="Calibri" w:hAnsi="Calibri" w:eastAsia="Calibri"/>
          <w:b w:val="0"/>
          <w:i w:val="0"/>
          <w:color w:val="A02828"/>
          <w:sz w:val="22"/>
        </w:rPr>
        <w:t xml:space="preserve">    D. [WRONG] Octreotide 50 micrograms instead, terlipressin being available</w:t>
      </w:r>
    </w:p>
    <w:p>
      <w:pPr>
        <w:spacing w:before="0" w:after="20" w:line="259" w:lineRule="auto"/>
      </w:pPr>
      <w:r>
        <w:rPr>
          <w:rFonts w:ascii="Calibri" w:hAnsi="Calibri" w:eastAsia="Calibri"/>
          <w:b w:val="0"/>
          <w:i/>
          <w:color w:val="282828"/>
          <w:sz w:val="22"/>
        </w:rPr>
        <w:t xml:space="preserve">       Bay: Terlipressin is first-line where available. Octreotide is the alternative if terlipressin is contraindicated or unavailable.</w:t>
      </w:r>
    </w:p>
    <w:p>
      <w:pPr>
        <w:spacing w:before="120" w:after="20" w:line="259" w:lineRule="auto"/>
        <w:shd w:fill="F8E8E8" w:val="clear"/>
      </w:pPr>
      <w:r>
        <w:rPr>
          <w:rFonts w:ascii="Calibri" w:hAnsi="Calibri" w:eastAsia="Calibri"/>
          <w:b w:val="0"/>
          <w:i w:val="0"/>
          <w:color w:val="A02828"/>
          <w:sz w:val="22"/>
        </w:rPr>
        <w:t xml:space="preserve">    E. [WRONG] Withhold terlipressin until after the OGD so the mucosa is 'clean'</w:t>
      </w:r>
    </w:p>
    <w:p>
      <w:pPr>
        <w:spacing w:before="0" w:after="20" w:line="259" w:lineRule="auto"/>
      </w:pPr>
      <w:r>
        <w:rPr>
          <w:rFonts w:ascii="Calibri" w:hAnsi="Calibri" w:eastAsia="Calibri"/>
          <w:b w:val="0"/>
          <w:i/>
          <w:color w:val="282828"/>
          <w:sz w:val="22"/>
        </w:rPr>
        <w:t xml:space="preserve">       Bay: Give it now. It drops portal pressure while endoscopy is being arranged.</w:t>
      </w:r>
    </w:p>
    <w:p>
      <w:pPr>
        <w:spacing w:before="120" w:after="20" w:line="259" w:lineRule="auto"/>
        <w:shd w:fill="F8E8E8" w:val="clear"/>
      </w:pPr>
      <w:r>
        <w:rPr>
          <w:rFonts w:ascii="Calibri" w:hAnsi="Calibri" w:eastAsia="Calibri"/>
          <w:b w:val="0"/>
          <w:i w:val="0"/>
          <w:color w:val="A02828"/>
          <w:sz w:val="22"/>
        </w:rPr>
        <w:t>B. [WRONG] Octreotide</w:t>
      </w:r>
    </w:p>
    <w:p>
      <w:pPr>
        <w:spacing w:before="0" w:after="20" w:line="259" w:lineRule="auto"/>
      </w:pPr>
      <w:r>
        <w:rPr>
          <w:rFonts w:ascii="Calibri" w:hAnsi="Calibri" w:eastAsia="Calibri"/>
          <w:b w:val="0"/>
          <w:i/>
          <w:color w:val="282828"/>
          <w:sz w:val="22"/>
        </w:rPr>
        <w:t>Bay: Octreotide is the alternative if terlipressin is contraindicated or unavailable. Terlipressin is first-line here.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Pantoprazole infusion</w:t>
      </w:r>
    </w:p>
    <w:p>
      <w:pPr>
        <w:spacing w:before="0" w:after="20" w:line="259" w:lineRule="auto"/>
      </w:pPr>
      <w:r>
        <w:rPr>
          <w:rFonts w:ascii="Calibri" w:hAnsi="Calibri" w:eastAsia="Calibri"/>
          <w:b w:val="0"/>
          <w:i/>
          <w:color w:val="282828"/>
          <w:sz w:val="22"/>
        </w:rPr>
        <w:t>Bay: PPI is not the variceal drug. He needs terlipressin (and antibiotics, and an OGD).</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Oral propranolol</w:t>
      </w:r>
    </w:p>
    <w:p>
      <w:pPr>
        <w:spacing w:before="0" w:after="20" w:line="259" w:lineRule="auto"/>
      </w:pPr>
      <w:r>
        <w:rPr>
          <w:rFonts w:ascii="Calibri" w:hAnsi="Calibri" w:eastAsia="Calibri"/>
          <w:b w:val="0"/>
          <w:i/>
          <w:color w:val="282828"/>
          <w:sz w:val="22"/>
        </w:rPr>
        <w:t>Bay: Primary-prophylaxis dose, not acute haemorrhage. He is shocked — a beta-blocker will drop him further.</w:t>
      </w:r>
    </w:p>
    <w:p>
      <w:pPr>
        <w:spacing w:before="0" w:after="40" w:line="259" w:lineRule="auto"/>
      </w:pPr>
      <w:r>
        <w:rPr>
          <w:rFonts w:ascii="Calibri" w:hAnsi="Calibri" w:eastAsia="Calibri"/>
          <w:b w:val="0"/>
          <w:i/>
          <w:color w:val="5A4614"/>
          <w:sz w:val="20"/>
        </w:rPr>
        <w:t>Reaction: hr -20, sbp -16</w:t>
      </w:r>
    </w:p>
    <w:p>
      <w:pPr>
        <w:spacing w:before="120" w:after="20" w:line="259" w:lineRule="auto"/>
        <w:shd w:fill="F8E8E8" w:val="clear"/>
      </w:pPr>
      <w:r>
        <w:rPr>
          <w:rFonts w:ascii="Calibri" w:hAnsi="Calibri" w:eastAsia="Calibri"/>
          <w:b w:val="0"/>
          <w:i w:val="0"/>
          <w:color w:val="A02828"/>
          <w:sz w:val="22"/>
        </w:rPr>
        <w:t>E. [WRONG] Vasopressin 20 units IV</w:t>
      </w:r>
    </w:p>
    <w:p>
      <w:pPr>
        <w:spacing w:before="0" w:after="20" w:line="259" w:lineRule="auto"/>
      </w:pPr>
      <w:r>
        <w:rPr>
          <w:rFonts w:ascii="Calibri" w:hAnsi="Calibri" w:eastAsia="Calibri"/>
          <w:b w:val="0"/>
          <w:i/>
          <w:color w:val="282828"/>
          <w:sz w:val="22"/>
        </w:rPr>
        <w:t>Bay: Uncontrolled vasopressin is not the UK first-line. Terlipressin 2 mg IV is.</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Terlipressin is in. Send investigations from the bay.</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7.31  pCO2 4.2  HCO3 16  BE −8  lactate 4.4  K+ 3.9  Hb 72  glucose 6.8</w:t>
      </w:r>
    </w:p>
    <w:p>
      <w:pPr>
        <w:spacing w:before="0" w:after="40" w:line="259" w:lineRule="auto"/>
      </w:pPr>
      <w:r>
        <w:rPr>
          <w:rFonts w:ascii="Calibri" w:hAnsi="Calibri" w:eastAsia="Calibri"/>
          <w:b w:val="0"/>
          <w:i w:val="0"/>
          <w:sz w:val="22"/>
        </w:rPr>
        <w:t>Hb 72 on the gas. Restrictive transfusion. Do not chase 100 g/L.</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6.8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sinus-tach</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Dark. Bilirubin +. Protein neg. No output yet — catheter going in.</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74   WCC 9.8   Plt 64</w:t>
      </w:r>
    </w:p>
    <w:p>
      <w:pPr>
        <w:spacing w:before="0" w:after="40" w:line="259" w:lineRule="auto"/>
      </w:pPr>
      <w:r>
        <w:rPr>
          <w:rFonts w:ascii="Calibri" w:hAnsi="Calibri" w:eastAsia="Calibri"/>
          <w:b w:val="0"/>
          <w:i w:val="0"/>
          <w:sz w:val="22"/>
        </w:rPr>
        <w:t>ue: Na 128   K 3.9   urea 11.8   creat 78</w:t>
      </w:r>
    </w:p>
    <w:p>
      <w:pPr>
        <w:spacing w:before="0" w:after="40" w:line="259" w:lineRule="auto"/>
      </w:pPr>
      <w:r>
        <w:rPr>
          <w:rFonts w:ascii="Calibri" w:hAnsi="Calibri" w:eastAsia="Calibri"/>
          <w:b w:val="0"/>
          <w:i w:val="0"/>
          <w:sz w:val="22"/>
        </w:rPr>
        <w:t>lft: Bili 64   ALT 42   ALP 110   albumin 26</w:t>
      </w:r>
    </w:p>
    <w:p>
      <w:pPr>
        <w:spacing w:before="0" w:after="40" w:line="259" w:lineRule="auto"/>
      </w:pPr>
      <w:r>
        <w:rPr>
          <w:rFonts w:ascii="Calibri" w:hAnsi="Calibri" w:eastAsia="Calibri"/>
          <w:b w:val="0"/>
          <w:i w:val="0"/>
          <w:sz w:val="22"/>
        </w:rPr>
        <w:t>coag: PT 21 s   APTT 42 s</w:t>
      </w:r>
    </w:p>
    <w:p>
      <w:pPr>
        <w:spacing w:before="0" w:after="40" w:line="259" w:lineRule="auto"/>
      </w:pPr>
      <w:r>
        <w:rPr>
          <w:rFonts w:ascii="Calibri" w:hAnsi="Calibri" w:eastAsia="Calibri"/>
          <w:b w:val="0"/>
          <w:i w:val="0"/>
          <w:sz w:val="22"/>
        </w:rPr>
        <w:t>inr: 1.8</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Hb 74 on the gas. Still melaena. Review any results that have returned — then decide.</w:t>
      </w:r>
    </w:p>
    <w:p>
      <w:pPr>
        <w:spacing w:before="120" w:after="20" w:line="259" w:lineRule="auto"/>
        <w:shd w:fill="E8F5EC" w:val="clear"/>
      </w:pPr>
      <w:r>
        <w:rPr>
          <w:rFonts w:ascii="Calibri" w:hAnsi="Calibri" w:eastAsia="Calibri"/>
          <w:b/>
          <w:i w:val="0"/>
          <w:color w:val="146E3C"/>
          <w:sz w:val="22"/>
        </w:rPr>
        <w:t>A. [CORRECT] Antibiotics and urgent endoscopy</w:t>
      </w:r>
    </w:p>
    <w:p>
      <w:pPr>
        <w:spacing w:before="0" w:after="20" w:line="259" w:lineRule="auto"/>
      </w:pPr>
      <w:r>
        <w:rPr>
          <w:rFonts w:ascii="Calibri" w:hAnsi="Calibri" w:eastAsia="Calibri"/>
          <w:b w:val="0"/>
          <w:i/>
          <w:color w:val="282828"/>
          <w:sz w:val="22"/>
        </w:rPr>
        <w:t>Bay: Tazocin in (local protocol). Endoscopy will take him from the bay. ICU are aware.</w:t>
      </w:r>
    </w:p>
    <w:p>
      <w:pPr>
        <w:spacing w:before="0" w:after="40" w:line="259" w:lineRule="auto"/>
      </w:pPr>
      <w:r>
        <w:rPr>
          <w:rFonts w:ascii="Calibri" w:hAnsi="Calibri" w:eastAsia="Calibri"/>
          <w:b w:val="0"/>
          <w:i/>
          <w:color w:val="5A4614"/>
          <w:sz w:val="20"/>
        </w:rPr>
        <w:t>Reaction: hr -4, sbp +6</w:t>
      </w:r>
    </w:p>
    <w:p>
      <w:pPr>
        <w:spacing w:before="80" w:after="40" w:line="259" w:lineRule="auto"/>
      </w:pPr>
      <w:r>
        <w:rPr>
          <w:rFonts w:ascii="Calibri" w:hAnsi="Calibri" w:eastAsia="Calibri"/>
          <w:b/>
          <w:i w:val="0"/>
          <w:color w:val="46326E"/>
          <w:sz w:val="22"/>
        </w:rPr>
        <w:t xml:space="preserve">    Follow-up: What dose?</w:t>
      </w:r>
    </w:p>
    <w:p>
      <w:pPr>
        <w:spacing w:before="120" w:after="20" w:line="259" w:lineRule="auto"/>
        <w:shd w:fill="E8F5EC" w:val="clear"/>
      </w:pPr>
      <w:r>
        <w:rPr>
          <w:rFonts w:ascii="Calibri" w:hAnsi="Calibri" w:eastAsia="Calibri"/>
          <w:b/>
          <w:i w:val="0"/>
          <w:color w:val="146E3C"/>
          <w:sz w:val="22"/>
        </w:rPr>
        <w:t xml:space="preserve">    A. [CORRECT] Broad-spectrum IV antibiotic as per local protocol (e.g. co-amoxiclav 1.2 g or Tazocin)</w:t>
      </w:r>
    </w:p>
    <w:p>
      <w:pPr>
        <w:spacing w:before="0" w:after="20" w:line="259" w:lineRule="auto"/>
      </w:pPr>
      <w:r>
        <w:rPr>
          <w:rFonts w:ascii="Calibri" w:hAnsi="Calibri" w:eastAsia="Calibri"/>
          <w:b w:val="0"/>
          <w:i/>
          <w:color w:val="282828"/>
          <w:sz w:val="22"/>
        </w:rPr>
        <w:t xml:space="preserve">       Bay: BSG: antibiotics reduce mortality in acute variceal bleeding. Give them with terlipressin, before or with the OGD.</w:t>
      </w:r>
    </w:p>
    <w:p>
      <w:pPr>
        <w:spacing w:before="120" w:after="20" w:line="259" w:lineRule="auto"/>
        <w:shd w:fill="F8E8E8" w:val="clear"/>
      </w:pPr>
      <w:r>
        <w:rPr>
          <w:rFonts w:ascii="Calibri" w:hAnsi="Calibri" w:eastAsia="Calibri"/>
          <w:b w:val="0"/>
          <w:i w:val="0"/>
          <w:color w:val="A02828"/>
          <w:sz w:val="22"/>
        </w:rPr>
        <w:t xml:space="preserve">    B. [WRONG] No antibiotic unless fever is documented</w:t>
      </w:r>
    </w:p>
    <w:p>
      <w:pPr>
        <w:spacing w:before="0" w:after="20" w:line="259" w:lineRule="auto"/>
      </w:pPr>
      <w:r>
        <w:rPr>
          <w:rFonts w:ascii="Calibri" w:hAnsi="Calibri" w:eastAsia="Calibri"/>
          <w:b w:val="0"/>
          <w:i/>
          <w:color w:val="282828"/>
          <w:sz w:val="22"/>
        </w:rPr>
        <w:t xml:space="preserve">       Bay: Antibiotics are mandatory in variceal bleed even if he is afebrile.</w:t>
      </w:r>
    </w:p>
    <w:p>
      <w:pPr>
        <w:spacing w:before="120" w:after="20" w:line="259" w:lineRule="auto"/>
        <w:shd w:fill="F8E8E8" w:val="clear"/>
      </w:pPr>
      <w:r>
        <w:rPr>
          <w:rFonts w:ascii="Calibri" w:hAnsi="Calibri" w:eastAsia="Calibri"/>
          <w:b w:val="0"/>
          <w:i w:val="0"/>
          <w:color w:val="A02828"/>
          <w:sz w:val="22"/>
        </w:rPr>
        <w:t xml:space="preserve">    C. [WRONG] Oral ciprofloxacin only, after the OGD</w:t>
      </w:r>
    </w:p>
    <w:p>
      <w:pPr>
        <w:spacing w:before="0" w:after="20" w:line="259" w:lineRule="auto"/>
      </w:pPr>
      <w:r>
        <w:rPr>
          <w:rFonts w:ascii="Calibri" w:hAnsi="Calibri" w:eastAsia="Calibri"/>
          <w:b w:val="0"/>
          <w:i/>
          <w:color w:val="282828"/>
          <w:sz w:val="22"/>
        </w:rPr>
        <w:t xml:space="preserve">       Bay: IV now, not an oral dose after endoscopy.</w:t>
      </w:r>
    </w:p>
    <w:p>
      <w:pPr>
        <w:spacing w:before="120" w:after="20" w:line="259" w:lineRule="auto"/>
        <w:shd w:fill="F8E8E8" w:val="clear"/>
      </w:pPr>
      <w:r>
        <w:rPr>
          <w:rFonts w:ascii="Calibri" w:hAnsi="Calibri" w:eastAsia="Calibri"/>
          <w:b w:val="0"/>
          <w:i w:val="0"/>
          <w:color w:val="A02828"/>
          <w:sz w:val="22"/>
        </w:rPr>
        <w:t xml:space="preserve">    D. [WRONG] Vancomycin 1 g only, covering 'hospital MRSA' as sole cover</w:t>
      </w:r>
    </w:p>
    <w:p>
      <w:pPr>
        <w:spacing w:before="0" w:after="20" w:line="259" w:lineRule="auto"/>
      </w:pPr>
      <w:r>
        <w:rPr>
          <w:rFonts w:ascii="Calibri" w:hAnsi="Calibri" w:eastAsia="Calibri"/>
          <w:b w:val="0"/>
          <w:i/>
          <w:color w:val="282828"/>
          <w:sz w:val="22"/>
        </w:rPr>
        <w:t xml:space="preserve">       Bay: Community cirrhotic bleed needs Gram-negative / gut cover as per protocol, not vancomycin alone.</w:t>
      </w:r>
    </w:p>
    <w:p>
      <w:pPr>
        <w:spacing w:before="120" w:after="20" w:line="259" w:lineRule="auto"/>
        <w:shd w:fill="F8E8E8" w:val="clear"/>
      </w:pPr>
      <w:r>
        <w:rPr>
          <w:rFonts w:ascii="Calibri" w:hAnsi="Calibri" w:eastAsia="Calibri"/>
          <w:b w:val="0"/>
          <w:i w:val="0"/>
          <w:color w:val="A02828"/>
          <w:sz w:val="22"/>
        </w:rPr>
        <w:t xml:space="preserve">    E. [WRONG] Gentamicin monotherapy indefinitely</w:t>
      </w:r>
    </w:p>
    <w:p>
      <w:pPr>
        <w:spacing w:before="0" w:after="20" w:line="259" w:lineRule="auto"/>
      </w:pPr>
      <w:r>
        <w:rPr>
          <w:rFonts w:ascii="Calibri" w:hAnsi="Calibri" w:eastAsia="Calibri"/>
          <w:b w:val="0"/>
          <w:i/>
          <w:color w:val="282828"/>
          <w:sz w:val="22"/>
        </w:rPr>
        <w:t xml:space="preserve">       Bay: Not the protocolised variceal regimen, and not instead of terlipressin plus OGD.</w:t>
      </w:r>
    </w:p>
    <w:p>
      <w:pPr>
        <w:spacing w:before="120" w:after="20" w:line="259" w:lineRule="auto"/>
        <w:shd w:fill="F8E8E8" w:val="clear"/>
      </w:pPr>
      <w:r>
        <w:rPr>
          <w:rFonts w:ascii="Calibri" w:hAnsi="Calibri" w:eastAsia="Calibri"/>
          <w:b w:val="0"/>
          <w:i w:val="0"/>
          <w:color w:val="A02828"/>
          <w:sz w:val="22"/>
        </w:rPr>
        <w:t>B. [WRONG] Discharge to AMU on oral omeprazole, OGD next working day</w:t>
      </w:r>
    </w:p>
    <w:p>
      <w:pPr>
        <w:spacing w:before="0" w:after="20" w:line="259" w:lineRule="auto"/>
      </w:pPr>
      <w:r>
        <w:rPr>
          <w:rFonts w:ascii="Calibri" w:hAnsi="Calibri" w:eastAsia="Calibri"/>
          <w:b w:val="0"/>
          <w:i/>
          <w:color w:val="282828"/>
          <w:sz w:val="22"/>
        </w:rPr>
        <w:t>Bay: Hypotensive variceal bleed is an emergency OGD, not a next-day list.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Transfuse to Hb 100 g/L before calling endoscopy</w:t>
      </w:r>
    </w:p>
    <w:p>
      <w:pPr>
        <w:spacing w:before="0" w:after="20" w:line="259" w:lineRule="auto"/>
      </w:pPr>
      <w:r>
        <w:rPr>
          <w:rFonts w:ascii="Calibri" w:hAnsi="Calibri" w:eastAsia="Calibri"/>
          <w:b w:val="0"/>
          <w:i/>
          <w:color w:val="282828"/>
          <w:sz w:val="22"/>
        </w:rPr>
        <w:t>Bay: Restrictive threshold is 70 g/L (70–80). Over-transfusion raises portal pressure. Call endoscopy now.</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Sengstaken tube in a conscious patient instead of antibiotics</w:t>
      </w:r>
    </w:p>
    <w:p>
      <w:pPr>
        <w:spacing w:before="0" w:after="20" w:line="259" w:lineRule="auto"/>
      </w:pPr>
      <w:r>
        <w:rPr>
          <w:rFonts w:ascii="Calibri" w:hAnsi="Calibri" w:eastAsia="Calibri"/>
          <w:b w:val="0"/>
          <w:i/>
          <w:color w:val="282828"/>
          <w:sz w:val="22"/>
        </w:rPr>
        <w:t>Bay: Antibiotics and terlipressin and OGD first. Balloon only if he is exsanguinating with an airway.</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Start a heparin infusion because platelets are 64</w:t>
      </w:r>
    </w:p>
    <w:p>
      <w:pPr>
        <w:spacing w:before="0" w:after="20" w:line="259" w:lineRule="auto"/>
      </w:pPr>
      <w:r>
        <w:rPr>
          <w:rFonts w:ascii="Calibri" w:hAnsi="Calibri" w:eastAsia="Calibri"/>
          <w:b w:val="0"/>
          <w:i/>
          <w:color w:val="282828"/>
          <w:sz w:val="22"/>
        </w:rPr>
        <w:t>Bay: He is bleeding. Thrombocytopenia is from portal hypertension, not a reason to anticoagulate.</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His daughter has arrived.</w:t>
      </w:r>
    </w:p>
    <w:p>
      <w:pPr>
        <w:spacing w:before="120" w:after="20" w:line="259" w:lineRule="auto"/>
        <w:shd w:fill="E8F5EC" w:val="clear"/>
      </w:pPr>
      <w:r>
        <w:rPr>
          <w:rFonts w:ascii="Calibri" w:hAnsi="Calibri" w:eastAsia="Calibri"/>
          <w:b/>
          <w:i w:val="0"/>
          <w:color w:val="146E3C"/>
          <w:sz w:val="22"/>
        </w:rPr>
        <w:t>A. [CORRECT] Ask about previous banding, alcohol intake, anticoagulants and volume of vomit</w:t>
      </w:r>
    </w:p>
    <w:p>
      <w:pPr>
        <w:spacing w:before="0" w:after="20" w:line="259" w:lineRule="auto"/>
      </w:pPr>
      <w:r>
        <w:rPr>
          <w:rFonts w:ascii="Calibri" w:hAnsi="Calibri" w:eastAsia="Calibri"/>
          <w:b w:val="0"/>
          <w:i/>
          <w:color w:val="282828"/>
          <w:sz w:val="22"/>
        </w:rPr>
        <w:t>Bay: Banded 8 months ago. Still drinking. No anticoagulants. A washing-up bowl of fresh blood.</w:t>
      </w:r>
    </w:p>
    <w:p>
      <w:pPr>
        <w:spacing w:before="120" w:after="20" w:line="259" w:lineRule="auto"/>
        <w:shd w:fill="E8F5EC" w:val="clear"/>
      </w:pPr>
      <w:r>
        <w:rPr>
          <w:rFonts w:ascii="Calibri" w:hAnsi="Calibri" w:eastAsia="Calibri"/>
          <w:b/>
          <w:i w:val="0"/>
          <w:color w:val="146E3C"/>
          <w:sz w:val="22"/>
        </w:rPr>
        <w:t>B. [CORRECT] Ask about encephalopathy, ascites taps, usual diuretics and last OGD</w:t>
      </w:r>
    </w:p>
    <w:p>
      <w:pPr>
        <w:spacing w:before="0" w:after="20" w:line="259" w:lineRule="auto"/>
      </w:pPr>
      <w:r>
        <w:rPr>
          <w:rFonts w:ascii="Calibri" w:hAnsi="Calibri" w:eastAsia="Calibri"/>
          <w:b w:val="0"/>
          <w:i/>
          <w:color w:val="282828"/>
          <w:sz w:val="22"/>
        </w:rPr>
        <w:t>Bay: Flap is new this week. Spironolactone 100 mg. Last OGD: grade 2 varices, not banded then.</w:t>
      </w:r>
    </w:p>
    <w:p>
      <w:pPr>
        <w:spacing w:before="120" w:after="20" w:line="259" w:lineRule="auto"/>
        <w:shd w:fill="E8F5EC" w:val="clear"/>
      </w:pPr>
      <w:r>
        <w:rPr>
          <w:rFonts w:ascii="Calibri" w:hAnsi="Calibri" w:eastAsia="Calibri"/>
          <w:b/>
          <w:i w:val="0"/>
          <w:color w:val="146E3C"/>
          <w:sz w:val="22"/>
        </w:rPr>
        <w:t>C. [CORRECT] Check hepatitis serology on the system and any transplant / cirrhosis letters</w:t>
      </w:r>
    </w:p>
    <w:p>
      <w:pPr>
        <w:spacing w:before="0" w:after="20" w:line="259" w:lineRule="auto"/>
      </w:pPr>
      <w:r>
        <w:rPr>
          <w:rFonts w:ascii="Calibri" w:hAnsi="Calibri" w:eastAsia="Calibri"/>
          <w:b w:val="0"/>
          <w:i/>
          <w:color w:val="282828"/>
          <w:sz w:val="22"/>
        </w:rPr>
        <w:t>Bay: Known ALD cirrhosis. Hep C PCR negative. No transplant listing.</w:t>
      </w:r>
    </w:p>
    <w:p>
      <w:pPr>
        <w:spacing w:before="120" w:after="20" w:line="259" w:lineRule="auto"/>
        <w:shd w:fill="F8E8E8" w:val="clear"/>
      </w:pPr>
      <w:r>
        <w:rPr>
          <w:rFonts w:ascii="Calibri" w:hAnsi="Calibri" w:eastAsia="Calibri"/>
          <w:b w:val="0"/>
          <w:i w:val="0"/>
          <w:color w:val="A02828"/>
          <w:sz w:val="22"/>
        </w:rPr>
        <w:t>D. [WRONG] Await a formal mesenteric angiogram before calling the endoscopist</w:t>
      </w:r>
    </w:p>
    <w:p>
      <w:pPr>
        <w:spacing w:before="0" w:after="20" w:line="259" w:lineRule="auto"/>
      </w:pPr>
      <w:r>
        <w:rPr>
          <w:rFonts w:ascii="Calibri" w:hAnsi="Calibri" w:eastAsia="Calibri"/>
          <w:b w:val="0"/>
          <w:i/>
          <w:color w:val="282828"/>
          <w:sz w:val="22"/>
        </w:rPr>
        <w:t>Bay: Varices are treated at OGD, not by waiting for IR.</w:t>
      </w:r>
    </w:p>
    <w:p>
      <w:pPr>
        <w:spacing w:before="120" w:after="20" w:line="259" w:lineRule="auto"/>
        <w:shd w:fill="F8E8E8" w:val="clear"/>
      </w:pPr>
      <w:r>
        <w:rPr>
          <w:rFonts w:ascii="Calibri" w:hAnsi="Calibri" w:eastAsia="Calibri"/>
          <w:b w:val="0"/>
          <w:i w:val="0"/>
          <w:color w:val="A02828"/>
          <w:sz w:val="22"/>
        </w:rPr>
        <w:t>E. [WRONG] Delay resuscitation until a liver-biopsy slot is confirmed</w:t>
      </w:r>
    </w:p>
    <w:p>
      <w:pPr>
        <w:spacing w:before="0" w:after="20" w:line="259" w:lineRule="auto"/>
      </w:pPr>
      <w:r>
        <w:rPr>
          <w:rFonts w:ascii="Calibri" w:hAnsi="Calibri" w:eastAsia="Calibri"/>
          <w:b w:val="0"/>
          <w:i/>
          <w:color w:val="282828"/>
          <w:sz w:val="22"/>
        </w:rPr>
        <w:t>Bay: He is bleeding. A biopsy is not an ED job.</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Acute variceal haemorrhage</w:t>
      </w:r>
    </w:p>
    <w:p>
      <w:pPr>
        <w:spacing w:before="0" w:after="20" w:line="259" w:lineRule="auto"/>
      </w:pPr>
      <w:r>
        <w:rPr>
          <w:rFonts w:ascii="Calibri" w:hAnsi="Calibri" w:eastAsia="Calibri"/>
          <w:b w:val="0"/>
          <w:i/>
          <w:color w:val="282828"/>
          <w:sz w:val="22"/>
        </w:rPr>
        <w:t>Bay: Known ALD, massive haematemesis, shock, caput and a flap. Terlipressin, antibiotics, OGD.</w:t>
      </w:r>
    </w:p>
    <w:p>
      <w:pPr>
        <w:spacing w:before="120" w:after="20" w:line="259" w:lineRule="auto"/>
        <w:shd w:fill="F8E8E8" w:val="clear"/>
      </w:pPr>
      <w:r>
        <w:rPr>
          <w:rFonts w:ascii="Calibri" w:hAnsi="Calibri" w:eastAsia="Calibri"/>
          <w:b w:val="0"/>
          <w:i w:val="0"/>
          <w:color w:val="A02828"/>
          <w:sz w:val="22"/>
        </w:rPr>
        <w:t>B. [WRONG] Peptic ulcer bleeding as the sole working diagnosis</w:t>
      </w:r>
    </w:p>
    <w:p>
      <w:pPr>
        <w:spacing w:before="0" w:after="20" w:line="259" w:lineRule="auto"/>
      </w:pPr>
      <w:r>
        <w:rPr>
          <w:rFonts w:ascii="Calibri" w:hAnsi="Calibri" w:eastAsia="Calibri"/>
          <w:b w:val="0"/>
          <w:i/>
          <w:color w:val="282828"/>
          <w:sz w:val="22"/>
        </w:rPr>
        <w:t>Bay: Possible, but in decompensated ALD with a previous banding you treat as variceal until the OGD.</w:t>
      </w:r>
    </w:p>
    <w:p>
      <w:pPr>
        <w:spacing w:before="120" w:after="20" w:line="259" w:lineRule="auto"/>
        <w:shd w:fill="F8E8E8" w:val="clear"/>
      </w:pPr>
      <w:r>
        <w:rPr>
          <w:rFonts w:ascii="Calibri" w:hAnsi="Calibri" w:eastAsia="Calibri"/>
          <w:b w:val="0"/>
          <w:i w:val="0"/>
          <w:color w:val="A02828"/>
          <w:sz w:val="22"/>
        </w:rPr>
        <w:t>C. [WRONG] Mallory–Weiss tear only</w:t>
      </w:r>
    </w:p>
    <w:p>
      <w:pPr>
        <w:spacing w:before="0" w:after="20" w:line="259" w:lineRule="auto"/>
      </w:pPr>
      <w:r>
        <w:rPr>
          <w:rFonts w:ascii="Calibri" w:hAnsi="Calibri" w:eastAsia="Calibri"/>
          <w:b w:val="0"/>
          <w:i/>
          <w:color w:val="282828"/>
          <w:sz w:val="22"/>
        </w:rPr>
        <w:t>Bay: A washing-up bowl of blood and shock is not a self-limiting mucosal tear.</w:t>
      </w:r>
    </w:p>
    <w:p>
      <w:pPr>
        <w:spacing w:before="120" w:after="20" w:line="259" w:lineRule="auto"/>
        <w:shd w:fill="F8E8E8" w:val="clear"/>
      </w:pPr>
      <w:r>
        <w:rPr>
          <w:rFonts w:ascii="Calibri" w:hAnsi="Calibri" w:eastAsia="Calibri"/>
          <w:b w:val="0"/>
          <w:i w:val="0"/>
          <w:color w:val="A02828"/>
          <w:sz w:val="22"/>
        </w:rPr>
        <w:t>D. [WRONG] Aortic aneurysm into the duodenum</w:t>
      </w:r>
    </w:p>
    <w:p>
      <w:pPr>
        <w:spacing w:before="0" w:after="20" w:line="259" w:lineRule="auto"/>
      </w:pPr>
      <w:r>
        <w:rPr>
          <w:rFonts w:ascii="Calibri" w:hAnsi="Calibri" w:eastAsia="Calibri"/>
          <w:b w:val="0"/>
          <w:i/>
          <w:color w:val="282828"/>
          <w:sz w:val="22"/>
        </w:rPr>
        <w:t>Bay: No aneurysm story, and the chronic liver disease is on the skin.</w:t>
      </w:r>
    </w:p>
    <w:p>
      <w:pPr>
        <w:spacing w:before="120" w:after="20" w:line="259" w:lineRule="auto"/>
        <w:shd w:fill="F8E8E8" w:val="clear"/>
      </w:pPr>
      <w:r>
        <w:rPr>
          <w:rFonts w:ascii="Calibri" w:hAnsi="Calibri" w:eastAsia="Calibri"/>
          <w:b w:val="0"/>
          <w:i w:val="0"/>
          <w:color w:val="A02828"/>
          <w:sz w:val="22"/>
        </w:rPr>
        <w:t>E. [WRONG] Haemoptysis misidentified as haematemesis</w:t>
      </w:r>
    </w:p>
    <w:p>
      <w:pPr>
        <w:spacing w:before="0" w:after="20" w:line="259" w:lineRule="auto"/>
      </w:pPr>
      <w:r>
        <w:rPr>
          <w:rFonts w:ascii="Calibri" w:hAnsi="Calibri" w:eastAsia="Calibri"/>
          <w:b w:val="0"/>
          <w:i/>
          <w:color w:val="282828"/>
          <w:sz w:val="22"/>
        </w:rPr>
        <w:t>Bay: Melaena on the glove and a basin of vomit. This is GI.</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Endoscopy are 20 minutes away. Hb 74. He is 98 systolic.</w:t>
      </w:r>
    </w:p>
    <w:p>
      <w:pPr>
        <w:spacing w:before="120" w:after="20" w:line="259" w:lineRule="auto"/>
        <w:shd w:fill="E8F5EC" w:val="clear"/>
      </w:pPr>
      <w:r>
        <w:rPr>
          <w:rFonts w:ascii="Calibri" w:hAnsi="Calibri" w:eastAsia="Calibri"/>
          <w:b/>
          <w:i w:val="0"/>
          <w:color w:val="146E3C"/>
          <w:sz w:val="22"/>
        </w:rPr>
        <w:t>A. [CORRECT] Restrictive transfusion</w:t>
      </w:r>
    </w:p>
    <w:p>
      <w:pPr>
        <w:spacing w:before="0" w:after="20" w:line="259" w:lineRule="auto"/>
      </w:pPr>
      <w:r>
        <w:rPr>
          <w:rFonts w:ascii="Calibri" w:hAnsi="Calibri" w:eastAsia="Calibri"/>
          <w:b w:val="0"/>
          <w:i/>
          <w:color w:val="282828"/>
          <w:sz w:val="22"/>
        </w:rPr>
        <w:t>Bay: One unit going in. Target 70–80 g/L. They will take him from the bay. Terlipressin continues.</w:t>
      </w:r>
    </w:p>
    <w:p>
      <w:pPr>
        <w:spacing w:before="0" w:after="40" w:line="259" w:lineRule="auto"/>
      </w:pPr>
      <w:r>
        <w:rPr>
          <w:rFonts w:ascii="Calibri" w:hAnsi="Calibri" w:eastAsia="Calibri"/>
          <w:b w:val="0"/>
          <w:i/>
          <w:color w:val="5A4614"/>
          <w:sz w:val="20"/>
        </w:rPr>
        <w:t>Reaction: sbp +6</w:t>
      </w:r>
    </w:p>
    <w:p>
      <w:pPr>
        <w:spacing w:before="80" w:after="40" w:line="259" w:lineRule="auto"/>
      </w:pPr>
      <w:r>
        <w:rPr>
          <w:rFonts w:ascii="Calibri" w:hAnsi="Calibri" w:eastAsia="Calibri"/>
          <w:b/>
          <w:i w:val="0"/>
          <w:color w:val="46326E"/>
          <w:sz w:val="22"/>
        </w:rPr>
        <w:t xml:space="preserve">    Follow-up: What dose?</w:t>
      </w:r>
    </w:p>
    <w:p>
      <w:pPr>
        <w:spacing w:before="120" w:after="20" w:line="259" w:lineRule="auto"/>
        <w:shd w:fill="E8F5EC" w:val="clear"/>
      </w:pPr>
      <w:r>
        <w:rPr>
          <w:rFonts w:ascii="Calibri" w:hAnsi="Calibri" w:eastAsia="Calibri"/>
          <w:b/>
          <w:i w:val="0"/>
          <w:color w:val="146E3C"/>
          <w:sz w:val="22"/>
        </w:rPr>
        <w:t xml:space="preserve">    A. [CORRECT] Transfuse if Hb &lt;70 g/L; target 70–80 g/L</w:t>
      </w:r>
    </w:p>
    <w:p>
      <w:pPr>
        <w:spacing w:before="0" w:after="20" w:line="259" w:lineRule="auto"/>
      </w:pPr>
      <w:r>
        <w:rPr>
          <w:rFonts w:ascii="Calibri" w:hAnsi="Calibri" w:eastAsia="Calibri"/>
          <w:b w:val="0"/>
          <w:i/>
          <w:color w:val="282828"/>
          <w:sz w:val="22"/>
        </w:rPr>
        <w:t xml:space="preserve">       Bay: Restrictive transfusion in variceal bleed. Do not chase 100 g/L.</w:t>
      </w:r>
    </w:p>
    <w:p>
      <w:pPr>
        <w:spacing w:before="120" w:after="20" w:line="259" w:lineRule="auto"/>
        <w:shd w:fill="F8E8E8" w:val="clear"/>
      </w:pPr>
      <w:r>
        <w:rPr>
          <w:rFonts w:ascii="Calibri" w:hAnsi="Calibri" w:eastAsia="Calibri"/>
          <w:b w:val="0"/>
          <w:i w:val="0"/>
          <w:color w:val="A02828"/>
          <w:sz w:val="22"/>
        </w:rPr>
        <w:t xml:space="preserve">    B. [WRONG] Transfuse 4 units now to Hb &gt;100 g/L</w:t>
      </w:r>
    </w:p>
    <w:p>
      <w:pPr>
        <w:spacing w:before="0" w:after="20" w:line="259" w:lineRule="auto"/>
      </w:pPr>
      <w:r>
        <w:rPr>
          <w:rFonts w:ascii="Calibri" w:hAnsi="Calibri" w:eastAsia="Calibri"/>
          <w:b w:val="0"/>
          <w:i/>
          <w:color w:val="282828"/>
          <w:sz w:val="22"/>
        </w:rPr>
        <w:t xml:space="preserve">       Bay: Over-transfusion raises portal pressure and rebleeding.</w:t>
      </w:r>
    </w:p>
    <w:p>
      <w:pPr>
        <w:spacing w:before="120" w:after="20" w:line="259" w:lineRule="auto"/>
        <w:shd w:fill="F8E8E8" w:val="clear"/>
      </w:pPr>
      <w:r>
        <w:rPr>
          <w:rFonts w:ascii="Calibri" w:hAnsi="Calibri" w:eastAsia="Calibri"/>
          <w:b w:val="0"/>
          <w:i w:val="0"/>
          <w:color w:val="A02828"/>
          <w:sz w:val="22"/>
        </w:rPr>
        <w:t xml:space="preserve">    C. [WRONG] Withhold all blood until after the OGD regardless of Hb</w:t>
      </w:r>
    </w:p>
    <w:p>
      <w:pPr>
        <w:spacing w:before="0" w:after="20" w:line="259" w:lineRule="auto"/>
      </w:pPr>
      <w:r>
        <w:rPr>
          <w:rFonts w:ascii="Calibri" w:hAnsi="Calibri" w:eastAsia="Calibri"/>
          <w:b w:val="0"/>
          <w:i/>
          <w:color w:val="282828"/>
          <w:sz w:val="22"/>
        </w:rPr>
        <w:t xml:space="preserve">       Bay: He is 74 and was 86 systolic. A single unit is reasonable while they travel.</w:t>
      </w:r>
    </w:p>
    <w:p>
      <w:pPr>
        <w:spacing w:before="120" w:after="20" w:line="259" w:lineRule="auto"/>
        <w:shd w:fill="F8E8E8" w:val="clear"/>
      </w:pPr>
      <w:r>
        <w:rPr>
          <w:rFonts w:ascii="Calibri" w:hAnsi="Calibri" w:eastAsia="Calibri"/>
          <w:b w:val="0"/>
          <w:i w:val="0"/>
          <w:color w:val="A02828"/>
          <w:sz w:val="22"/>
        </w:rPr>
        <w:t xml:space="preserve">    D. [WRONG] Platelets 2 pools because the count is 64, before any red cells</w:t>
      </w:r>
    </w:p>
    <w:p>
      <w:pPr>
        <w:spacing w:before="0" w:after="20" w:line="259" w:lineRule="auto"/>
      </w:pPr>
      <w:r>
        <w:rPr>
          <w:rFonts w:ascii="Calibri" w:hAnsi="Calibri" w:eastAsia="Calibri"/>
          <w:b w:val="0"/>
          <w:i/>
          <w:color w:val="282828"/>
          <w:sz w:val="22"/>
        </w:rPr>
        <w:t xml:space="preserve">       Bay: Platelets are not first-line at 64 in this context. Blood and OGD.</w:t>
      </w:r>
    </w:p>
    <w:p>
      <w:pPr>
        <w:spacing w:before="120" w:after="20" w:line="259" w:lineRule="auto"/>
        <w:shd w:fill="F8E8E8" w:val="clear"/>
      </w:pPr>
      <w:r>
        <w:rPr>
          <w:rFonts w:ascii="Calibri" w:hAnsi="Calibri" w:eastAsia="Calibri"/>
          <w:b w:val="0"/>
          <w:i w:val="0"/>
          <w:color w:val="A02828"/>
          <w:sz w:val="22"/>
        </w:rPr>
        <w:t xml:space="preserve">    E. [WRONG] FFP 4 units routinely because INR is 1.8</w:t>
      </w:r>
    </w:p>
    <w:p>
      <w:pPr>
        <w:spacing w:before="0" w:after="20" w:line="259" w:lineRule="auto"/>
      </w:pPr>
      <w:r>
        <w:rPr>
          <w:rFonts w:ascii="Calibri" w:hAnsi="Calibri" w:eastAsia="Calibri"/>
          <w:b w:val="0"/>
          <w:i/>
          <w:color w:val="282828"/>
          <w:sz w:val="22"/>
        </w:rPr>
        <w:t xml:space="preserve">       Bay: Do not flood him with FFP for a cirrhotic INR. Correct if he is to have a procedure and the endoscopist asks.</w:t>
      </w:r>
    </w:p>
    <w:p>
      <w:pPr>
        <w:spacing w:before="120" w:after="20" w:line="259" w:lineRule="auto"/>
        <w:shd w:fill="F8E8E8" w:val="clear"/>
      </w:pPr>
      <w:r>
        <w:rPr>
          <w:rFonts w:ascii="Calibri" w:hAnsi="Calibri" w:eastAsia="Calibri"/>
          <w:b w:val="0"/>
          <w:i w:val="0"/>
          <w:color w:val="A02828"/>
          <w:sz w:val="22"/>
        </w:rPr>
        <w:t>B. [WRONG] Transfuse to 110 g/L and wait for a morning list</w:t>
      </w:r>
    </w:p>
    <w:p>
      <w:pPr>
        <w:spacing w:before="0" w:after="20" w:line="259" w:lineRule="auto"/>
      </w:pPr>
      <w:r>
        <w:rPr>
          <w:rFonts w:ascii="Calibri" w:hAnsi="Calibri" w:eastAsia="Calibri"/>
          <w:b w:val="0"/>
          <w:i/>
          <w:color w:val="282828"/>
          <w:sz w:val="22"/>
        </w:rPr>
        <w:t>Bay: Over-transfusion and delay. He needs tonight's emergency OGD.</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Sengstaken now he is talking, without an airway</w:t>
      </w:r>
    </w:p>
    <w:p>
      <w:pPr>
        <w:spacing w:before="0" w:after="20" w:line="259" w:lineRule="auto"/>
      </w:pPr>
      <w:r>
        <w:rPr>
          <w:rFonts w:ascii="Calibri" w:hAnsi="Calibri" w:eastAsia="Calibri"/>
          <w:b w:val="0"/>
          <w:i/>
          <w:color w:val="282828"/>
          <w:sz w:val="22"/>
        </w:rPr>
        <w:t>Bay: Still not indicated. Balloon tamponade needs an airway plan and failure of medical therapy.</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Stop terlipressin because systolic is now 98 mmHg</w:t>
      </w:r>
    </w:p>
    <w:p>
      <w:pPr>
        <w:spacing w:before="0" w:after="20" w:line="259" w:lineRule="auto"/>
      </w:pPr>
      <w:r>
        <w:rPr>
          <w:rFonts w:ascii="Calibri" w:hAnsi="Calibri" w:eastAsia="Calibri"/>
          <w:b w:val="0"/>
          <w:i/>
          <w:color w:val="282828"/>
          <w:sz w:val="22"/>
        </w:rPr>
        <w:t>Bay: Continue until haemostasis. Stopping it invites rebleeding on the way to endoscopy.</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High-dose PPI infusion instead of endoscopy</w:t>
      </w:r>
    </w:p>
    <w:p>
      <w:pPr>
        <w:spacing w:before="0" w:after="20" w:line="259" w:lineRule="auto"/>
      </w:pPr>
      <w:r>
        <w:rPr>
          <w:rFonts w:ascii="Calibri" w:hAnsi="Calibri" w:eastAsia="Calibri"/>
          <w:b w:val="0"/>
          <w:i/>
          <w:color w:val="282828"/>
          <w:sz w:val="22"/>
        </w:rPr>
        <w:t>Bay: A PPI does not band varices. He needs an OGD.</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He has a pulse and two working cannulae.</w:t>
      </w:r>
    </w:p>
    <w:p>
      <w:pPr>
        <w:spacing w:before="120" w:after="20" w:line="259" w:lineRule="auto"/>
        <w:shd w:fill="E8F5EC" w:val="clear"/>
      </w:pPr>
      <w:r>
        <w:rPr>
          <w:rFonts w:ascii="Calibri" w:hAnsi="Calibri" w:eastAsia="Calibri"/>
          <w:b/>
          <w:i w:val="0"/>
          <w:color w:val="146E3C"/>
          <w:sz w:val="22"/>
        </w:rPr>
        <w:t>A. [CORRECT] Resus / theatre for emergency endoscopy, then Level 2/3 as needed</w:t>
      </w:r>
    </w:p>
    <w:p>
      <w:pPr>
        <w:spacing w:before="0" w:after="20" w:line="259" w:lineRule="auto"/>
      </w:pPr>
      <w:r>
        <w:rPr>
          <w:rFonts w:ascii="Calibri" w:hAnsi="Calibri" w:eastAsia="Calibri"/>
          <w:b w:val="0"/>
          <w:i/>
          <w:color w:val="282828"/>
          <w:sz w:val="22"/>
        </w:rPr>
        <w:t>Bay: Correct destination.</w:t>
      </w:r>
    </w:p>
    <w:p>
      <w:pPr>
        <w:spacing w:before="120" w:after="20" w:line="259" w:lineRule="auto"/>
        <w:shd w:fill="F8E8E8" w:val="clear"/>
      </w:pPr>
      <w:r>
        <w:rPr>
          <w:rFonts w:ascii="Calibri" w:hAnsi="Calibri" w:eastAsia="Calibri"/>
          <w:b w:val="0"/>
          <w:i w:val="0"/>
          <w:color w:val="A02828"/>
          <w:sz w:val="22"/>
        </w:rPr>
        <w:t>B. [WRONG] Acute medical unit with a next-day OGD slot</w:t>
      </w:r>
    </w:p>
    <w:p>
      <w:pPr>
        <w:spacing w:before="0" w:after="20" w:line="259" w:lineRule="auto"/>
      </w:pPr>
      <w:r>
        <w:rPr>
          <w:rFonts w:ascii="Calibri" w:hAnsi="Calibri" w:eastAsia="Calibri"/>
          <w:b w:val="0"/>
          <w:i/>
          <w:color w:val="282828"/>
          <w:sz w:val="22"/>
        </w:rPr>
        <w:t>Bay: Hypotensive variceal bleed does not wait on AMU.</w:t>
      </w:r>
    </w:p>
    <w:p>
      <w:pPr>
        <w:spacing w:before="120" w:after="20" w:line="259" w:lineRule="auto"/>
        <w:shd w:fill="F8E8E8" w:val="clear"/>
      </w:pPr>
      <w:r>
        <w:rPr>
          <w:rFonts w:ascii="Calibri" w:hAnsi="Calibri" w:eastAsia="Calibri"/>
          <w:b w:val="0"/>
          <w:i w:val="0"/>
          <w:color w:val="A02828"/>
          <w:sz w:val="22"/>
        </w:rPr>
        <w:t>C. [WRONG] Home with oral terlipressin and an outpatient endoscopy</w:t>
      </w:r>
    </w:p>
    <w:p>
      <w:pPr>
        <w:spacing w:before="0" w:after="20" w:line="259" w:lineRule="auto"/>
      </w:pPr>
      <w:r>
        <w:rPr>
          <w:rFonts w:ascii="Calibri" w:hAnsi="Calibri" w:eastAsia="Calibri"/>
          <w:b w:val="0"/>
          <w:i/>
          <w:color w:val="282828"/>
          <w:sz w:val="22"/>
        </w:rPr>
        <w:t>Bay: He was shocked with a basin of blood.</w:t>
      </w:r>
    </w:p>
    <w:p>
      <w:pPr>
        <w:spacing w:before="120" w:after="20" w:line="259" w:lineRule="auto"/>
        <w:shd w:fill="F8E8E8" w:val="clear"/>
      </w:pPr>
      <w:r>
        <w:rPr>
          <w:rFonts w:ascii="Calibri" w:hAnsi="Calibri" w:eastAsia="Calibri"/>
          <w:b w:val="0"/>
          <w:i w:val="0"/>
          <w:color w:val="A02828"/>
          <w:sz w:val="22"/>
        </w:rPr>
        <w:t>D. [WRONG] Interventional radiology for TIPS before any OGD</w:t>
      </w:r>
    </w:p>
    <w:p>
      <w:pPr>
        <w:spacing w:before="0" w:after="20" w:line="259" w:lineRule="auto"/>
      </w:pPr>
      <w:r>
        <w:rPr>
          <w:rFonts w:ascii="Calibri" w:hAnsi="Calibri" w:eastAsia="Calibri"/>
          <w:b w:val="0"/>
          <w:i/>
          <w:color w:val="282828"/>
          <w:sz w:val="22"/>
        </w:rPr>
        <w:t>Bay: OGD first. TIPS is salvage after failed endoscopic therapy.</w:t>
      </w:r>
    </w:p>
    <w:p>
      <w:pPr>
        <w:spacing w:before="120" w:after="20" w:line="259" w:lineRule="auto"/>
        <w:shd w:fill="F8E8E8" w:val="clear"/>
      </w:pPr>
      <w:r>
        <w:rPr>
          <w:rFonts w:ascii="Calibri" w:hAnsi="Calibri" w:eastAsia="Calibri"/>
          <w:b w:val="0"/>
          <w:i w:val="0"/>
          <w:color w:val="A02828"/>
          <w:sz w:val="22"/>
        </w:rPr>
        <w:t>E. [WRONG] General surgical theatre for a blind laparotomy</w:t>
      </w:r>
    </w:p>
    <w:p>
      <w:pPr>
        <w:spacing w:before="0" w:after="20" w:line="259" w:lineRule="auto"/>
      </w:pPr>
      <w:r>
        <w:rPr>
          <w:rFonts w:ascii="Calibri" w:hAnsi="Calibri" w:eastAsia="Calibri"/>
          <w:b w:val="0"/>
          <w:i/>
          <w:color w:val="282828"/>
          <w:sz w:val="22"/>
        </w:rPr>
        <w:t>Bay: The bleeding is at endoscopy, not in the peritoneal cavity.</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they take him for OGD.</w:t>
      </w:r>
    </w:p>
    <w:p>
      <w:pPr>
        <w:spacing w:before="120" w:after="20" w:line="259" w:lineRule="auto"/>
        <w:shd w:fill="E8F5EC" w:val="clear"/>
      </w:pPr>
      <w:r>
        <w:rPr>
          <w:rFonts w:ascii="Calibri" w:hAnsi="Calibri" w:eastAsia="Calibri"/>
          <w:b/>
          <w:i w:val="0"/>
          <w:color w:val="146E3C"/>
          <w:sz w:val="22"/>
        </w:rPr>
        <w:t>A. [CORRECT] Vitamin K, continue terlipressin, airway kit ready, update his daughter, CIWA if needed</w:t>
      </w:r>
    </w:p>
    <w:p>
      <w:pPr>
        <w:spacing w:before="0" w:after="20" w:line="259" w:lineRule="auto"/>
      </w:pPr>
      <w:r>
        <w:rPr>
          <w:rFonts w:ascii="Calibri" w:hAnsi="Calibri" w:eastAsia="Calibri"/>
          <w:b w:val="0"/>
          <w:i/>
          <w:color w:val="282828"/>
          <w:sz w:val="22"/>
        </w:rPr>
        <w:t>Bay: Phytomenadione in. Balloon kit in the room if they need it after the airway is secure. Daughter is with the nurse.</w:t>
      </w:r>
    </w:p>
    <w:p>
      <w:pPr>
        <w:spacing w:before="80" w:after="40" w:line="259" w:lineRule="auto"/>
      </w:pPr>
      <w:r>
        <w:rPr>
          <w:rFonts w:ascii="Calibri" w:hAnsi="Calibri" w:eastAsia="Calibri"/>
          <w:b/>
          <w:i w:val="0"/>
          <w:color w:val="46326E"/>
          <w:sz w:val="22"/>
        </w:rPr>
        <w:t xml:space="preserve">    Follow-up: What terlipressin regimen continues?</w:t>
      </w:r>
    </w:p>
    <w:p>
      <w:pPr>
        <w:spacing w:before="120" w:after="20" w:line="259" w:lineRule="auto"/>
        <w:shd w:fill="E8F5EC" w:val="clear"/>
      </w:pPr>
      <w:r>
        <w:rPr>
          <w:rFonts w:ascii="Calibri" w:hAnsi="Calibri" w:eastAsia="Calibri"/>
          <w:b/>
          <w:i w:val="0"/>
          <w:color w:val="146E3C"/>
          <w:sz w:val="22"/>
        </w:rPr>
        <w:t xml:space="preserve">    A. [CORRECT] 2 mg IV, then 1–2 mg every 4–6 hours until haemostasis</w:t>
      </w:r>
    </w:p>
    <w:p>
      <w:pPr>
        <w:spacing w:before="0" w:after="20" w:line="259" w:lineRule="auto"/>
      </w:pPr>
      <w:r>
        <w:rPr>
          <w:rFonts w:ascii="Calibri" w:hAnsi="Calibri" w:eastAsia="Calibri"/>
          <w:b w:val="0"/>
          <w:i/>
          <w:color w:val="282828"/>
          <w:sz w:val="22"/>
        </w:rPr>
        <w:t xml:space="preserve">       Bay: BSG: continue until endoscopy has achieved haemostasis, then stop.</w:t>
      </w:r>
    </w:p>
    <w:p>
      <w:pPr>
        <w:spacing w:before="120" w:after="20" w:line="259" w:lineRule="auto"/>
        <w:shd w:fill="F8E8E8" w:val="clear"/>
      </w:pPr>
      <w:r>
        <w:rPr>
          <w:rFonts w:ascii="Calibri" w:hAnsi="Calibri" w:eastAsia="Calibri"/>
          <w:b w:val="0"/>
          <w:i w:val="0"/>
          <w:color w:val="A02828"/>
          <w:sz w:val="22"/>
        </w:rPr>
        <w:t xml:space="preserve">    B. [WRONG] Stop because systolic is now 98 mmHg</w:t>
      </w:r>
    </w:p>
    <w:p>
      <w:pPr>
        <w:spacing w:before="0" w:after="20" w:line="259" w:lineRule="auto"/>
      </w:pPr>
      <w:r>
        <w:rPr>
          <w:rFonts w:ascii="Calibri" w:hAnsi="Calibri" w:eastAsia="Calibri"/>
          <w:b w:val="0"/>
          <w:i/>
          <w:color w:val="282828"/>
          <w:sz w:val="22"/>
        </w:rPr>
        <w:t xml:space="preserve">       Bay: 98 is acceptable. Stopping terlipressin early invites rebleeding.</w:t>
      </w:r>
    </w:p>
    <w:p>
      <w:pPr>
        <w:spacing w:before="120" w:after="20" w:line="259" w:lineRule="auto"/>
        <w:shd w:fill="F8E8E8" w:val="clear"/>
      </w:pPr>
      <w:r>
        <w:rPr>
          <w:rFonts w:ascii="Calibri" w:hAnsi="Calibri" w:eastAsia="Calibri"/>
          <w:b w:val="0"/>
          <w:i w:val="0"/>
          <w:color w:val="A02828"/>
          <w:sz w:val="22"/>
        </w:rPr>
        <w:t xml:space="preserve">    C. [WRONG] Convert to oral propranolol now</w:t>
      </w:r>
    </w:p>
    <w:p>
      <w:pPr>
        <w:spacing w:before="0" w:after="20" w:line="259" w:lineRule="auto"/>
      </w:pPr>
      <w:r>
        <w:rPr>
          <w:rFonts w:ascii="Calibri" w:hAnsi="Calibri" w:eastAsia="Calibri"/>
          <w:b w:val="0"/>
          <w:i/>
          <w:color w:val="282828"/>
          <w:sz w:val="22"/>
        </w:rPr>
        <w:t xml:space="preserve">       Bay: Propranolol is primary prophylaxis, not acute haemorrhage.</w:t>
      </w:r>
    </w:p>
    <w:p>
      <w:pPr>
        <w:spacing w:before="120" w:after="20" w:line="259" w:lineRule="auto"/>
        <w:shd w:fill="F8E8E8" w:val="clear"/>
      </w:pPr>
      <w:r>
        <w:rPr>
          <w:rFonts w:ascii="Calibri" w:hAnsi="Calibri" w:eastAsia="Calibri"/>
          <w:b w:val="0"/>
          <w:i w:val="0"/>
          <w:color w:val="A02828"/>
          <w:sz w:val="22"/>
        </w:rPr>
        <w:t xml:space="preserve">    D. [WRONG] A single stat dose only</w:t>
      </w:r>
    </w:p>
    <w:p>
      <w:pPr>
        <w:spacing w:before="0" w:after="20" w:line="259" w:lineRule="auto"/>
      </w:pPr>
      <w:r>
        <w:rPr>
          <w:rFonts w:ascii="Calibri" w:hAnsi="Calibri" w:eastAsia="Calibri"/>
          <w:b w:val="0"/>
          <w:i/>
          <w:color w:val="282828"/>
          <w:sz w:val="22"/>
        </w:rPr>
        <w:t xml:space="preserve">       Bay: It is a continuing regimen until haemostasis.</w:t>
      </w:r>
    </w:p>
    <w:p>
      <w:pPr>
        <w:spacing w:before="120" w:after="20" w:line="259" w:lineRule="auto"/>
        <w:shd w:fill="F8E8E8" w:val="clear"/>
      </w:pPr>
      <w:r>
        <w:rPr>
          <w:rFonts w:ascii="Calibri" w:hAnsi="Calibri" w:eastAsia="Calibri"/>
          <w:b w:val="0"/>
          <w:i w:val="0"/>
          <w:color w:val="A02828"/>
          <w:sz w:val="22"/>
        </w:rPr>
        <w:t xml:space="preserve">    E. [WRONG] 20 mg IV as a single bolus</w:t>
      </w:r>
    </w:p>
    <w:p>
      <w:pPr>
        <w:spacing w:before="0" w:after="20" w:line="259" w:lineRule="auto"/>
      </w:pPr>
      <w:r>
        <w:rPr>
          <w:rFonts w:ascii="Calibri" w:hAnsi="Calibri" w:eastAsia="Calibri"/>
          <w:b w:val="0"/>
          <w:i/>
          <w:color w:val="282828"/>
          <w:sz w:val="22"/>
        </w:rPr>
        <w:t xml:space="preserve">       Bay: That is a ten-fold overdose.</w:t>
      </w:r>
    </w:p>
    <w:p>
      <w:pPr>
        <w:spacing w:before="120" w:after="20" w:line="259" w:lineRule="auto"/>
        <w:shd w:fill="F8E8E8" w:val="clear"/>
      </w:pPr>
      <w:r>
        <w:rPr>
          <w:rFonts w:ascii="Calibri" w:hAnsi="Calibri" w:eastAsia="Calibri"/>
          <w:b w:val="0"/>
          <w:i w:val="0"/>
          <w:color w:val="A02828"/>
          <w:sz w:val="22"/>
        </w:rPr>
        <w:t>B. [WRONG] Give a further 2 L crystalloid to 'optimise' him for sedation</w:t>
      </w:r>
    </w:p>
    <w:p>
      <w:pPr>
        <w:spacing w:before="0" w:after="20" w:line="259" w:lineRule="auto"/>
      </w:pPr>
      <w:r>
        <w:rPr>
          <w:rFonts w:ascii="Calibri" w:hAnsi="Calibri" w:eastAsia="Calibri"/>
          <w:b w:val="0"/>
          <w:i/>
          <w:color w:val="282828"/>
          <w:sz w:val="22"/>
        </w:rPr>
        <w:t>Bay: You will raise portal pressure. Restrictive volume, blood if needed, then the OGD.</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Stop antibiotics so cultures can be taken at endoscopy</w:t>
      </w:r>
    </w:p>
    <w:p>
      <w:pPr>
        <w:spacing w:before="0" w:after="20" w:line="259" w:lineRule="auto"/>
      </w:pPr>
      <w:r>
        <w:rPr>
          <w:rFonts w:ascii="Calibri" w:hAnsi="Calibri" w:eastAsia="Calibri"/>
          <w:b w:val="0"/>
          <w:i/>
          <w:color w:val="282828"/>
          <w:sz w:val="22"/>
        </w:rPr>
        <w:t>Bay: Antibiotics already go in for variceal bleed. Do not stop them.</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Insert a Sengstaken tube now as a routine before every variceal OGD</w:t>
      </w:r>
    </w:p>
    <w:p>
      <w:pPr>
        <w:spacing w:before="0" w:after="20" w:line="259" w:lineRule="auto"/>
      </w:pPr>
      <w:r>
        <w:rPr>
          <w:rFonts w:ascii="Calibri" w:hAnsi="Calibri" w:eastAsia="Calibri"/>
          <w:b w:val="0"/>
          <w:i/>
          <w:color w:val="282828"/>
          <w:sz w:val="22"/>
        </w:rPr>
        <w:t>Bay: Not routine. Reserve the balloon for uncontrolled bleeding with an airway.</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Give enoxaparin 1.5 mg/kg because he is high VTE risk from cirrhosis</w:t>
      </w:r>
    </w:p>
    <w:p>
      <w:pPr>
        <w:spacing w:before="0" w:after="20" w:line="259" w:lineRule="auto"/>
      </w:pPr>
      <w:r>
        <w:rPr>
          <w:rFonts w:ascii="Calibri" w:hAnsi="Calibri" w:eastAsia="Calibri"/>
          <w:b w:val="0"/>
          <w:i/>
          <w:color w:val="282828"/>
          <w:sz w:val="22"/>
        </w:rPr>
        <w:t>Bay: He is actively bleeding. Do not anticoagulate him on the way to endoscopy.</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Endoscopy ring from the stack.</w:t>
      </w:r>
    </w:p>
    <w:p>
      <w:pPr>
        <w:spacing w:before="120" w:after="20" w:line="259" w:lineRule="auto"/>
        <w:shd w:fill="E8F5EC" w:val="clear"/>
      </w:pPr>
      <w:r>
        <w:rPr>
          <w:rFonts w:ascii="Calibri" w:hAnsi="Calibri" w:eastAsia="Calibri"/>
          <w:b/>
          <w:i w:val="0"/>
          <w:color w:val="146E3C"/>
          <w:sz w:val="22"/>
        </w:rPr>
        <w:t>A. [CORRECT] Acute variceal haemorrhage (decompensated ALD)</w:t>
      </w:r>
    </w:p>
    <w:p>
      <w:pPr>
        <w:spacing w:before="0" w:after="20" w:line="259" w:lineRule="auto"/>
      </w:pPr>
      <w:r>
        <w:rPr>
          <w:rFonts w:ascii="Calibri" w:hAnsi="Calibri" w:eastAsia="Calibri"/>
          <w:b w:val="0"/>
          <w:i/>
          <w:color w:val="282828"/>
          <w:sz w:val="22"/>
        </w:rPr>
        <w:t>Bay: Grade 3 oesophageal varices, two bands on, haemostasis. That is the diagnosis.</w:t>
      </w:r>
    </w:p>
    <w:p>
      <w:pPr>
        <w:spacing w:before="120" w:after="20" w:line="259" w:lineRule="auto"/>
        <w:shd w:fill="F8E8E8" w:val="clear"/>
      </w:pPr>
      <w:r>
        <w:rPr>
          <w:rFonts w:ascii="Calibri" w:hAnsi="Calibri" w:eastAsia="Calibri"/>
          <w:b w:val="0"/>
          <w:i w:val="0"/>
          <w:color w:val="A02828"/>
          <w:sz w:val="22"/>
        </w:rPr>
        <w:t>B. [WRONG] Bleeding peptic ulcer as the only lesion</w:t>
      </w:r>
    </w:p>
    <w:p>
      <w:pPr>
        <w:spacing w:before="0" w:after="20" w:line="259" w:lineRule="auto"/>
      </w:pPr>
      <w:r>
        <w:rPr>
          <w:rFonts w:ascii="Calibri" w:hAnsi="Calibri" w:eastAsia="Calibri"/>
          <w:b w:val="0"/>
          <w:i/>
          <w:color w:val="282828"/>
          <w:sz w:val="22"/>
        </w:rPr>
        <w:t>Bay: The stack showed varices. Treat what they saw.</w:t>
      </w:r>
    </w:p>
    <w:p>
      <w:pPr>
        <w:spacing w:before="120" w:after="20" w:line="259" w:lineRule="auto"/>
        <w:shd w:fill="F8E8E8" w:val="clear"/>
      </w:pPr>
      <w:r>
        <w:rPr>
          <w:rFonts w:ascii="Calibri" w:hAnsi="Calibri" w:eastAsia="Calibri"/>
          <w:b w:val="0"/>
          <w:i w:val="0"/>
          <w:color w:val="A02828"/>
          <w:sz w:val="22"/>
        </w:rPr>
        <w:t>C. [WRONG] Mallory–Weiss tear only</w:t>
      </w:r>
    </w:p>
    <w:p>
      <w:pPr>
        <w:spacing w:before="0" w:after="20" w:line="259" w:lineRule="auto"/>
      </w:pPr>
      <w:r>
        <w:rPr>
          <w:rFonts w:ascii="Calibri" w:hAnsi="Calibri" w:eastAsia="Calibri"/>
          <w:b w:val="0"/>
          <w:i/>
          <w:color w:val="282828"/>
          <w:sz w:val="22"/>
        </w:rPr>
        <w:t>Bay: Grade 3 varices were banded. Not a mucosal tear.</w:t>
      </w:r>
    </w:p>
    <w:p>
      <w:pPr>
        <w:spacing w:before="120" w:after="20" w:line="259" w:lineRule="auto"/>
        <w:shd w:fill="F8E8E8" w:val="clear"/>
      </w:pPr>
      <w:r>
        <w:rPr>
          <w:rFonts w:ascii="Calibri" w:hAnsi="Calibri" w:eastAsia="Calibri"/>
          <w:b w:val="0"/>
          <w:i w:val="0"/>
          <w:color w:val="A02828"/>
          <w:sz w:val="22"/>
        </w:rPr>
        <w:t>D. [WRONG] Aorto-enteric fistula</w:t>
      </w:r>
    </w:p>
    <w:p>
      <w:pPr>
        <w:spacing w:before="0" w:after="20" w:line="259" w:lineRule="auto"/>
      </w:pPr>
      <w:r>
        <w:rPr>
          <w:rFonts w:ascii="Calibri" w:hAnsi="Calibri" w:eastAsia="Calibri"/>
          <w:b w:val="0"/>
          <w:i/>
          <w:color w:val="282828"/>
          <w:sz w:val="22"/>
        </w:rPr>
        <w:t>Bay: No aortic graft, and the bleeding was oesophageal.</w:t>
      </w:r>
    </w:p>
    <w:p>
      <w:pPr>
        <w:spacing w:before="120" w:after="20" w:line="259" w:lineRule="auto"/>
        <w:shd w:fill="F8E8E8" w:val="clear"/>
      </w:pPr>
      <w:r>
        <w:rPr>
          <w:rFonts w:ascii="Calibri" w:hAnsi="Calibri" w:eastAsia="Calibri"/>
          <w:b w:val="0"/>
          <w:i w:val="0"/>
          <w:color w:val="A02828"/>
          <w:sz w:val="22"/>
        </w:rPr>
        <w:t>E. [WRONG] Haemoptysis from oesophageal rupture (Boerhaave)</w:t>
      </w:r>
    </w:p>
    <w:p>
      <w:pPr>
        <w:spacing w:before="0" w:after="20" w:line="259" w:lineRule="auto"/>
      </w:pPr>
      <w:r>
        <w:rPr>
          <w:rFonts w:ascii="Calibri" w:hAnsi="Calibri" w:eastAsia="Calibri"/>
          <w:b w:val="0"/>
          <w:i/>
          <w:color w:val="282828"/>
          <w:sz w:val="22"/>
        </w:rPr>
        <w:t>Bay: He vomited blood, not pleural contents, and the OGD showed varices.</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Acute variceal haemorrhage</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Massive haematemesis in known alcohol-related liver disease</w:t>
      </w:r>
    </w:p>
    <w:p>
      <w:pPr>
        <w:spacing w:before="0" w:after="40" w:line="259" w:lineRule="auto"/>
      </w:pPr>
      <w:r>
        <w:rPr>
          <w:rFonts w:ascii="Calibri" w:hAnsi="Calibri" w:eastAsia="Calibri"/>
          <w:b w:val="0"/>
          <w:i w:val="0"/>
          <w:sz w:val="22"/>
        </w:rPr>
        <w:t>• Shock, pallor, melaena</w:t>
      </w:r>
    </w:p>
    <w:p>
      <w:pPr>
        <w:spacing w:before="0" w:after="40" w:line="259" w:lineRule="auto"/>
      </w:pPr>
      <w:r>
        <w:rPr>
          <w:rFonts w:ascii="Calibri" w:hAnsi="Calibri" w:eastAsia="Calibri"/>
          <w:b w:val="0"/>
          <w:i w:val="0"/>
          <w:sz w:val="22"/>
        </w:rPr>
        <w:t>• Jaundice, spider naevi, ascites, flap</w:t>
      </w:r>
    </w:p>
    <w:p>
      <w:pPr>
        <w:spacing w:before="0" w:after="40" w:line="259" w:lineRule="auto"/>
      </w:pPr>
      <w:r>
        <w:rPr>
          <w:rFonts w:ascii="Calibri" w:hAnsi="Calibri" w:eastAsia="Calibri"/>
          <w:b w:val="0"/>
          <w:i w:val="0"/>
          <w:sz w:val="22"/>
        </w:rPr>
        <w:t>• Thrombocytopenia and raised INR</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VBG (Hb, lactate), G&amp;S / crossmatch, FBC, coag, LFT, U&amp;E</w:t>
      </w:r>
    </w:p>
    <w:p>
      <w:pPr>
        <w:spacing w:before="0" w:after="40" w:line="259" w:lineRule="auto"/>
      </w:pPr>
      <w:r>
        <w:rPr>
          <w:rFonts w:ascii="Calibri" w:hAnsi="Calibri" w:eastAsia="Calibri"/>
          <w:b w:val="0"/>
          <w:i w:val="0"/>
          <w:sz w:val="22"/>
        </w:rPr>
        <w:t>• Do not delay terlipressin, antibiotics or endoscopy for a CT</w:t>
      </w:r>
    </w:p>
    <w:p>
      <w:pPr>
        <w:spacing w:before="0" w:after="40" w:line="259" w:lineRule="auto"/>
      </w:pPr>
      <w:r>
        <w:rPr>
          <w:rFonts w:ascii="Calibri" w:hAnsi="Calibri" w:eastAsia="Calibri"/>
          <w:b w:val="0"/>
          <w:i w:val="0"/>
          <w:sz w:val="22"/>
        </w:rPr>
        <w:t>• OGD is both investigation and treatment</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ABC, two large-bore IVs, cautious / restrictive volume, major haemorrhage if needed</w:t>
      </w:r>
    </w:p>
    <w:p>
      <w:pPr>
        <w:spacing w:before="0" w:after="40" w:line="259" w:lineRule="auto"/>
      </w:pPr>
      <w:r>
        <w:rPr>
          <w:rFonts w:ascii="Calibri" w:hAnsi="Calibri" w:eastAsia="Calibri"/>
          <w:b w:val="0"/>
          <w:i w:val="0"/>
          <w:sz w:val="22"/>
        </w:rPr>
        <w:t>• Terlipressin 2 mg IV, then 1–2 mg 4–6 hourly until haemostasis</w:t>
      </w:r>
    </w:p>
    <w:p>
      <w:pPr>
        <w:spacing w:before="0" w:after="40" w:line="259" w:lineRule="auto"/>
      </w:pPr>
      <w:r>
        <w:rPr>
          <w:rFonts w:ascii="Calibri" w:hAnsi="Calibri" w:eastAsia="Calibri"/>
          <w:b w:val="0"/>
          <w:i w:val="0"/>
          <w:sz w:val="22"/>
        </w:rPr>
        <w:t>• IV antibiotics as per protocol; urgent endoscopy; balloon tamponade only if uncontrolled with an airway</w:t>
      </w:r>
    </w:p>
    <w:p>
      <w:pPr>
        <w:spacing w:before="0" w:after="40" w:line="259" w:lineRule="auto"/>
      </w:pPr>
      <w:r>
        <w:rPr>
          <w:rFonts w:ascii="Calibri" w:hAnsi="Calibri" w:eastAsia="Calibri"/>
          <w:b w:val="0"/>
          <w:i w:val="0"/>
          <w:sz w:val="22"/>
        </w:rPr>
        <w:t>• Transfuse to 70–80 g/L; vitamin K; HDU/ICU</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BSG / NICE NG140 acute upper GI bleeding</w:t>
      </w:r>
    </w:p>
    <w:p>
      <w:pPr>
        <w:spacing w:before="0" w:after="40" w:line="259" w:lineRule="auto"/>
      </w:pPr>
      <w:r>
        <w:rPr>
          <w:rFonts w:ascii="Calibri" w:hAnsi="Calibri" w:eastAsia="Calibri"/>
          <w:b w:val="0"/>
          <w:i w:val="0"/>
          <w:sz w:val="22"/>
        </w:rPr>
        <w:t>• EASL decompensated cirrhosis</w:t>
      </w:r>
    </w:p>
    <w:p>
      <w:pPr>
        <w:spacing w:before="0" w:after="40" w:line="259" w:lineRule="auto"/>
      </w:pPr>
      <w:r>
        <w:rPr>
          <w:rFonts w:ascii="Calibri" w:hAnsi="Calibri" w:eastAsia="Calibri"/>
          <w:b w:val="0"/>
          <w:i w:val="0"/>
          <w:sz w:val="22"/>
        </w:rPr>
        <w:t>• RCEM upper GI bleed</w:t>
      </w:r>
    </w:p>
    <w:p>
      <w:r>
        <w:br w:type="page"/>
      </w:r>
    </w:p>
    <w:p>
      <w:pPr>
        <w:spacing w:before="120" w:after="160" w:line="259" w:lineRule="auto"/>
      </w:pPr>
      <w:r>
        <w:rPr>
          <w:rFonts w:ascii="Calibri" w:hAnsi="Calibri" w:eastAsia="Calibri"/>
          <w:b/>
          <w:i w:val="0"/>
          <w:color w:val="0C0E10"/>
          <w:sz w:val="36"/>
        </w:rPr>
        <w:t>Case 11 — High-risk (massive) pulmonary embolism</w:t>
      </w:r>
    </w:p>
    <w:p>
      <w:pPr>
        <w:spacing w:before="0" w:after="40" w:line="259" w:lineRule="auto"/>
      </w:pPr>
      <w:r>
        <w:rPr>
          <w:rFonts w:ascii="Calibri" w:hAnsi="Calibri" w:eastAsia="Calibri"/>
          <w:b w:val="0"/>
          <w:i/>
          <w:color w:val="5A5A5A"/>
          <w:sz w:val="20"/>
        </w:rPr>
        <w:t>pre-alert · Scottish Ambulance Service — pre-alert · rhythm sinus-tach</w:t>
      </w:r>
    </w:p>
    <w:p>
      <w:pPr>
        <w:spacing w:before="0" w:after="40" w:line="259" w:lineRule="auto"/>
      </w:pPr>
      <w:r>
        <w:rPr>
          <w:rFonts w:ascii="Calibri" w:hAnsi="Calibri" w:eastAsia="Calibri"/>
          <w:b w:val="0"/>
          <w:i/>
          <w:color w:val="5A5A5A"/>
          <w:sz w:val="20"/>
        </w:rPr>
        <w:t>HR 128   BP 86/54   RR 32   SpO2 88%   temp 36.7   GCS 14   BM 6.2</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46 years, female</w:t>
      </w:r>
    </w:p>
    <w:p>
      <w:pPr>
        <w:spacing w:before="0" w:after="40" w:line="259" w:lineRule="auto"/>
      </w:pPr>
      <w:r>
        <w:rPr>
          <w:rFonts w:ascii="Calibri" w:hAnsi="Calibri" w:eastAsia="Calibri"/>
          <w:b w:val="0"/>
          <w:i w:val="0"/>
          <w:sz w:val="22"/>
        </w:rPr>
        <w:t>T collapsed at the airport arrivals hall 20 minutes ago</w:t>
      </w:r>
    </w:p>
    <w:p>
      <w:pPr>
        <w:spacing w:before="0" w:after="40" w:line="259" w:lineRule="auto"/>
      </w:pPr>
      <w:r>
        <w:rPr>
          <w:rFonts w:ascii="Calibri" w:hAnsi="Calibri" w:eastAsia="Calibri"/>
          <w:b w:val="0"/>
          <w:i w:val="0"/>
          <w:sz w:val="22"/>
        </w:rPr>
        <w:t>M medical collapse — long-haul flight, sudden SOB then syncope</w:t>
      </w:r>
    </w:p>
    <w:p>
      <w:pPr>
        <w:spacing w:before="0" w:after="40" w:line="259" w:lineRule="auto"/>
      </w:pPr>
      <w:r>
        <w:rPr>
          <w:rFonts w:ascii="Calibri" w:hAnsi="Calibri" w:eastAsia="Calibri"/>
          <w:b w:val="0"/>
          <w:i w:val="0"/>
          <w:sz w:val="22"/>
        </w:rPr>
        <w:t>I none</w:t>
      </w:r>
    </w:p>
    <w:p>
      <w:pPr>
        <w:spacing w:before="0" w:after="40" w:line="259" w:lineRule="auto"/>
      </w:pPr>
      <w:r>
        <w:rPr>
          <w:rFonts w:ascii="Calibri" w:hAnsi="Calibri" w:eastAsia="Calibri"/>
          <w:b w:val="0"/>
          <w:i w:val="0"/>
          <w:sz w:val="22"/>
        </w:rPr>
        <w:t>S HR 128 BP 86/54 RR 32 SpO2 88% on 15 L GCS 14</w:t>
      </w:r>
    </w:p>
    <w:p>
      <w:pPr>
        <w:spacing w:before="0" w:after="40" w:line="259" w:lineRule="auto"/>
      </w:pPr>
      <w:r>
        <w:rPr>
          <w:rFonts w:ascii="Calibri" w:hAnsi="Calibri" w:eastAsia="Calibri"/>
          <w:b w:val="0"/>
          <w:i w:val="0"/>
          <w:sz w:val="22"/>
        </w:rPr>
        <w:t>T oxygen, no other drugs</w:t>
      </w:r>
    </w:p>
    <w:p>
      <w:pPr>
        <w:spacing w:before="0" w:after="40" w:line="259" w:lineRule="auto"/>
      </w:pPr>
      <w:r>
        <w:rPr>
          <w:rFonts w:ascii="Calibri" w:hAnsi="Calibri" w:eastAsia="Calibri"/>
          <w:b w:val="0"/>
          <w:i w:val="0"/>
          <w:sz w:val="22"/>
        </w:rPr>
        <w:t>ETA 5 minutes. Crew: "She's hypoxic and her chest is clear."</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talking, no stridor, no swelling.</w:t>
      </w:r>
    </w:p>
    <w:p>
      <w:pPr>
        <w:spacing w:before="0" w:after="40" w:line="259" w:lineRule="auto"/>
      </w:pPr>
      <w:r>
        <w:rPr>
          <w:rFonts w:ascii="Calibri" w:hAnsi="Calibri" w:eastAsia="Calibri"/>
          <w:b w:val="0"/>
          <w:i w:val="0"/>
          <w:sz w:val="22"/>
        </w:rPr>
        <w:t>B — RR 32, equal air entry, chest clear, SpO2 88% on 15 L. Trachea central. No wheeze, no crackles.</w:t>
      </w:r>
    </w:p>
    <w:p>
      <w:pPr>
        <w:spacing w:before="0" w:after="40" w:line="259" w:lineRule="auto"/>
      </w:pPr>
      <w:r>
        <w:rPr>
          <w:rFonts w:ascii="Calibri" w:hAnsi="Calibri" w:eastAsia="Calibri"/>
          <w:b w:val="0"/>
          <w:i w:val="0"/>
          <w:sz w:val="22"/>
        </w:rPr>
        <w:t>C — HR 128, BP 86/54, CRT 3 s, no calf swelling obvious, heart sounds dual, JVP raised.</w:t>
      </w:r>
    </w:p>
    <w:p>
      <w:pPr>
        <w:spacing w:before="0" w:after="40" w:line="259" w:lineRule="auto"/>
      </w:pPr>
      <w:r>
        <w:rPr>
          <w:rFonts w:ascii="Calibri" w:hAnsi="Calibri" w:eastAsia="Calibri"/>
          <w:b w:val="0"/>
          <w:i w:val="0"/>
          <w:sz w:val="22"/>
        </w:rPr>
        <w:t>D — GCS 14, BM 6.2, no focal neurology.</w:t>
      </w:r>
    </w:p>
    <w:p>
      <w:pPr>
        <w:spacing w:before="0" w:after="40" w:line="259" w:lineRule="auto"/>
      </w:pPr>
      <w:r>
        <w:rPr>
          <w:rFonts w:ascii="Calibri" w:hAnsi="Calibri" w:eastAsia="Calibri"/>
          <w:b w:val="0"/>
          <w:i w:val="0"/>
          <w:sz w:val="22"/>
        </w:rPr>
        <w:t>E — no rash, no feverish skin, abdomen soft. Flight socks half-on.</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Clear chest, hypoxic, hypotensive, just off a long-haul flight.</w:t>
      </w:r>
    </w:p>
    <w:p>
      <w:pPr>
        <w:spacing w:before="120" w:after="20" w:line="259" w:lineRule="auto"/>
        <w:shd w:fill="E8F5EC" w:val="clear"/>
      </w:pPr>
      <w:r>
        <w:rPr>
          <w:rFonts w:ascii="Calibri" w:hAnsi="Calibri" w:eastAsia="Calibri"/>
          <w:b/>
          <w:i w:val="0"/>
          <w:color w:val="146E3C"/>
          <w:sz w:val="22"/>
        </w:rPr>
        <w:t>A. [CORRECT] High-concentration oxygen</w:t>
      </w:r>
    </w:p>
    <w:p>
      <w:pPr>
        <w:spacing w:before="0" w:after="20" w:line="259" w:lineRule="auto"/>
      </w:pPr>
      <w:r>
        <w:rPr>
          <w:rFonts w:ascii="Calibri" w:hAnsi="Calibri" w:eastAsia="Calibri"/>
          <w:b w:val="0"/>
          <w:i/>
          <w:color w:val="282828"/>
          <w:sz w:val="22"/>
        </w:rPr>
        <w:t>Bay: Non-rebreathe stays on. Access and a tracing next — she is hypoxic and shocked with a clear chest.</w:t>
      </w:r>
    </w:p>
    <w:p>
      <w:pPr>
        <w:spacing w:before="0" w:after="40" w:line="259" w:lineRule="auto"/>
      </w:pPr>
      <w:r>
        <w:rPr>
          <w:rFonts w:ascii="Calibri" w:hAnsi="Calibri" w:eastAsia="Calibri"/>
          <w:b w:val="0"/>
          <w:i/>
          <w:color w:val="5A4614"/>
          <w:sz w:val="20"/>
        </w:rPr>
        <w:t>Reaction: spo2 +3, O2 15 L</w:t>
      </w:r>
    </w:p>
    <w:p>
      <w:pPr>
        <w:spacing w:before="80" w:after="40" w:line="259" w:lineRule="auto"/>
      </w:pPr>
      <w:r>
        <w:rPr>
          <w:rFonts w:ascii="Calibri" w:hAnsi="Calibri" w:eastAsia="Calibri"/>
          <w:b/>
          <w:i w:val="0"/>
          <w:color w:val="46326E"/>
          <w:sz w:val="22"/>
        </w:rPr>
        <w:t xml:space="preserve">    Follow-up: What oxygen?</w:t>
      </w:r>
    </w:p>
    <w:p>
      <w:pPr>
        <w:spacing w:before="120" w:after="20" w:line="259" w:lineRule="auto"/>
        <w:shd w:fill="E8F5EC" w:val="clear"/>
      </w:pPr>
      <w:r>
        <w:rPr>
          <w:rFonts w:ascii="Calibri" w:hAnsi="Calibri" w:eastAsia="Calibri"/>
          <w:b/>
          <w:i w:val="0"/>
          <w:color w:val="146E3C"/>
          <w:sz w:val="22"/>
        </w:rPr>
        <w:t xml:space="preserve">    A. [CORRECT] 15 L/min via a non-rebreathe mask</w:t>
      </w:r>
    </w:p>
    <w:p>
      <w:pPr>
        <w:spacing w:before="0" w:after="20" w:line="259" w:lineRule="auto"/>
      </w:pPr>
      <w:r>
        <w:rPr>
          <w:rFonts w:ascii="Calibri" w:hAnsi="Calibri" w:eastAsia="Calibri"/>
          <w:b w:val="0"/>
          <w:i/>
          <w:color w:val="282828"/>
          <w:sz w:val="22"/>
        </w:rPr>
        <w:t xml:space="preserve">       Bay: Keep high-concentration oxygen. She arrived at 88% with a clear chest and shock.</w:t>
      </w:r>
    </w:p>
    <w:p>
      <w:pPr>
        <w:spacing w:before="120" w:after="20" w:line="259" w:lineRule="auto"/>
        <w:shd w:fill="F8E8E8" w:val="clear"/>
      </w:pPr>
      <w:r>
        <w:rPr>
          <w:rFonts w:ascii="Calibri" w:hAnsi="Calibri" w:eastAsia="Calibri"/>
          <w:b w:val="0"/>
          <w:i w:val="0"/>
          <w:color w:val="A02828"/>
          <w:sz w:val="22"/>
        </w:rPr>
        <w:t xml:space="preserve">    B. [WRONG] 2 L/min via nasal cannulae</w:t>
      </w:r>
    </w:p>
    <w:p>
      <w:pPr>
        <w:spacing w:before="0" w:after="20" w:line="259" w:lineRule="auto"/>
      </w:pPr>
      <w:r>
        <w:rPr>
          <w:rFonts w:ascii="Calibri" w:hAnsi="Calibri" w:eastAsia="Calibri"/>
          <w:b w:val="0"/>
          <w:i/>
          <w:color w:val="282828"/>
          <w:sz w:val="22"/>
        </w:rPr>
        <w:t xml:space="preserve">       Bay: She is shocked and hypoxic. That is not enough oxygen.</w:t>
      </w:r>
    </w:p>
    <w:p>
      <w:pPr>
        <w:spacing w:before="120" w:after="20" w:line="259" w:lineRule="auto"/>
        <w:shd w:fill="F8E8E8" w:val="clear"/>
      </w:pPr>
      <w:r>
        <w:rPr>
          <w:rFonts w:ascii="Calibri" w:hAnsi="Calibri" w:eastAsia="Calibri"/>
          <w:b w:val="0"/>
          <w:i w:val="0"/>
          <w:color w:val="A02828"/>
          <w:sz w:val="22"/>
        </w:rPr>
        <w:t xml:space="preserve">    C. [WRONG] 28% Venturi</w:t>
      </w:r>
    </w:p>
    <w:p>
      <w:pPr>
        <w:spacing w:before="0" w:after="20" w:line="259" w:lineRule="auto"/>
      </w:pPr>
      <w:r>
        <w:rPr>
          <w:rFonts w:ascii="Calibri" w:hAnsi="Calibri" w:eastAsia="Calibri"/>
          <w:b w:val="0"/>
          <w:i/>
          <w:color w:val="282828"/>
          <w:sz w:val="22"/>
        </w:rPr>
        <w:t xml:space="preserve">       Bay: This is not a COPD retainer. Target high-concentration oxygen.</w:t>
      </w:r>
    </w:p>
    <w:p>
      <w:pPr>
        <w:spacing w:before="120" w:after="20" w:line="259" w:lineRule="auto"/>
        <w:shd w:fill="F8E8E8" w:val="clear"/>
      </w:pPr>
      <w:r>
        <w:rPr>
          <w:rFonts w:ascii="Calibri" w:hAnsi="Calibri" w:eastAsia="Calibri"/>
          <w:b w:val="0"/>
          <w:i w:val="0"/>
          <w:color w:val="A02828"/>
          <w:sz w:val="22"/>
        </w:rPr>
        <w:t xml:space="preserve">    D. [WRONG] Room air until a CTPA is done</w:t>
      </w:r>
    </w:p>
    <w:p>
      <w:pPr>
        <w:spacing w:before="0" w:after="20" w:line="259" w:lineRule="auto"/>
      </w:pPr>
      <w:r>
        <w:rPr>
          <w:rFonts w:ascii="Calibri" w:hAnsi="Calibri" w:eastAsia="Calibri"/>
          <w:b w:val="0"/>
          <w:i/>
          <w:color w:val="282828"/>
          <w:sz w:val="22"/>
        </w:rPr>
        <w:t xml:space="preserve">       Bay: SpO2 is 88%. Oxygen now; imaging later if she is stable enough.</w:t>
      </w:r>
    </w:p>
    <w:p>
      <w:pPr>
        <w:spacing w:before="120" w:after="20" w:line="259" w:lineRule="auto"/>
        <w:shd w:fill="F8E8E8" w:val="clear"/>
      </w:pPr>
      <w:r>
        <w:rPr>
          <w:rFonts w:ascii="Calibri" w:hAnsi="Calibri" w:eastAsia="Calibri"/>
          <w:b w:val="0"/>
          <w:i w:val="0"/>
          <w:color w:val="A02828"/>
          <w:sz w:val="22"/>
        </w:rPr>
        <w:t xml:space="preserve">    E. [WRONG] Wean to air to 'unmask' a PE</w:t>
      </w:r>
    </w:p>
    <w:p>
      <w:pPr>
        <w:spacing w:before="0" w:after="20" w:line="259" w:lineRule="auto"/>
      </w:pPr>
      <w:r>
        <w:rPr>
          <w:rFonts w:ascii="Calibri" w:hAnsi="Calibri" w:eastAsia="Calibri"/>
          <w:b w:val="0"/>
          <w:i/>
          <w:color w:val="282828"/>
          <w:sz w:val="22"/>
        </w:rPr>
        <w:t xml:space="preserve">       Bay: Do not wean a shocked hypoxic patient to make a diagnosis.</w:t>
      </w:r>
    </w:p>
    <w:p>
      <w:pPr>
        <w:spacing w:before="120" w:after="20" w:line="259" w:lineRule="auto"/>
        <w:shd w:fill="F8E8E8" w:val="clear"/>
      </w:pPr>
      <w:r>
        <w:rPr>
          <w:rFonts w:ascii="Calibri" w:hAnsi="Calibri" w:eastAsia="Calibri"/>
          <w:b w:val="0"/>
          <w:i w:val="0"/>
          <w:color w:val="A02828"/>
          <w:sz w:val="22"/>
        </w:rPr>
        <w:t>B. [WRONG] Controlled oxygen</w:t>
      </w:r>
    </w:p>
    <w:p>
      <w:pPr>
        <w:spacing w:before="0" w:after="20" w:line="259" w:lineRule="auto"/>
      </w:pPr>
      <w:r>
        <w:rPr>
          <w:rFonts w:ascii="Calibri" w:hAnsi="Calibri" w:eastAsia="Calibri"/>
          <w:b w:val="0"/>
          <w:i/>
          <w:color w:val="282828"/>
          <w:sz w:val="22"/>
        </w:rPr>
        <w:t>Bay: This is not a COPD retainer. She is shocked and at 88%. Target high-concentration oxygen.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Immediate intubation</w:t>
      </w:r>
    </w:p>
    <w:p>
      <w:pPr>
        <w:spacing w:before="0" w:after="20" w:line="259" w:lineRule="auto"/>
      </w:pPr>
      <w:r>
        <w:rPr>
          <w:rFonts w:ascii="Calibri" w:hAnsi="Calibri" w:eastAsia="Calibri"/>
          <w:b w:val="0"/>
          <w:i/>
          <w:color w:val="282828"/>
          <w:sz w:val="22"/>
        </w:rPr>
        <w:t>Bay: She is talking. Oxygen, access and a tracing first. RSI without a PE plan is how the RV arrests on induction.</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CPAP</w:t>
      </w:r>
    </w:p>
    <w:p>
      <w:pPr>
        <w:spacing w:before="0" w:after="20" w:line="259" w:lineRule="auto"/>
      </w:pPr>
      <w:r>
        <w:rPr>
          <w:rFonts w:ascii="Calibri" w:hAnsi="Calibri" w:eastAsia="Calibri"/>
          <w:b w:val="0"/>
          <w:i/>
          <w:color w:val="282828"/>
          <w:sz w:val="22"/>
        </w:rPr>
        <w:t>Bay: The chest is clear; this is RV failure, not APO. CPAP drops venous return and may worsen shock.</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Room air</w:t>
      </w:r>
    </w:p>
    <w:p>
      <w:pPr>
        <w:spacing w:before="0" w:after="20" w:line="259" w:lineRule="auto"/>
      </w:pPr>
      <w:r>
        <w:rPr>
          <w:rFonts w:ascii="Calibri" w:hAnsi="Calibri" w:eastAsia="Calibri"/>
          <w:b w:val="0"/>
          <w:i/>
          <w:color w:val="282828"/>
          <w:sz w:val="22"/>
        </w:rPr>
        <w:t>Bay: SpO2 is 88%. Do not wean a shocked hypoxic patient to 'unmask' a PE.</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She is still 86 systolic. Chest still clear.</w:t>
      </w:r>
    </w:p>
    <w:p>
      <w:pPr>
        <w:spacing w:before="120" w:after="20" w:line="259" w:lineRule="auto"/>
        <w:shd w:fill="E8F5EC" w:val="clear"/>
      </w:pPr>
      <w:r>
        <w:rPr>
          <w:rFonts w:ascii="Calibri" w:hAnsi="Calibri" w:eastAsia="Calibri"/>
          <w:b/>
          <w:i w:val="0"/>
          <w:color w:val="146E3C"/>
          <w:sz w:val="22"/>
        </w:rPr>
        <w:t>A. [CORRECT] ICU, senior, bedside echo; stay</w:t>
      </w:r>
    </w:p>
    <w:p>
      <w:pPr>
        <w:spacing w:before="0" w:after="20" w:line="259" w:lineRule="auto"/>
      </w:pPr>
      <w:r>
        <w:rPr>
          <w:rFonts w:ascii="Calibri" w:hAnsi="Calibri" w:eastAsia="Calibri"/>
          <w:b w:val="0"/>
          <w:i/>
          <w:color w:val="282828"/>
          <w:sz w:val="22"/>
        </w:rPr>
        <w:t>Bay: ICU bleeped. A subcostal view: dilated RV, small LV. She stays in the bay.</w:t>
      </w:r>
    </w:p>
    <w:p>
      <w:pPr>
        <w:spacing w:before="0" w:after="40" w:line="259" w:lineRule="auto"/>
      </w:pPr>
      <w:r>
        <w:rPr>
          <w:rFonts w:ascii="Calibri" w:hAnsi="Calibri" w:eastAsia="Calibri"/>
          <w:b w:val="0"/>
          <w:i/>
          <w:color w:val="5A4614"/>
          <w:sz w:val="20"/>
        </w:rPr>
        <w:t>Reaction: sbp +4</w:t>
      </w:r>
    </w:p>
    <w:p>
      <w:pPr>
        <w:spacing w:before="80" w:after="40" w:line="259" w:lineRule="auto"/>
      </w:pPr>
      <w:r>
        <w:rPr>
          <w:rFonts w:ascii="Calibri" w:hAnsi="Calibri" w:eastAsia="Calibri"/>
          <w:b/>
          <w:i w:val="0"/>
          <w:color w:val="46326E"/>
          <w:sz w:val="22"/>
        </w:rPr>
        <w:t xml:space="preserve">    Follow-up: What are you looking for?</w:t>
      </w:r>
    </w:p>
    <w:p>
      <w:pPr>
        <w:spacing w:before="120" w:after="20" w:line="259" w:lineRule="auto"/>
        <w:shd w:fill="E8F5EC" w:val="clear"/>
      </w:pPr>
      <w:r>
        <w:rPr>
          <w:rFonts w:ascii="Calibri" w:hAnsi="Calibri" w:eastAsia="Calibri"/>
          <w:b/>
          <w:i w:val="0"/>
          <w:color w:val="146E3C"/>
          <w:sz w:val="22"/>
        </w:rPr>
        <w:t xml:space="preserve">    A. [CORRECT] Dilated RV, small LV, right-heart strain</w:t>
      </w:r>
    </w:p>
    <w:p>
      <w:pPr>
        <w:spacing w:before="0" w:after="20" w:line="259" w:lineRule="auto"/>
      </w:pPr>
      <w:r>
        <w:rPr>
          <w:rFonts w:ascii="Calibri" w:hAnsi="Calibri" w:eastAsia="Calibri"/>
          <w:b w:val="0"/>
          <w:i/>
          <w:color w:val="282828"/>
          <w:sz w:val="22"/>
        </w:rPr>
        <w:t xml:space="preserve">       Bay: That pattern with a clear chest and shock is high-risk PE until proven otherwise.</w:t>
      </w:r>
    </w:p>
    <w:p>
      <w:pPr>
        <w:spacing w:before="120" w:after="20" w:line="259" w:lineRule="auto"/>
        <w:shd w:fill="F8E8E8" w:val="clear"/>
      </w:pPr>
      <w:r>
        <w:rPr>
          <w:rFonts w:ascii="Calibri" w:hAnsi="Calibri" w:eastAsia="Calibri"/>
          <w:b w:val="0"/>
          <w:i w:val="0"/>
          <w:color w:val="A02828"/>
          <w:sz w:val="22"/>
        </w:rPr>
        <w:t xml:space="preserve">    B. [WRONG] Tamponade with RV diastolic collapse</w:t>
      </w:r>
    </w:p>
    <w:p>
      <w:pPr>
        <w:spacing w:before="0" w:after="20" w:line="259" w:lineRule="auto"/>
      </w:pPr>
      <w:r>
        <w:rPr>
          <w:rFonts w:ascii="Calibri" w:hAnsi="Calibri" w:eastAsia="Calibri"/>
          <w:b w:val="0"/>
          <w:i/>
          <w:color w:val="282828"/>
          <w:sz w:val="22"/>
        </w:rPr>
        <w:t xml:space="preserve">       Bay: The RV is dilated, not collapsed. This is pressure overload, not tamponade.</w:t>
      </w:r>
    </w:p>
    <w:p>
      <w:pPr>
        <w:spacing w:before="120" w:after="20" w:line="259" w:lineRule="auto"/>
        <w:shd w:fill="F8E8E8" w:val="clear"/>
      </w:pPr>
      <w:r>
        <w:rPr>
          <w:rFonts w:ascii="Calibri" w:hAnsi="Calibri" w:eastAsia="Calibri"/>
          <w:b w:val="0"/>
          <w:i w:val="0"/>
          <w:color w:val="A02828"/>
          <w:sz w:val="22"/>
        </w:rPr>
        <w:t xml:space="preserve">    C. [WRONG] Anterior regional wall-motion ACS</w:t>
      </w:r>
    </w:p>
    <w:p>
      <w:pPr>
        <w:spacing w:before="0" w:after="20" w:line="259" w:lineRule="auto"/>
      </w:pPr>
      <w:r>
        <w:rPr>
          <w:rFonts w:ascii="Calibri" w:hAnsi="Calibri" w:eastAsia="Calibri"/>
          <w:b w:val="0"/>
          <w:i/>
          <w:color w:val="282828"/>
          <w:sz w:val="22"/>
        </w:rPr>
        <w:t xml:space="preserve">       Bay: A territorial ACS picture would send you to PPCI. This is right-heart strain.</w:t>
      </w:r>
    </w:p>
    <w:p>
      <w:pPr>
        <w:spacing w:before="120" w:after="20" w:line="259" w:lineRule="auto"/>
        <w:shd w:fill="F8E8E8" w:val="clear"/>
      </w:pPr>
      <w:r>
        <w:rPr>
          <w:rFonts w:ascii="Calibri" w:hAnsi="Calibri" w:eastAsia="Calibri"/>
          <w:b w:val="0"/>
          <w:i w:val="0"/>
          <w:color w:val="A02828"/>
          <w:sz w:val="22"/>
        </w:rPr>
        <w:t xml:space="preserve">    D. [WRONG] A normal heart, then unescorted CTPA</w:t>
      </w:r>
    </w:p>
    <w:p>
      <w:pPr>
        <w:spacing w:before="0" w:after="20" w:line="259" w:lineRule="auto"/>
      </w:pPr>
      <w:r>
        <w:rPr>
          <w:rFonts w:ascii="Calibri" w:hAnsi="Calibri" w:eastAsia="Calibri"/>
          <w:b w:val="0"/>
          <w:i/>
          <w:color w:val="282828"/>
          <w:sz w:val="22"/>
        </w:rPr>
        <w:t xml:space="preserve">       Bay: A shocked PE may look like this. She does not leave the bay unsupervised.</w:t>
      </w:r>
    </w:p>
    <w:p>
      <w:pPr>
        <w:spacing w:before="120" w:after="20" w:line="259" w:lineRule="auto"/>
        <w:shd w:fill="F8E8E8" w:val="clear"/>
      </w:pPr>
      <w:r>
        <w:rPr>
          <w:rFonts w:ascii="Calibri" w:hAnsi="Calibri" w:eastAsia="Calibri"/>
          <w:b w:val="0"/>
          <w:i w:val="0"/>
          <w:color w:val="A02828"/>
          <w:sz w:val="22"/>
        </w:rPr>
        <w:t xml:space="preserve">    E. [WRONG] Wait for a formal departmental echo</w:t>
      </w:r>
    </w:p>
    <w:p>
      <w:pPr>
        <w:spacing w:before="0" w:after="20" w:line="259" w:lineRule="auto"/>
      </w:pPr>
      <w:r>
        <w:rPr>
          <w:rFonts w:ascii="Calibri" w:hAnsi="Calibri" w:eastAsia="Calibri"/>
          <w:b w:val="0"/>
          <w:i/>
          <w:color w:val="282828"/>
          <w:sz w:val="22"/>
        </w:rPr>
        <w:t xml:space="preserve">       Bay: A focused resus view now changes treatment. Do not wait on a report.</w:t>
      </w:r>
    </w:p>
    <w:p>
      <w:pPr>
        <w:spacing w:before="120" w:after="20" w:line="259" w:lineRule="auto"/>
        <w:shd w:fill="F8E8E8" w:val="clear"/>
      </w:pPr>
      <w:r>
        <w:rPr>
          <w:rFonts w:ascii="Calibri" w:hAnsi="Calibri" w:eastAsia="Calibri"/>
          <w:b w:val="0"/>
          <w:i w:val="0"/>
          <w:color w:val="A02828"/>
          <w:sz w:val="22"/>
        </w:rPr>
        <w:t>B. [WRONG] Unescorted CTPA</w:t>
      </w:r>
    </w:p>
    <w:p>
      <w:pPr>
        <w:spacing w:before="0" w:after="20" w:line="259" w:lineRule="auto"/>
      </w:pPr>
      <w:r>
        <w:rPr>
          <w:rFonts w:ascii="Calibri" w:hAnsi="Calibri" w:eastAsia="Calibri"/>
          <w:b w:val="0"/>
          <w:i/>
          <w:color w:val="282828"/>
          <w:sz w:val="22"/>
        </w:rPr>
        <w:t>Bay: She is shocked. CTPA is for the stable patient; she may arrest in the scanner.</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2 L crystalloid wide open</w:t>
      </w:r>
    </w:p>
    <w:p>
      <w:pPr>
        <w:spacing w:before="0" w:after="20" w:line="259" w:lineRule="auto"/>
      </w:pPr>
      <w:r>
        <w:rPr>
          <w:rFonts w:ascii="Calibri" w:hAnsi="Calibri" w:eastAsia="Calibri"/>
          <w:b w:val="0"/>
          <w:i/>
          <w:color w:val="282828"/>
          <w:sz w:val="22"/>
        </w:rPr>
        <w:t>Bay: A pressure-overloaded RV does not want a 2 L preload challenge.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Immediate thrombolysis without echo</w:t>
      </w:r>
    </w:p>
    <w:p>
      <w:pPr>
        <w:spacing w:before="0" w:after="20" w:line="259" w:lineRule="auto"/>
      </w:pPr>
      <w:r>
        <w:rPr>
          <w:rFonts w:ascii="Calibri" w:hAnsi="Calibri" w:eastAsia="Calibri"/>
          <w:b w:val="0"/>
          <w:i/>
          <w:color w:val="282828"/>
          <w:sz w:val="22"/>
        </w:rPr>
        <w:t>Bay: You can lyse on clinical grounds if she peri-arrests — but a 30-second subcostal view first confirms the right heart and avoids lysing tamponade or ACS.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Heparin and send to majors</w:t>
      </w:r>
    </w:p>
    <w:p>
      <w:pPr>
        <w:spacing w:before="0" w:after="20" w:line="259" w:lineRule="auto"/>
      </w:pPr>
      <w:r>
        <w:rPr>
          <w:rFonts w:ascii="Calibri" w:hAnsi="Calibri" w:eastAsia="Calibri"/>
          <w:b w:val="0"/>
          <w:i/>
          <w:color w:val="282828"/>
          <w:sz w:val="22"/>
        </w:rPr>
        <w:t>Bay: She is shocked. Heparin alone and a majors trolley is not the high-risk PE pathway.</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RV looks dilated. Send tests from the bay.</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7.30  pCO2 3.6  pO2 7.8 on 15 L  HCO3 18  BE −6  lactate 4.1  K+ 4.0  Hb 134</w:t>
      </w:r>
    </w:p>
    <w:p>
      <w:pPr>
        <w:spacing w:before="0" w:after="40" w:line="259" w:lineRule="auto"/>
      </w:pPr>
      <w:r>
        <w:rPr>
          <w:rFonts w:ascii="Calibri" w:hAnsi="Calibri" w:eastAsia="Calibri"/>
          <w:b w:val="0"/>
          <w:i w:val="0"/>
          <w:sz w:val="22"/>
        </w:rPr>
        <w:t>Hypoxaemia, low pCO2, lactate 4.1.</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6.2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pe-strain</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hCG negative. Otherwise bland.</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coag: PT 12 s   APTT 28 s</w:t>
      </w:r>
    </w:p>
    <w:p>
      <w:pPr>
        <w:spacing w:before="0" w:after="40" w:line="259" w:lineRule="auto"/>
      </w:pPr>
      <w:r>
        <w:rPr>
          <w:rFonts w:ascii="Calibri" w:hAnsi="Calibri" w:eastAsia="Calibri"/>
          <w:b w:val="0"/>
          <w:i w:val="0"/>
          <w:sz w:val="22"/>
        </w:rPr>
        <w:t>trop: 48 ng/L</w:t>
      </w:r>
    </w:p>
    <w:p>
      <w:pPr>
        <w:spacing w:before="0" w:after="40" w:line="259" w:lineRule="auto"/>
      </w:pPr>
      <w:r>
        <w:rPr>
          <w:rFonts w:ascii="Calibri" w:hAnsi="Calibri" w:eastAsia="Calibri"/>
          <w:b w:val="0"/>
          <w:i w:val="0"/>
          <w:sz w:val="22"/>
        </w:rPr>
        <w:t>ddimer: Do not use D-dimer in shock</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Still hypotensive, chest clear. Review any results that have returned — then decide.</w:t>
      </w:r>
    </w:p>
    <w:p>
      <w:pPr>
        <w:spacing w:before="120" w:after="20" w:line="259" w:lineRule="auto"/>
        <w:shd w:fill="E8F5EC" w:val="clear"/>
      </w:pPr>
      <w:r>
        <w:rPr>
          <w:rFonts w:ascii="Calibri" w:hAnsi="Calibri" w:eastAsia="Calibri"/>
          <w:b/>
          <w:i w:val="0"/>
          <w:color w:val="146E3C"/>
          <w:sz w:val="22"/>
        </w:rPr>
        <w:t>A. [CORRECT] Thrombolyse with alteplase; call ICU</w:t>
      </w:r>
    </w:p>
    <w:p>
      <w:pPr>
        <w:spacing w:before="0" w:after="20" w:line="259" w:lineRule="auto"/>
      </w:pPr>
      <w:r>
        <w:rPr>
          <w:rFonts w:ascii="Calibri" w:hAnsi="Calibri" w:eastAsia="Calibri"/>
          <w:b w:val="0"/>
          <w:i/>
          <w:color w:val="282828"/>
          <w:sz w:val="22"/>
        </w:rPr>
        <w:t>Bay: Alteplase is going in as per protocol. BP nudging up. ICU stay in the bay.</w:t>
      </w:r>
    </w:p>
    <w:p>
      <w:pPr>
        <w:spacing w:before="0" w:after="40" w:line="259" w:lineRule="auto"/>
      </w:pPr>
      <w:r>
        <w:rPr>
          <w:rFonts w:ascii="Calibri" w:hAnsi="Calibri" w:eastAsia="Calibri"/>
          <w:b w:val="0"/>
          <w:i/>
          <w:color w:val="5A4614"/>
          <w:sz w:val="20"/>
        </w:rPr>
        <w:t>Reaction: hr -14, sbp +16, rr -6, spo2 +6</w:t>
      </w:r>
    </w:p>
    <w:p>
      <w:pPr>
        <w:spacing w:before="80" w:after="40" w:line="259" w:lineRule="auto"/>
      </w:pPr>
      <w:r>
        <w:rPr>
          <w:rFonts w:ascii="Calibri" w:hAnsi="Calibri" w:eastAsia="Calibri"/>
          <w:b/>
          <w:i w:val="0"/>
          <w:color w:val="46326E"/>
          <w:sz w:val="22"/>
        </w:rPr>
        <w:t xml:space="preserve">    Follow-up: What lytic regimen?</w:t>
      </w:r>
    </w:p>
    <w:p>
      <w:pPr>
        <w:spacing w:before="120" w:after="20" w:line="259" w:lineRule="auto"/>
        <w:shd w:fill="E8F5EC" w:val="clear"/>
      </w:pPr>
      <w:r>
        <w:rPr>
          <w:rFonts w:ascii="Calibri" w:hAnsi="Calibri" w:eastAsia="Calibri"/>
          <w:b/>
          <w:i w:val="0"/>
          <w:color w:val="146E3C"/>
          <w:sz w:val="22"/>
        </w:rPr>
        <w:t xml:space="preserve">    A. [CORRECT] Alteplase 50 mg bolus or 100 mg/2 h locally</w:t>
      </w:r>
    </w:p>
    <w:p>
      <w:pPr>
        <w:spacing w:before="0" w:after="20" w:line="259" w:lineRule="auto"/>
      </w:pPr>
      <w:r>
        <w:rPr>
          <w:rFonts w:ascii="Calibri" w:hAnsi="Calibri" w:eastAsia="Calibri"/>
          <w:b w:val="0"/>
          <w:i/>
          <w:color w:val="282828"/>
          <w:sz w:val="22"/>
        </w:rPr>
        <w:t xml:space="preserve">       Bay: High-risk PE: use the local alteplase protocol. Peri-arrest often 50 mg bolus; otherwise 100 mg over 2 h.</w:t>
      </w:r>
    </w:p>
    <w:p>
      <w:pPr>
        <w:spacing w:before="120" w:after="20" w:line="259" w:lineRule="auto"/>
        <w:shd w:fill="F8E8E8" w:val="clear"/>
      </w:pPr>
      <w:r>
        <w:rPr>
          <w:rFonts w:ascii="Calibri" w:hAnsi="Calibri" w:eastAsia="Calibri"/>
          <w:b w:val="0"/>
          <w:i w:val="0"/>
          <w:color w:val="A02828"/>
          <w:sz w:val="22"/>
        </w:rPr>
        <w:t xml:space="preserve">    B. [WRONG] Tenecteplase 50 mg as for a STEMI</w:t>
      </w:r>
    </w:p>
    <w:p>
      <w:pPr>
        <w:spacing w:before="0" w:after="20" w:line="259" w:lineRule="auto"/>
      </w:pPr>
      <w:r>
        <w:rPr>
          <w:rFonts w:ascii="Calibri" w:hAnsi="Calibri" w:eastAsia="Calibri"/>
          <w:b w:val="0"/>
          <w:i/>
          <w:color w:val="282828"/>
          <w:sz w:val="22"/>
        </w:rPr>
        <w:t xml:space="preserve">       Bay: This is not a coronary lytic pathway. Use PE-protocol alteplase.</w:t>
      </w:r>
    </w:p>
    <w:p>
      <w:pPr>
        <w:spacing w:before="120" w:after="20" w:line="259" w:lineRule="auto"/>
        <w:shd w:fill="F8E8E8" w:val="clear"/>
      </w:pPr>
      <w:r>
        <w:rPr>
          <w:rFonts w:ascii="Calibri" w:hAnsi="Calibri" w:eastAsia="Calibri"/>
          <w:b w:val="0"/>
          <w:i w:val="0"/>
          <w:color w:val="A02828"/>
          <w:sz w:val="22"/>
        </w:rPr>
        <w:t xml:space="preserve">    C. [WRONG] Streptokinase 1.5 million units over 60 min</w:t>
      </w:r>
    </w:p>
    <w:p>
      <w:pPr>
        <w:spacing w:before="0" w:after="20" w:line="259" w:lineRule="auto"/>
      </w:pPr>
      <w:r>
        <w:rPr>
          <w:rFonts w:ascii="Calibri" w:hAnsi="Calibri" w:eastAsia="Calibri"/>
          <w:b w:val="0"/>
          <w:i/>
          <w:color w:val="282828"/>
          <w:sz w:val="22"/>
        </w:rPr>
        <w:t xml:space="preserve">       Bay: Alteplase is the usual ED agent for high-risk PE, not streptokinase.</w:t>
      </w:r>
    </w:p>
    <w:p>
      <w:pPr>
        <w:spacing w:before="120" w:after="20" w:line="259" w:lineRule="auto"/>
        <w:shd w:fill="F8E8E8" w:val="clear"/>
      </w:pPr>
      <w:r>
        <w:rPr>
          <w:rFonts w:ascii="Calibri" w:hAnsi="Calibri" w:eastAsia="Calibri"/>
          <w:b w:val="0"/>
          <w:i w:val="0"/>
          <w:color w:val="A02828"/>
          <w:sz w:val="22"/>
        </w:rPr>
        <w:t xml:space="preserve">    D. [WRONG] Half-dose alteplase because she is 46</w:t>
      </w:r>
    </w:p>
    <w:p>
      <w:pPr>
        <w:spacing w:before="0" w:after="20" w:line="259" w:lineRule="auto"/>
      </w:pPr>
      <w:r>
        <w:rPr>
          <w:rFonts w:ascii="Calibri" w:hAnsi="Calibri" w:eastAsia="Calibri"/>
          <w:b w:val="0"/>
          <w:i/>
          <w:color w:val="282828"/>
          <w:sz w:val="22"/>
        </w:rPr>
        <w:t xml:space="preserve">       Bay: Age is not a reason to half-dose a shocked PE. Use the protocol dose.</w:t>
      </w:r>
    </w:p>
    <w:p>
      <w:pPr>
        <w:spacing w:before="120" w:after="20" w:line="259" w:lineRule="auto"/>
        <w:shd w:fill="F8E8E8" w:val="clear"/>
      </w:pPr>
      <w:r>
        <w:rPr>
          <w:rFonts w:ascii="Calibri" w:hAnsi="Calibri" w:eastAsia="Calibri"/>
          <w:b w:val="0"/>
          <w:i w:val="0"/>
          <w:color w:val="A02828"/>
          <w:sz w:val="22"/>
        </w:rPr>
        <w:t xml:space="preserve">    E. [WRONG] Reteplase double bolus without a protocol</w:t>
      </w:r>
    </w:p>
    <w:p>
      <w:pPr>
        <w:spacing w:before="0" w:after="20" w:line="259" w:lineRule="auto"/>
      </w:pPr>
      <w:r>
        <w:rPr>
          <w:rFonts w:ascii="Calibri" w:hAnsi="Calibri" w:eastAsia="Calibri"/>
          <w:b w:val="0"/>
          <w:i/>
          <w:color w:val="282828"/>
          <w:sz w:val="22"/>
        </w:rPr>
        <w:t xml:space="preserve">       Bay: Do not improvise a coronary reteplase regimen. Follow local PE alteplase.</w:t>
      </w:r>
    </w:p>
    <w:p>
      <w:pPr>
        <w:spacing w:before="120" w:after="20" w:line="259" w:lineRule="auto"/>
        <w:shd w:fill="F8E8E8" w:val="clear"/>
      </w:pPr>
      <w:r>
        <w:rPr>
          <w:rFonts w:ascii="Calibri" w:hAnsi="Calibri" w:eastAsia="Calibri"/>
          <w:b w:val="0"/>
          <w:i w:val="0"/>
          <w:color w:val="A02828"/>
          <w:sz w:val="22"/>
        </w:rPr>
        <w:t>B. [WRONG] Apixaban and ambulatory PE pathway</w:t>
      </w:r>
    </w:p>
    <w:p>
      <w:pPr>
        <w:spacing w:before="0" w:after="20" w:line="259" w:lineRule="auto"/>
      </w:pPr>
      <w:r>
        <w:rPr>
          <w:rFonts w:ascii="Calibri" w:hAnsi="Calibri" w:eastAsia="Calibri"/>
          <w:b w:val="0"/>
          <w:i/>
          <w:color w:val="282828"/>
          <w:sz w:val="22"/>
        </w:rPr>
        <w:t>Bay: High-risk PE is not an ambulatory DOAC pathway. She was hypotensive with RV strain.</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Heparin only; withhold systemic lysis</w:t>
      </w:r>
    </w:p>
    <w:p>
      <w:pPr>
        <w:spacing w:before="0" w:after="20" w:line="259" w:lineRule="auto"/>
      </w:pPr>
      <w:r>
        <w:rPr>
          <w:rFonts w:ascii="Calibri" w:hAnsi="Calibri" w:eastAsia="Calibri"/>
          <w:b w:val="0"/>
          <w:i/>
          <w:color w:val="282828"/>
          <w:sz w:val="22"/>
        </w:rPr>
        <w:t>Bay: UFH alone is for intermediate-risk PE or a contraindication to lysis. She is high-risk.</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Unsupervised catheter-directed lysis</w:t>
      </w:r>
    </w:p>
    <w:p>
      <w:pPr>
        <w:spacing w:before="0" w:after="20" w:line="259" w:lineRule="auto"/>
      </w:pPr>
      <w:r>
        <w:rPr>
          <w:rFonts w:ascii="Calibri" w:hAnsi="Calibri" w:eastAsia="Calibri"/>
          <w:b w:val="0"/>
          <w:i/>
          <w:color w:val="282828"/>
          <w:sz w:val="22"/>
        </w:rPr>
        <w:t>Bay: Catheter-directed lysis is a specialist option, not an unsupervised first move in a shocked ED patient.</w:t>
      </w:r>
    </w:p>
    <w:p>
      <w:pPr>
        <w:spacing w:before="120" w:after="20" w:line="259" w:lineRule="auto"/>
        <w:shd w:fill="F8E8E8" w:val="clear"/>
      </w:pPr>
      <w:r>
        <w:rPr>
          <w:rFonts w:ascii="Calibri" w:hAnsi="Calibri" w:eastAsia="Calibri"/>
          <w:b w:val="0"/>
          <w:i w:val="0"/>
          <w:color w:val="A02828"/>
          <w:sz w:val="22"/>
        </w:rPr>
        <w:t>E. [WRONG] Wait for a formal CTPA report</w:t>
      </w:r>
    </w:p>
    <w:p>
      <w:pPr>
        <w:spacing w:before="0" w:after="20" w:line="259" w:lineRule="auto"/>
      </w:pPr>
      <w:r>
        <w:rPr>
          <w:rFonts w:ascii="Calibri" w:hAnsi="Calibri" w:eastAsia="Calibri"/>
          <w:b w:val="0"/>
          <w:i/>
          <w:color w:val="282828"/>
          <w:sz w:val="22"/>
        </w:rPr>
        <w:t>Bay: She is shocked with a clear working diagnosis. Do not wait on a scan to lyse.</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BP is 102. Collateral.</w:t>
      </w:r>
    </w:p>
    <w:p>
      <w:pPr>
        <w:spacing w:before="120" w:after="20" w:line="259" w:lineRule="auto"/>
        <w:shd w:fill="E8F5EC" w:val="clear"/>
      </w:pPr>
      <w:r>
        <w:rPr>
          <w:rFonts w:ascii="Calibri" w:hAnsi="Calibri" w:eastAsia="Calibri"/>
          <w:b/>
          <w:i w:val="0"/>
          <w:color w:val="146E3C"/>
          <w:sz w:val="22"/>
        </w:rPr>
        <w:t>A. [CORRECT] Ask about previous VTE, cancer, HRT/oestrogen, pregnancy, family history</w:t>
      </w:r>
    </w:p>
    <w:p>
      <w:pPr>
        <w:spacing w:before="0" w:after="20" w:line="259" w:lineRule="auto"/>
      </w:pPr>
      <w:r>
        <w:rPr>
          <w:rFonts w:ascii="Calibri" w:hAnsi="Calibri" w:eastAsia="Calibri"/>
          <w:b w:val="0"/>
          <w:i/>
          <w:color w:val="282828"/>
          <w:sz w:val="22"/>
        </w:rPr>
        <w:t>Bay: Combined pill. Aunt had a PE. No cancer known — those are the risk factors you needed.</w:t>
      </w:r>
    </w:p>
    <w:p>
      <w:pPr>
        <w:spacing w:before="120" w:after="20" w:line="259" w:lineRule="auto"/>
        <w:shd w:fill="E8F5EC" w:val="clear"/>
      </w:pPr>
      <w:r>
        <w:rPr>
          <w:rFonts w:ascii="Calibri" w:hAnsi="Calibri" w:eastAsia="Calibri"/>
          <w:b/>
          <w:i w:val="0"/>
          <w:color w:val="146E3C"/>
          <w:sz w:val="22"/>
        </w:rPr>
        <w:t>B. [CORRECT] Confirm flight duration, chest pain, haemoptysis and calf symptoms</w:t>
      </w:r>
    </w:p>
    <w:p>
      <w:pPr>
        <w:spacing w:before="0" w:after="20" w:line="259" w:lineRule="auto"/>
      </w:pPr>
      <w:r>
        <w:rPr>
          <w:rFonts w:ascii="Calibri" w:hAnsi="Calibri" w:eastAsia="Calibri"/>
          <w:b w:val="0"/>
          <w:i/>
          <w:color w:val="282828"/>
          <w:sz w:val="22"/>
        </w:rPr>
        <w:t>Bay: 14-hour flight. Sudden SOB. No haemoptysis. Left calf ache yesterday.</w:t>
      </w:r>
    </w:p>
    <w:p>
      <w:pPr>
        <w:spacing w:before="120" w:after="20" w:line="259" w:lineRule="auto"/>
        <w:shd w:fill="E8F5EC" w:val="clear"/>
      </w:pPr>
      <w:r>
        <w:rPr>
          <w:rFonts w:ascii="Calibri" w:hAnsi="Calibri" w:eastAsia="Calibri"/>
          <w:b/>
          <w:i w:val="0"/>
          <w:color w:val="146E3C"/>
          <w:sz w:val="22"/>
        </w:rPr>
        <w:t>C. [CORRECT] Check contraindications to thrombolysis before the lytic goes in</w:t>
      </w:r>
    </w:p>
    <w:p>
      <w:pPr>
        <w:spacing w:before="0" w:after="20" w:line="259" w:lineRule="auto"/>
      </w:pPr>
      <w:r>
        <w:rPr>
          <w:rFonts w:ascii="Calibri" w:hAnsi="Calibri" w:eastAsia="Calibri"/>
          <w:b w:val="0"/>
          <w:i/>
          <w:color w:val="282828"/>
          <w:sz w:val="22"/>
        </w:rPr>
        <w:t>Bay: No surgery, no stroke, no bleeding. Period not heavy. Document and proceed.</w:t>
      </w:r>
    </w:p>
    <w:p>
      <w:pPr>
        <w:spacing w:before="120" w:after="20" w:line="259" w:lineRule="auto"/>
        <w:shd w:fill="F8E8E8" w:val="clear"/>
      </w:pPr>
      <w:r>
        <w:rPr>
          <w:rFonts w:ascii="Calibri" w:hAnsi="Calibri" w:eastAsia="Calibri"/>
          <w:b w:val="0"/>
          <w:i w:val="0"/>
          <w:color w:val="A02828"/>
          <w:sz w:val="22"/>
        </w:rPr>
        <w:t>D. [WRONG] Defer thrombolysis until next of kin attend to sign formal written consent</w:t>
      </w:r>
    </w:p>
    <w:p>
      <w:pPr>
        <w:spacing w:before="0" w:after="20" w:line="259" w:lineRule="auto"/>
      </w:pPr>
      <w:r>
        <w:rPr>
          <w:rFonts w:ascii="Calibri" w:hAnsi="Calibri" w:eastAsia="Calibri"/>
          <w:b w:val="0"/>
          <w:i/>
          <w:color w:val="282828"/>
          <w:sz w:val="22"/>
        </w:rPr>
        <w:t>Bay: This is immediately life-threatening. Treat under implied consent and document.</w:t>
      </w:r>
    </w:p>
    <w:p>
      <w:pPr>
        <w:spacing w:before="120" w:after="20" w:line="259" w:lineRule="auto"/>
        <w:shd w:fill="F8E8E8" w:val="clear"/>
      </w:pPr>
      <w:r>
        <w:rPr>
          <w:rFonts w:ascii="Calibri" w:hAnsi="Calibri" w:eastAsia="Calibri"/>
          <w:b w:val="0"/>
          <w:i w:val="0"/>
          <w:color w:val="A02828"/>
          <w:sz w:val="22"/>
        </w:rPr>
        <w:t>E. [WRONG] Calculate a Wells score and send a D-dimer before any treatment</w:t>
      </w:r>
    </w:p>
    <w:p>
      <w:pPr>
        <w:spacing w:before="0" w:after="20" w:line="259" w:lineRule="auto"/>
      </w:pPr>
      <w:r>
        <w:rPr>
          <w:rFonts w:ascii="Calibri" w:hAnsi="Calibri" w:eastAsia="Calibri"/>
          <w:b w:val="0"/>
          <w:i/>
          <w:color w:val="282828"/>
          <w:sz w:val="22"/>
        </w:rPr>
        <w:t>Bay: Wells and D-dimer are for stable suspected PE. She is already in shock.</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Post-flight, clear chest, hypoxia, shock, RV strain.</w:t>
      </w:r>
    </w:p>
    <w:p>
      <w:pPr>
        <w:spacing w:before="120" w:after="20" w:line="259" w:lineRule="auto"/>
        <w:shd w:fill="E8F5EC" w:val="clear"/>
      </w:pPr>
      <w:r>
        <w:rPr>
          <w:rFonts w:ascii="Calibri" w:hAnsi="Calibri" w:eastAsia="Calibri"/>
          <w:b/>
          <w:i w:val="0"/>
          <w:color w:val="146E3C"/>
          <w:sz w:val="22"/>
        </w:rPr>
        <w:t>A. [CORRECT] High-risk (massive) pulmonary embolism</w:t>
      </w:r>
    </w:p>
    <w:p>
      <w:pPr>
        <w:spacing w:before="0" w:after="20" w:line="259" w:lineRule="auto"/>
      </w:pPr>
      <w:r>
        <w:rPr>
          <w:rFonts w:ascii="Calibri" w:hAnsi="Calibri" w:eastAsia="Calibri"/>
          <w:b w:val="0"/>
          <w:i/>
          <w:color w:val="282828"/>
          <w:sz w:val="22"/>
        </w:rPr>
        <w:t>Bay: Post-flight collapse, clear chest, hypoxia, shock and a dilated RV — that is high-risk PE.</w:t>
      </w:r>
    </w:p>
    <w:p>
      <w:pPr>
        <w:spacing w:before="120" w:after="20" w:line="259" w:lineRule="auto"/>
        <w:shd w:fill="F8E8E8" w:val="clear"/>
      </w:pPr>
      <w:r>
        <w:rPr>
          <w:rFonts w:ascii="Calibri" w:hAnsi="Calibri" w:eastAsia="Calibri"/>
          <w:b w:val="0"/>
          <w:i w:val="0"/>
          <w:color w:val="A02828"/>
          <w:sz w:val="22"/>
        </w:rPr>
        <w:t>B. [WRONG] Inferior ST-elevation myocardial infarction</w:t>
      </w:r>
    </w:p>
    <w:p>
      <w:pPr>
        <w:spacing w:before="0" w:after="20" w:line="259" w:lineRule="auto"/>
      </w:pPr>
      <w:r>
        <w:rPr>
          <w:rFonts w:ascii="Calibri" w:hAnsi="Calibri" w:eastAsia="Calibri"/>
          <w:b w:val="0"/>
          <w:i/>
          <w:color w:val="282828"/>
          <w:sz w:val="22"/>
        </w:rPr>
        <w:t>Bay: The ECG is right-heart strain, not territorial inferior ST elevation.</w:t>
      </w:r>
    </w:p>
    <w:p>
      <w:pPr>
        <w:spacing w:before="120" w:after="20" w:line="259" w:lineRule="auto"/>
        <w:shd w:fill="F8E8E8" w:val="clear"/>
      </w:pPr>
      <w:r>
        <w:rPr>
          <w:rFonts w:ascii="Calibri" w:hAnsi="Calibri" w:eastAsia="Calibri"/>
          <w:b w:val="0"/>
          <w:i w:val="0"/>
          <w:color w:val="A02828"/>
          <w:sz w:val="22"/>
        </w:rPr>
        <w:t>C. [WRONG] Acute tension pneumothorax</w:t>
      </w:r>
    </w:p>
    <w:p>
      <w:pPr>
        <w:spacing w:before="0" w:after="20" w:line="259" w:lineRule="auto"/>
      </w:pPr>
      <w:r>
        <w:rPr>
          <w:rFonts w:ascii="Calibri" w:hAnsi="Calibri" w:eastAsia="Calibri"/>
          <w:b w:val="0"/>
          <w:i/>
          <w:color w:val="282828"/>
          <w:sz w:val="22"/>
        </w:rPr>
        <w:t>Bay: Equal air entry, trachea central, no sudden ventilatory drop.</w:t>
      </w:r>
    </w:p>
    <w:p>
      <w:pPr>
        <w:spacing w:before="120" w:after="20" w:line="259" w:lineRule="auto"/>
        <w:shd w:fill="F8E8E8" w:val="clear"/>
      </w:pPr>
      <w:r>
        <w:rPr>
          <w:rFonts w:ascii="Calibri" w:hAnsi="Calibri" w:eastAsia="Calibri"/>
          <w:b w:val="0"/>
          <w:i w:val="0"/>
          <w:color w:val="A02828"/>
          <w:sz w:val="22"/>
        </w:rPr>
        <w:t>D. [WRONG] Community-acquired septic shock</w:t>
      </w:r>
    </w:p>
    <w:p>
      <w:pPr>
        <w:spacing w:before="0" w:after="20" w:line="259" w:lineRule="auto"/>
      </w:pPr>
      <w:r>
        <w:rPr>
          <w:rFonts w:ascii="Calibri" w:hAnsi="Calibri" w:eastAsia="Calibri"/>
          <w:b w:val="0"/>
          <w:i/>
          <w:color w:val="282828"/>
          <w:sz w:val="22"/>
        </w:rPr>
        <w:t>Bay: No fever and a hyperacute collapse after a long-haul flight.</w:t>
      </w:r>
    </w:p>
    <w:p>
      <w:pPr>
        <w:spacing w:before="120" w:after="20" w:line="259" w:lineRule="auto"/>
        <w:shd w:fill="F8E8E8" w:val="clear"/>
      </w:pPr>
      <w:r>
        <w:rPr>
          <w:rFonts w:ascii="Calibri" w:hAnsi="Calibri" w:eastAsia="Calibri"/>
          <w:b w:val="0"/>
          <w:i w:val="0"/>
          <w:color w:val="A02828"/>
          <w:sz w:val="22"/>
        </w:rPr>
        <w:t>E. [WRONG] Cardiac tamponade with obstructive shock</w:t>
      </w:r>
    </w:p>
    <w:p>
      <w:pPr>
        <w:spacing w:before="0" w:after="20" w:line="259" w:lineRule="auto"/>
      </w:pPr>
      <w:r>
        <w:rPr>
          <w:rFonts w:ascii="Calibri" w:hAnsi="Calibri" w:eastAsia="Calibri"/>
          <w:b w:val="0"/>
          <w:i/>
          <w:color w:val="282828"/>
          <w:sz w:val="22"/>
        </w:rPr>
        <w:t>Bay: No trauma, no muffled sounds; the RV is dilated, not collapsed.</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Thrombolysis is in. She is less grey.</w:t>
      </w:r>
    </w:p>
    <w:p>
      <w:pPr>
        <w:spacing w:before="120" w:after="20" w:line="259" w:lineRule="auto"/>
        <w:shd w:fill="E8F5EC" w:val="clear"/>
      </w:pPr>
      <w:r>
        <w:rPr>
          <w:rFonts w:ascii="Calibri" w:hAnsi="Calibri" w:eastAsia="Calibri"/>
          <w:b/>
          <w:i w:val="0"/>
          <w:color w:val="146E3C"/>
          <w:sz w:val="22"/>
        </w:rPr>
        <w:t>A. [CORRECT] Remain in resus; UFH after lysis</w:t>
      </w:r>
    </w:p>
    <w:p>
      <w:pPr>
        <w:spacing w:before="0" w:after="20" w:line="259" w:lineRule="auto"/>
      </w:pPr>
      <w:r>
        <w:rPr>
          <w:rFonts w:ascii="Calibri" w:hAnsi="Calibri" w:eastAsia="Calibri"/>
          <w:b w:val="0"/>
          <w:i/>
          <w:color w:val="282828"/>
          <w:sz w:val="22"/>
        </w:rPr>
        <w:t>Bay: Heparin planned once the lytic window allows. No bleeding. She is talking in sentences.</w:t>
      </w:r>
    </w:p>
    <w:p>
      <w:pPr>
        <w:spacing w:before="0" w:after="40" w:line="259" w:lineRule="auto"/>
      </w:pPr>
      <w:r>
        <w:rPr>
          <w:rFonts w:ascii="Calibri" w:hAnsi="Calibri" w:eastAsia="Calibri"/>
          <w:b w:val="0"/>
          <w:i/>
          <w:color w:val="5A4614"/>
          <w:sz w:val="20"/>
        </w:rPr>
        <w:t>Reaction: sbp +8, spo2 +3</w:t>
      </w:r>
    </w:p>
    <w:p>
      <w:pPr>
        <w:spacing w:before="80" w:after="40" w:line="259" w:lineRule="auto"/>
      </w:pPr>
      <w:r>
        <w:rPr>
          <w:rFonts w:ascii="Calibri" w:hAnsi="Calibri" w:eastAsia="Calibri"/>
          <w:b/>
          <w:i w:val="0"/>
          <w:color w:val="46326E"/>
          <w:sz w:val="22"/>
        </w:rPr>
        <w:t xml:space="preserve">    Follow-up: What anticoagulation after lysis?</w:t>
      </w:r>
    </w:p>
    <w:p>
      <w:pPr>
        <w:spacing w:before="120" w:after="20" w:line="259" w:lineRule="auto"/>
        <w:shd w:fill="E8F5EC" w:val="clear"/>
      </w:pPr>
      <w:r>
        <w:rPr>
          <w:rFonts w:ascii="Calibri" w:hAnsi="Calibri" w:eastAsia="Calibri"/>
          <w:b/>
          <w:i w:val="0"/>
          <w:color w:val="146E3C"/>
          <w:sz w:val="22"/>
        </w:rPr>
        <w:t xml:space="preserve">    A. [CORRECT] UFH after the lytic window as per protocol</w:t>
      </w:r>
    </w:p>
    <w:p>
      <w:pPr>
        <w:spacing w:before="0" w:after="20" w:line="259" w:lineRule="auto"/>
      </w:pPr>
      <w:r>
        <w:rPr>
          <w:rFonts w:ascii="Calibri" w:hAnsi="Calibri" w:eastAsia="Calibri"/>
          <w:b w:val="0"/>
          <w:i/>
          <w:color w:val="282828"/>
          <w:sz w:val="22"/>
        </w:rPr>
        <w:t xml:space="preserve">       Bay: UFH is protocolised after systemic lysis. Do not stack a DOAC or treatment-dose LMWH on alteplase.</w:t>
      </w:r>
    </w:p>
    <w:p>
      <w:pPr>
        <w:spacing w:before="120" w:after="20" w:line="259" w:lineRule="auto"/>
        <w:shd w:fill="F8E8E8" w:val="clear"/>
      </w:pPr>
      <w:r>
        <w:rPr>
          <w:rFonts w:ascii="Calibri" w:hAnsi="Calibri" w:eastAsia="Calibri"/>
          <w:b w:val="0"/>
          <w:i w:val="0"/>
          <w:color w:val="A02828"/>
          <w:sz w:val="22"/>
        </w:rPr>
        <w:t xml:space="preserve">    B. [WRONG] Apixaban 10 mg twice daily immediately</w:t>
      </w:r>
    </w:p>
    <w:p>
      <w:pPr>
        <w:spacing w:before="0" w:after="20" w:line="259" w:lineRule="auto"/>
      </w:pPr>
      <w:r>
        <w:rPr>
          <w:rFonts w:ascii="Calibri" w:hAnsi="Calibri" w:eastAsia="Calibri"/>
          <w:b w:val="0"/>
          <w:i/>
          <w:color w:val="282828"/>
          <w:sz w:val="22"/>
        </w:rPr>
        <w:t xml:space="preserve">       Bay: A DOAC is not the immediate post-lytic anticoagulant in high-risk PE.</w:t>
      </w:r>
    </w:p>
    <w:p>
      <w:pPr>
        <w:spacing w:before="120" w:after="20" w:line="259" w:lineRule="auto"/>
        <w:shd w:fill="F8E8E8" w:val="clear"/>
      </w:pPr>
      <w:r>
        <w:rPr>
          <w:rFonts w:ascii="Calibri" w:hAnsi="Calibri" w:eastAsia="Calibri"/>
          <w:b w:val="0"/>
          <w:i w:val="0"/>
          <w:color w:val="A02828"/>
          <w:sz w:val="22"/>
        </w:rPr>
        <w:t xml:space="preserve">    C. [WRONG] Treatment-dose enoxaparin immediately on top of alteplase</w:t>
      </w:r>
    </w:p>
    <w:p>
      <w:pPr>
        <w:spacing w:before="0" w:after="20" w:line="259" w:lineRule="auto"/>
      </w:pPr>
      <w:r>
        <w:rPr>
          <w:rFonts w:ascii="Calibri" w:hAnsi="Calibri" w:eastAsia="Calibri"/>
          <w:b w:val="0"/>
          <w:i/>
          <w:color w:val="282828"/>
          <w:sz w:val="22"/>
        </w:rPr>
        <w:t xml:space="preserve">       Bay: Do not stack full-dose LMWH on a full lytic. UFH is the protocolised bridge.</w:t>
      </w:r>
    </w:p>
    <w:p>
      <w:pPr>
        <w:spacing w:before="120" w:after="20" w:line="259" w:lineRule="auto"/>
        <w:shd w:fill="F8E8E8" w:val="clear"/>
      </w:pPr>
      <w:r>
        <w:rPr>
          <w:rFonts w:ascii="Calibri" w:hAnsi="Calibri" w:eastAsia="Calibri"/>
          <w:b w:val="0"/>
          <w:i w:val="0"/>
          <w:color w:val="A02828"/>
          <w:sz w:val="22"/>
        </w:rPr>
        <w:t xml:space="preserve">    D. [WRONG] Warfarin and a DOAC together</w:t>
      </w:r>
    </w:p>
    <w:p>
      <w:pPr>
        <w:spacing w:before="0" w:after="20" w:line="259" w:lineRule="auto"/>
      </w:pPr>
      <w:r>
        <w:rPr>
          <w:rFonts w:ascii="Calibri" w:hAnsi="Calibri" w:eastAsia="Calibri"/>
          <w:b w:val="0"/>
          <w:i/>
          <w:color w:val="282828"/>
          <w:sz w:val="22"/>
        </w:rPr>
        <w:t xml:space="preserve">       Bay: Pick one pathway. Dual oral anticoagulation only adds bleeding.</w:t>
      </w:r>
    </w:p>
    <w:p>
      <w:pPr>
        <w:spacing w:before="120" w:after="20" w:line="259" w:lineRule="auto"/>
        <w:shd w:fill="F8E8E8" w:val="clear"/>
      </w:pPr>
      <w:r>
        <w:rPr>
          <w:rFonts w:ascii="Calibri" w:hAnsi="Calibri" w:eastAsia="Calibri"/>
          <w:b w:val="0"/>
          <w:i w:val="0"/>
          <w:color w:val="A02828"/>
          <w:sz w:val="22"/>
        </w:rPr>
        <w:t xml:space="preserve">    E. [WRONG] No anticoagulation after successful lysis</w:t>
      </w:r>
    </w:p>
    <w:p>
      <w:pPr>
        <w:spacing w:before="0" w:after="20" w:line="259" w:lineRule="auto"/>
      </w:pPr>
      <w:r>
        <w:rPr>
          <w:rFonts w:ascii="Calibri" w:hAnsi="Calibri" w:eastAsia="Calibri"/>
          <w:b w:val="0"/>
          <w:i/>
          <w:color w:val="282828"/>
          <w:sz w:val="22"/>
        </w:rPr>
        <w:t xml:space="preserve">       Bay: The clot source remains. Anticoagulate after the lytic window as per protocol.</w:t>
      </w:r>
    </w:p>
    <w:p>
      <w:pPr>
        <w:spacing w:before="120" w:after="20" w:line="259" w:lineRule="auto"/>
        <w:shd w:fill="F8E8E8" w:val="clear"/>
      </w:pPr>
      <w:r>
        <w:rPr>
          <w:rFonts w:ascii="Calibri" w:hAnsi="Calibri" w:eastAsia="Calibri"/>
          <w:b w:val="0"/>
          <w:i w:val="0"/>
          <w:color w:val="A02828"/>
          <w:sz w:val="22"/>
        </w:rPr>
        <w:t>B. [WRONG] Apixaban and ambulatory PE pathway</w:t>
      </w:r>
    </w:p>
    <w:p>
      <w:pPr>
        <w:spacing w:before="0" w:after="20" w:line="259" w:lineRule="auto"/>
      </w:pPr>
      <w:r>
        <w:rPr>
          <w:rFonts w:ascii="Calibri" w:hAnsi="Calibri" w:eastAsia="Calibri"/>
          <w:b w:val="0"/>
          <w:i/>
          <w:color w:val="282828"/>
          <w:sz w:val="22"/>
        </w:rPr>
        <w:t>Bay: She remains high-risk post-lysis. A DOAC and an ambulatory pathway are not appropriate.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V/Q scan after treatment</w:t>
      </w:r>
    </w:p>
    <w:p>
      <w:pPr>
        <w:spacing w:before="0" w:after="20" w:line="259" w:lineRule="auto"/>
      </w:pPr>
      <w:r>
        <w:rPr>
          <w:rFonts w:ascii="Calibri" w:hAnsi="Calibri" w:eastAsia="Calibri"/>
          <w:b w:val="0"/>
          <w:i/>
          <w:color w:val="282828"/>
          <w:sz w:val="22"/>
        </w:rPr>
        <w:t>Bay: She has already been treated. A V/Q does not change anything in the next hour.</w:t>
      </w:r>
    </w:p>
    <w:p>
      <w:pPr>
        <w:spacing w:before="120" w:after="20" w:line="259" w:lineRule="auto"/>
        <w:shd w:fill="F8E8E8" w:val="clear"/>
      </w:pPr>
      <w:r>
        <w:rPr>
          <w:rFonts w:ascii="Calibri" w:hAnsi="Calibri" w:eastAsia="Calibri"/>
          <w:b w:val="0"/>
          <w:i w:val="0"/>
          <w:color w:val="A02828"/>
          <w:sz w:val="22"/>
        </w:rPr>
        <w:t>D. [WRONG] IVC filter insertion now</w:t>
      </w:r>
    </w:p>
    <w:p>
      <w:pPr>
        <w:spacing w:before="0" w:after="20" w:line="259" w:lineRule="auto"/>
      </w:pPr>
      <w:r>
        <w:rPr>
          <w:rFonts w:ascii="Calibri" w:hAnsi="Calibri" w:eastAsia="Calibri"/>
          <w:b w:val="0"/>
          <w:i/>
          <w:color w:val="282828"/>
          <w:sz w:val="22"/>
        </w:rPr>
        <w:t>Bay: IVC filters are not first-line after successful systemic lysis.</w:t>
      </w:r>
    </w:p>
    <w:p>
      <w:pPr>
        <w:spacing w:before="120" w:after="20" w:line="259" w:lineRule="auto"/>
        <w:shd w:fill="F8E8E8" w:val="clear"/>
      </w:pPr>
      <w:r>
        <w:rPr>
          <w:rFonts w:ascii="Calibri" w:hAnsi="Calibri" w:eastAsia="Calibri"/>
          <w:b w:val="0"/>
          <w:i w:val="0"/>
          <w:color w:val="A02828"/>
          <w:sz w:val="22"/>
        </w:rPr>
        <w:t>E. [WRONG] Aspirin and ticagrelor load</w:t>
      </w:r>
    </w:p>
    <w:p>
      <w:pPr>
        <w:spacing w:before="0" w:after="20" w:line="259" w:lineRule="auto"/>
      </w:pPr>
      <w:r>
        <w:rPr>
          <w:rFonts w:ascii="Calibri" w:hAnsi="Calibri" w:eastAsia="Calibri"/>
          <w:b w:val="0"/>
          <w:i/>
          <w:color w:val="282828"/>
          <w:sz w:val="22"/>
        </w:rPr>
        <w:t>Bay: You have a PE story and RV strain, not a STEMI. Dual antiplatelet only adds bleeding.</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She is 110 systolic.</w:t>
      </w:r>
    </w:p>
    <w:p>
      <w:pPr>
        <w:spacing w:before="120" w:after="20" w:line="259" w:lineRule="auto"/>
        <w:shd w:fill="E8F5EC" w:val="clear"/>
      </w:pPr>
      <w:r>
        <w:rPr>
          <w:rFonts w:ascii="Calibri" w:hAnsi="Calibri" w:eastAsia="Calibri"/>
          <w:b/>
          <w:i w:val="0"/>
          <w:color w:val="146E3C"/>
          <w:sz w:val="22"/>
        </w:rPr>
        <w:t>A. [CORRECT] ICU or respiratory HDU with continuous monitoring</w:t>
      </w:r>
    </w:p>
    <w:p>
      <w:pPr>
        <w:spacing w:before="0" w:after="20" w:line="259" w:lineRule="auto"/>
      </w:pPr>
      <w:r>
        <w:rPr>
          <w:rFonts w:ascii="Calibri" w:hAnsi="Calibri" w:eastAsia="Calibri"/>
          <w:b w:val="0"/>
          <w:i/>
          <w:color w:val="282828"/>
          <w:sz w:val="22"/>
        </w:rPr>
        <w:t>Bay: She was hypotensive with RV strain and has been lysed. She needs ICU/HDU.</w:t>
      </w:r>
    </w:p>
    <w:p>
      <w:pPr>
        <w:spacing w:before="120" w:after="20" w:line="259" w:lineRule="auto"/>
        <w:shd w:fill="F8E8E8" w:val="clear"/>
      </w:pPr>
      <w:r>
        <w:rPr>
          <w:rFonts w:ascii="Calibri" w:hAnsi="Calibri" w:eastAsia="Calibri"/>
          <w:b w:val="0"/>
          <w:i w:val="0"/>
          <w:color w:val="A02828"/>
          <w:sz w:val="22"/>
        </w:rPr>
        <w:t>B. [WRONG] Coronary care unit on an ACS protocol</w:t>
      </w:r>
    </w:p>
    <w:p>
      <w:pPr>
        <w:spacing w:before="0" w:after="20" w:line="259" w:lineRule="auto"/>
      </w:pPr>
      <w:r>
        <w:rPr>
          <w:rFonts w:ascii="Calibri" w:hAnsi="Calibri" w:eastAsia="Calibri"/>
          <w:b w:val="0"/>
          <w:i/>
          <w:color w:val="282828"/>
          <w:sz w:val="22"/>
        </w:rPr>
        <w:t>Bay: CCU is for ACS. This was high-risk PE, not a coronary occlusion.</w:t>
      </w:r>
    </w:p>
    <w:p>
      <w:pPr>
        <w:spacing w:before="120" w:after="20" w:line="259" w:lineRule="auto"/>
        <w:shd w:fill="F8E8E8" w:val="clear"/>
      </w:pPr>
      <w:r>
        <w:rPr>
          <w:rFonts w:ascii="Calibri" w:hAnsi="Calibri" w:eastAsia="Calibri"/>
          <w:b w:val="0"/>
          <w:i w:val="0"/>
          <w:color w:val="A02828"/>
          <w:sz w:val="22"/>
        </w:rPr>
        <w:t>C. [WRONG] Acute medical unit with intermittent telemetry</w:t>
      </w:r>
    </w:p>
    <w:p>
      <w:pPr>
        <w:spacing w:before="0" w:after="20" w:line="259" w:lineRule="auto"/>
      </w:pPr>
      <w:r>
        <w:rPr>
          <w:rFonts w:ascii="Calibri" w:hAnsi="Calibri" w:eastAsia="Calibri"/>
          <w:b w:val="0"/>
          <w:i/>
          <w:color w:val="282828"/>
          <w:sz w:val="22"/>
        </w:rPr>
        <w:t>Bay: AMU cannot watch for post-lytic haemorrhage or recurrent obstructive shock.</w:t>
      </w:r>
    </w:p>
    <w:p>
      <w:pPr>
        <w:spacing w:before="120" w:after="20" w:line="259" w:lineRule="auto"/>
        <w:shd w:fill="F8E8E8" w:val="clear"/>
      </w:pPr>
      <w:r>
        <w:rPr>
          <w:rFonts w:ascii="Calibri" w:hAnsi="Calibri" w:eastAsia="Calibri"/>
          <w:b w:val="0"/>
          <w:i w:val="0"/>
          <w:color w:val="A02828"/>
          <w:sz w:val="22"/>
        </w:rPr>
        <w:t>D. [WRONG] Cardiac catheter laboratory for primary PCI</w:t>
      </w:r>
    </w:p>
    <w:p>
      <w:pPr>
        <w:spacing w:before="0" w:after="20" w:line="259" w:lineRule="auto"/>
      </w:pPr>
      <w:r>
        <w:rPr>
          <w:rFonts w:ascii="Calibri" w:hAnsi="Calibri" w:eastAsia="Calibri"/>
          <w:b w:val="0"/>
          <w:i/>
          <w:color w:val="282828"/>
          <w:sz w:val="22"/>
        </w:rPr>
        <w:t>Bay: Wrong laboratory — there is no coronary occlusion to stent.</w:t>
      </w:r>
    </w:p>
    <w:p>
      <w:pPr>
        <w:spacing w:before="120" w:after="20" w:line="259" w:lineRule="auto"/>
        <w:shd w:fill="F8E8E8" w:val="clear"/>
      </w:pPr>
      <w:r>
        <w:rPr>
          <w:rFonts w:ascii="Calibri" w:hAnsi="Calibri" w:eastAsia="Calibri"/>
          <w:b w:val="0"/>
          <w:i w:val="0"/>
          <w:color w:val="A02828"/>
          <w:sz w:val="22"/>
        </w:rPr>
        <w:t>E. [WRONG] Interventional radiology suite for catheter-directed lysis</w:t>
      </w:r>
    </w:p>
    <w:p>
      <w:pPr>
        <w:spacing w:before="0" w:after="20" w:line="259" w:lineRule="auto"/>
      </w:pPr>
      <w:r>
        <w:rPr>
          <w:rFonts w:ascii="Calibri" w:hAnsi="Calibri" w:eastAsia="Calibri"/>
          <w:b w:val="0"/>
          <w:i/>
          <w:color w:val="282828"/>
          <w:sz w:val="22"/>
        </w:rPr>
        <w:t>Bay: Systemic lysis is already in. IR is not the default destination from resus.</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she leaves the bay.</w:t>
      </w:r>
    </w:p>
    <w:p>
      <w:pPr>
        <w:spacing w:before="120" w:after="20" w:line="259" w:lineRule="auto"/>
        <w:shd w:fill="E8F5EC" w:val="clear"/>
      </w:pPr>
      <w:r>
        <w:rPr>
          <w:rFonts w:ascii="Calibri" w:hAnsi="Calibri" w:eastAsia="Calibri"/>
          <w:b/>
          <w:i w:val="0"/>
          <w:color w:val="146E3C"/>
          <w:sz w:val="22"/>
        </w:rPr>
        <w:t>A. [CORRECT] Document lysis, observe puncture sites, stop oestrogen, haematology/respiratory follow-up</w:t>
      </w:r>
    </w:p>
    <w:p>
      <w:pPr>
        <w:spacing w:before="0" w:after="20" w:line="259" w:lineRule="auto"/>
      </w:pPr>
      <w:r>
        <w:rPr>
          <w:rFonts w:ascii="Calibri" w:hAnsi="Calibri" w:eastAsia="Calibri"/>
          <w:b w:val="0"/>
          <w:i/>
          <w:color w:val="282828"/>
          <w:sz w:val="22"/>
        </w:rPr>
        <w:t>Bay: Pill stopped. Puncture sites dry. Follow-up booked. Family updated.</w:t>
      </w:r>
    </w:p>
    <w:p>
      <w:pPr>
        <w:spacing w:before="80" w:after="40" w:line="259" w:lineRule="auto"/>
      </w:pPr>
      <w:r>
        <w:rPr>
          <w:rFonts w:ascii="Calibri" w:hAnsi="Calibri" w:eastAsia="Calibri"/>
          <w:b/>
          <w:i w:val="0"/>
          <w:color w:val="46326E"/>
          <w:sz w:val="22"/>
        </w:rPr>
        <w:t xml:space="preserve">    Follow-up: What happens to her combined pill?</w:t>
      </w:r>
    </w:p>
    <w:p>
      <w:pPr>
        <w:spacing w:before="120" w:after="20" w:line="259" w:lineRule="auto"/>
        <w:shd w:fill="E8F5EC" w:val="clear"/>
      </w:pPr>
      <w:r>
        <w:rPr>
          <w:rFonts w:ascii="Calibri" w:hAnsi="Calibri" w:eastAsia="Calibri"/>
          <w:b/>
          <w:i w:val="0"/>
          <w:color w:val="146E3C"/>
          <w:sz w:val="22"/>
        </w:rPr>
        <w:t xml:space="preserve">    A. [CORRECT] Stop oestrogen now; advise alternative contraception</w:t>
      </w:r>
    </w:p>
    <w:p>
      <w:pPr>
        <w:spacing w:before="0" w:after="20" w:line="259" w:lineRule="auto"/>
      </w:pPr>
      <w:r>
        <w:rPr>
          <w:rFonts w:ascii="Calibri" w:hAnsi="Calibri" w:eastAsia="Calibri"/>
          <w:b w:val="0"/>
          <w:i/>
          <w:color w:val="282828"/>
          <w:sz w:val="22"/>
        </w:rPr>
        <w:t xml:space="preserve">       Bay: Oestrogen is a persistent risk factor after high-risk PE. Stop it.</w:t>
      </w:r>
    </w:p>
    <w:p>
      <w:pPr>
        <w:spacing w:before="120" w:after="20" w:line="259" w:lineRule="auto"/>
        <w:shd w:fill="F8E8E8" w:val="clear"/>
      </w:pPr>
      <w:r>
        <w:rPr>
          <w:rFonts w:ascii="Calibri" w:hAnsi="Calibri" w:eastAsia="Calibri"/>
          <w:b w:val="0"/>
          <w:i w:val="0"/>
          <w:color w:val="A02828"/>
          <w:sz w:val="22"/>
        </w:rPr>
        <w:t xml:space="preserve">    B. [WRONG] Restart tonight to avoid unplanned pregnancy</w:t>
      </w:r>
    </w:p>
    <w:p>
      <w:pPr>
        <w:spacing w:before="0" w:after="20" w:line="259" w:lineRule="auto"/>
      </w:pPr>
      <w:r>
        <w:rPr>
          <w:rFonts w:ascii="Calibri" w:hAnsi="Calibri" w:eastAsia="Calibri"/>
          <w:b w:val="0"/>
          <w:i/>
          <w:color w:val="282828"/>
          <w:sz w:val="22"/>
        </w:rPr>
        <w:t xml:space="preserve">       Bay: Pregnancy risk is managed with alternative contraception, not more oestrogen.</w:t>
      </w:r>
    </w:p>
    <w:p>
      <w:pPr>
        <w:spacing w:before="120" w:after="20" w:line="259" w:lineRule="auto"/>
        <w:shd w:fill="F8E8E8" w:val="clear"/>
      </w:pPr>
      <w:r>
        <w:rPr>
          <w:rFonts w:ascii="Calibri" w:hAnsi="Calibri" w:eastAsia="Calibri"/>
          <w:b w:val="0"/>
          <w:i w:val="0"/>
          <w:color w:val="A02828"/>
          <w:sz w:val="22"/>
        </w:rPr>
        <w:t xml:space="preserve">    C. [WRONG] Continue until haematology clinic next month</w:t>
      </w:r>
    </w:p>
    <w:p>
      <w:pPr>
        <w:spacing w:before="0" w:after="20" w:line="259" w:lineRule="auto"/>
      </w:pPr>
      <w:r>
        <w:rPr>
          <w:rFonts w:ascii="Calibri" w:hAnsi="Calibri" w:eastAsia="Calibri"/>
          <w:b w:val="0"/>
          <w:i/>
          <w:color w:val="282828"/>
          <w:sz w:val="22"/>
        </w:rPr>
        <w:t xml:space="preserve">       Bay: Stop now. Clinic can plan alternatives.</w:t>
      </w:r>
    </w:p>
    <w:p>
      <w:pPr>
        <w:spacing w:before="120" w:after="20" w:line="259" w:lineRule="auto"/>
        <w:shd w:fill="F8E8E8" w:val="clear"/>
      </w:pPr>
      <w:r>
        <w:rPr>
          <w:rFonts w:ascii="Calibri" w:hAnsi="Calibri" w:eastAsia="Calibri"/>
          <w:b w:val="0"/>
          <w:i w:val="0"/>
          <w:color w:val="A02828"/>
          <w:sz w:val="22"/>
        </w:rPr>
        <w:t xml:space="preserve">    D. [WRONG] Switch to HRT patches for the same reason</w:t>
      </w:r>
    </w:p>
    <w:p>
      <w:pPr>
        <w:spacing w:before="0" w:after="20" w:line="259" w:lineRule="auto"/>
      </w:pPr>
      <w:r>
        <w:rPr>
          <w:rFonts w:ascii="Calibri" w:hAnsi="Calibri" w:eastAsia="Calibri"/>
          <w:b w:val="0"/>
          <w:i/>
          <w:color w:val="282828"/>
          <w:sz w:val="22"/>
        </w:rPr>
        <w:t xml:space="preserve">       Bay: HRT is still oestrogen.</w:t>
      </w:r>
    </w:p>
    <w:p>
      <w:pPr>
        <w:spacing w:before="120" w:after="20" w:line="259" w:lineRule="auto"/>
        <w:shd w:fill="F8E8E8" w:val="clear"/>
      </w:pPr>
      <w:r>
        <w:rPr>
          <w:rFonts w:ascii="Calibri" w:hAnsi="Calibri" w:eastAsia="Calibri"/>
          <w:b w:val="0"/>
          <w:i w:val="0"/>
          <w:color w:val="A02828"/>
          <w:sz w:val="22"/>
        </w:rPr>
        <w:t xml:space="preserve">    E. [WRONG] Double the dose because immobility raises VTE risk</w:t>
      </w:r>
    </w:p>
    <w:p>
      <w:pPr>
        <w:spacing w:before="0" w:after="20" w:line="259" w:lineRule="auto"/>
      </w:pPr>
      <w:r>
        <w:rPr>
          <w:rFonts w:ascii="Calibri" w:hAnsi="Calibri" w:eastAsia="Calibri"/>
          <w:b w:val="0"/>
          <w:i/>
          <w:color w:val="282828"/>
          <w:sz w:val="22"/>
        </w:rPr>
        <w:t xml:space="preserve">       Bay: That makes this worse.</w:t>
      </w:r>
    </w:p>
    <w:p>
      <w:pPr>
        <w:spacing w:before="120" w:after="20" w:line="259" w:lineRule="auto"/>
        <w:shd w:fill="F8E8E8" w:val="clear"/>
      </w:pPr>
      <w:r>
        <w:rPr>
          <w:rFonts w:ascii="Calibri" w:hAnsi="Calibri" w:eastAsia="Calibri"/>
          <w:b w:val="0"/>
          <w:i w:val="0"/>
          <w:color w:val="A02828"/>
          <w:sz w:val="22"/>
        </w:rPr>
        <w:t>B. [WRONG] Restart the combined oral contraceptive tonight to avoid unplanned pregnancy</w:t>
      </w:r>
    </w:p>
    <w:p>
      <w:pPr>
        <w:spacing w:before="0" w:after="20" w:line="259" w:lineRule="auto"/>
      </w:pPr>
      <w:r>
        <w:rPr>
          <w:rFonts w:ascii="Calibri" w:hAnsi="Calibri" w:eastAsia="Calibri"/>
          <w:b w:val="0"/>
          <w:i/>
          <w:color w:val="282828"/>
          <w:sz w:val="22"/>
        </w:rPr>
        <w:t>Bay: Oestrogen is a persistent risk factor after this PE. Stop it; counsel later.</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Start treatment-dose enoxaparin immediately on top of full-dose alteplase</w:t>
      </w:r>
    </w:p>
    <w:p>
      <w:pPr>
        <w:spacing w:before="0" w:after="20" w:line="259" w:lineRule="auto"/>
      </w:pPr>
      <w:r>
        <w:rPr>
          <w:rFonts w:ascii="Calibri" w:hAnsi="Calibri" w:eastAsia="Calibri"/>
          <w:b w:val="0"/>
          <w:i/>
          <w:color w:val="282828"/>
          <w:sz w:val="22"/>
        </w:rPr>
        <w:t>Bay: UFH is protocolised after systemic lysis. Do not stack treatment-dose LMWH on alteplase unsupervised.</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Give a second full-dose alteplase because she is not yet 100%</w:t>
      </w:r>
    </w:p>
    <w:p>
      <w:pPr>
        <w:spacing w:before="0" w:after="20" w:line="259" w:lineRule="auto"/>
      </w:pPr>
      <w:r>
        <w:rPr>
          <w:rFonts w:ascii="Calibri" w:hAnsi="Calibri" w:eastAsia="Calibri"/>
          <w:b w:val="0"/>
          <w:i/>
          <w:color w:val="282828"/>
          <w:sz w:val="22"/>
        </w:rPr>
        <w:t>Bay: Do not repeat a full lytic because she is still grey. Support, watch, and let ICU manage.</w:t>
      </w:r>
    </w:p>
    <w:p>
      <w:pPr>
        <w:spacing w:before="120" w:after="20" w:line="259" w:lineRule="auto"/>
        <w:shd w:fill="F8E8E8" w:val="clear"/>
      </w:pPr>
      <w:r>
        <w:rPr>
          <w:rFonts w:ascii="Calibri" w:hAnsi="Calibri" w:eastAsia="Calibri"/>
          <w:b w:val="0"/>
          <w:i w:val="0"/>
          <w:color w:val="A02828"/>
          <w:sz w:val="22"/>
        </w:rPr>
        <w:t>E. [WRONG] Start warfarin and a DOAC together to cover both pathways</w:t>
      </w:r>
    </w:p>
    <w:p>
      <w:pPr>
        <w:spacing w:before="0" w:after="20" w:line="259" w:lineRule="auto"/>
      </w:pPr>
      <w:r>
        <w:rPr>
          <w:rFonts w:ascii="Calibri" w:hAnsi="Calibri" w:eastAsia="Calibri"/>
          <w:b w:val="0"/>
          <w:i/>
          <w:color w:val="282828"/>
          <w:sz w:val="22"/>
        </w:rPr>
        <w:t>Bay: Pick one anticoagulant pathway. Dual oral anticoagulation only adds bleeding.</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CT later, when stable, confirms the clot load.</w:t>
      </w:r>
    </w:p>
    <w:p>
      <w:pPr>
        <w:spacing w:before="120" w:after="20" w:line="259" w:lineRule="auto"/>
        <w:shd w:fill="E8F5EC" w:val="clear"/>
      </w:pPr>
      <w:r>
        <w:rPr>
          <w:rFonts w:ascii="Calibri" w:hAnsi="Calibri" w:eastAsia="Calibri"/>
          <w:b/>
          <w:i w:val="0"/>
          <w:color w:val="146E3C"/>
          <w:sz w:val="22"/>
        </w:rPr>
        <w:t>A. [CORRECT] High-risk pulmonary embolism</w:t>
      </w:r>
    </w:p>
    <w:p>
      <w:pPr>
        <w:spacing w:before="0" w:after="20" w:line="259" w:lineRule="auto"/>
      </w:pPr>
      <w:r>
        <w:rPr>
          <w:rFonts w:ascii="Calibri" w:hAnsi="Calibri" w:eastAsia="Calibri"/>
          <w:b w:val="0"/>
          <w:i/>
          <w:color w:val="282828"/>
          <w:sz w:val="22"/>
        </w:rPr>
        <w:t>Bay: CT when stable confirms a large clot load. That is the diagnosis.</w:t>
      </w:r>
    </w:p>
    <w:p>
      <w:pPr>
        <w:spacing w:before="120" w:after="20" w:line="259" w:lineRule="auto"/>
        <w:shd w:fill="F8E8E8" w:val="clear"/>
      </w:pPr>
      <w:r>
        <w:rPr>
          <w:rFonts w:ascii="Calibri" w:hAnsi="Calibri" w:eastAsia="Calibri"/>
          <w:b w:val="0"/>
          <w:i w:val="0"/>
          <w:color w:val="A02828"/>
          <w:sz w:val="22"/>
        </w:rPr>
        <w:t>B. [WRONG] Inferior ST-elevation myocardial infarction</w:t>
      </w:r>
    </w:p>
    <w:p>
      <w:pPr>
        <w:spacing w:before="0" w:after="20" w:line="259" w:lineRule="auto"/>
      </w:pPr>
      <w:r>
        <w:rPr>
          <w:rFonts w:ascii="Calibri" w:hAnsi="Calibri" w:eastAsia="Calibri"/>
          <w:b w:val="0"/>
          <w:i/>
          <w:color w:val="282828"/>
          <w:sz w:val="22"/>
        </w:rPr>
        <w:t>Bay: Strain, not territorial ST elevation, and a CT-confirmed PE.</w:t>
      </w:r>
    </w:p>
    <w:p>
      <w:pPr>
        <w:spacing w:before="120" w:after="20" w:line="259" w:lineRule="auto"/>
        <w:shd w:fill="F8E8E8" w:val="clear"/>
      </w:pPr>
      <w:r>
        <w:rPr>
          <w:rFonts w:ascii="Calibri" w:hAnsi="Calibri" w:eastAsia="Calibri"/>
          <w:b w:val="0"/>
          <w:i w:val="0"/>
          <w:color w:val="A02828"/>
          <w:sz w:val="22"/>
        </w:rPr>
        <w:t>C. [WRONG] Acute tension pneumothorax</w:t>
      </w:r>
    </w:p>
    <w:p>
      <w:pPr>
        <w:spacing w:before="0" w:after="20" w:line="259" w:lineRule="auto"/>
      </w:pPr>
      <w:r>
        <w:rPr>
          <w:rFonts w:ascii="Calibri" w:hAnsi="Calibri" w:eastAsia="Calibri"/>
          <w:b w:val="0"/>
          <w:i/>
          <w:color w:val="282828"/>
          <w:sz w:val="22"/>
        </w:rPr>
        <w:t>Bay: Equal air entry throughout and a clear film.</w:t>
      </w:r>
    </w:p>
    <w:p>
      <w:pPr>
        <w:spacing w:before="120" w:after="20" w:line="259" w:lineRule="auto"/>
        <w:shd w:fill="F8E8E8" w:val="clear"/>
      </w:pPr>
      <w:r>
        <w:rPr>
          <w:rFonts w:ascii="Calibri" w:hAnsi="Calibri" w:eastAsia="Calibri"/>
          <w:b w:val="0"/>
          <w:i w:val="0"/>
          <w:color w:val="A02828"/>
          <w:sz w:val="22"/>
        </w:rPr>
        <w:t>D. [WRONG] Cardiac tamponade</w:t>
      </w:r>
    </w:p>
    <w:p>
      <w:pPr>
        <w:spacing w:before="0" w:after="20" w:line="259" w:lineRule="auto"/>
      </w:pPr>
      <w:r>
        <w:rPr>
          <w:rFonts w:ascii="Calibri" w:hAnsi="Calibri" w:eastAsia="Calibri"/>
          <w:b w:val="0"/>
          <w:i/>
          <w:color w:val="282828"/>
          <w:sz w:val="22"/>
        </w:rPr>
        <w:t>Bay: The RV was dilated, not collapsed, and there was no pericardial collection.</w:t>
      </w:r>
    </w:p>
    <w:p>
      <w:pPr>
        <w:spacing w:before="120" w:after="20" w:line="259" w:lineRule="auto"/>
        <w:shd w:fill="F8E8E8" w:val="clear"/>
      </w:pPr>
      <w:r>
        <w:rPr>
          <w:rFonts w:ascii="Calibri" w:hAnsi="Calibri" w:eastAsia="Calibri"/>
          <w:b w:val="0"/>
          <w:i w:val="0"/>
          <w:color w:val="A02828"/>
          <w:sz w:val="22"/>
        </w:rPr>
        <w:t>E. [WRONG] Amniotic fluid embolism</w:t>
      </w:r>
    </w:p>
    <w:p>
      <w:pPr>
        <w:spacing w:before="0" w:after="20" w:line="259" w:lineRule="auto"/>
      </w:pPr>
      <w:r>
        <w:rPr>
          <w:rFonts w:ascii="Calibri" w:hAnsi="Calibri" w:eastAsia="Calibri"/>
          <w:b w:val="0"/>
          <w:i/>
          <w:color w:val="282828"/>
          <w:sz w:val="22"/>
        </w:rPr>
        <w:t>Bay: She is not pregnant. Urine hCG was negative.</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High-risk (massive) pulmonary embolism</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Long-haul flight, sudden dyspnoea and syncope</w:t>
      </w:r>
    </w:p>
    <w:p>
      <w:pPr>
        <w:spacing w:before="0" w:after="40" w:line="259" w:lineRule="auto"/>
      </w:pPr>
      <w:r>
        <w:rPr>
          <w:rFonts w:ascii="Calibri" w:hAnsi="Calibri" w:eastAsia="Calibri"/>
          <w:b w:val="0"/>
          <w:i w:val="0"/>
          <w:sz w:val="22"/>
        </w:rPr>
        <w:t>• Clear chest, hypoxia, shock</w:t>
      </w:r>
    </w:p>
    <w:p>
      <w:pPr>
        <w:spacing w:before="0" w:after="40" w:line="259" w:lineRule="auto"/>
      </w:pPr>
      <w:r>
        <w:rPr>
          <w:rFonts w:ascii="Calibri" w:hAnsi="Calibri" w:eastAsia="Calibri"/>
          <w:b w:val="0"/>
          <w:i w:val="0"/>
          <w:sz w:val="22"/>
        </w:rPr>
        <w:t>• ECG right-heart strain</w:t>
      </w:r>
    </w:p>
    <w:p>
      <w:pPr>
        <w:spacing w:before="0" w:after="40" w:line="259" w:lineRule="auto"/>
      </w:pPr>
      <w:r>
        <w:rPr>
          <w:rFonts w:ascii="Calibri" w:hAnsi="Calibri" w:eastAsia="Calibri"/>
          <w:b w:val="0"/>
          <w:i w:val="0"/>
          <w:sz w:val="22"/>
        </w:rPr>
        <w:t>• Dilated RV on bedside echo</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ECG, VBG/lactate, bedside echo</w:t>
      </w:r>
    </w:p>
    <w:p>
      <w:pPr>
        <w:spacing w:before="0" w:after="40" w:line="259" w:lineRule="auto"/>
      </w:pPr>
      <w:r>
        <w:rPr>
          <w:rFonts w:ascii="Calibri" w:hAnsi="Calibri" w:eastAsia="Calibri"/>
          <w:b w:val="0"/>
          <w:i w:val="0"/>
          <w:sz w:val="22"/>
        </w:rPr>
        <w:t>• CTPA only if it will change management and she is stable enough</w:t>
      </w:r>
    </w:p>
    <w:p>
      <w:pPr>
        <w:spacing w:before="0" w:after="40" w:line="259" w:lineRule="auto"/>
      </w:pPr>
      <w:r>
        <w:rPr>
          <w:rFonts w:ascii="Calibri" w:hAnsi="Calibri" w:eastAsia="Calibri"/>
          <w:b w:val="0"/>
          <w:i w:val="0"/>
          <w:sz w:val="22"/>
        </w:rPr>
        <w:t>• Do not use D-dimer in shock</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Oxygen, senior help, ICU</w:t>
      </w:r>
    </w:p>
    <w:p>
      <w:pPr>
        <w:spacing w:before="0" w:after="40" w:line="259" w:lineRule="auto"/>
      </w:pPr>
      <w:r>
        <w:rPr>
          <w:rFonts w:ascii="Calibri" w:hAnsi="Calibri" w:eastAsia="Calibri"/>
          <w:b w:val="0"/>
          <w:i w:val="0"/>
          <w:sz w:val="22"/>
        </w:rPr>
        <w:t>• Unstable / high-risk PE: thrombolysis per local protocol</w:t>
      </w:r>
    </w:p>
    <w:p>
      <w:pPr>
        <w:spacing w:before="0" w:after="40" w:line="259" w:lineRule="auto"/>
      </w:pPr>
      <w:r>
        <w:rPr>
          <w:rFonts w:ascii="Calibri" w:hAnsi="Calibri" w:eastAsia="Calibri"/>
          <w:b w:val="0"/>
          <w:i w:val="0"/>
          <w:sz w:val="22"/>
        </w:rPr>
        <w:t>• Anticoagulate if not lysing immediately</w:t>
      </w:r>
    </w:p>
    <w:p>
      <w:pPr>
        <w:spacing w:before="0" w:after="40" w:line="259" w:lineRule="auto"/>
      </w:pPr>
      <w:r>
        <w:rPr>
          <w:rFonts w:ascii="Calibri" w:hAnsi="Calibri" w:eastAsia="Calibri"/>
          <w:b w:val="0"/>
          <w:i w:val="0"/>
          <w:sz w:val="22"/>
        </w:rPr>
        <w:t>• Avoid sending a crashing patient to CT</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NICE NG158 Venous thromboembolic diseases</w:t>
      </w:r>
    </w:p>
    <w:p>
      <w:pPr>
        <w:spacing w:before="0" w:after="40" w:line="259" w:lineRule="auto"/>
      </w:pPr>
      <w:r>
        <w:rPr>
          <w:rFonts w:ascii="Calibri" w:hAnsi="Calibri" w:eastAsia="Calibri"/>
          <w:b w:val="0"/>
          <w:i w:val="0"/>
          <w:sz w:val="22"/>
        </w:rPr>
        <w:t>• BTS / ESC PE risk stratification</w:t>
      </w:r>
    </w:p>
    <w:p>
      <w:pPr>
        <w:spacing w:before="0" w:after="40" w:line="259" w:lineRule="auto"/>
      </w:pPr>
      <w:r>
        <w:rPr>
          <w:rFonts w:ascii="Calibri" w:hAnsi="Calibri" w:eastAsia="Calibri"/>
          <w:b w:val="0"/>
          <w:i w:val="0"/>
          <w:sz w:val="22"/>
        </w:rPr>
        <w:t>• RCEM PE in the ED</w:t>
      </w:r>
    </w:p>
    <w:p>
      <w:r>
        <w:br w:type="page"/>
      </w:r>
    </w:p>
    <w:p>
      <w:pPr>
        <w:spacing w:before="120" w:after="160" w:line="259" w:lineRule="auto"/>
      </w:pPr>
      <w:r>
        <w:rPr>
          <w:rFonts w:ascii="Calibri" w:hAnsi="Calibri" w:eastAsia="Calibri"/>
          <w:b/>
          <w:i w:val="0"/>
          <w:color w:val="0C0E10"/>
          <w:sz w:val="36"/>
        </w:rPr>
        <w:t>Case 12 — Acute cardiogenic pulmonary oedema</w:t>
      </w:r>
    </w:p>
    <w:p>
      <w:pPr>
        <w:spacing w:before="0" w:after="40" w:line="259" w:lineRule="auto"/>
      </w:pPr>
      <w:r>
        <w:rPr>
          <w:rFonts w:ascii="Calibri" w:hAnsi="Calibri" w:eastAsia="Calibri"/>
          <w:b w:val="0"/>
          <w:i/>
          <w:color w:val="5A5A5A"/>
          <w:sz w:val="20"/>
        </w:rPr>
        <w:t>pre-alert · Scottish Ambulance Service — pre-alert · rhythm sinus-tach</w:t>
      </w:r>
    </w:p>
    <w:p>
      <w:pPr>
        <w:spacing w:before="0" w:after="40" w:line="259" w:lineRule="auto"/>
      </w:pPr>
      <w:r>
        <w:rPr>
          <w:rFonts w:ascii="Calibri" w:hAnsi="Calibri" w:eastAsia="Calibri"/>
          <w:b w:val="0"/>
          <w:i/>
          <w:color w:val="5A5A5A"/>
          <w:sz w:val="20"/>
        </w:rPr>
        <w:t>HR 118   BP 198/110   RR 34   SpO2 84%   temp 36.5   GCS 14   BM 8.1</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74 years, male</w:t>
      </w:r>
    </w:p>
    <w:p>
      <w:pPr>
        <w:spacing w:before="0" w:after="40" w:line="259" w:lineRule="auto"/>
      </w:pPr>
      <w:r>
        <w:rPr>
          <w:rFonts w:ascii="Calibri" w:hAnsi="Calibri" w:eastAsia="Calibri"/>
          <w:b w:val="0"/>
          <w:i w:val="0"/>
          <w:sz w:val="22"/>
        </w:rPr>
        <w:t>T sudden SOB at 03:10, couldn't lie flat</w:t>
      </w:r>
    </w:p>
    <w:p>
      <w:pPr>
        <w:spacing w:before="0" w:after="40" w:line="259" w:lineRule="auto"/>
      </w:pPr>
      <w:r>
        <w:rPr>
          <w:rFonts w:ascii="Calibri" w:hAnsi="Calibri" w:eastAsia="Calibri"/>
          <w:b w:val="0"/>
          <w:i w:val="0"/>
          <w:sz w:val="22"/>
        </w:rPr>
        <w:t>M known IHD, woke drowning</w:t>
      </w:r>
    </w:p>
    <w:p>
      <w:pPr>
        <w:spacing w:before="0" w:after="40" w:line="259" w:lineRule="auto"/>
      </w:pPr>
      <w:r>
        <w:rPr>
          <w:rFonts w:ascii="Calibri" w:hAnsi="Calibri" w:eastAsia="Calibri"/>
          <w:b w:val="0"/>
          <w:i w:val="0"/>
          <w:sz w:val="22"/>
        </w:rPr>
        <w:t>I none</w:t>
      </w:r>
    </w:p>
    <w:p>
      <w:pPr>
        <w:spacing w:before="0" w:after="40" w:line="259" w:lineRule="auto"/>
      </w:pPr>
      <w:r>
        <w:rPr>
          <w:rFonts w:ascii="Calibri" w:hAnsi="Calibri" w:eastAsia="Calibri"/>
          <w:b w:val="0"/>
          <w:i w:val="0"/>
          <w:sz w:val="22"/>
        </w:rPr>
        <w:t>S HR 118 BP 198/110 RR 34 SpO2 84% on 15 L GCS 14, frothy pink sputum</w:t>
      </w:r>
    </w:p>
    <w:p>
      <w:pPr>
        <w:spacing w:before="0" w:after="40" w:line="259" w:lineRule="auto"/>
      </w:pPr>
      <w:r>
        <w:rPr>
          <w:rFonts w:ascii="Calibri" w:hAnsi="Calibri" w:eastAsia="Calibri"/>
          <w:b w:val="0"/>
          <w:i w:val="0"/>
          <w:sz w:val="22"/>
        </w:rPr>
        <w:t>T GTN spray ×2, CPAP not available on this vehicle</w:t>
      </w:r>
    </w:p>
    <w:p>
      <w:pPr>
        <w:spacing w:before="0" w:after="40" w:line="259" w:lineRule="auto"/>
      </w:pPr>
      <w:r>
        <w:rPr>
          <w:rFonts w:ascii="Calibri" w:hAnsi="Calibri" w:eastAsia="Calibri"/>
          <w:b w:val="0"/>
          <w:i w:val="0"/>
          <w:sz w:val="22"/>
        </w:rPr>
        <w:t>ETA 6 minutes.</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talking in words, frothy pink sputum, no stridor.</w:t>
      </w:r>
    </w:p>
    <w:p>
      <w:pPr>
        <w:spacing w:before="0" w:after="40" w:line="259" w:lineRule="auto"/>
      </w:pPr>
      <w:r>
        <w:rPr>
          <w:rFonts w:ascii="Calibri" w:hAnsi="Calibri" w:eastAsia="Calibri"/>
          <w:b w:val="0"/>
          <w:i w:val="0"/>
          <w:sz w:val="22"/>
        </w:rPr>
        <w:t>B — RR 34, widespread crackles, SpO2 84% on 15 L. Trachea central. Using accessory muscles.</w:t>
      </w:r>
    </w:p>
    <w:p>
      <w:pPr>
        <w:spacing w:before="0" w:after="40" w:line="259" w:lineRule="auto"/>
      </w:pPr>
      <w:r>
        <w:rPr>
          <w:rFonts w:ascii="Calibri" w:hAnsi="Calibri" w:eastAsia="Calibri"/>
          <w:b w:val="0"/>
          <w:i w:val="0"/>
          <w:sz w:val="22"/>
        </w:rPr>
        <w:t>C — HR 118, BP 198/110, CRT 2 s, cool peripheries, S3, JVP raised, pitting to mid-shin.</w:t>
      </w:r>
    </w:p>
    <w:p>
      <w:pPr>
        <w:spacing w:before="0" w:after="40" w:line="259" w:lineRule="auto"/>
      </w:pPr>
      <w:r>
        <w:rPr>
          <w:rFonts w:ascii="Calibri" w:hAnsi="Calibri" w:eastAsia="Calibri"/>
          <w:b w:val="0"/>
          <w:i w:val="0"/>
          <w:sz w:val="22"/>
        </w:rPr>
        <w:t>D — GCS 14, BM 8.1, no focal neurology. Sweaty.</w:t>
      </w:r>
    </w:p>
    <w:p>
      <w:pPr>
        <w:spacing w:before="0" w:after="40" w:line="259" w:lineRule="auto"/>
      </w:pPr>
      <w:r>
        <w:rPr>
          <w:rFonts w:ascii="Calibri" w:hAnsi="Calibri" w:eastAsia="Calibri"/>
          <w:b w:val="0"/>
          <w:i w:val="0"/>
          <w:sz w:val="22"/>
        </w:rPr>
        <w:t>E — no rash, no calf swelling, abdomen soft, no fever.</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He cannot lie flat. Frothy sputum. Very high BP.</w:t>
      </w:r>
    </w:p>
    <w:p>
      <w:pPr>
        <w:spacing w:before="120" w:after="20" w:line="259" w:lineRule="auto"/>
        <w:shd w:fill="E8F5EC" w:val="clear"/>
      </w:pPr>
      <w:r>
        <w:rPr>
          <w:rFonts w:ascii="Calibri" w:hAnsi="Calibri" w:eastAsia="Calibri"/>
          <w:b/>
          <w:i w:val="0"/>
          <w:color w:val="146E3C"/>
          <w:sz w:val="22"/>
        </w:rPr>
        <w:t>A. [CORRECT] GTN and CPAP</w:t>
      </w:r>
    </w:p>
    <w:p>
      <w:pPr>
        <w:spacing w:before="0" w:after="20" w:line="259" w:lineRule="auto"/>
      </w:pPr>
      <w:r>
        <w:rPr>
          <w:rFonts w:ascii="Calibri" w:hAnsi="Calibri" w:eastAsia="Calibri"/>
          <w:b w:val="0"/>
          <w:i/>
          <w:color w:val="282828"/>
          <w:sz w:val="22"/>
        </w:rPr>
        <w:t>Bay: Sat up. GTN. CPAP being fetched. Sats tick up.</w:t>
      </w:r>
    </w:p>
    <w:p>
      <w:pPr>
        <w:spacing w:before="0" w:after="40" w:line="259" w:lineRule="auto"/>
      </w:pPr>
      <w:r>
        <w:rPr>
          <w:rFonts w:ascii="Calibri" w:hAnsi="Calibri" w:eastAsia="Calibri"/>
          <w:b w:val="0"/>
          <w:i/>
          <w:color w:val="5A4614"/>
          <w:sz w:val="20"/>
        </w:rPr>
        <w:t>Reaction: sbp -16, rr -4, spo2 +6, O2 15 L</w:t>
      </w:r>
    </w:p>
    <w:p>
      <w:pPr>
        <w:spacing w:before="80" w:after="40" w:line="259" w:lineRule="auto"/>
      </w:pPr>
      <w:r>
        <w:rPr>
          <w:rFonts w:ascii="Calibri" w:hAnsi="Calibri" w:eastAsia="Calibri"/>
          <w:b/>
          <w:i w:val="0"/>
          <w:color w:val="46326E"/>
          <w:sz w:val="22"/>
        </w:rPr>
        <w:t xml:space="preserve">    Follow-up: What first treatments?</w:t>
      </w:r>
    </w:p>
    <w:p>
      <w:pPr>
        <w:spacing w:before="120" w:after="20" w:line="259" w:lineRule="auto"/>
        <w:shd w:fill="E8F5EC" w:val="clear"/>
      </w:pPr>
      <w:r>
        <w:rPr>
          <w:rFonts w:ascii="Calibri" w:hAnsi="Calibri" w:eastAsia="Calibri"/>
          <w:b/>
          <w:i w:val="0"/>
          <w:color w:val="146E3C"/>
          <w:sz w:val="22"/>
        </w:rPr>
        <w:t xml:space="preserve">    A. [CORRECT] Sit up, 15 L oxygen, GTN, fetch CPAP</w:t>
      </w:r>
    </w:p>
    <w:p>
      <w:pPr>
        <w:spacing w:before="0" w:after="20" w:line="259" w:lineRule="auto"/>
      </w:pPr>
      <w:r>
        <w:rPr>
          <w:rFonts w:ascii="Calibri" w:hAnsi="Calibri" w:eastAsia="Calibri"/>
          <w:b w:val="0"/>
          <w:i/>
          <w:color w:val="282828"/>
          <w:sz w:val="22"/>
        </w:rPr>
        <w:t xml:space="preserve">       Bay: Hypertensive APO: sit up, nitrates and CPAP. That is the opening move.</w:t>
      </w:r>
    </w:p>
    <w:p>
      <w:pPr>
        <w:spacing w:before="120" w:after="20" w:line="259" w:lineRule="auto"/>
        <w:shd w:fill="F8E8E8" w:val="clear"/>
      </w:pPr>
      <w:r>
        <w:rPr>
          <w:rFonts w:ascii="Calibri" w:hAnsi="Calibri" w:eastAsia="Calibri"/>
          <w:b w:val="0"/>
          <w:i w:val="0"/>
          <w:color w:val="A02828"/>
          <w:sz w:val="22"/>
        </w:rPr>
        <w:t xml:space="preserve">    B. [WRONG] Lie him flat for an accurate BP</w:t>
      </w:r>
    </w:p>
    <w:p>
      <w:pPr>
        <w:spacing w:before="0" w:after="20" w:line="259" w:lineRule="auto"/>
      </w:pPr>
      <w:r>
        <w:rPr>
          <w:rFonts w:ascii="Calibri" w:hAnsi="Calibri" w:eastAsia="Calibri"/>
          <w:b w:val="0"/>
          <w:i/>
          <w:color w:val="282828"/>
          <w:sz w:val="22"/>
        </w:rPr>
        <w:t xml:space="preserve">       Bay: He will drown. Hypertensive APO is treated sitting up.</w:t>
      </w:r>
    </w:p>
    <w:p>
      <w:pPr>
        <w:spacing w:before="120" w:after="20" w:line="259" w:lineRule="auto"/>
        <w:shd w:fill="F8E8E8" w:val="clear"/>
      </w:pPr>
      <w:r>
        <w:rPr>
          <w:rFonts w:ascii="Calibri" w:hAnsi="Calibri" w:eastAsia="Calibri"/>
          <w:b w:val="0"/>
          <w:i w:val="0"/>
          <w:color w:val="A02828"/>
          <w:sz w:val="22"/>
        </w:rPr>
        <w:t xml:space="preserve">    C. [WRONG] Morphine 10 mg IV as first-line</w:t>
      </w:r>
    </w:p>
    <w:p>
      <w:pPr>
        <w:spacing w:before="0" w:after="20" w:line="259" w:lineRule="auto"/>
      </w:pPr>
      <w:r>
        <w:rPr>
          <w:rFonts w:ascii="Calibri" w:hAnsi="Calibri" w:eastAsia="Calibri"/>
          <w:b w:val="0"/>
          <w:i/>
          <w:color w:val="282828"/>
          <w:sz w:val="22"/>
        </w:rPr>
        <w:t xml:space="preserve">       Bay: Morphine is out of favour as first-line APO therapy. Nitrates and CPAP first.</w:t>
      </w:r>
    </w:p>
    <w:p>
      <w:pPr>
        <w:spacing w:before="120" w:after="20" w:line="259" w:lineRule="auto"/>
        <w:shd w:fill="F8E8E8" w:val="clear"/>
      </w:pPr>
      <w:r>
        <w:rPr>
          <w:rFonts w:ascii="Calibri" w:hAnsi="Calibri" w:eastAsia="Calibri"/>
          <w:b w:val="0"/>
          <w:i w:val="0"/>
          <w:color w:val="A02828"/>
          <w:sz w:val="22"/>
        </w:rPr>
        <w:t xml:space="preserve">    D. [WRONG] Furosemide 250 mg IV before oxygen</w:t>
      </w:r>
    </w:p>
    <w:p>
      <w:pPr>
        <w:spacing w:before="0" w:after="20" w:line="259" w:lineRule="auto"/>
      </w:pPr>
      <w:r>
        <w:rPr>
          <w:rFonts w:ascii="Calibri" w:hAnsi="Calibri" w:eastAsia="Calibri"/>
          <w:b w:val="0"/>
          <w:i/>
          <w:color w:val="282828"/>
          <w:sz w:val="22"/>
        </w:rPr>
        <w:t xml:space="preserve">       Bay: Oxygen, nitrates and CPAP first. A huge loop dose is not the opener.</w:t>
      </w:r>
    </w:p>
    <w:p>
      <w:pPr>
        <w:spacing w:before="120" w:after="20" w:line="259" w:lineRule="auto"/>
        <w:shd w:fill="F8E8E8" w:val="clear"/>
      </w:pPr>
      <w:r>
        <w:rPr>
          <w:rFonts w:ascii="Calibri" w:hAnsi="Calibri" w:eastAsia="Calibri"/>
          <w:b w:val="0"/>
          <w:i w:val="0"/>
          <w:color w:val="A02828"/>
          <w:sz w:val="22"/>
        </w:rPr>
        <w:t xml:space="preserve">    E. [WRONG] Immediate RSI without a trial of CPAP</w:t>
      </w:r>
    </w:p>
    <w:p>
      <w:pPr>
        <w:spacing w:before="0" w:after="20" w:line="259" w:lineRule="auto"/>
      </w:pPr>
      <w:r>
        <w:rPr>
          <w:rFonts w:ascii="Calibri" w:hAnsi="Calibri" w:eastAsia="Calibri"/>
          <w:b w:val="0"/>
          <w:i/>
          <w:color w:val="282828"/>
          <w:sz w:val="22"/>
        </w:rPr>
        <w:t xml:space="preserve">       Bay: CPAP often turns hypertensive APO. Have an RSI plan; do not tube every case at the door.</w:t>
      </w:r>
    </w:p>
    <w:p>
      <w:pPr>
        <w:spacing w:before="120" w:after="20" w:line="259" w:lineRule="auto"/>
        <w:shd w:fill="F8E8E8" w:val="clear"/>
      </w:pPr>
      <w:r>
        <w:rPr>
          <w:rFonts w:ascii="Calibri" w:hAnsi="Calibri" w:eastAsia="Calibri"/>
          <w:b w:val="0"/>
          <w:i w:val="0"/>
          <w:color w:val="A02828"/>
          <w:sz w:val="22"/>
        </w:rPr>
        <w:t>B. [WRONG] Lie him flat</w:t>
      </w:r>
    </w:p>
    <w:p>
      <w:pPr>
        <w:spacing w:before="0" w:after="20" w:line="259" w:lineRule="auto"/>
      </w:pPr>
      <w:r>
        <w:rPr>
          <w:rFonts w:ascii="Calibri" w:hAnsi="Calibri" w:eastAsia="Calibri"/>
          <w:b w:val="0"/>
          <w:i/>
          <w:color w:val="282828"/>
          <w:sz w:val="22"/>
        </w:rPr>
        <w:t>Bay: He will drown. Hypertensive APO is treated sitting up.</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Intravenous fluids</w:t>
      </w:r>
    </w:p>
    <w:p>
      <w:pPr>
        <w:spacing w:before="0" w:after="20" w:line="259" w:lineRule="auto"/>
      </w:pPr>
      <w:r>
        <w:rPr>
          <w:rFonts w:ascii="Calibri" w:hAnsi="Calibri" w:eastAsia="Calibri"/>
          <w:b w:val="0"/>
          <w:i/>
          <w:color w:val="282828"/>
          <w:sz w:val="22"/>
        </w:rPr>
        <w:t>Bay: He is already wet. Further volume will worsen the oedema.</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Furosemide as the only treatment</w:t>
      </w:r>
    </w:p>
    <w:p>
      <w:pPr>
        <w:spacing w:before="0" w:after="20" w:line="259" w:lineRule="auto"/>
      </w:pPr>
      <w:r>
        <w:rPr>
          <w:rFonts w:ascii="Calibri" w:hAnsi="Calibri" w:eastAsia="Calibri"/>
          <w:b w:val="0"/>
          <w:i/>
          <w:color w:val="282828"/>
          <w:sz w:val="22"/>
        </w:rPr>
        <w:t>Bay: Oxygen, nitrates and CPAP first. A loop diuretic is not the opener in hypertensive APO.</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Morphine</w:t>
      </w:r>
    </w:p>
    <w:p>
      <w:pPr>
        <w:spacing w:before="0" w:after="20" w:line="259" w:lineRule="auto"/>
      </w:pPr>
      <w:r>
        <w:rPr>
          <w:rFonts w:ascii="Calibri" w:hAnsi="Calibri" w:eastAsia="Calibri"/>
          <w:b w:val="0"/>
          <w:i/>
          <w:color w:val="282828"/>
          <w:sz w:val="22"/>
        </w:rPr>
        <w:t>Bay: Morphine is out of favour as first-line APO therapy and 10 mg is a large bolus. Nitrates and CPAP first.</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CPAP is on. BP still 182. He is still wet.</w:t>
      </w:r>
    </w:p>
    <w:p>
      <w:pPr>
        <w:spacing w:before="120" w:after="20" w:line="259" w:lineRule="auto"/>
        <w:shd w:fill="E8F5EC" w:val="clear"/>
      </w:pPr>
      <w:r>
        <w:rPr>
          <w:rFonts w:ascii="Calibri" w:hAnsi="Calibri" w:eastAsia="Calibri"/>
          <w:b/>
          <w:i w:val="0"/>
          <w:color w:val="146E3C"/>
          <w:sz w:val="22"/>
        </w:rPr>
        <w:t>A. [CORRECT] GTN infusion, loop diuretic, 12-lead ECG</w:t>
      </w:r>
    </w:p>
    <w:p>
      <w:pPr>
        <w:spacing w:before="0" w:after="20" w:line="259" w:lineRule="auto"/>
      </w:pPr>
      <w:r>
        <w:rPr>
          <w:rFonts w:ascii="Calibri" w:hAnsi="Calibri" w:eastAsia="Calibri"/>
          <w:b w:val="0"/>
          <w:i/>
          <w:color w:val="282828"/>
          <w:sz w:val="22"/>
        </w:rPr>
        <w:t>Bay: GTN infusion running. Furosemide in. ECG printing.</w:t>
      </w:r>
    </w:p>
    <w:p>
      <w:pPr>
        <w:spacing w:before="0" w:after="40" w:line="259" w:lineRule="auto"/>
      </w:pPr>
      <w:r>
        <w:rPr>
          <w:rFonts w:ascii="Calibri" w:hAnsi="Calibri" w:eastAsia="Calibri"/>
          <w:b w:val="0"/>
          <w:i/>
          <w:color w:val="5A4614"/>
          <w:sz w:val="20"/>
        </w:rPr>
        <w:t>Reaction: sbp -18, rr -4, spo2 +4</w:t>
      </w:r>
    </w:p>
    <w:p>
      <w:pPr>
        <w:spacing w:before="80" w:after="40" w:line="259" w:lineRule="auto"/>
      </w:pPr>
      <w:r>
        <w:rPr>
          <w:rFonts w:ascii="Calibri" w:hAnsi="Calibri" w:eastAsia="Calibri"/>
          <w:b/>
          <w:i w:val="0"/>
          <w:color w:val="46326E"/>
          <w:sz w:val="22"/>
        </w:rPr>
        <w:t xml:space="preserve">    Follow-up: What doses?</w:t>
      </w:r>
    </w:p>
    <w:p>
      <w:pPr>
        <w:spacing w:before="120" w:after="20" w:line="259" w:lineRule="auto"/>
        <w:shd w:fill="E8F5EC" w:val="clear"/>
      </w:pPr>
      <w:r>
        <w:rPr>
          <w:rFonts w:ascii="Calibri" w:hAnsi="Calibri" w:eastAsia="Calibri"/>
          <w:b/>
          <w:i w:val="0"/>
          <w:color w:val="146E3C"/>
          <w:sz w:val="22"/>
        </w:rPr>
        <w:t xml:space="preserve">    A. [CORRECT] GTN infusion titrated to BP; furosemide 40–80 mg IV</w:t>
      </w:r>
    </w:p>
    <w:p>
      <w:pPr>
        <w:spacing w:before="0" w:after="20" w:line="259" w:lineRule="auto"/>
      </w:pPr>
      <w:r>
        <w:rPr>
          <w:rFonts w:ascii="Calibri" w:hAnsi="Calibri" w:eastAsia="Calibri"/>
          <w:b w:val="0"/>
          <w:i/>
          <w:color w:val="282828"/>
          <w:sz w:val="22"/>
        </w:rPr>
        <w:t xml:space="preserve">       Bay: Keep nitrates while he is hypertensive. A standard loop dose; the 12-lead looks for ACS.</w:t>
      </w:r>
    </w:p>
    <w:p>
      <w:pPr>
        <w:spacing w:before="120" w:after="20" w:line="259" w:lineRule="auto"/>
        <w:shd w:fill="F8E8E8" w:val="clear"/>
      </w:pPr>
      <w:r>
        <w:rPr>
          <w:rFonts w:ascii="Calibri" w:hAnsi="Calibri" w:eastAsia="Calibri"/>
          <w:b w:val="0"/>
          <w:i w:val="0"/>
          <w:color w:val="A02828"/>
          <w:sz w:val="22"/>
        </w:rPr>
        <w:t xml:space="preserve">    B. [WRONG] IV metoprolol 5 mg to slow the sinus rate</w:t>
      </w:r>
    </w:p>
    <w:p>
      <w:pPr>
        <w:spacing w:before="0" w:after="20" w:line="259" w:lineRule="auto"/>
      </w:pPr>
      <w:r>
        <w:rPr>
          <w:rFonts w:ascii="Calibri" w:hAnsi="Calibri" w:eastAsia="Calibri"/>
          <w:b w:val="0"/>
          <w:i/>
          <w:color w:val="282828"/>
          <w:sz w:val="22"/>
        </w:rPr>
        <w:t xml:space="preserve">       Bay: He is in pulmonary oedema. Acute beta-blockade will drop output.</w:t>
      </w:r>
    </w:p>
    <w:p>
      <w:pPr>
        <w:spacing w:before="120" w:after="20" w:line="259" w:lineRule="auto"/>
        <w:shd w:fill="F8E8E8" w:val="clear"/>
      </w:pPr>
      <w:r>
        <w:rPr>
          <w:rFonts w:ascii="Calibri" w:hAnsi="Calibri" w:eastAsia="Calibri"/>
          <w:b w:val="0"/>
          <w:i w:val="0"/>
          <w:color w:val="A02828"/>
          <w:sz w:val="22"/>
        </w:rPr>
        <w:t xml:space="preserve">    C. [WRONG] GTN 200 microg/min regardless of BP</w:t>
      </w:r>
    </w:p>
    <w:p>
      <w:pPr>
        <w:spacing w:before="0" w:after="20" w:line="259" w:lineRule="auto"/>
      </w:pPr>
      <w:r>
        <w:rPr>
          <w:rFonts w:ascii="Calibri" w:hAnsi="Calibri" w:eastAsia="Calibri"/>
          <w:b w:val="0"/>
          <w:i/>
          <w:color w:val="282828"/>
          <w:sz w:val="22"/>
        </w:rPr>
        <w:t xml:space="preserve">       Bay: Titrate to blood pressure. Unsupervised high-rate GTN will dump him.</w:t>
      </w:r>
    </w:p>
    <w:p>
      <w:pPr>
        <w:spacing w:before="120" w:after="20" w:line="259" w:lineRule="auto"/>
        <w:shd w:fill="F8E8E8" w:val="clear"/>
      </w:pPr>
      <w:r>
        <w:rPr>
          <w:rFonts w:ascii="Calibri" w:hAnsi="Calibri" w:eastAsia="Calibri"/>
          <w:b w:val="0"/>
          <w:i w:val="0"/>
          <w:color w:val="A02828"/>
          <w:sz w:val="22"/>
        </w:rPr>
        <w:t xml:space="preserve">    D. [WRONG] Furosemide 250 mg IV as the first dose</w:t>
      </w:r>
    </w:p>
    <w:p>
      <w:pPr>
        <w:spacing w:before="0" w:after="20" w:line="259" w:lineRule="auto"/>
      </w:pPr>
      <w:r>
        <w:rPr>
          <w:rFonts w:ascii="Calibri" w:hAnsi="Calibri" w:eastAsia="Calibri"/>
          <w:b w:val="0"/>
          <w:i/>
          <w:color w:val="282828"/>
          <w:sz w:val="22"/>
        </w:rPr>
        <w:t xml:space="preserve">       Bay: That is not a first ED dose. 40–80 mg IV is the usual start.</w:t>
      </w:r>
    </w:p>
    <w:p>
      <w:pPr>
        <w:spacing w:before="120" w:after="20" w:line="259" w:lineRule="auto"/>
        <w:shd w:fill="F8E8E8" w:val="clear"/>
      </w:pPr>
      <w:r>
        <w:rPr>
          <w:rFonts w:ascii="Calibri" w:hAnsi="Calibri" w:eastAsia="Calibri"/>
          <w:b w:val="0"/>
          <w:i w:val="0"/>
          <w:color w:val="A02828"/>
          <w:sz w:val="22"/>
        </w:rPr>
        <w:t xml:space="preserve">    E. [WRONG] Stop GTN and start dopamine</w:t>
      </w:r>
    </w:p>
    <w:p>
      <w:pPr>
        <w:spacing w:before="0" w:after="20" w:line="259" w:lineRule="auto"/>
      </w:pPr>
      <w:r>
        <w:rPr>
          <w:rFonts w:ascii="Calibri" w:hAnsi="Calibri" w:eastAsia="Calibri"/>
          <w:b w:val="0"/>
          <w:i/>
          <w:color w:val="282828"/>
          <w:sz w:val="22"/>
        </w:rPr>
        <w:t xml:space="preserve">       Bay: His BP is still high. Nitrates and CPAP, not an inotrope.</w:t>
      </w:r>
    </w:p>
    <w:p>
      <w:pPr>
        <w:spacing w:before="120" w:after="20" w:line="259" w:lineRule="auto"/>
        <w:shd w:fill="F8E8E8" w:val="clear"/>
      </w:pPr>
      <w:r>
        <w:rPr>
          <w:rFonts w:ascii="Calibri" w:hAnsi="Calibri" w:eastAsia="Calibri"/>
          <w:b w:val="0"/>
          <w:i w:val="0"/>
          <w:color w:val="A02828"/>
          <w:sz w:val="22"/>
        </w:rPr>
        <w:t>B. [WRONG] IV metoprolol 5 mg for the tachycardia</w:t>
      </w:r>
    </w:p>
    <w:p>
      <w:pPr>
        <w:spacing w:before="0" w:after="20" w:line="259" w:lineRule="auto"/>
      </w:pPr>
      <w:r>
        <w:rPr>
          <w:rFonts w:ascii="Calibri" w:hAnsi="Calibri" w:eastAsia="Calibri"/>
          <w:b w:val="0"/>
          <w:i/>
          <w:color w:val="282828"/>
          <w:sz w:val="22"/>
        </w:rPr>
        <w:t>Bay: He is in pulmonary oedema. Acute beta-blockade will drop output.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Alteplase 100 mg without a 12-lead</w:t>
      </w:r>
    </w:p>
    <w:p>
      <w:pPr>
        <w:spacing w:before="0" w:after="20" w:line="259" w:lineRule="auto"/>
      </w:pPr>
      <w:r>
        <w:rPr>
          <w:rFonts w:ascii="Calibri" w:hAnsi="Calibri" w:eastAsia="Calibri"/>
          <w:b w:val="0"/>
          <w:i/>
          <w:color w:val="282828"/>
          <w:sz w:val="22"/>
        </w:rPr>
        <w:t>Bay: Get the tracing first. Lysis without a 12-lead is not ACS care.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Wean oxygen; he may retain CO2</w:t>
      </w:r>
    </w:p>
    <w:p>
      <w:pPr>
        <w:spacing w:before="0" w:after="20" w:line="259" w:lineRule="auto"/>
      </w:pPr>
      <w:r>
        <w:rPr>
          <w:rFonts w:ascii="Calibri" w:hAnsi="Calibri" w:eastAsia="Calibri"/>
          <w:b w:val="0"/>
          <w:i/>
          <w:color w:val="282828"/>
          <w:sz w:val="22"/>
        </w:rPr>
        <w:t>Bay: He is drowning. Target saturations, then consider known COPD later — he has none on this history.</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Immediate RSI without a trial of CPAP</w:t>
      </w:r>
    </w:p>
    <w:p>
      <w:pPr>
        <w:spacing w:before="0" w:after="20" w:line="259" w:lineRule="auto"/>
      </w:pPr>
      <w:r>
        <w:rPr>
          <w:rFonts w:ascii="Calibri" w:hAnsi="Calibri" w:eastAsia="Calibri"/>
          <w:b w:val="0"/>
          <w:i/>
          <w:color w:val="282828"/>
          <w:sz w:val="22"/>
        </w:rPr>
        <w:t>Bay: CPAP often turns hypertensive APO. Have an RSI plan; do not tube every case at the door.</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He is a little less pink. Send tests.</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7.28  pCO2 6.1  pO2 8.4 on CPAP  HCO3 22  BE −4  lactate 2.2  K+ 4.4  Hb 132</w:t>
      </w:r>
    </w:p>
    <w:p>
      <w:pPr>
        <w:spacing w:before="0" w:after="40" w:line="259" w:lineRule="auto"/>
      </w:pPr>
      <w:r>
        <w:rPr>
          <w:rFonts w:ascii="Calibri" w:hAnsi="Calibri" w:eastAsia="Calibri"/>
          <w:b w:val="0"/>
          <w:i w:val="0"/>
          <w:sz w:val="22"/>
        </w:rPr>
        <w:t>Type 2 picture from tiring. Reassess if he does not improve.</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8.1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lv-strain</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Protein +. No infection.</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ue: Na 134   K 4.4   urea 9.8   creat 128</w:t>
      </w:r>
    </w:p>
    <w:p>
      <w:pPr>
        <w:spacing w:before="0" w:after="40" w:line="259" w:lineRule="auto"/>
      </w:pPr>
      <w:r>
        <w:rPr>
          <w:rFonts w:ascii="Calibri" w:hAnsi="Calibri" w:eastAsia="Calibri"/>
          <w:b w:val="0"/>
          <w:i w:val="0"/>
          <w:sz w:val="22"/>
        </w:rPr>
        <w:t>trop: 28 ng/L</w:t>
      </w:r>
    </w:p>
    <w:p>
      <w:pPr>
        <w:spacing w:before="40" w:after="40" w:line="259" w:lineRule="auto"/>
      </w:pPr>
      <w:r>
        <w:rPr>
          <w:rFonts w:ascii="Calibri" w:hAnsi="Calibri" w:eastAsia="Calibri"/>
          <w:b w:val="0"/>
          <w:i w:val="0"/>
          <w:sz w:val="22"/>
        </w:rPr>
        <w:t>cxr (REQUIRED)</w:t>
      </w:r>
    </w:p>
    <w:p>
      <w:pPr>
        <w:spacing w:before="0" w:after="40" w:line="259" w:lineRule="auto"/>
      </w:pPr>
      <w:r>
        <w:rPr>
          <w:rFonts w:ascii="Calibri" w:hAnsi="Calibri" w:eastAsia="Calibri"/>
          <w:b w:val="0"/>
          <w:i w:val="0"/>
          <w:sz w:val="22"/>
        </w:rPr>
        <w:t>CXR: pulmonary-oedema</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Still hypertensive and wet. Review any results that have returned — then decide.</w:t>
      </w:r>
    </w:p>
    <w:p>
      <w:pPr>
        <w:spacing w:before="120" w:after="20" w:line="259" w:lineRule="auto"/>
        <w:shd w:fill="E8F5EC" w:val="clear"/>
      </w:pPr>
      <w:r>
        <w:rPr>
          <w:rFonts w:ascii="Calibri" w:hAnsi="Calibri" w:eastAsia="Calibri"/>
          <w:b/>
          <w:i w:val="0"/>
          <w:color w:val="146E3C"/>
          <w:sz w:val="22"/>
        </w:rPr>
        <w:t>A. [CORRECT] Stay on CPAP, GTN, catheter, CCU/HDU</w:t>
      </w:r>
    </w:p>
    <w:p>
      <w:pPr>
        <w:spacing w:before="0" w:after="20" w:line="259" w:lineRule="auto"/>
      </w:pPr>
      <w:r>
        <w:rPr>
          <w:rFonts w:ascii="Calibri" w:hAnsi="Calibri" w:eastAsia="Calibri"/>
          <w:b w:val="0"/>
          <w:i/>
          <w:color w:val="282828"/>
          <w:sz w:val="22"/>
        </w:rPr>
        <w:t>Bay: Catheter in. He is talking in sentences. Sats 94% on CPAP.</w:t>
      </w:r>
    </w:p>
    <w:p>
      <w:pPr>
        <w:spacing w:before="0" w:after="40" w:line="259" w:lineRule="auto"/>
      </w:pPr>
      <w:r>
        <w:rPr>
          <w:rFonts w:ascii="Calibri" w:hAnsi="Calibri" w:eastAsia="Calibri"/>
          <w:b w:val="0"/>
          <w:i/>
          <w:color w:val="5A4614"/>
          <w:sz w:val="20"/>
        </w:rPr>
        <w:t>Reaction: hr -10, sbp -12, rr -6, spo2 +4</w:t>
      </w:r>
    </w:p>
    <w:p>
      <w:pPr>
        <w:spacing w:before="80" w:after="40" w:line="259" w:lineRule="auto"/>
      </w:pPr>
      <w:r>
        <w:rPr>
          <w:rFonts w:ascii="Calibri" w:hAnsi="Calibri" w:eastAsia="Calibri"/>
          <w:b/>
          <w:i w:val="0"/>
          <w:color w:val="46326E"/>
          <w:sz w:val="22"/>
        </w:rPr>
        <w:t xml:space="preserve">    Follow-up: What next on CPAP?</w:t>
      </w:r>
    </w:p>
    <w:p>
      <w:pPr>
        <w:spacing w:before="120" w:after="20" w:line="259" w:lineRule="auto"/>
        <w:shd w:fill="E8F5EC" w:val="clear"/>
      </w:pPr>
      <w:r>
        <w:rPr>
          <w:rFonts w:ascii="Calibri" w:hAnsi="Calibri" w:eastAsia="Calibri"/>
          <w:b/>
          <w:i w:val="0"/>
          <w:color w:val="146E3C"/>
          <w:sz w:val="22"/>
        </w:rPr>
        <w:t xml:space="preserve">    A. [CORRECT] Keep CPAP, titrate GTN, catheter, refer CCU/HDU</w:t>
      </w:r>
    </w:p>
    <w:p>
      <w:pPr>
        <w:spacing w:before="0" w:after="20" w:line="259" w:lineRule="auto"/>
      </w:pPr>
      <w:r>
        <w:rPr>
          <w:rFonts w:ascii="Calibri" w:hAnsi="Calibri" w:eastAsia="Calibri"/>
          <w:b w:val="0"/>
          <w:i/>
          <w:color w:val="282828"/>
          <w:sz w:val="22"/>
        </w:rPr>
        <w:t xml:space="preserve">       Bay: He still needs ventilatory support and nitrates. Catheter for output; CCU/HDU next.</w:t>
      </w:r>
    </w:p>
    <w:p>
      <w:pPr>
        <w:spacing w:before="120" w:after="20" w:line="259" w:lineRule="auto"/>
        <w:shd w:fill="F8E8E8" w:val="clear"/>
      </w:pPr>
      <w:r>
        <w:rPr>
          <w:rFonts w:ascii="Calibri" w:hAnsi="Calibri" w:eastAsia="Calibri"/>
          <w:b w:val="0"/>
          <w:i w:val="0"/>
          <w:color w:val="A02828"/>
          <w:sz w:val="22"/>
        </w:rPr>
        <w:t xml:space="preserve">    B. [WRONG] Stop CPAP and transfer to a general ward</w:t>
      </w:r>
    </w:p>
    <w:p>
      <w:pPr>
        <w:spacing w:before="0" w:after="20" w:line="259" w:lineRule="auto"/>
      </w:pPr>
      <w:r>
        <w:rPr>
          <w:rFonts w:ascii="Calibri" w:hAnsi="Calibri" w:eastAsia="Calibri"/>
          <w:b w:val="0"/>
          <w:i/>
          <w:color w:val="282828"/>
          <w:sz w:val="22"/>
        </w:rPr>
        <w:t xml:space="preserve">       Bay: He still needs NIV. Stopping CPAP now is how these patients crash.</w:t>
      </w:r>
    </w:p>
    <w:p>
      <w:pPr>
        <w:spacing w:before="120" w:after="20" w:line="259" w:lineRule="auto"/>
        <w:shd w:fill="F8E8E8" w:val="clear"/>
      </w:pPr>
      <w:r>
        <w:rPr>
          <w:rFonts w:ascii="Calibri" w:hAnsi="Calibri" w:eastAsia="Calibri"/>
          <w:b w:val="0"/>
          <w:i w:val="0"/>
          <w:color w:val="A02828"/>
          <w:sz w:val="22"/>
        </w:rPr>
        <w:t xml:space="preserve">    C. [WRONG] Activate PPCI for LV strain without ST elevation</w:t>
      </w:r>
    </w:p>
    <w:p>
      <w:pPr>
        <w:spacing w:before="0" w:after="20" w:line="259" w:lineRule="auto"/>
      </w:pPr>
      <w:r>
        <w:rPr>
          <w:rFonts w:ascii="Calibri" w:hAnsi="Calibri" w:eastAsia="Calibri"/>
          <w:b w:val="0"/>
          <w:i/>
          <w:color w:val="282828"/>
          <w:sz w:val="22"/>
        </w:rPr>
        <w:t xml:space="preserve">       Bay: LV strain is not ST elevation. Treat the oedema first.</w:t>
      </w:r>
    </w:p>
    <w:p>
      <w:pPr>
        <w:spacing w:before="120" w:after="20" w:line="259" w:lineRule="auto"/>
        <w:shd w:fill="F8E8E8" w:val="clear"/>
      </w:pPr>
      <w:r>
        <w:rPr>
          <w:rFonts w:ascii="Calibri" w:hAnsi="Calibri" w:eastAsia="Calibri"/>
          <w:b w:val="0"/>
          <w:i w:val="0"/>
          <w:color w:val="A02828"/>
          <w:sz w:val="22"/>
        </w:rPr>
        <w:t xml:space="preserve">    D. [WRONG] Start dobutamine for hypertensive APO</w:t>
      </w:r>
    </w:p>
    <w:p>
      <w:pPr>
        <w:spacing w:before="0" w:after="20" w:line="259" w:lineRule="auto"/>
      </w:pPr>
      <w:r>
        <w:rPr>
          <w:rFonts w:ascii="Calibri" w:hAnsi="Calibri" w:eastAsia="Calibri"/>
          <w:b w:val="0"/>
          <w:i/>
          <w:color w:val="282828"/>
          <w:sz w:val="22"/>
        </w:rPr>
        <w:t xml:space="preserve">       Bay: Inotropes are for hypotensive cardiogenic shock. His BP is still high.</w:t>
      </w:r>
    </w:p>
    <w:p>
      <w:pPr>
        <w:spacing w:before="120" w:after="20" w:line="259" w:lineRule="auto"/>
        <w:shd w:fill="F8E8E8" w:val="clear"/>
      </w:pPr>
      <w:r>
        <w:rPr>
          <w:rFonts w:ascii="Calibri" w:hAnsi="Calibri" w:eastAsia="Calibri"/>
          <w:b w:val="0"/>
          <w:i w:val="0"/>
          <w:color w:val="A02828"/>
          <w:sz w:val="22"/>
        </w:rPr>
        <w:t xml:space="preserve">    E. [WRONG] Give 1 L 0.9% saline because creatinine is 128</w:t>
      </w:r>
    </w:p>
    <w:p>
      <w:pPr>
        <w:spacing w:before="0" w:after="20" w:line="259" w:lineRule="auto"/>
      </w:pPr>
      <w:r>
        <w:rPr>
          <w:rFonts w:ascii="Calibri" w:hAnsi="Calibri" w:eastAsia="Calibri"/>
          <w:b w:val="0"/>
          <w:i/>
          <w:color w:val="282828"/>
          <w:sz w:val="22"/>
        </w:rPr>
        <w:t xml:space="preserve">       Bay: A creatinine of 128 does not override pulmonary oedema. Do not fill him.</w:t>
      </w:r>
    </w:p>
    <w:p>
      <w:pPr>
        <w:spacing w:before="120" w:after="20" w:line="259" w:lineRule="auto"/>
        <w:shd w:fill="F8E8E8" w:val="clear"/>
      </w:pPr>
      <w:r>
        <w:rPr>
          <w:rFonts w:ascii="Calibri" w:hAnsi="Calibri" w:eastAsia="Calibri"/>
          <w:b w:val="0"/>
          <w:i w:val="0"/>
          <w:color w:val="A02828"/>
          <w:sz w:val="22"/>
        </w:rPr>
        <w:t>B. [WRONG] Stop CPAP; transfer to a general ward</w:t>
      </w:r>
    </w:p>
    <w:p>
      <w:pPr>
        <w:spacing w:before="0" w:after="20" w:line="259" w:lineRule="auto"/>
      </w:pPr>
      <w:r>
        <w:rPr>
          <w:rFonts w:ascii="Calibri" w:hAnsi="Calibri" w:eastAsia="Calibri"/>
          <w:b w:val="0"/>
          <w:i/>
          <w:color w:val="282828"/>
          <w:sz w:val="22"/>
        </w:rPr>
        <w:t>Bay: He still needs ventilatory support. Stopping CPAP now is how these patients crash.</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1 L saline because creatinine is 128</w:t>
      </w:r>
    </w:p>
    <w:p>
      <w:pPr>
        <w:spacing w:before="0" w:after="20" w:line="259" w:lineRule="auto"/>
      </w:pPr>
      <w:r>
        <w:rPr>
          <w:rFonts w:ascii="Calibri" w:hAnsi="Calibri" w:eastAsia="Calibri"/>
          <w:b w:val="0"/>
          <w:i/>
          <w:color w:val="282828"/>
          <w:sz w:val="22"/>
        </w:rPr>
        <w:t>Bay: A creatinine of 128 does not override pulmonary oedema. Do not fill him.</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PPCI for LV strain without ST elevation</w:t>
      </w:r>
    </w:p>
    <w:p>
      <w:pPr>
        <w:spacing w:before="0" w:after="20" w:line="259" w:lineRule="auto"/>
      </w:pPr>
      <w:r>
        <w:rPr>
          <w:rFonts w:ascii="Calibri" w:hAnsi="Calibri" w:eastAsia="Calibri"/>
          <w:b w:val="0"/>
          <w:i/>
          <w:color w:val="282828"/>
          <w:sz w:val="22"/>
        </w:rPr>
        <w:t>Bay: LV strain is not ST elevation. Treat the oedema; discuss ACS only if the tracing evolves.</w:t>
      </w:r>
    </w:p>
    <w:p>
      <w:pPr>
        <w:spacing w:before="120" w:after="20" w:line="259" w:lineRule="auto"/>
        <w:shd w:fill="F8E8E8" w:val="clear"/>
      </w:pPr>
      <w:r>
        <w:rPr>
          <w:rFonts w:ascii="Calibri" w:hAnsi="Calibri" w:eastAsia="Calibri"/>
          <w:b w:val="0"/>
          <w:i w:val="0"/>
          <w:color w:val="A02828"/>
          <w:sz w:val="22"/>
        </w:rPr>
        <w:t>E. [WRONG] Dobutamine 5 microg/kg/min</w:t>
      </w:r>
    </w:p>
    <w:p>
      <w:pPr>
        <w:spacing w:before="0" w:after="20" w:line="259" w:lineRule="auto"/>
      </w:pPr>
      <w:r>
        <w:rPr>
          <w:rFonts w:ascii="Calibri" w:hAnsi="Calibri" w:eastAsia="Calibri"/>
          <w:b w:val="0"/>
          <w:i/>
          <w:color w:val="282828"/>
          <w:sz w:val="22"/>
        </w:rPr>
        <w:t>Bay: Inotropes are for hypotensive cardiogenic shock. His BP is still high — nitrates and CPAP are the treatment.</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Wife is in the relatives' room.</w:t>
      </w:r>
    </w:p>
    <w:p>
      <w:pPr>
        <w:spacing w:before="120" w:after="20" w:line="259" w:lineRule="auto"/>
        <w:shd w:fill="E8F5EC" w:val="clear"/>
      </w:pPr>
      <w:r>
        <w:rPr>
          <w:rFonts w:ascii="Calibri" w:hAnsi="Calibri" w:eastAsia="Calibri"/>
          <w:b/>
          <w:i w:val="0"/>
          <w:color w:val="146E3C"/>
          <w:sz w:val="22"/>
        </w:rPr>
        <w:t>A. [CORRECT] Ask about diuretic compliance, diet, ischaemic symptoms, and dialysis status</w:t>
      </w:r>
    </w:p>
    <w:p>
      <w:pPr>
        <w:spacing w:before="0" w:after="20" w:line="259" w:lineRule="auto"/>
      </w:pPr>
      <w:r>
        <w:rPr>
          <w:rFonts w:ascii="Calibri" w:hAnsi="Calibri" w:eastAsia="Calibri"/>
          <w:b w:val="0"/>
          <w:i/>
          <w:color w:val="282828"/>
          <w:sz w:val="22"/>
        </w:rPr>
        <w:t>Bay: Ran out of furosemide three days ago. No chest pain. Not on dialysis.</w:t>
      </w:r>
    </w:p>
    <w:p>
      <w:pPr>
        <w:spacing w:before="120" w:after="20" w:line="259" w:lineRule="auto"/>
        <w:shd w:fill="E8F5EC" w:val="clear"/>
      </w:pPr>
      <w:r>
        <w:rPr>
          <w:rFonts w:ascii="Calibri" w:hAnsi="Calibri" w:eastAsia="Calibri"/>
          <w:b/>
          <w:i w:val="0"/>
          <w:color w:val="146E3C"/>
          <w:sz w:val="22"/>
        </w:rPr>
        <w:t>B. [CORRECT] Check previous echo, ejection fraction, and drugs including NSAIDs</w:t>
      </w:r>
    </w:p>
    <w:p>
      <w:pPr>
        <w:spacing w:before="0" w:after="20" w:line="259" w:lineRule="auto"/>
      </w:pPr>
      <w:r>
        <w:rPr>
          <w:rFonts w:ascii="Calibri" w:hAnsi="Calibri" w:eastAsia="Calibri"/>
          <w:b w:val="0"/>
          <w:i/>
          <w:color w:val="282828"/>
          <w:sz w:val="22"/>
        </w:rPr>
        <w:t>Bay: EF 35% last year. Ibuprofen for a sore knee.</w:t>
      </w:r>
    </w:p>
    <w:p>
      <w:pPr>
        <w:spacing w:before="120" w:after="20" w:line="259" w:lineRule="auto"/>
        <w:shd w:fill="E8F5EC" w:val="clear"/>
      </w:pPr>
      <w:r>
        <w:rPr>
          <w:rFonts w:ascii="Calibri" w:hAnsi="Calibri" w:eastAsia="Calibri"/>
          <w:b/>
          <w:i w:val="0"/>
          <w:color w:val="146E3C"/>
          <w:sz w:val="22"/>
        </w:rPr>
        <w:t>C. [CORRECT] Ask about orthopnoea, nocturnal dyspnoea and recent weight gain</w:t>
      </w:r>
    </w:p>
    <w:p>
      <w:pPr>
        <w:spacing w:before="0" w:after="20" w:line="259" w:lineRule="auto"/>
      </w:pPr>
      <w:r>
        <w:rPr>
          <w:rFonts w:ascii="Calibri" w:hAnsi="Calibri" w:eastAsia="Calibri"/>
          <w:b w:val="0"/>
          <w:i/>
          <w:color w:val="282828"/>
          <w:sz w:val="22"/>
        </w:rPr>
        <w:t>Bay: Three pillows. Shoes tight.</w:t>
      </w:r>
    </w:p>
    <w:p>
      <w:pPr>
        <w:spacing w:before="120" w:after="20" w:line="259" w:lineRule="auto"/>
        <w:shd w:fill="F8E8E8" w:val="clear"/>
      </w:pPr>
      <w:r>
        <w:rPr>
          <w:rFonts w:ascii="Calibri" w:hAnsi="Calibri" w:eastAsia="Calibri"/>
          <w:b w:val="0"/>
          <w:i w:val="0"/>
          <w:color w:val="A02828"/>
          <w:sz w:val="22"/>
        </w:rPr>
        <w:t>D. [WRONG] Defer CPAP until NT-proBNP and a formal departmental echo are reported</w:t>
      </w:r>
    </w:p>
    <w:p>
      <w:pPr>
        <w:spacing w:before="0" w:after="20" w:line="259" w:lineRule="auto"/>
      </w:pPr>
      <w:r>
        <w:rPr>
          <w:rFonts w:ascii="Calibri" w:hAnsi="Calibri" w:eastAsia="Calibri"/>
          <w:b w:val="0"/>
          <w:i/>
          <w:color w:val="282828"/>
          <w:sz w:val="22"/>
        </w:rPr>
        <w:t>Bay: You already have the diagnosis at the bedside. Do not delay NIV for a peptide.</w:t>
      </w:r>
    </w:p>
    <w:p>
      <w:pPr>
        <w:spacing w:before="120" w:after="20" w:line="259" w:lineRule="auto"/>
        <w:shd w:fill="F8E8E8" w:val="clear"/>
      </w:pPr>
      <w:r>
        <w:rPr>
          <w:rFonts w:ascii="Calibri" w:hAnsi="Calibri" w:eastAsia="Calibri"/>
          <w:b w:val="0"/>
          <w:i w:val="0"/>
          <w:color w:val="A02828"/>
          <w:sz w:val="22"/>
        </w:rPr>
        <w:t>E. [WRONG] Withhold nitrates and CPAP until the heart-failure specialist nurse attends</w:t>
      </w:r>
    </w:p>
    <w:p>
      <w:pPr>
        <w:spacing w:before="0" w:after="20" w:line="259" w:lineRule="auto"/>
      </w:pPr>
      <w:r>
        <w:rPr>
          <w:rFonts w:ascii="Calibri" w:hAnsi="Calibri" w:eastAsia="Calibri"/>
          <w:b w:val="0"/>
          <w:i/>
          <w:color w:val="282828"/>
          <w:sz w:val="22"/>
        </w:rPr>
        <w:t>Bay: Treat now. Specialist review can follow once he is no longer drowning.</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Sudden nocturnal dyspnoea, crackles, hypertension, wet film.</w:t>
      </w:r>
    </w:p>
    <w:p>
      <w:pPr>
        <w:spacing w:before="120" w:after="20" w:line="259" w:lineRule="auto"/>
        <w:shd w:fill="E8F5EC" w:val="clear"/>
      </w:pPr>
      <w:r>
        <w:rPr>
          <w:rFonts w:ascii="Calibri" w:hAnsi="Calibri" w:eastAsia="Calibri"/>
          <w:b/>
          <w:i w:val="0"/>
          <w:color w:val="146E3C"/>
          <w:sz w:val="22"/>
        </w:rPr>
        <w:t>A. [CORRECT] Acute cardiogenic pulmonary oedema</w:t>
      </w:r>
    </w:p>
    <w:p>
      <w:pPr>
        <w:spacing w:before="0" w:after="20" w:line="259" w:lineRule="auto"/>
      </w:pPr>
      <w:r>
        <w:rPr>
          <w:rFonts w:ascii="Calibri" w:hAnsi="Calibri" w:eastAsia="Calibri"/>
          <w:b w:val="0"/>
          <w:i/>
          <w:color w:val="282828"/>
          <w:sz w:val="22"/>
        </w:rPr>
        <w:t>Bay: Sudden nocturnal dyspnoea, hypertension, crackles and a wet film — that is APO.</w:t>
      </w:r>
    </w:p>
    <w:p>
      <w:pPr>
        <w:spacing w:before="120" w:after="20" w:line="259" w:lineRule="auto"/>
        <w:shd w:fill="F8E8E8" w:val="clear"/>
      </w:pPr>
      <w:r>
        <w:rPr>
          <w:rFonts w:ascii="Calibri" w:hAnsi="Calibri" w:eastAsia="Calibri"/>
          <w:b w:val="0"/>
          <w:i w:val="0"/>
          <w:color w:val="A02828"/>
          <w:sz w:val="22"/>
        </w:rPr>
        <w:t>B. [WRONG] High-risk (massive) pulmonary embolism</w:t>
      </w:r>
    </w:p>
    <w:p>
      <w:pPr>
        <w:spacing w:before="0" w:after="20" w:line="259" w:lineRule="auto"/>
      </w:pPr>
      <w:r>
        <w:rPr>
          <w:rFonts w:ascii="Calibri" w:hAnsi="Calibri" w:eastAsia="Calibri"/>
          <w:b w:val="0"/>
          <w:i/>
          <w:color w:val="282828"/>
          <w:sz w:val="22"/>
        </w:rPr>
        <w:t>Bay: The chest is full of crackles, BP is high, and the film is wet — not a clear-chest PE.</w:t>
      </w:r>
    </w:p>
    <w:p>
      <w:pPr>
        <w:spacing w:before="120" w:after="20" w:line="259" w:lineRule="auto"/>
        <w:shd w:fill="F8E8E8" w:val="clear"/>
      </w:pPr>
      <w:r>
        <w:rPr>
          <w:rFonts w:ascii="Calibri" w:hAnsi="Calibri" w:eastAsia="Calibri"/>
          <w:b w:val="0"/>
          <w:i w:val="0"/>
          <w:color w:val="A02828"/>
          <w:sz w:val="22"/>
        </w:rPr>
        <w:t>C. [WRONG] Life-threatening acute asthma</w:t>
      </w:r>
    </w:p>
    <w:p>
      <w:pPr>
        <w:spacing w:before="0" w:after="20" w:line="259" w:lineRule="auto"/>
      </w:pPr>
      <w:r>
        <w:rPr>
          <w:rFonts w:ascii="Calibri" w:hAnsi="Calibri" w:eastAsia="Calibri"/>
          <w:b w:val="0"/>
          <w:i/>
          <w:color w:val="282828"/>
          <w:sz w:val="22"/>
        </w:rPr>
        <w:t>Bay: Known IHD, frothy sputum and crackles, not wheeze and a silent chest.</w:t>
      </w:r>
    </w:p>
    <w:p>
      <w:pPr>
        <w:spacing w:before="120" w:after="20" w:line="259" w:lineRule="auto"/>
        <w:shd w:fill="F8E8E8" w:val="clear"/>
      </w:pPr>
      <w:r>
        <w:rPr>
          <w:rFonts w:ascii="Calibri" w:hAnsi="Calibri" w:eastAsia="Calibri"/>
          <w:b w:val="0"/>
          <w:i w:val="0"/>
          <w:color w:val="A02828"/>
          <w:sz w:val="22"/>
        </w:rPr>
        <w:t>D. [WRONG] Severe community-acquired pneumonia</w:t>
      </w:r>
    </w:p>
    <w:p>
      <w:pPr>
        <w:spacing w:before="0" w:after="20" w:line="259" w:lineRule="auto"/>
      </w:pPr>
      <w:r>
        <w:rPr>
          <w:rFonts w:ascii="Calibri" w:hAnsi="Calibri" w:eastAsia="Calibri"/>
          <w:b w:val="0"/>
          <w:i/>
          <w:color w:val="282828"/>
          <w:sz w:val="22"/>
        </w:rPr>
        <w:t>Bay: Hyperacute, hypertensive, and wet to the apices. Infection is not the lead.</w:t>
      </w:r>
    </w:p>
    <w:p>
      <w:pPr>
        <w:spacing w:before="120" w:after="20" w:line="259" w:lineRule="auto"/>
        <w:shd w:fill="F8E8E8" w:val="clear"/>
      </w:pPr>
      <w:r>
        <w:rPr>
          <w:rFonts w:ascii="Calibri" w:hAnsi="Calibri" w:eastAsia="Calibri"/>
          <w:b w:val="0"/>
          <w:i w:val="0"/>
          <w:color w:val="A02828"/>
          <w:sz w:val="22"/>
        </w:rPr>
        <w:t>E. [WRONG] Non-cardiogenic (ARDS) pulmonary oedema</w:t>
      </w:r>
    </w:p>
    <w:p>
      <w:pPr>
        <w:spacing w:before="0" w:after="20" w:line="259" w:lineRule="auto"/>
      </w:pPr>
      <w:r>
        <w:rPr>
          <w:rFonts w:ascii="Calibri" w:hAnsi="Calibri" w:eastAsia="Calibri"/>
          <w:b w:val="0"/>
          <w:i/>
          <w:color w:val="282828"/>
          <w:sz w:val="22"/>
        </w:rPr>
        <w:t>Bay: Hypertensive, known low EF, and a cardiogenic film. This is not ARDS.</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He is settling on CPAP.</w:t>
      </w:r>
    </w:p>
    <w:p>
      <w:pPr>
        <w:spacing w:before="120" w:after="20" w:line="259" w:lineRule="auto"/>
        <w:shd w:fill="E8F5EC" w:val="clear"/>
      </w:pPr>
      <w:r>
        <w:rPr>
          <w:rFonts w:ascii="Calibri" w:hAnsi="Calibri" w:eastAsia="Calibri"/>
          <w:b/>
          <w:i w:val="0"/>
          <w:color w:val="146E3C"/>
          <w:sz w:val="22"/>
        </w:rPr>
        <w:t>A. [CORRECT] Wean CPAP, keep nitrates, refer CCU</w:t>
      </w:r>
    </w:p>
    <w:p>
      <w:pPr>
        <w:spacing w:before="0" w:after="20" w:line="259" w:lineRule="auto"/>
      </w:pPr>
      <w:r>
        <w:rPr>
          <w:rFonts w:ascii="Calibri" w:hAnsi="Calibri" w:eastAsia="Calibri"/>
          <w:b w:val="0"/>
          <w:i/>
          <w:color w:val="282828"/>
          <w:sz w:val="22"/>
        </w:rPr>
        <w:t>Bay: CPAP 8. Talking. BP 150.</w:t>
      </w:r>
    </w:p>
    <w:p>
      <w:pPr>
        <w:spacing w:before="0" w:after="40" w:line="259" w:lineRule="auto"/>
      </w:pPr>
      <w:r>
        <w:rPr>
          <w:rFonts w:ascii="Calibri" w:hAnsi="Calibri" w:eastAsia="Calibri"/>
          <w:b w:val="0"/>
          <w:i/>
          <w:color w:val="5A4614"/>
          <w:sz w:val="20"/>
        </w:rPr>
        <w:t>Reaction: sbp -10, rr -4</w:t>
      </w:r>
    </w:p>
    <w:p>
      <w:pPr>
        <w:spacing w:before="80" w:after="40" w:line="259" w:lineRule="auto"/>
      </w:pPr>
      <w:r>
        <w:rPr>
          <w:rFonts w:ascii="Calibri" w:hAnsi="Calibri" w:eastAsia="Calibri"/>
          <w:b/>
          <w:i w:val="0"/>
          <w:color w:val="46326E"/>
          <w:sz w:val="22"/>
        </w:rPr>
        <w:t xml:space="preserve">    Follow-up: How do you wean?</w:t>
      </w:r>
    </w:p>
    <w:p>
      <w:pPr>
        <w:spacing w:before="120" w:after="20" w:line="259" w:lineRule="auto"/>
        <w:shd w:fill="E8F5EC" w:val="clear"/>
      </w:pPr>
      <w:r>
        <w:rPr>
          <w:rFonts w:ascii="Calibri" w:hAnsi="Calibri" w:eastAsia="Calibri"/>
          <w:b/>
          <w:i w:val="0"/>
          <w:color w:val="146E3C"/>
          <w:sz w:val="22"/>
        </w:rPr>
        <w:t xml:space="preserve">    A. [CORRECT] Wean CPAP as tolerated; keep nitrates if hypertensive</w:t>
      </w:r>
    </w:p>
    <w:p>
      <w:pPr>
        <w:spacing w:before="0" w:after="20" w:line="259" w:lineRule="auto"/>
      </w:pPr>
      <w:r>
        <w:rPr>
          <w:rFonts w:ascii="Calibri" w:hAnsi="Calibri" w:eastAsia="Calibri"/>
          <w:b w:val="0"/>
          <w:i/>
          <w:color w:val="282828"/>
          <w:sz w:val="22"/>
        </w:rPr>
        <w:t xml:space="preserve">       Bay: Do not drop CPAP and nitrates together. Wean as he talks and sats hold.</w:t>
      </w:r>
    </w:p>
    <w:p>
      <w:pPr>
        <w:spacing w:before="120" w:after="20" w:line="259" w:lineRule="auto"/>
        <w:shd w:fill="F8E8E8" w:val="clear"/>
      </w:pPr>
      <w:r>
        <w:rPr>
          <w:rFonts w:ascii="Calibri" w:hAnsi="Calibri" w:eastAsia="Calibri"/>
          <w:b w:val="0"/>
          <w:i w:val="0"/>
          <w:color w:val="A02828"/>
          <w:sz w:val="22"/>
        </w:rPr>
        <w:t xml:space="preserve">    B. [WRONG] Stop CPAP now and send him to AMU</w:t>
      </w:r>
    </w:p>
    <w:p>
      <w:pPr>
        <w:spacing w:before="0" w:after="20" w:line="259" w:lineRule="auto"/>
      </w:pPr>
      <w:r>
        <w:rPr>
          <w:rFonts w:ascii="Calibri" w:hAnsi="Calibri" w:eastAsia="Calibri"/>
          <w:b w:val="0"/>
          <w:i/>
          <w:color w:val="282828"/>
          <w:sz w:val="22"/>
        </w:rPr>
        <w:t xml:space="preserve">       Bay: He was in type 2 failure on CPAP. He does not leave resus off support.</w:t>
      </w:r>
    </w:p>
    <w:p>
      <w:pPr>
        <w:spacing w:before="120" w:after="20" w:line="259" w:lineRule="auto"/>
        <w:shd w:fill="F8E8E8" w:val="clear"/>
      </w:pPr>
      <w:r>
        <w:rPr>
          <w:rFonts w:ascii="Calibri" w:hAnsi="Calibri" w:eastAsia="Calibri"/>
          <w:b w:val="0"/>
          <w:i w:val="0"/>
          <w:color w:val="A02828"/>
          <w:sz w:val="22"/>
        </w:rPr>
        <w:t xml:space="preserve">    C. [WRONG] Switch to oral furosemide 40 mg and discharge</w:t>
      </w:r>
    </w:p>
    <w:p>
      <w:pPr>
        <w:spacing w:before="0" w:after="20" w:line="259" w:lineRule="auto"/>
      </w:pPr>
      <w:r>
        <w:rPr>
          <w:rFonts w:ascii="Calibri" w:hAnsi="Calibri" w:eastAsia="Calibri"/>
          <w:b w:val="0"/>
          <w:i/>
          <w:color w:val="282828"/>
          <w:sz w:val="22"/>
        </w:rPr>
        <w:t xml:space="preserve">       Bay: He does not leave resus on a tablet an hour after NIV.</w:t>
      </w:r>
    </w:p>
    <w:p>
      <w:pPr>
        <w:spacing w:before="120" w:after="20" w:line="259" w:lineRule="auto"/>
        <w:shd w:fill="F8E8E8" w:val="clear"/>
      </w:pPr>
      <w:r>
        <w:rPr>
          <w:rFonts w:ascii="Calibri" w:hAnsi="Calibri" w:eastAsia="Calibri"/>
          <w:b w:val="0"/>
          <w:i w:val="0"/>
          <w:color w:val="A02828"/>
          <w:sz w:val="22"/>
        </w:rPr>
        <w:t xml:space="preserve">    D. [WRONG] Apply a GTN patch, stop CPAP, unmonitored transfer</w:t>
      </w:r>
    </w:p>
    <w:p>
      <w:pPr>
        <w:spacing w:before="0" w:after="20" w:line="259" w:lineRule="auto"/>
      </w:pPr>
      <w:r>
        <w:rPr>
          <w:rFonts w:ascii="Calibri" w:hAnsi="Calibri" w:eastAsia="Calibri"/>
          <w:b w:val="0"/>
          <w:i/>
          <w:color w:val="282828"/>
          <w:sz w:val="22"/>
        </w:rPr>
        <w:t xml:space="preserve">       Bay: He still needs monitored NIV-capable care, not a patch and an unmonitored bed.</w:t>
      </w:r>
    </w:p>
    <w:p>
      <w:pPr>
        <w:spacing w:before="120" w:after="20" w:line="259" w:lineRule="auto"/>
        <w:shd w:fill="F8E8E8" w:val="clear"/>
      </w:pPr>
      <w:r>
        <w:rPr>
          <w:rFonts w:ascii="Calibri" w:hAnsi="Calibri" w:eastAsia="Calibri"/>
          <w:b w:val="0"/>
          <w:i w:val="0"/>
          <w:color w:val="A02828"/>
          <w:sz w:val="22"/>
        </w:rPr>
        <w:t xml:space="preserve">    E. [WRONG] Start a morphine PCA as routine APO aftercare</w:t>
      </w:r>
    </w:p>
    <w:p>
      <w:pPr>
        <w:spacing w:before="0" w:after="20" w:line="259" w:lineRule="auto"/>
      </w:pPr>
      <w:r>
        <w:rPr>
          <w:rFonts w:ascii="Calibri" w:hAnsi="Calibri" w:eastAsia="Calibri"/>
          <w:b w:val="0"/>
          <w:i/>
          <w:color w:val="282828"/>
          <w:sz w:val="22"/>
        </w:rPr>
        <w:t xml:space="preserve">       Bay: Morphine is not routine APO care and a PCA adds no benefit here.</w:t>
      </w:r>
    </w:p>
    <w:p>
      <w:pPr>
        <w:spacing w:before="120" w:after="20" w:line="259" w:lineRule="auto"/>
        <w:shd w:fill="F8E8E8" w:val="clear"/>
      </w:pPr>
      <w:r>
        <w:rPr>
          <w:rFonts w:ascii="Calibri" w:hAnsi="Calibri" w:eastAsia="Calibri"/>
          <w:b w:val="0"/>
          <w:i w:val="0"/>
          <w:color w:val="A02828"/>
          <w:sz w:val="22"/>
        </w:rPr>
        <w:t>B. [WRONG] 1 L succinylated gelatin for pressure</w:t>
      </w:r>
    </w:p>
    <w:p>
      <w:pPr>
        <w:spacing w:before="0" w:after="20" w:line="259" w:lineRule="auto"/>
      </w:pPr>
      <w:r>
        <w:rPr>
          <w:rFonts w:ascii="Calibri" w:hAnsi="Calibri" w:eastAsia="Calibri"/>
          <w:b w:val="0"/>
          <w:i/>
          <w:color w:val="282828"/>
          <w:sz w:val="22"/>
        </w:rPr>
        <w:t>Bay: He does not need a colloid bolus. His problem was congestion, not empty tanks.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Oral furosemide 40 mg and discharge</w:t>
      </w:r>
    </w:p>
    <w:p>
      <w:pPr>
        <w:spacing w:before="0" w:after="20" w:line="259" w:lineRule="auto"/>
      </w:pPr>
      <w:r>
        <w:rPr>
          <w:rFonts w:ascii="Calibri" w:hAnsi="Calibri" w:eastAsia="Calibri"/>
          <w:b w:val="0"/>
          <w:i/>
          <w:color w:val="282828"/>
          <w:sz w:val="22"/>
        </w:rPr>
        <w:t>Bay: He was in type 2 respiratory failure on CPAP an hour ago. He does not leave resus on a tablet.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GTN patch, stop CPAP, unmonitored AMU</w:t>
      </w:r>
    </w:p>
    <w:p>
      <w:pPr>
        <w:spacing w:before="0" w:after="20" w:line="259" w:lineRule="auto"/>
      </w:pPr>
      <w:r>
        <w:rPr>
          <w:rFonts w:ascii="Calibri" w:hAnsi="Calibri" w:eastAsia="Calibri"/>
          <w:b w:val="0"/>
          <w:i/>
          <w:color w:val="282828"/>
          <w:sz w:val="22"/>
        </w:rPr>
        <w:t>Bay: He still needs monitored NIV-capable care, not a patch and an unmonitored bed.</w:t>
      </w:r>
    </w:p>
    <w:p>
      <w:pPr>
        <w:spacing w:before="120" w:after="20" w:line="259" w:lineRule="auto"/>
        <w:shd w:fill="F8E8E8" w:val="clear"/>
      </w:pPr>
      <w:r>
        <w:rPr>
          <w:rFonts w:ascii="Calibri" w:hAnsi="Calibri" w:eastAsia="Calibri"/>
          <w:b w:val="0"/>
          <w:i w:val="0"/>
          <w:color w:val="A02828"/>
          <w:sz w:val="22"/>
        </w:rPr>
        <w:t>E. [WRONG] Morphine PCA as routine APO aftercare</w:t>
      </w:r>
    </w:p>
    <w:p>
      <w:pPr>
        <w:spacing w:before="0" w:after="20" w:line="259" w:lineRule="auto"/>
      </w:pPr>
      <w:r>
        <w:rPr>
          <w:rFonts w:ascii="Calibri" w:hAnsi="Calibri" w:eastAsia="Calibri"/>
          <w:b w:val="0"/>
          <w:i/>
          <w:color w:val="282828"/>
          <w:sz w:val="22"/>
        </w:rPr>
        <w:t>Bay: Morphine is not routine APO care and a PCA adds no benefit here.</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He wants to lie flatter.</w:t>
      </w:r>
    </w:p>
    <w:p>
      <w:pPr>
        <w:spacing w:before="120" w:after="20" w:line="259" w:lineRule="auto"/>
        <w:shd w:fill="E8F5EC" w:val="clear"/>
      </w:pPr>
      <w:r>
        <w:rPr>
          <w:rFonts w:ascii="Calibri" w:hAnsi="Calibri" w:eastAsia="Calibri"/>
          <w:b/>
          <w:i w:val="0"/>
          <w:color w:val="146E3C"/>
          <w:sz w:val="22"/>
        </w:rPr>
        <w:t>A. [CORRECT] Coronary care unit / heart-failure HDU</w:t>
      </w:r>
    </w:p>
    <w:p>
      <w:pPr>
        <w:spacing w:before="0" w:after="20" w:line="259" w:lineRule="auto"/>
      </w:pPr>
      <w:r>
        <w:rPr>
          <w:rFonts w:ascii="Calibri" w:hAnsi="Calibri" w:eastAsia="Calibri"/>
          <w:b w:val="0"/>
          <w:i/>
          <w:color w:val="282828"/>
          <w:sz w:val="22"/>
        </w:rPr>
        <w:t>Bay: He needed CPAP for cardiogenic APO. CCU/HDU is the right monitored bed.</w:t>
      </w:r>
    </w:p>
    <w:p>
      <w:pPr>
        <w:spacing w:before="120" w:after="20" w:line="259" w:lineRule="auto"/>
        <w:shd w:fill="F8E8E8" w:val="clear"/>
      </w:pPr>
      <w:r>
        <w:rPr>
          <w:rFonts w:ascii="Calibri" w:hAnsi="Calibri" w:eastAsia="Calibri"/>
          <w:b w:val="0"/>
          <w:i w:val="0"/>
          <w:color w:val="A02828"/>
          <w:sz w:val="22"/>
        </w:rPr>
        <w:t>B. [WRONG] Unmonitored acute medical unit night bed</w:t>
      </w:r>
    </w:p>
    <w:p>
      <w:pPr>
        <w:spacing w:before="0" w:after="20" w:line="259" w:lineRule="auto"/>
      </w:pPr>
      <w:r>
        <w:rPr>
          <w:rFonts w:ascii="Calibri" w:hAnsi="Calibri" w:eastAsia="Calibri"/>
          <w:b w:val="0"/>
          <w:i/>
          <w:color w:val="282828"/>
          <w:sz w:val="22"/>
        </w:rPr>
        <w:t>Bay: He needed CPAP. An unmonitored AMU bed cannot watch for NIV failure.</w:t>
      </w:r>
    </w:p>
    <w:p>
      <w:pPr>
        <w:spacing w:before="120" w:after="20" w:line="259" w:lineRule="auto"/>
        <w:shd w:fill="F8E8E8" w:val="clear"/>
      </w:pPr>
      <w:r>
        <w:rPr>
          <w:rFonts w:ascii="Calibri" w:hAnsi="Calibri" w:eastAsia="Calibri"/>
          <w:b w:val="0"/>
          <w:i w:val="0"/>
          <w:color w:val="A02828"/>
          <w:sz w:val="22"/>
        </w:rPr>
        <w:t>C. [WRONG] General medical ward without NIV capability</w:t>
      </w:r>
    </w:p>
    <w:p>
      <w:pPr>
        <w:spacing w:before="0" w:after="20" w:line="259" w:lineRule="auto"/>
      </w:pPr>
      <w:r>
        <w:rPr>
          <w:rFonts w:ascii="Calibri" w:hAnsi="Calibri" w:eastAsia="Calibri"/>
          <w:b w:val="0"/>
          <w:i/>
          <w:color w:val="282828"/>
          <w:sz w:val="22"/>
        </w:rPr>
        <w:t>Bay: He may still need CPAP. A remote ward without NIV is the wrong bed.</w:t>
      </w:r>
    </w:p>
    <w:p>
      <w:pPr>
        <w:spacing w:before="120" w:after="20" w:line="259" w:lineRule="auto"/>
        <w:shd w:fill="F8E8E8" w:val="clear"/>
      </w:pPr>
      <w:r>
        <w:rPr>
          <w:rFonts w:ascii="Calibri" w:hAnsi="Calibri" w:eastAsia="Calibri"/>
          <w:b w:val="0"/>
          <w:i w:val="0"/>
          <w:color w:val="A02828"/>
          <w:sz w:val="22"/>
        </w:rPr>
        <w:t>D. [WRONG] Cardiac catheter laboratory for primary PCI</w:t>
      </w:r>
    </w:p>
    <w:p>
      <w:pPr>
        <w:spacing w:before="0" w:after="20" w:line="259" w:lineRule="auto"/>
      </w:pPr>
      <w:r>
        <w:rPr>
          <w:rFonts w:ascii="Calibri" w:hAnsi="Calibri" w:eastAsia="Calibri"/>
          <w:b w:val="0"/>
          <w:i/>
          <w:color w:val="282828"/>
          <w:sz w:val="22"/>
        </w:rPr>
        <w:t>Bay: There is no ST elevation. Treat the oedema; the lab is not first.</w:t>
      </w:r>
    </w:p>
    <w:p>
      <w:pPr>
        <w:spacing w:before="120" w:after="20" w:line="259" w:lineRule="auto"/>
        <w:shd w:fill="F8E8E8" w:val="clear"/>
      </w:pPr>
      <w:r>
        <w:rPr>
          <w:rFonts w:ascii="Calibri" w:hAnsi="Calibri" w:eastAsia="Calibri"/>
          <w:b w:val="0"/>
          <w:i w:val="0"/>
          <w:color w:val="A02828"/>
          <w:sz w:val="22"/>
        </w:rPr>
        <w:t>E. [WRONG] General ICU for immediate intubation without a CPAP wean</w:t>
      </w:r>
    </w:p>
    <w:p>
      <w:pPr>
        <w:spacing w:before="0" w:after="20" w:line="259" w:lineRule="auto"/>
      </w:pPr>
      <w:r>
        <w:rPr>
          <w:rFonts w:ascii="Calibri" w:hAnsi="Calibri" w:eastAsia="Calibri"/>
          <w:b w:val="0"/>
          <w:i/>
          <w:color w:val="282828"/>
          <w:sz w:val="22"/>
        </w:rPr>
        <w:t>Bay: He is settling on CPAP. ICU if he tiring; do not tube as a default destination.</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he leaves the bay.</w:t>
      </w:r>
    </w:p>
    <w:p>
      <w:pPr>
        <w:spacing w:before="120" w:after="20" w:line="259" w:lineRule="auto"/>
        <w:shd w:fill="E8F5EC" w:val="clear"/>
      </w:pPr>
      <w:r>
        <w:rPr>
          <w:rFonts w:ascii="Calibri" w:hAnsi="Calibri" w:eastAsia="Calibri"/>
          <w:b/>
          <w:i w:val="0"/>
          <w:color w:val="146E3C"/>
          <w:sz w:val="22"/>
        </w:rPr>
        <w:t>A. [CORRECT] Stop the NSAID, VTE prophylaxis, daily weights, echo when dry</w:t>
      </w:r>
    </w:p>
    <w:p>
      <w:pPr>
        <w:spacing w:before="0" w:after="20" w:line="259" w:lineRule="auto"/>
      </w:pPr>
      <w:r>
        <w:rPr>
          <w:rFonts w:ascii="Calibri" w:hAnsi="Calibri" w:eastAsia="Calibri"/>
          <w:b w:val="0"/>
          <w:i/>
          <w:color w:val="282828"/>
          <w:sz w:val="22"/>
        </w:rPr>
        <w:t>Bay: Ibuprofen stopped. Heart-failure nurse in the morning.</w:t>
      </w:r>
    </w:p>
    <w:p>
      <w:pPr>
        <w:spacing w:before="80" w:after="40" w:line="259" w:lineRule="auto"/>
      </w:pPr>
      <w:r>
        <w:rPr>
          <w:rFonts w:ascii="Calibri" w:hAnsi="Calibri" w:eastAsia="Calibri"/>
          <w:b/>
          <w:i w:val="0"/>
          <w:color w:val="46326E"/>
          <w:sz w:val="22"/>
        </w:rPr>
        <w:t xml:space="preserve">    Follow-up: What happens to his ibuprofen?</w:t>
      </w:r>
    </w:p>
    <w:p>
      <w:pPr>
        <w:spacing w:before="120" w:after="20" w:line="259" w:lineRule="auto"/>
        <w:shd w:fill="E8F5EC" w:val="clear"/>
      </w:pPr>
      <w:r>
        <w:rPr>
          <w:rFonts w:ascii="Calibri" w:hAnsi="Calibri" w:eastAsia="Calibri"/>
          <w:b/>
          <w:i w:val="0"/>
          <w:color w:val="146E3C"/>
          <w:sz w:val="22"/>
        </w:rPr>
        <w:t xml:space="preserve">    A. [CORRECT] Stop NSAIDs — they precipitated this decompensation</w:t>
      </w:r>
    </w:p>
    <w:p>
      <w:pPr>
        <w:spacing w:before="0" w:after="20" w:line="259" w:lineRule="auto"/>
      </w:pPr>
      <w:r>
        <w:rPr>
          <w:rFonts w:ascii="Calibri" w:hAnsi="Calibri" w:eastAsia="Calibri"/>
          <w:b w:val="0"/>
          <w:i/>
          <w:color w:val="282828"/>
          <w:sz w:val="22"/>
        </w:rPr>
        <w:t xml:space="preserve">       Bay: NSAIDs go. VTE prophylaxis, daily weights, echo when dry.</w:t>
      </w:r>
    </w:p>
    <w:p>
      <w:pPr>
        <w:spacing w:before="120" w:after="20" w:line="259" w:lineRule="auto"/>
        <w:shd w:fill="F8E8E8" w:val="clear"/>
      </w:pPr>
      <w:r>
        <w:rPr>
          <w:rFonts w:ascii="Calibri" w:hAnsi="Calibri" w:eastAsia="Calibri"/>
          <w:b w:val="0"/>
          <w:i w:val="0"/>
          <w:color w:val="A02828"/>
          <w:sz w:val="22"/>
        </w:rPr>
        <w:t xml:space="preserve">    B. [WRONG] Restart 400 mg three times daily for his knee</w:t>
      </w:r>
    </w:p>
    <w:p>
      <w:pPr>
        <w:spacing w:before="0" w:after="20" w:line="259" w:lineRule="auto"/>
      </w:pPr>
      <w:r>
        <w:rPr>
          <w:rFonts w:ascii="Calibri" w:hAnsi="Calibri" w:eastAsia="Calibri"/>
          <w:b w:val="0"/>
          <w:i/>
          <w:color w:val="282828"/>
          <w:sz w:val="22"/>
        </w:rPr>
        <w:t xml:space="preserve">       Bay: That is how he landed in pulmonary oedema.</w:t>
      </w:r>
    </w:p>
    <w:p>
      <w:pPr>
        <w:spacing w:before="120" w:after="20" w:line="259" w:lineRule="auto"/>
        <w:shd w:fill="F8E8E8" w:val="clear"/>
      </w:pPr>
      <w:r>
        <w:rPr>
          <w:rFonts w:ascii="Calibri" w:hAnsi="Calibri" w:eastAsia="Calibri"/>
          <w:b w:val="0"/>
          <w:i w:val="0"/>
          <w:color w:val="A02828"/>
          <w:sz w:val="22"/>
        </w:rPr>
        <w:t xml:space="preserve">    C. [WRONG] Switch to diclofenac, which is 'kinder' to the heart</w:t>
      </w:r>
    </w:p>
    <w:p>
      <w:pPr>
        <w:spacing w:before="0" w:after="20" w:line="259" w:lineRule="auto"/>
      </w:pPr>
      <w:r>
        <w:rPr>
          <w:rFonts w:ascii="Calibri" w:hAnsi="Calibri" w:eastAsia="Calibri"/>
          <w:b w:val="0"/>
          <w:i/>
          <w:color w:val="282828"/>
          <w:sz w:val="22"/>
        </w:rPr>
        <w:t xml:space="preserve">       Bay: Diclofenac is not kinder. Stop the class.</w:t>
      </w:r>
    </w:p>
    <w:p>
      <w:pPr>
        <w:spacing w:before="120" w:after="20" w:line="259" w:lineRule="auto"/>
        <w:shd w:fill="F8E8E8" w:val="clear"/>
      </w:pPr>
      <w:r>
        <w:rPr>
          <w:rFonts w:ascii="Calibri" w:hAnsi="Calibri" w:eastAsia="Calibri"/>
          <w:b w:val="0"/>
          <w:i w:val="0"/>
          <w:color w:val="A02828"/>
          <w:sz w:val="22"/>
        </w:rPr>
        <w:t xml:space="preserve">    D. [WRONG] Continue if creatinine stays under 150</w:t>
      </w:r>
    </w:p>
    <w:p>
      <w:pPr>
        <w:spacing w:before="0" w:after="20" w:line="259" w:lineRule="auto"/>
      </w:pPr>
      <w:r>
        <w:rPr>
          <w:rFonts w:ascii="Calibri" w:hAnsi="Calibri" w:eastAsia="Calibri"/>
          <w:b w:val="0"/>
          <w:i/>
          <w:color w:val="282828"/>
          <w:sz w:val="22"/>
        </w:rPr>
        <w:t xml:space="preserve">       Bay: Stop regardless. NSAIDs and APO do not mix.</w:t>
      </w:r>
    </w:p>
    <w:p>
      <w:pPr>
        <w:spacing w:before="120" w:after="20" w:line="259" w:lineRule="auto"/>
        <w:shd w:fill="F8E8E8" w:val="clear"/>
      </w:pPr>
      <w:r>
        <w:rPr>
          <w:rFonts w:ascii="Calibri" w:hAnsi="Calibri" w:eastAsia="Calibri"/>
          <w:b w:val="0"/>
          <w:i w:val="0"/>
          <w:color w:val="A02828"/>
          <w:sz w:val="22"/>
        </w:rPr>
        <w:t xml:space="preserve">    E. [WRONG] Give with PPI cover indefinitely</w:t>
      </w:r>
    </w:p>
    <w:p>
      <w:pPr>
        <w:spacing w:before="0" w:after="20" w:line="259" w:lineRule="auto"/>
      </w:pPr>
      <w:r>
        <w:rPr>
          <w:rFonts w:ascii="Calibri" w:hAnsi="Calibri" w:eastAsia="Calibri"/>
          <w:b w:val="0"/>
          <w:i/>
          <w:color w:val="282828"/>
          <w:sz w:val="22"/>
        </w:rPr>
        <w:t xml:space="preserve">       Bay: A PPI does not make an NSAID safe in decompensated heart failure.</w:t>
      </w:r>
    </w:p>
    <w:p>
      <w:pPr>
        <w:spacing w:before="120" w:after="20" w:line="259" w:lineRule="auto"/>
        <w:shd w:fill="F8E8E8" w:val="clear"/>
      </w:pPr>
      <w:r>
        <w:rPr>
          <w:rFonts w:ascii="Calibri" w:hAnsi="Calibri" w:eastAsia="Calibri"/>
          <w:b w:val="0"/>
          <w:i w:val="0"/>
          <w:color w:val="A02828"/>
          <w:sz w:val="22"/>
        </w:rPr>
        <w:t>B. [WRONG] Restart regular ibuprofen 400 mg three times daily for the osteoarthritic knee</w:t>
      </w:r>
    </w:p>
    <w:p>
      <w:pPr>
        <w:spacing w:before="0" w:after="20" w:line="259" w:lineRule="auto"/>
      </w:pPr>
      <w:r>
        <w:rPr>
          <w:rFonts w:ascii="Calibri" w:hAnsi="Calibri" w:eastAsia="Calibri"/>
          <w:b w:val="0"/>
          <w:i/>
          <w:color w:val="282828"/>
          <w:sz w:val="22"/>
        </w:rPr>
        <w:t>Bay: NSAIDs precipitated this decompensation. They stop, not restart.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Give a 1 L fluid challenge to protect the kidneys</w:t>
      </w:r>
    </w:p>
    <w:p>
      <w:pPr>
        <w:spacing w:before="0" w:after="20" w:line="259" w:lineRule="auto"/>
      </w:pPr>
      <w:r>
        <w:rPr>
          <w:rFonts w:ascii="Calibri" w:hAnsi="Calibri" w:eastAsia="Calibri"/>
          <w:b w:val="0"/>
          <w:i/>
          <w:color w:val="282828"/>
          <w:sz w:val="22"/>
        </w:rPr>
        <w:t>Bay: He is still wet. Filling will worsen oedema and will not fix a creatinine of 128 tonight.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Stop all diuretics because he has now passed urine</w:t>
      </w:r>
    </w:p>
    <w:p>
      <w:pPr>
        <w:spacing w:before="0" w:after="20" w:line="259" w:lineRule="auto"/>
      </w:pPr>
      <w:r>
        <w:rPr>
          <w:rFonts w:ascii="Calibri" w:hAnsi="Calibri" w:eastAsia="Calibri"/>
          <w:b w:val="0"/>
          <w:i/>
          <w:color w:val="282828"/>
          <w:sz w:val="22"/>
        </w:rPr>
        <w:t>Bay: He still needs loop diuretic. Stopping it now invites rebound congestion.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Load aspirin 300 mg and ticagrelor 180 mg for LV strain</w:t>
      </w:r>
    </w:p>
    <w:p>
      <w:pPr>
        <w:spacing w:before="0" w:after="20" w:line="259" w:lineRule="auto"/>
      </w:pPr>
      <w:r>
        <w:rPr>
          <w:rFonts w:ascii="Calibri" w:hAnsi="Calibri" w:eastAsia="Calibri"/>
          <w:b w:val="0"/>
          <w:i/>
          <w:color w:val="282828"/>
          <w:sz w:val="22"/>
        </w:rPr>
        <w:t>Bay: LV strain without ST elevation is not a primary-PCI activation.</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Echo tomorrow: EF 30%, no new ACS.</w:t>
      </w:r>
    </w:p>
    <w:p>
      <w:pPr>
        <w:spacing w:before="120" w:after="20" w:line="259" w:lineRule="auto"/>
        <w:shd w:fill="E8F5EC" w:val="clear"/>
      </w:pPr>
      <w:r>
        <w:rPr>
          <w:rFonts w:ascii="Calibri" w:hAnsi="Calibri" w:eastAsia="Calibri"/>
          <w:b/>
          <w:i w:val="0"/>
          <w:color w:val="146E3C"/>
          <w:sz w:val="22"/>
        </w:rPr>
        <w:t>A. [CORRECT] Decompensated cardiogenic pulmonary oedema</w:t>
      </w:r>
    </w:p>
    <w:p>
      <w:pPr>
        <w:spacing w:before="0" w:after="20" w:line="259" w:lineRule="auto"/>
      </w:pPr>
      <w:r>
        <w:rPr>
          <w:rFonts w:ascii="Calibri" w:hAnsi="Calibri" w:eastAsia="Calibri"/>
          <w:b w:val="0"/>
          <w:i/>
          <w:color w:val="282828"/>
          <w:sz w:val="22"/>
        </w:rPr>
        <w:t>Bay: Low EF, hypertensive APO, modest troponin, no territorial ST elevation — that is the diagnosis.</w:t>
      </w:r>
    </w:p>
    <w:p>
      <w:pPr>
        <w:spacing w:before="120" w:after="20" w:line="259" w:lineRule="auto"/>
        <w:shd w:fill="F8E8E8" w:val="clear"/>
      </w:pPr>
      <w:r>
        <w:rPr>
          <w:rFonts w:ascii="Calibri" w:hAnsi="Calibri" w:eastAsia="Calibri"/>
          <w:b w:val="0"/>
          <w:i w:val="0"/>
          <w:color w:val="A02828"/>
          <w:sz w:val="22"/>
        </w:rPr>
        <w:t>B. [WRONG] Anterior ST-elevation myocardial infarction</w:t>
      </w:r>
    </w:p>
    <w:p>
      <w:pPr>
        <w:spacing w:before="0" w:after="20" w:line="259" w:lineRule="auto"/>
      </w:pPr>
      <w:r>
        <w:rPr>
          <w:rFonts w:ascii="Calibri" w:hAnsi="Calibri" w:eastAsia="Calibri"/>
          <w:b w:val="0"/>
          <w:i/>
          <w:color w:val="282828"/>
          <w:sz w:val="22"/>
        </w:rPr>
        <w:t>Bay: No ST elevation and only a modest troponin. Treat as decompensated HF.</w:t>
      </w:r>
    </w:p>
    <w:p>
      <w:pPr>
        <w:spacing w:before="120" w:after="20" w:line="259" w:lineRule="auto"/>
        <w:shd w:fill="F8E8E8" w:val="clear"/>
      </w:pPr>
      <w:r>
        <w:rPr>
          <w:rFonts w:ascii="Calibri" w:hAnsi="Calibri" w:eastAsia="Calibri"/>
          <w:b w:val="0"/>
          <w:i w:val="0"/>
          <w:color w:val="A02828"/>
          <w:sz w:val="22"/>
        </w:rPr>
        <w:t>C. [WRONG] Non-cardiogenic ARDS / acute lung injury</w:t>
      </w:r>
    </w:p>
    <w:p>
      <w:pPr>
        <w:spacing w:before="0" w:after="20" w:line="259" w:lineRule="auto"/>
      </w:pPr>
      <w:r>
        <w:rPr>
          <w:rFonts w:ascii="Calibri" w:hAnsi="Calibri" w:eastAsia="Calibri"/>
          <w:b w:val="0"/>
          <w:i/>
          <w:color w:val="282828"/>
          <w:sz w:val="22"/>
        </w:rPr>
        <w:t>Bay: Hypertensive, wet, known low EF. This was cardiogenic.</w:t>
      </w:r>
    </w:p>
    <w:p>
      <w:pPr>
        <w:spacing w:before="120" w:after="20" w:line="259" w:lineRule="auto"/>
        <w:shd w:fill="F8E8E8" w:val="clear"/>
      </w:pPr>
      <w:r>
        <w:rPr>
          <w:rFonts w:ascii="Calibri" w:hAnsi="Calibri" w:eastAsia="Calibri"/>
          <w:b w:val="0"/>
          <w:i w:val="0"/>
          <w:color w:val="A02828"/>
          <w:sz w:val="22"/>
        </w:rPr>
        <w:t>D. [WRONG] High-risk (massive) pulmonary embolism</w:t>
      </w:r>
    </w:p>
    <w:p>
      <w:pPr>
        <w:spacing w:before="0" w:after="20" w:line="259" w:lineRule="auto"/>
      </w:pPr>
      <w:r>
        <w:rPr>
          <w:rFonts w:ascii="Calibri" w:hAnsi="Calibri" w:eastAsia="Calibri"/>
          <w:b w:val="0"/>
          <w:i/>
          <w:color w:val="282828"/>
          <w:sz w:val="22"/>
        </w:rPr>
        <w:t>Bay: Crackles, a wet film and hypertension do not make high-risk PE.</w:t>
      </w:r>
    </w:p>
    <w:p>
      <w:pPr>
        <w:spacing w:before="120" w:after="20" w:line="259" w:lineRule="auto"/>
        <w:shd w:fill="F8E8E8" w:val="clear"/>
      </w:pPr>
      <w:r>
        <w:rPr>
          <w:rFonts w:ascii="Calibri" w:hAnsi="Calibri" w:eastAsia="Calibri"/>
          <w:b w:val="0"/>
          <w:i w:val="0"/>
          <w:color w:val="A02828"/>
          <w:sz w:val="22"/>
        </w:rPr>
        <w:t>E. [WRONG] Severe community-acquired pneumonia</w:t>
      </w:r>
    </w:p>
    <w:p>
      <w:pPr>
        <w:spacing w:before="0" w:after="20" w:line="259" w:lineRule="auto"/>
      </w:pPr>
      <w:r>
        <w:rPr>
          <w:rFonts w:ascii="Calibri" w:hAnsi="Calibri" w:eastAsia="Calibri"/>
          <w:b w:val="0"/>
          <w:i/>
          <w:color w:val="282828"/>
          <w:sz w:val="22"/>
        </w:rPr>
        <w:t>Bay: Hyperacute nocturnal drowning, not a productive febrile pneumonia.</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Acute cardiogenic pulmonary oedema</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Sudden nocturnal dyspnoea, cannot lie flat</w:t>
      </w:r>
    </w:p>
    <w:p>
      <w:pPr>
        <w:spacing w:before="0" w:after="40" w:line="259" w:lineRule="auto"/>
      </w:pPr>
      <w:r>
        <w:rPr>
          <w:rFonts w:ascii="Calibri" w:hAnsi="Calibri" w:eastAsia="Calibri"/>
          <w:b w:val="0"/>
          <w:i w:val="0"/>
          <w:sz w:val="22"/>
        </w:rPr>
        <w:t>• Hypertension, crackles, frothy sputum</w:t>
      </w:r>
    </w:p>
    <w:p>
      <w:pPr>
        <w:spacing w:before="0" w:after="40" w:line="259" w:lineRule="auto"/>
      </w:pPr>
      <w:r>
        <w:rPr>
          <w:rFonts w:ascii="Calibri" w:hAnsi="Calibri" w:eastAsia="Calibri"/>
          <w:b w:val="0"/>
          <w:i w:val="0"/>
          <w:sz w:val="22"/>
        </w:rPr>
        <w:t>• Wet CXR, LV strain, raised JVP</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12-lead ECG (look for ACS)</w:t>
      </w:r>
    </w:p>
    <w:p>
      <w:pPr>
        <w:spacing w:before="0" w:after="40" w:line="259" w:lineRule="auto"/>
      </w:pPr>
      <w:r>
        <w:rPr>
          <w:rFonts w:ascii="Calibri" w:hAnsi="Calibri" w:eastAsia="Calibri"/>
          <w:b w:val="0"/>
          <w:i w:val="0"/>
          <w:sz w:val="22"/>
        </w:rPr>
        <w:t>• CXR, VBG, troponin, U&amp;E</w:t>
      </w:r>
    </w:p>
    <w:p>
      <w:pPr>
        <w:spacing w:before="0" w:after="40" w:line="259" w:lineRule="auto"/>
      </w:pPr>
      <w:r>
        <w:rPr>
          <w:rFonts w:ascii="Calibri" w:hAnsi="Calibri" w:eastAsia="Calibri"/>
          <w:b w:val="0"/>
          <w:i w:val="0"/>
          <w:sz w:val="22"/>
        </w:rPr>
        <w:t>• Echo when stable</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Sit up, oxygen, CPAP</w:t>
      </w:r>
    </w:p>
    <w:p>
      <w:pPr>
        <w:spacing w:before="0" w:after="40" w:line="259" w:lineRule="auto"/>
      </w:pPr>
      <w:r>
        <w:rPr>
          <w:rFonts w:ascii="Calibri" w:hAnsi="Calibri" w:eastAsia="Calibri"/>
          <w:b w:val="0"/>
          <w:i w:val="0"/>
          <w:sz w:val="22"/>
        </w:rPr>
        <w:t>• Nitrates if hypertensive, loop diuretic</w:t>
      </w:r>
    </w:p>
    <w:p>
      <w:pPr>
        <w:spacing w:before="0" w:after="40" w:line="259" w:lineRule="auto"/>
      </w:pPr>
      <w:r>
        <w:rPr>
          <w:rFonts w:ascii="Calibri" w:hAnsi="Calibri" w:eastAsia="Calibri"/>
          <w:b w:val="0"/>
          <w:i w:val="0"/>
          <w:sz w:val="22"/>
        </w:rPr>
        <w:t>• Treat ischaemia if present</w:t>
      </w:r>
    </w:p>
    <w:p>
      <w:pPr>
        <w:spacing w:before="0" w:after="40" w:line="259" w:lineRule="auto"/>
      </w:pPr>
      <w:r>
        <w:rPr>
          <w:rFonts w:ascii="Calibri" w:hAnsi="Calibri" w:eastAsia="Calibri"/>
          <w:b w:val="0"/>
          <w:i w:val="0"/>
          <w:sz w:val="22"/>
        </w:rPr>
        <w:t>• HDU/CCU</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NICE NG106 Chronic heart failure / acute HF</w:t>
      </w:r>
    </w:p>
    <w:p>
      <w:pPr>
        <w:spacing w:before="0" w:after="40" w:line="259" w:lineRule="auto"/>
      </w:pPr>
      <w:r>
        <w:rPr>
          <w:rFonts w:ascii="Calibri" w:hAnsi="Calibri" w:eastAsia="Calibri"/>
          <w:b w:val="0"/>
          <w:i w:val="0"/>
          <w:sz w:val="22"/>
        </w:rPr>
        <w:t>• ESC acute heart failure</w:t>
      </w:r>
    </w:p>
    <w:p>
      <w:pPr>
        <w:spacing w:before="0" w:after="40" w:line="259" w:lineRule="auto"/>
      </w:pPr>
      <w:r>
        <w:rPr>
          <w:rFonts w:ascii="Calibri" w:hAnsi="Calibri" w:eastAsia="Calibri"/>
          <w:b w:val="0"/>
          <w:i w:val="0"/>
          <w:sz w:val="22"/>
        </w:rPr>
        <w:t>• RCEM acute HF</w:t>
      </w:r>
    </w:p>
    <w:p>
      <w:r>
        <w:br w:type="page"/>
      </w:r>
    </w:p>
    <w:p>
      <w:pPr>
        <w:spacing w:before="120" w:after="160" w:line="259" w:lineRule="auto"/>
      </w:pPr>
      <w:r>
        <w:rPr>
          <w:rFonts w:ascii="Calibri" w:hAnsi="Calibri" w:eastAsia="Calibri"/>
          <w:b/>
          <w:i w:val="0"/>
          <w:color w:val="0C0E10"/>
          <w:sz w:val="36"/>
        </w:rPr>
        <w:t>Case 13 — Ruptured abdominal aortic aneurysm</w:t>
      </w:r>
    </w:p>
    <w:p>
      <w:pPr>
        <w:spacing w:before="0" w:after="40" w:line="259" w:lineRule="auto"/>
      </w:pPr>
      <w:r>
        <w:rPr>
          <w:rFonts w:ascii="Calibri" w:hAnsi="Calibri" w:eastAsia="Calibri"/>
          <w:b w:val="0"/>
          <w:i/>
          <w:color w:val="5A5A5A"/>
          <w:sz w:val="20"/>
        </w:rPr>
        <w:t>pre-alert · Scottish Ambulance Service — pre-alert · rhythm sinus-tach</w:t>
      </w:r>
    </w:p>
    <w:p>
      <w:pPr>
        <w:spacing w:before="0" w:after="40" w:line="259" w:lineRule="auto"/>
      </w:pPr>
      <w:r>
        <w:rPr>
          <w:rFonts w:ascii="Calibri" w:hAnsi="Calibri" w:eastAsia="Calibri"/>
          <w:b w:val="0"/>
          <w:i/>
          <w:color w:val="5A5A5A"/>
          <w:sz w:val="20"/>
        </w:rPr>
        <w:t>HR 118   BP 78/42   RR 24   SpO2 93%   temp 36   GCS 13   BM 7.1</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 Category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78 years, male</w:t>
      </w:r>
    </w:p>
    <w:p>
      <w:pPr>
        <w:spacing w:before="0" w:after="40" w:line="259" w:lineRule="auto"/>
      </w:pPr>
      <w:r>
        <w:rPr>
          <w:rFonts w:ascii="Calibri" w:hAnsi="Calibri" w:eastAsia="Calibri"/>
          <w:b w:val="0"/>
          <w:i w:val="0"/>
          <w:sz w:val="22"/>
        </w:rPr>
        <w:t>T sudden back and abdominal pain 25 minutes ago, then collapse</w:t>
      </w:r>
    </w:p>
    <w:p>
      <w:pPr>
        <w:spacing w:before="0" w:after="40" w:line="259" w:lineRule="auto"/>
      </w:pPr>
      <w:r>
        <w:rPr>
          <w:rFonts w:ascii="Calibri" w:hAnsi="Calibri" w:eastAsia="Calibri"/>
          <w:b w:val="0"/>
          <w:i w:val="0"/>
          <w:sz w:val="22"/>
        </w:rPr>
        <w:t>M medical collapse — pale, sweaty, hypotensive</w:t>
      </w:r>
    </w:p>
    <w:p>
      <w:pPr>
        <w:spacing w:before="0" w:after="40" w:line="259" w:lineRule="auto"/>
      </w:pPr>
      <w:r>
        <w:rPr>
          <w:rFonts w:ascii="Calibri" w:hAnsi="Calibri" w:eastAsia="Calibri"/>
          <w:b w:val="0"/>
          <w:i w:val="0"/>
          <w:sz w:val="22"/>
        </w:rPr>
        <w:t>I none</w:t>
      </w:r>
    </w:p>
    <w:p>
      <w:pPr>
        <w:spacing w:before="0" w:after="40" w:line="259" w:lineRule="auto"/>
      </w:pPr>
      <w:r>
        <w:rPr>
          <w:rFonts w:ascii="Calibri" w:hAnsi="Calibri" w:eastAsia="Calibri"/>
          <w:b w:val="0"/>
          <w:i w:val="0"/>
          <w:sz w:val="22"/>
        </w:rPr>
        <w:t>S HR 118 BP 78/42 RR 24 SpO2 93% on 15 L GCS 13</w:t>
      </w:r>
    </w:p>
    <w:p>
      <w:pPr>
        <w:spacing w:before="0" w:after="40" w:line="259" w:lineRule="auto"/>
      </w:pPr>
      <w:r>
        <w:rPr>
          <w:rFonts w:ascii="Calibri" w:hAnsi="Calibri" w:eastAsia="Calibri"/>
          <w:b w:val="0"/>
          <w:i w:val="0"/>
          <w:sz w:val="22"/>
        </w:rPr>
        <w:t>T oxygen, no fluids given yet</w:t>
      </w:r>
    </w:p>
    <w:p>
      <w:pPr>
        <w:spacing w:before="0" w:after="40" w:line="259" w:lineRule="auto"/>
      </w:pPr>
      <w:r>
        <w:rPr>
          <w:rFonts w:ascii="Calibri" w:hAnsi="Calibri" w:eastAsia="Calibri"/>
          <w:b w:val="0"/>
          <w:i w:val="0"/>
          <w:sz w:val="22"/>
        </w:rPr>
        <w:t>ETA 4 minutes. Crew: "He's grey and we can barely feel a femoral."</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talking, no stridor.</w:t>
      </w:r>
    </w:p>
    <w:p>
      <w:pPr>
        <w:spacing w:before="0" w:after="40" w:line="259" w:lineRule="auto"/>
      </w:pPr>
      <w:r>
        <w:rPr>
          <w:rFonts w:ascii="Calibri" w:hAnsi="Calibri" w:eastAsia="Calibri"/>
          <w:b w:val="0"/>
          <w:i w:val="0"/>
          <w:sz w:val="22"/>
        </w:rPr>
        <w:t>B — RR 24, equal air entry, SpO2 93% on 15 L. Trachea central. No crackles.</w:t>
      </w:r>
    </w:p>
    <w:p>
      <w:pPr>
        <w:spacing w:before="0" w:after="40" w:line="259" w:lineRule="auto"/>
      </w:pPr>
      <w:r>
        <w:rPr>
          <w:rFonts w:ascii="Calibri" w:hAnsi="Calibri" w:eastAsia="Calibri"/>
          <w:b w:val="0"/>
          <w:i w:val="0"/>
          <w:sz w:val="22"/>
        </w:rPr>
        <w:t>C — HR 118, BP 78/42, CRT 5 s, grey, femoral pulse weak. Abdomen distended, tender, you think you feel a mass. Heart sounds dual.</w:t>
      </w:r>
    </w:p>
    <w:p>
      <w:pPr>
        <w:spacing w:before="0" w:after="40" w:line="259" w:lineRule="auto"/>
      </w:pPr>
      <w:r>
        <w:rPr>
          <w:rFonts w:ascii="Calibri" w:hAnsi="Calibri" w:eastAsia="Calibri"/>
          <w:b w:val="0"/>
          <w:i w:val="0"/>
          <w:sz w:val="22"/>
        </w:rPr>
        <w:t>D — GCS 13, BM 7.1, no focal neurology.</w:t>
      </w:r>
    </w:p>
    <w:p>
      <w:pPr>
        <w:spacing w:before="0" w:after="40" w:line="259" w:lineRule="auto"/>
      </w:pPr>
      <w:r>
        <w:rPr>
          <w:rFonts w:ascii="Calibri" w:hAnsi="Calibri" w:eastAsia="Calibri"/>
          <w:b w:val="0"/>
          <w:i w:val="0"/>
          <w:sz w:val="22"/>
        </w:rPr>
        <w:t>E — no melaena, no haematemesis, mottled legs. No trauma.</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Grey, back pain, collapse, hypotensive.</w:t>
      </w:r>
    </w:p>
    <w:p>
      <w:pPr>
        <w:spacing w:before="120" w:after="20" w:line="259" w:lineRule="auto"/>
        <w:shd w:fill="E8F5EC" w:val="clear"/>
      </w:pPr>
      <w:r>
        <w:rPr>
          <w:rFonts w:ascii="Calibri" w:hAnsi="Calibri" w:eastAsia="Calibri"/>
          <w:b/>
          <w:i w:val="0"/>
          <w:color w:val="146E3C"/>
          <w:sz w:val="22"/>
        </w:rPr>
        <w:t>A. [CORRECT] Permissive hypotension</w:t>
      </w:r>
    </w:p>
    <w:p>
      <w:pPr>
        <w:spacing w:before="0" w:after="20" w:line="259" w:lineRule="auto"/>
      </w:pPr>
      <w:r>
        <w:rPr>
          <w:rFonts w:ascii="Calibri" w:hAnsi="Calibri" w:eastAsia="Calibri"/>
          <w:b w:val="0"/>
          <w:i/>
          <w:color w:val="282828"/>
          <w:sz w:val="22"/>
        </w:rPr>
        <w:t>Bay: 14Gs in, blood bank up, vascular registrar running. Do not chase a normal BP.</w:t>
      </w:r>
    </w:p>
    <w:p>
      <w:pPr>
        <w:spacing w:before="0" w:after="40" w:line="259" w:lineRule="auto"/>
      </w:pPr>
      <w:r>
        <w:rPr>
          <w:rFonts w:ascii="Calibri" w:hAnsi="Calibri" w:eastAsia="Calibri"/>
          <w:b w:val="0"/>
          <w:i/>
          <w:color w:val="5A4614"/>
          <w:sz w:val="20"/>
        </w:rPr>
        <w:t>Reaction: spo2 +2, O2 15 L</w:t>
      </w:r>
    </w:p>
    <w:p>
      <w:pPr>
        <w:spacing w:before="80" w:after="40" w:line="259" w:lineRule="auto"/>
      </w:pPr>
      <w:r>
        <w:rPr>
          <w:rFonts w:ascii="Calibri" w:hAnsi="Calibri" w:eastAsia="Calibri"/>
          <w:b/>
          <w:i w:val="0"/>
          <w:color w:val="46326E"/>
          <w:sz w:val="22"/>
        </w:rPr>
        <w:t xml:space="preserve">    Follow-up: What blood-pressure target?</w:t>
      </w:r>
    </w:p>
    <w:p>
      <w:pPr>
        <w:spacing w:before="120" w:after="20" w:line="259" w:lineRule="auto"/>
        <w:shd w:fill="E8F5EC" w:val="clear"/>
      </w:pPr>
      <w:r>
        <w:rPr>
          <w:rFonts w:ascii="Calibri" w:hAnsi="Calibri" w:eastAsia="Calibri"/>
          <w:b/>
          <w:i w:val="0"/>
          <w:color w:val="146E3C"/>
          <w:sz w:val="22"/>
        </w:rPr>
        <w:t xml:space="preserve">    A. [CORRECT] A talking patient, not a 'normal' SBP</w:t>
      </w:r>
    </w:p>
    <w:p>
      <w:pPr>
        <w:spacing w:before="0" w:after="20" w:line="259" w:lineRule="auto"/>
      </w:pPr>
      <w:r>
        <w:rPr>
          <w:rFonts w:ascii="Calibri" w:hAnsi="Calibri" w:eastAsia="Calibri"/>
          <w:b w:val="0"/>
          <w:i/>
          <w:color w:val="282828"/>
          <w:sz w:val="22"/>
        </w:rPr>
        <w:t xml:space="preserve">       Bay: A talking brain is enough. Restoring 140 mmHg blows the clot.</w:t>
      </w:r>
    </w:p>
    <w:p>
      <w:pPr>
        <w:spacing w:before="120" w:after="20" w:line="259" w:lineRule="auto"/>
        <w:shd w:fill="F8E8E8" w:val="clear"/>
      </w:pPr>
      <w:r>
        <w:rPr>
          <w:rFonts w:ascii="Calibri" w:hAnsi="Calibri" w:eastAsia="Calibri"/>
          <w:b w:val="0"/>
          <w:i w:val="0"/>
          <w:color w:val="A02828"/>
          <w:sz w:val="22"/>
        </w:rPr>
        <w:t xml:space="preserve">    B. [WRONG] Crystalloid to a systolic of 140 mmHg</w:t>
      </w:r>
    </w:p>
    <w:p>
      <w:pPr>
        <w:spacing w:before="0" w:after="20" w:line="259" w:lineRule="auto"/>
      </w:pPr>
      <w:r>
        <w:rPr>
          <w:rFonts w:ascii="Calibri" w:hAnsi="Calibri" w:eastAsia="Calibri"/>
          <w:b w:val="0"/>
          <w:i/>
          <w:color w:val="282828"/>
          <w:sz w:val="22"/>
        </w:rPr>
        <w:t xml:space="preserve">       Bay: You will restart the haemorrhage. Do not chase a textbook BP.</w:t>
      </w:r>
    </w:p>
    <w:p>
      <w:pPr>
        <w:spacing w:before="120" w:after="20" w:line="259" w:lineRule="auto"/>
        <w:shd w:fill="F8E8E8" w:val="clear"/>
      </w:pPr>
      <w:r>
        <w:rPr>
          <w:rFonts w:ascii="Calibri" w:hAnsi="Calibri" w:eastAsia="Calibri"/>
          <w:b w:val="0"/>
          <w:i w:val="0"/>
          <w:color w:val="A02828"/>
          <w:sz w:val="22"/>
        </w:rPr>
        <w:t xml:space="preserve">    C. [WRONG] Noradrenaline to a systolic of 160 mmHg</w:t>
      </w:r>
    </w:p>
    <w:p>
      <w:pPr>
        <w:spacing w:before="0" w:after="20" w:line="259" w:lineRule="auto"/>
      </w:pPr>
      <w:r>
        <w:rPr>
          <w:rFonts w:ascii="Calibri" w:hAnsi="Calibri" w:eastAsia="Calibri"/>
          <w:b w:val="0"/>
          <w:i/>
          <w:color w:val="282828"/>
          <w:sz w:val="22"/>
        </w:rPr>
        <w:t xml:space="preserve">       Bay: A pressor-driven 160 will disrupt the tamponade.</w:t>
      </w:r>
    </w:p>
    <w:p>
      <w:pPr>
        <w:spacing w:before="120" w:after="20" w:line="259" w:lineRule="auto"/>
        <w:shd w:fill="F8E8E8" w:val="clear"/>
      </w:pPr>
      <w:r>
        <w:rPr>
          <w:rFonts w:ascii="Calibri" w:hAnsi="Calibri" w:eastAsia="Calibri"/>
          <w:b w:val="0"/>
          <w:i w:val="0"/>
          <w:color w:val="A02828"/>
          <w:sz w:val="22"/>
        </w:rPr>
        <w:t xml:space="preserve">    D. [WRONG] No blood until SBP is under 60 mmHg</w:t>
      </w:r>
    </w:p>
    <w:p>
      <w:pPr>
        <w:spacing w:before="0" w:after="20" w:line="259" w:lineRule="auto"/>
      </w:pPr>
      <w:r>
        <w:rPr>
          <w:rFonts w:ascii="Calibri" w:hAnsi="Calibri" w:eastAsia="Calibri"/>
          <w:b w:val="0"/>
          <w:i/>
          <w:color w:val="282828"/>
          <w:sz w:val="22"/>
        </w:rPr>
        <w:t xml:space="preserve">       Bay: Give blood if he dumps. Permissive is not no-resuscitation.</w:t>
      </w:r>
    </w:p>
    <w:p>
      <w:pPr>
        <w:spacing w:before="120" w:after="20" w:line="259" w:lineRule="auto"/>
        <w:shd w:fill="F8E8E8" w:val="clear"/>
      </w:pPr>
      <w:r>
        <w:rPr>
          <w:rFonts w:ascii="Calibri" w:hAnsi="Calibri" w:eastAsia="Calibri"/>
          <w:b w:val="0"/>
          <w:i w:val="0"/>
          <w:color w:val="A02828"/>
          <w:sz w:val="22"/>
        </w:rPr>
        <w:t xml:space="preserve">    E. [WRONG] MAP of 90 mmHg with a metaraminol infusion</w:t>
      </w:r>
    </w:p>
    <w:p>
      <w:pPr>
        <w:spacing w:before="0" w:after="20" w:line="259" w:lineRule="auto"/>
      </w:pPr>
      <w:r>
        <w:rPr>
          <w:rFonts w:ascii="Calibri" w:hAnsi="Calibri" w:eastAsia="Calibri"/>
          <w:b w:val="0"/>
          <w:i/>
          <w:color w:val="282828"/>
          <w:sz w:val="22"/>
        </w:rPr>
        <w:t xml:space="preserve">       Bay: That is not permissive hypotension in ruptured AAA.</w:t>
      </w:r>
    </w:p>
    <w:p>
      <w:pPr>
        <w:spacing w:before="120" w:after="20" w:line="259" w:lineRule="auto"/>
        <w:shd w:fill="F8E8E8" w:val="clear"/>
      </w:pPr>
      <w:r>
        <w:rPr>
          <w:rFonts w:ascii="Calibri" w:hAnsi="Calibri" w:eastAsia="Calibri"/>
          <w:b w:val="0"/>
          <w:i w:val="0"/>
          <w:color w:val="A02828"/>
          <w:sz w:val="22"/>
        </w:rPr>
        <w:t>B. [WRONG] Crystalloid to SBP 140</w:t>
      </w:r>
    </w:p>
    <w:p>
      <w:pPr>
        <w:spacing w:before="0" w:after="20" w:line="259" w:lineRule="auto"/>
      </w:pPr>
      <w:r>
        <w:rPr>
          <w:rFonts w:ascii="Calibri" w:hAnsi="Calibri" w:eastAsia="Calibri"/>
          <w:b w:val="0"/>
          <w:i/>
          <w:color w:val="282828"/>
          <w:sz w:val="22"/>
        </w:rPr>
        <w:t>Bay: You will blow the clot. Permissive hypotension — a talking patient, not 140.</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Vasopressors to SBP 160</w:t>
      </w:r>
    </w:p>
    <w:p>
      <w:pPr>
        <w:spacing w:before="0" w:after="20" w:line="259" w:lineRule="auto"/>
      </w:pPr>
      <w:r>
        <w:rPr>
          <w:rFonts w:ascii="Calibri" w:hAnsi="Calibri" w:eastAsia="Calibri"/>
          <w:b w:val="0"/>
          <w:i/>
          <w:color w:val="282828"/>
          <w:sz w:val="22"/>
        </w:rPr>
        <w:t>Bay: A pressor-driven 160 will disrupt the tamponade. Call vascular; keep him talking.</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Alteplase</w:t>
      </w:r>
    </w:p>
    <w:p>
      <w:pPr>
        <w:spacing w:before="0" w:after="20" w:line="259" w:lineRule="auto"/>
      </w:pPr>
      <w:r>
        <w:rPr>
          <w:rFonts w:ascii="Calibri" w:hAnsi="Calibri" w:eastAsia="Calibri"/>
          <w:b w:val="0"/>
          <w:i/>
          <w:color w:val="282828"/>
          <w:sz w:val="22"/>
        </w:rPr>
        <w:t>Bay: Back pain and collapse in a 78-year-old with a mass is not a lytic. You will exsanguinate him.</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Emergency department laparotomy</w:t>
      </w:r>
    </w:p>
    <w:p>
      <w:pPr>
        <w:spacing w:before="0" w:after="20" w:line="259" w:lineRule="auto"/>
      </w:pPr>
      <w:r>
        <w:rPr>
          <w:rFonts w:ascii="Calibri" w:hAnsi="Calibri" w:eastAsia="Calibri"/>
          <w:b w:val="0"/>
          <w:i/>
          <w:color w:val="282828"/>
          <w:sz w:val="22"/>
        </w:rPr>
        <w:t>Bay: The ED is not a theatre. Vascular and a hybrid/CEPOD suite own the aorta.</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Vascular are five minutes away. He is still 78 systolic.</w:t>
      </w:r>
    </w:p>
    <w:p>
      <w:pPr>
        <w:spacing w:before="120" w:after="20" w:line="259" w:lineRule="auto"/>
        <w:shd w:fill="E8F5EC" w:val="clear"/>
      </w:pPr>
      <w:r>
        <w:rPr>
          <w:rFonts w:ascii="Calibri" w:hAnsi="Calibri" w:eastAsia="Calibri"/>
          <w:b/>
          <w:i w:val="0"/>
          <w:color w:val="146E3C"/>
          <w:sz w:val="22"/>
        </w:rPr>
        <w:t>A. [CORRECT] Stay in bay; O-neg; bedside aorta</w:t>
      </w:r>
    </w:p>
    <w:p>
      <w:pPr>
        <w:spacing w:before="0" w:after="20" w:line="259" w:lineRule="auto"/>
      </w:pPr>
      <w:r>
        <w:rPr>
          <w:rFonts w:ascii="Calibri" w:hAnsi="Calibri" w:eastAsia="Calibri"/>
          <w:b w:val="0"/>
          <w:i/>
          <w:color w:val="282828"/>
          <w:sz w:val="22"/>
        </w:rPr>
        <w:t>Bay: Aortic view: 6.8 cm with surrounding smear. He stays.</w:t>
      </w:r>
    </w:p>
    <w:p>
      <w:pPr>
        <w:spacing w:before="0" w:after="40" w:line="259" w:lineRule="auto"/>
      </w:pPr>
      <w:r>
        <w:rPr>
          <w:rFonts w:ascii="Calibri" w:hAnsi="Calibri" w:eastAsia="Calibri"/>
          <w:b w:val="0"/>
          <w:i/>
          <w:color w:val="5A4614"/>
          <w:sz w:val="20"/>
        </w:rPr>
        <w:t>Reaction: sbp +4</w:t>
      </w:r>
    </w:p>
    <w:p>
      <w:pPr>
        <w:spacing w:before="80" w:after="40" w:line="259" w:lineRule="auto"/>
      </w:pPr>
      <w:r>
        <w:rPr>
          <w:rFonts w:ascii="Calibri" w:hAnsi="Calibri" w:eastAsia="Calibri"/>
          <w:b/>
          <w:i w:val="0"/>
          <w:color w:val="46326E"/>
          <w:sz w:val="22"/>
        </w:rPr>
        <w:t xml:space="preserve">    Follow-up: Where does he stay?</w:t>
      </w:r>
    </w:p>
    <w:p>
      <w:pPr>
        <w:spacing w:before="120" w:after="20" w:line="259" w:lineRule="auto"/>
        <w:shd w:fill="E8F5EC" w:val="clear"/>
      </w:pPr>
      <w:r>
        <w:rPr>
          <w:rFonts w:ascii="Calibri" w:hAnsi="Calibri" w:eastAsia="Calibri"/>
          <w:b/>
          <w:i w:val="0"/>
          <w:color w:val="146E3C"/>
          <w:sz w:val="22"/>
        </w:rPr>
        <w:t xml:space="preserve">    A. [CORRECT] In the bay — bedside aorta; no unescorted CT</w:t>
      </w:r>
    </w:p>
    <w:p>
      <w:pPr>
        <w:spacing w:before="0" w:after="20" w:line="259" w:lineRule="auto"/>
      </w:pPr>
      <w:r>
        <w:rPr>
          <w:rFonts w:ascii="Calibri" w:hAnsi="Calibri" w:eastAsia="Calibri"/>
          <w:b w:val="0"/>
          <w:i/>
          <w:color w:val="282828"/>
          <w:sz w:val="22"/>
        </w:rPr>
        <w:t xml:space="preserve">       Bay: Unstable ruptured AAA does not go to the scanner with junior escort.</w:t>
      </w:r>
    </w:p>
    <w:p>
      <w:pPr>
        <w:spacing w:before="120" w:after="20" w:line="259" w:lineRule="auto"/>
        <w:shd w:fill="F8E8E8" w:val="clear"/>
      </w:pPr>
      <w:r>
        <w:rPr>
          <w:rFonts w:ascii="Calibri" w:hAnsi="Calibri" w:eastAsia="Calibri"/>
          <w:b w:val="0"/>
          <w:i w:val="0"/>
          <w:color w:val="A02828"/>
          <w:sz w:val="22"/>
        </w:rPr>
        <w:t xml:space="preserve">    B. [WRONG] Unescorted CT aortogram with a student nurse</w:t>
      </w:r>
    </w:p>
    <w:p>
      <w:pPr>
        <w:spacing w:before="0" w:after="20" w:line="259" w:lineRule="auto"/>
      </w:pPr>
      <w:r>
        <w:rPr>
          <w:rFonts w:ascii="Calibri" w:hAnsi="Calibri" w:eastAsia="Calibri"/>
          <w:b w:val="0"/>
          <w:i/>
          <w:color w:val="282828"/>
          <w:sz w:val="22"/>
        </w:rPr>
        <w:t xml:space="preserve">       Bay: He will arrest in the ring. Vascular come to him.</w:t>
      </w:r>
    </w:p>
    <w:p>
      <w:pPr>
        <w:spacing w:before="120" w:after="20" w:line="259" w:lineRule="auto"/>
        <w:shd w:fill="F8E8E8" w:val="clear"/>
      </w:pPr>
      <w:r>
        <w:rPr>
          <w:rFonts w:ascii="Calibri" w:hAnsi="Calibri" w:eastAsia="Calibri"/>
          <w:b w:val="0"/>
          <w:i w:val="0"/>
          <w:color w:val="A02828"/>
          <w:sz w:val="22"/>
        </w:rPr>
        <w:t xml:space="preserve">    C. [WRONG] Formal departmental ultrasound before vascular</w:t>
      </w:r>
    </w:p>
    <w:p>
      <w:pPr>
        <w:spacing w:before="0" w:after="20" w:line="259" w:lineRule="auto"/>
      </w:pPr>
      <w:r>
        <w:rPr>
          <w:rFonts w:ascii="Calibri" w:hAnsi="Calibri" w:eastAsia="Calibri"/>
          <w:b w:val="0"/>
          <w:i/>
          <w:color w:val="282828"/>
          <w:sz w:val="22"/>
        </w:rPr>
        <w:t xml:space="preserve">       Bay: You already have a shocked man with a mass. Do not wait on a report.</w:t>
      </w:r>
    </w:p>
    <w:p>
      <w:pPr>
        <w:spacing w:before="120" w:after="20" w:line="259" w:lineRule="auto"/>
        <w:shd w:fill="F8E8E8" w:val="clear"/>
      </w:pPr>
      <w:r>
        <w:rPr>
          <w:rFonts w:ascii="Calibri" w:hAnsi="Calibri" w:eastAsia="Calibri"/>
          <w:b w:val="0"/>
          <w:i w:val="0"/>
          <w:color w:val="A02828"/>
          <w:sz w:val="22"/>
        </w:rPr>
        <w:t xml:space="preserve">    D. [WRONG] MRI aorta once he is 'a bit better'</w:t>
      </w:r>
    </w:p>
    <w:p>
      <w:pPr>
        <w:spacing w:before="0" w:after="20" w:line="259" w:lineRule="auto"/>
      </w:pPr>
      <w:r>
        <w:rPr>
          <w:rFonts w:ascii="Calibri" w:hAnsi="Calibri" w:eastAsia="Calibri"/>
          <w:b w:val="0"/>
          <w:i/>
          <w:color w:val="282828"/>
          <w:sz w:val="22"/>
        </w:rPr>
        <w:t xml:space="preserve">       Bay: MRI is not an ED test for ruptured AAA.</w:t>
      </w:r>
    </w:p>
    <w:p>
      <w:pPr>
        <w:spacing w:before="120" w:after="20" w:line="259" w:lineRule="auto"/>
        <w:shd w:fill="F8E8E8" w:val="clear"/>
      </w:pPr>
      <w:r>
        <w:rPr>
          <w:rFonts w:ascii="Calibri" w:hAnsi="Calibri" w:eastAsia="Calibri"/>
          <w:b w:val="0"/>
          <w:i w:val="0"/>
          <w:color w:val="A02828"/>
          <w:sz w:val="22"/>
        </w:rPr>
        <w:t xml:space="preserve">    E. [WRONG] Transfer to a non-vascular DGH for CT</w:t>
      </w:r>
    </w:p>
    <w:p>
      <w:pPr>
        <w:spacing w:before="0" w:after="20" w:line="259" w:lineRule="auto"/>
      </w:pPr>
      <w:r>
        <w:rPr>
          <w:rFonts w:ascii="Calibri" w:hAnsi="Calibri" w:eastAsia="Calibri"/>
          <w:b w:val="0"/>
          <w:i/>
          <w:color w:val="282828"/>
          <w:sz w:val="22"/>
        </w:rPr>
        <w:t xml:space="preserve">       Bay: He needs a vascular centre, not a scan-and-ship.</w:t>
      </w:r>
    </w:p>
    <w:p>
      <w:pPr>
        <w:spacing w:before="120" w:after="20" w:line="259" w:lineRule="auto"/>
        <w:shd w:fill="F8E8E8" w:val="clear"/>
      </w:pPr>
      <w:r>
        <w:rPr>
          <w:rFonts w:ascii="Calibri" w:hAnsi="Calibri" w:eastAsia="Calibri"/>
          <w:b w:val="0"/>
          <w:i w:val="0"/>
          <w:color w:val="A02828"/>
          <w:sz w:val="22"/>
        </w:rPr>
        <w:t>B. [WRONG] Unescorted CT aortogram with a student</w:t>
      </w:r>
    </w:p>
    <w:p>
      <w:pPr>
        <w:spacing w:before="0" w:after="20" w:line="259" w:lineRule="auto"/>
      </w:pPr>
      <w:r>
        <w:rPr>
          <w:rFonts w:ascii="Calibri" w:hAnsi="Calibri" w:eastAsia="Calibri"/>
          <w:b w:val="0"/>
          <w:i/>
          <w:color w:val="282828"/>
          <w:sz w:val="22"/>
        </w:rPr>
        <w:t>Bay: He will arrest in the ring. Unstable ruptured AAA does not go to CT with junior escort.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Noradrenaline to a systolic of 160</w:t>
      </w:r>
    </w:p>
    <w:p>
      <w:pPr>
        <w:spacing w:before="0" w:after="20" w:line="259" w:lineRule="auto"/>
      </w:pPr>
      <w:r>
        <w:rPr>
          <w:rFonts w:ascii="Calibri" w:hAnsi="Calibri" w:eastAsia="Calibri"/>
          <w:b w:val="0"/>
          <w:i/>
          <w:color w:val="282828"/>
          <w:sz w:val="22"/>
        </w:rPr>
        <w:t>Bay: Permissive hypotension. A noradrenaline-driven 160 will disrupt the tamponade.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Alteplase 50 mg for presumed PE</w:t>
      </w:r>
    </w:p>
    <w:p>
      <w:pPr>
        <w:spacing w:before="0" w:after="20" w:line="259" w:lineRule="auto"/>
      </w:pPr>
      <w:r>
        <w:rPr>
          <w:rFonts w:ascii="Calibri" w:hAnsi="Calibri" w:eastAsia="Calibri"/>
          <w:b w:val="0"/>
          <w:i/>
          <w:color w:val="282828"/>
          <w:sz w:val="22"/>
        </w:rPr>
        <w:t>Bay: Lysis in a ruptured aneurysm is unsurvivable.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Call endoscopy for an upper GI bleed</w:t>
      </w:r>
    </w:p>
    <w:p>
      <w:pPr>
        <w:spacing w:before="0" w:after="20" w:line="259" w:lineRule="auto"/>
      </w:pPr>
      <w:r>
        <w:rPr>
          <w:rFonts w:ascii="Calibri" w:hAnsi="Calibri" w:eastAsia="Calibri"/>
          <w:b w:val="0"/>
          <w:i/>
          <w:color w:val="282828"/>
          <w:sz w:val="22"/>
        </w:rPr>
        <w:t>Bay: A pulsatile mass and a known AAA are a vascular emergency, not a bleed from the gut.</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Vascular are in the bay. Send tests.</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7.26  pCO2 4.6  HCO3 16  BE −10  lactate 5.4  K+ 4.8  Hb 92</w:t>
      </w:r>
    </w:p>
    <w:p>
      <w:pPr>
        <w:spacing w:before="0" w:after="40" w:line="259" w:lineRule="auto"/>
      </w:pPr>
      <w:r>
        <w:rPr>
          <w:rFonts w:ascii="Calibri" w:hAnsi="Calibri" w:eastAsia="Calibri"/>
          <w:b w:val="0"/>
          <w:i w:val="0"/>
          <w:sz w:val="22"/>
        </w:rPr>
        <w:t>Hb 92, lactate 5.4.</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7.1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sinus-tach</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Catheter: small volume, no frank blood.</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90   WCC 11.2   Plt 198</w:t>
      </w:r>
    </w:p>
    <w:p>
      <w:pPr>
        <w:spacing w:before="0" w:after="40" w:line="259" w:lineRule="auto"/>
      </w:pPr>
      <w:r>
        <w:rPr>
          <w:rFonts w:ascii="Calibri" w:hAnsi="Calibri" w:eastAsia="Calibri"/>
          <w:b w:val="0"/>
          <w:i w:val="0"/>
          <w:sz w:val="22"/>
        </w:rPr>
        <w:t>ue: Na 136   K 4.8   urea 8.2   creat 110</w:t>
      </w:r>
    </w:p>
    <w:p>
      <w:pPr>
        <w:spacing w:before="0" w:after="40" w:line="259" w:lineRule="auto"/>
      </w:pPr>
      <w:r>
        <w:rPr>
          <w:rFonts w:ascii="Calibri" w:hAnsi="Calibri" w:eastAsia="Calibri"/>
          <w:b w:val="0"/>
          <w:i w:val="0"/>
          <w:sz w:val="22"/>
        </w:rPr>
        <w:t>coag: PT 13 s   APTT 32 s</w:t>
      </w:r>
    </w:p>
    <w:p>
      <w:pPr>
        <w:spacing w:before="0" w:after="40" w:line="259" w:lineRule="auto"/>
      </w:pPr>
      <w:r>
        <w:rPr>
          <w:rFonts w:ascii="Calibri" w:hAnsi="Calibri" w:eastAsia="Calibri"/>
          <w:b w:val="0"/>
          <w:i w:val="0"/>
          <w:sz w:val="22"/>
        </w:rPr>
        <w:t>trop: 8 ng/L</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Vascular are on the phone. He is still shocked. Review any results that have returned.</w:t>
      </w:r>
    </w:p>
    <w:p>
      <w:pPr>
        <w:spacing w:before="120" w:after="20" w:line="259" w:lineRule="auto"/>
        <w:shd w:fill="E8F5EC" w:val="clear"/>
      </w:pPr>
      <w:r>
        <w:rPr>
          <w:rFonts w:ascii="Calibri" w:hAnsi="Calibri" w:eastAsia="Calibri"/>
          <w:b/>
          <w:i w:val="0"/>
          <w:color w:val="146E3C"/>
          <w:sz w:val="22"/>
        </w:rPr>
        <w:t>A. [CORRECT] Keep permissive hypotension, give blood, go</w:t>
      </w:r>
    </w:p>
    <w:p>
      <w:pPr>
        <w:spacing w:before="0" w:after="20" w:line="259" w:lineRule="auto"/>
      </w:pPr>
      <w:r>
        <w:rPr>
          <w:rFonts w:ascii="Calibri" w:hAnsi="Calibri" w:eastAsia="Calibri"/>
          <w:b w:val="0"/>
          <w:i/>
          <w:color w:val="282828"/>
          <w:sz w:val="22"/>
        </w:rPr>
        <w:t>Bay: He is going. BP 82. Talking.</w:t>
      </w:r>
    </w:p>
    <w:p>
      <w:pPr>
        <w:spacing w:before="0" w:after="40" w:line="259" w:lineRule="auto"/>
      </w:pPr>
      <w:r>
        <w:rPr>
          <w:rFonts w:ascii="Calibri" w:hAnsi="Calibri" w:eastAsia="Calibri"/>
          <w:b w:val="0"/>
          <w:i/>
          <w:color w:val="5A4614"/>
          <w:sz w:val="20"/>
        </w:rPr>
        <w:t>Reaction: sbp +4</w:t>
      </w:r>
    </w:p>
    <w:p>
      <w:pPr>
        <w:spacing w:before="80" w:after="40" w:line="259" w:lineRule="auto"/>
      </w:pPr>
      <w:r>
        <w:rPr>
          <w:rFonts w:ascii="Calibri" w:hAnsi="Calibri" w:eastAsia="Calibri"/>
          <w:b/>
          <w:i w:val="0"/>
          <w:color w:val="46326E"/>
          <w:sz w:val="22"/>
        </w:rPr>
        <w:t xml:space="preserve">    Follow-up: What goes to theatre?</w:t>
      </w:r>
    </w:p>
    <w:p>
      <w:pPr>
        <w:spacing w:before="120" w:after="20" w:line="259" w:lineRule="auto"/>
        <w:shd w:fill="E8F5EC" w:val="clear"/>
      </w:pPr>
      <w:r>
        <w:rPr>
          <w:rFonts w:ascii="Calibri" w:hAnsi="Calibri" w:eastAsia="Calibri"/>
          <w:b/>
          <w:i w:val="0"/>
          <w:color w:val="146E3C"/>
          <w:sz w:val="22"/>
        </w:rPr>
        <w:t xml:space="preserve">    A. [CORRECT] Blood, permissive hypotension, vascular and you</w:t>
      </w:r>
    </w:p>
    <w:p>
      <w:pPr>
        <w:spacing w:before="0" w:after="20" w:line="259" w:lineRule="auto"/>
      </w:pPr>
      <w:r>
        <w:rPr>
          <w:rFonts w:ascii="Calibri" w:hAnsi="Calibri" w:eastAsia="Calibri"/>
          <w:b w:val="0"/>
          <w:i/>
          <w:color w:val="282828"/>
          <w:sz w:val="22"/>
        </w:rPr>
        <w:t xml:space="preserve">       Bay: He leaves talking, not filled to 130. Blood if he dumps.</w:t>
      </w:r>
    </w:p>
    <w:p>
      <w:pPr>
        <w:spacing w:before="120" w:after="20" w:line="259" w:lineRule="auto"/>
        <w:shd w:fill="F8E8E8" w:val="clear"/>
      </w:pPr>
      <w:r>
        <w:rPr>
          <w:rFonts w:ascii="Calibri" w:hAnsi="Calibri" w:eastAsia="Calibri"/>
          <w:b w:val="0"/>
          <w:i w:val="0"/>
          <w:color w:val="A02828"/>
          <w:sz w:val="22"/>
        </w:rPr>
        <w:t xml:space="preserve">    B. [WRONG] Fill with crystalloid to a systolic of 130</w:t>
      </w:r>
    </w:p>
    <w:p>
      <w:pPr>
        <w:spacing w:before="0" w:after="20" w:line="259" w:lineRule="auto"/>
      </w:pPr>
      <w:r>
        <w:rPr>
          <w:rFonts w:ascii="Calibri" w:hAnsi="Calibri" w:eastAsia="Calibri"/>
          <w:b w:val="0"/>
          <w:i/>
          <w:color w:val="282828"/>
          <w:sz w:val="22"/>
        </w:rPr>
        <w:t xml:space="preserve">       Bay: Do not restore a 'normal' BP. You will restart the haemorrhage.</w:t>
      </w:r>
    </w:p>
    <w:p>
      <w:pPr>
        <w:spacing w:before="120" w:after="20" w:line="259" w:lineRule="auto"/>
        <w:shd w:fill="F8E8E8" w:val="clear"/>
      </w:pPr>
      <w:r>
        <w:rPr>
          <w:rFonts w:ascii="Calibri" w:hAnsi="Calibri" w:eastAsia="Calibri"/>
          <w:b w:val="0"/>
          <w:i w:val="0"/>
          <w:color w:val="A02828"/>
          <w:sz w:val="22"/>
        </w:rPr>
        <w:t xml:space="preserve">    C. [WRONG] Wait for a consultant CT report first</w:t>
      </w:r>
    </w:p>
    <w:p>
      <w:pPr>
        <w:spacing w:before="0" w:after="20" w:line="259" w:lineRule="auto"/>
      </w:pPr>
      <w:r>
        <w:rPr>
          <w:rFonts w:ascii="Calibri" w:hAnsi="Calibri" w:eastAsia="Calibri"/>
          <w:b w:val="0"/>
          <w:i/>
          <w:color w:val="282828"/>
          <w:sz w:val="22"/>
        </w:rPr>
        <w:t xml:space="preserve">       Bay: Vascular have seen him. A report does not trump a surgeon in the bay.</w:t>
      </w:r>
    </w:p>
    <w:p>
      <w:pPr>
        <w:spacing w:before="120" w:after="20" w:line="259" w:lineRule="auto"/>
        <w:shd w:fill="F8E8E8" w:val="clear"/>
      </w:pPr>
      <w:r>
        <w:rPr>
          <w:rFonts w:ascii="Calibri" w:hAnsi="Calibri" w:eastAsia="Calibri"/>
          <w:b w:val="0"/>
          <w:i w:val="0"/>
          <w:color w:val="A02828"/>
          <w:sz w:val="22"/>
        </w:rPr>
        <w:t xml:space="preserve">    D. [WRONG] Start therapeutic heparin as if this were ACS</w:t>
      </w:r>
    </w:p>
    <w:p>
      <w:pPr>
        <w:spacing w:before="0" w:after="20" w:line="259" w:lineRule="auto"/>
      </w:pPr>
      <w:r>
        <w:rPr>
          <w:rFonts w:ascii="Calibri" w:hAnsi="Calibri" w:eastAsia="Calibri"/>
          <w:b w:val="0"/>
          <w:i/>
          <w:color w:val="282828"/>
          <w:sz w:val="22"/>
        </w:rPr>
        <w:t xml:space="preserve">       Bay: He is bleeding into the retroperitoneum. Heparin will finish him.</w:t>
      </w:r>
    </w:p>
    <w:p>
      <w:pPr>
        <w:spacing w:before="120" w:after="20" w:line="259" w:lineRule="auto"/>
        <w:shd w:fill="F8E8E8" w:val="clear"/>
      </w:pPr>
      <w:r>
        <w:rPr>
          <w:rFonts w:ascii="Calibri" w:hAnsi="Calibri" w:eastAsia="Calibri"/>
          <w:b w:val="0"/>
          <w:i w:val="0"/>
          <w:color w:val="A02828"/>
          <w:sz w:val="22"/>
        </w:rPr>
        <w:t xml:space="preserve">    E. [WRONG] Transfer to a non-vascular DGH for CT</w:t>
      </w:r>
    </w:p>
    <w:p>
      <w:pPr>
        <w:spacing w:before="0" w:after="20" w:line="259" w:lineRule="auto"/>
      </w:pPr>
      <w:r>
        <w:rPr>
          <w:rFonts w:ascii="Calibri" w:hAnsi="Calibri" w:eastAsia="Calibri"/>
          <w:b w:val="0"/>
          <w:i/>
          <w:color w:val="282828"/>
          <w:sz w:val="22"/>
        </w:rPr>
        <w:t xml:space="preserve">       Bay: He needs a vascular centre, not a scan-and-ship.</w:t>
      </w:r>
    </w:p>
    <w:p>
      <w:pPr>
        <w:spacing w:before="120" w:after="20" w:line="259" w:lineRule="auto"/>
        <w:shd w:fill="F8E8E8" w:val="clear"/>
      </w:pPr>
      <w:r>
        <w:rPr>
          <w:rFonts w:ascii="Calibri" w:hAnsi="Calibri" w:eastAsia="Calibri"/>
          <w:b w:val="0"/>
          <w:i w:val="0"/>
          <w:color w:val="A02828"/>
          <w:sz w:val="22"/>
        </w:rPr>
        <w:t>B. [WRONG] Fill with crystalloid to SBP 130</w:t>
      </w:r>
    </w:p>
    <w:p>
      <w:pPr>
        <w:spacing w:before="0" w:after="20" w:line="259" w:lineRule="auto"/>
      </w:pPr>
      <w:r>
        <w:rPr>
          <w:rFonts w:ascii="Calibri" w:hAnsi="Calibri" w:eastAsia="Calibri"/>
          <w:b w:val="0"/>
          <w:i/>
          <w:color w:val="282828"/>
          <w:sz w:val="22"/>
        </w:rPr>
        <w:t>Bay: Do not restore a 'normal' BP. You will restart the haemorrhage.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Wait for a consultant CT report</w:t>
      </w:r>
    </w:p>
    <w:p>
      <w:pPr>
        <w:spacing w:before="0" w:after="20" w:line="259" w:lineRule="auto"/>
      </w:pPr>
      <w:r>
        <w:rPr>
          <w:rFonts w:ascii="Calibri" w:hAnsi="Calibri" w:eastAsia="Calibri"/>
          <w:b w:val="0"/>
          <w:i/>
          <w:color w:val="282828"/>
          <w:sz w:val="22"/>
        </w:rPr>
        <w:t>Bay: Vascular have seen him. A report does not trump a surgeon in the bay.</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Therapeutic heparin as if this were ACS</w:t>
      </w:r>
    </w:p>
    <w:p>
      <w:pPr>
        <w:spacing w:before="0" w:after="20" w:line="259" w:lineRule="auto"/>
      </w:pPr>
      <w:r>
        <w:rPr>
          <w:rFonts w:ascii="Calibri" w:hAnsi="Calibri" w:eastAsia="Calibri"/>
          <w:b w:val="0"/>
          <w:i/>
          <w:color w:val="282828"/>
          <w:sz w:val="22"/>
        </w:rPr>
        <w:t>Bay: He is bleeding into the retroperitoneum. Heparin will finish him.</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Non-vascular DGH for CT then repatriation</w:t>
      </w:r>
    </w:p>
    <w:p>
      <w:pPr>
        <w:spacing w:before="0" w:after="20" w:line="259" w:lineRule="auto"/>
      </w:pPr>
      <w:r>
        <w:rPr>
          <w:rFonts w:ascii="Calibri" w:hAnsi="Calibri" w:eastAsia="Calibri"/>
          <w:b w:val="0"/>
          <w:i/>
          <w:color w:val="282828"/>
          <w:sz w:val="22"/>
        </w:rPr>
        <w:t>Bay: He needs a vascular centre, not a scan-and-ship to a site that cannot operate.</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Daughter is outside.</w:t>
      </w:r>
    </w:p>
    <w:p>
      <w:pPr>
        <w:spacing w:before="120" w:after="20" w:line="259" w:lineRule="auto"/>
        <w:shd w:fill="E8F5EC" w:val="clear"/>
      </w:pPr>
      <w:r>
        <w:rPr>
          <w:rFonts w:ascii="Calibri" w:hAnsi="Calibri" w:eastAsia="Calibri"/>
          <w:b/>
          <w:i w:val="0"/>
          <w:color w:val="146E3C"/>
          <w:sz w:val="22"/>
        </w:rPr>
        <w:t>A. [CORRECT] Ask about known aneurysm, smoking, collapse details, anticoagulants</w:t>
      </w:r>
    </w:p>
    <w:p>
      <w:pPr>
        <w:spacing w:before="0" w:after="20" w:line="259" w:lineRule="auto"/>
      </w:pPr>
      <w:r>
        <w:rPr>
          <w:rFonts w:ascii="Calibri" w:hAnsi="Calibri" w:eastAsia="Calibri"/>
          <w:b w:val="0"/>
          <w:i/>
          <w:color w:val="282828"/>
          <w:sz w:val="22"/>
        </w:rPr>
        <w:t>Bay: AAA on GP record, 5.6 cm last year. On aspirin. Smoker.</w:t>
      </w:r>
    </w:p>
    <w:p>
      <w:pPr>
        <w:spacing w:before="120" w:after="20" w:line="259" w:lineRule="auto"/>
        <w:shd w:fill="E8F5EC" w:val="clear"/>
      </w:pPr>
      <w:r>
        <w:rPr>
          <w:rFonts w:ascii="Calibri" w:hAnsi="Calibri" w:eastAsia="Calibri"/>
          <w:b/>
          <w:i w:val="0"/>
          <w:color w:val="146E3C"/>
          <w:sz w:val="22"/>
        </w:rPr>
        <w:t>B. [CORRECT] Check last clinic letter and allergies for theatre</w:t>
      </w:r>
    </w:p>
    <w:p>
      <w:pPr>
        <w:spacing w:before="0" w:after="20" w:line="259" w:lineRule="auto"/>
      </w:pPr>
      <w:r>
        <w:rPr>
          <w:rFonts w:ascii="Calibri" w:hAnsi="Calibri" w:eastAsia="Calibri"/>
          <w:b w:val="0"/>
          <w:i/>
          <w:color w:val="282828"/>
          <w:sz w:val="22"/>
        </w:rPr>
        <w:t>Bay: NKDA. EVAR was discussed, he declined.</w:t>
      </w:r>
    </w:p>
    <w:p>
      <w:pPr>
        <w:spacing w:before="120" w:after="20" w:line="259" w:lineRule="auto"/>
        <w:shd w:fill="E8F5EC" w:val="clear"/>
      </w:pPr>
      <w:r>
        <w:rPr>
          <w:rFonts w:ascii="Calibri" w:hAnsi="Calibri" w:eastAsia="Calibri"/>
          <w:b/>
          <w:i w:val="0"/>
          <w:color w:val="146E3C"/>
          <w:sz w:val="22"/>
        </w:rPr>
        <w:t>C. [CORRECT] Confirm last meal and code status / wishes if known</w:t>
      </w:r>
    </w:p>
    <w:p>
      <w:pPr>
        <w:spacing w:before="0" w:after="20" w:line="259" w:lineRule="auto"/>
      </w:pPr>
      <w:r>
        <w:rPr>
          <w:rFonts w:ascii="Calibri" w:hAnsi="Calibri" w:eastAsia="Calibri"/>
          <w:b w:val="0"/>
          <w:i/>
          <w:color w:val="282828"/>
          <w:sz w:val="22"/>
        </w:rPr>
        <w:t>Bay: Ate lunch. No DNACPR.</w:t>
      </w:r>
    </w:p>
    <w:p>
      <w:pPr>
        <w:spacing w:before="120" w:after="20" w:line="259" w:lineRule="auto"/>
        <w:shd w:fill="F8E8E8" w:val="clear"/>
      </w:pPr>
      <w:r>
        <w:rPr>
          <w:rFonts w:ascii="Calibri" w:hAnsi="Calibri" w:eastAsia="Calibri"/>
          <w:b w:val="0"/>
          <w:i w:val="0"/>
          <w:color w:val="A02828"/>
          <w:sz w:val="22"/>
        </w:rPr>
        <w:t>D. [WRONG] Defer the vascular call until a formal departmental ultrasound is reported</w:t>
      </w:r>
    </w:p>
    <w:p>
      <w:pPr>
        <w:spacing w:before="0" w:after="20" w:line="259" w:lineRule="auto"/>
      </w:pPr>
      <w:r>
        <w:rPr>
          <w:rFonts w:ascii="Calibri" w:hAnsi="Calibri" w:eastAsia="Calibri"/>
          <w:b w:val="0"/>
          <w:i/>
          <w:color w:val="282828"/>
          <w:sz w:val="22"/>
        </w:rPr>
        <w:t>Bay: You already have a shocked man with a known AAA. Call vascular now.</w:t>
      </w:r>
    </w:p>
    <w:p>
      <w:pPr>
        <w:spacing w:before="120" w:after="20" w:line="259" w:lineRule="auto"/>
        <w:shd w:fill="F8E8E8" w:val="clear"/>
      </w:pPr>
      <w:r>
        <w:rPr>
          <w:rFonts w:ascii="Calibri" w:hAnsi="Calibri" w:eastAsia="Calibri"/>
          <w:b w:val="0"/>
          <w:i w:val="0"/>
          <w:color w:val="A02828"/>
          <w:sz w:val="22"/>
        </w:rPr>
        <w:t>E. [WRONG] Postpone theatre until a dedicated EVAR planning meeting next week</w:t>
      </w:r>
    </w:p>
    <w:p>
      <w:pPr>
        <w:spacing w:before="0" w:after="20" w:line="259" w:lineRule="auto"/>
      </w:pPr>
      <w:r>
        <w:rPr>
          <w:rFonts w:ascii="Calibri" w:hAnsi="Calibri" w:eastAsia="Calibri"/>
          <w:b w:val="0"/>
          <w:i/>
          <w:color w:val="282828"/>
          <w:sz w:val="22"/>
        </w:rPr>
        <w:t>Bay: Ruptured AAA is an immediate transfer, not an MDT slot.</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Known AAA, sudden back pain, collapse, shock.</w:t>
      </w:r>
    </w:p>
    <w:p>
      <w:pPr>
        <w:spacing w:before="120" w:after="20" w:line="259" w:lineRule="auto"/>
        <w:shd w:fill="E8F5EC" w:val="clear"/>
      </w:pPr>
      <w:r>
        <w:rPr>
          <w:rFonts w:ascii="Calibri" w:hAnsi="Calibri" w:eastAsia="Calibri"/>
          <w:b/>
          <w:i w:val="0"/>
          <w:color w:val="146E3C"/>
          <w:sz w:val="22"/>
        </w:rPr>
        <w:t>A. [CORRECT] Ruptured abdominal aortic aneurysm</w:t>
      </w:r>
    </w:p>
    <w:p>
      <w:pPr>
        <w:spacing w:before="0" w:after="20" w:line="259" w:lineRule="auto"/>
      </w:pPr>
      <w:r>
        <w:rPr>
          <w:rFonts w:ascii="Calibri" w:hAnsi="Calibri" w:eastAsia="Calibri"/>
          <w:b w:val="0"/>
          <w:i/>
          <w:color w:val="282828"/>
          <w:sz w:val="22"/>
        </w:rPr>
        <w:t>Bay: Known AAA, sudden back pain, collapse and shock — that is rupture until proven otherwise.</w:t>
      </w:r>
    </w:p>
    <w:p>
      <w:pPr>
        <w:spacing w:before="120" w:after="20" w:line="259" w:lineRule="auto"/>
        <w:shd w:fill="F8E8E8" w:val="clear"/>
      </w:pPr>
      <w:r>
        <w:rPr>
          <w:rFonts w:ascii="Calibri" w:hAnsi="Calibri" w:eastAsia="Calibri"/>
          <w:b w:val="0"/>
          <w:i w:val="0"/>
          <w:color w:val="A02828"/>
          <w:sz w:val="22"/>
        </w:rPr>
        <w:t>B. [WRONG] Acute pancreatitis with hypovolaemic shock</w:t>
      </w:r>
    </w:p>
    <w:p>
      <w:pPr>
        <w:spacing w:before="0" w:after="20" w:line="259" w:lineRule="auto"/>
      </w:pPr>
      <w:r>
        <w:rPr>
          <w:rFonts w:ascii="Calibri" w:hAnsi="Calibri" w:eastAsia="Calibri"/>
          <w:b w:val="0"/>
          <w:i/>
          <w:color w:val="282828"/>
          <w:sz w:val="22"/>
        </w:rPr>
        <w:t>Bay: Possible, but collapse and a known AAA make this a vascular call first.</w:t>
      </w:r>
    </w:p>
    <w:p>
      <w:pPr>
        <w:spacing w:before="120" w:after="20" w:line="259" w:lineRule="auto"/>
        <w:shd w:fill="F8E8E8" w:val="clear"/>
      </w:pPr>
      <w:r>
        <w:rPr>
          <w:rFonts w:ascii="Calibri" w:hAnsi="Calibri" w:eastAsia="Calibri"/>
          <w:b w:val="0"/>
          <w:i w:val="0"/>
          <w:color w:val="A02828"/>
          <w:sz w:val="22"/>
        </w:rPr>
        <w:t>C. [WRONG] Perforated viscus with septic shock</w:t>
      </w:r>
    </w:p>
    <w:p>
      <w:pPr>
        <w:spacing w:before="0" w:after="20" w:line="259" w:lineRule="auto"/>
      </w:pPr>
      <w:r>
        <w:rPr>
          <w:rFonts w:ascii="Calibri" w:hAnsi="Calibri" w:eastAsia="Calibri"/>
          <w:b w:val="0"/>
          <w:i/>
          <w:color w:val="282828"/>
          <w:sz w:val="22"/>
        </w:rPr>
        <w:t>Bay: Possible, but a pulsatile mass and grey hypotensive collapse are vascular until proven otherwise.</w:t>
      </w:r>
    </w:p>
    <w:p>
      <w:pPr>
        <w:spacing w:before="120" w:after="20" w:line="259" w:lineRule="auto"/>
        <w:shd w:fill="F8E8E8" w:val="clear"/>
      </w:pPr>
      <w:r>
        <w:rPr>
          <w:rFonts w:ascii="Calibri" w:hAnsi="Calibri" w:eastAsia="Calibri"/>
          <w:b w:val="0"/>
          <w:i w:val="0"/>
          <w:color w:val="A02828"/>
          <w:sz w:val="22"/>
        </w:rPr>
        <w:t>D. [WRONG] Inferior ST-elevation myocardial infarction</w:t>
      </w:r>
    </w:p>
    <w:p>
      <w:pPr>
        <w:spacing w:before="0" w:after="20" w:line="259" w:lineRule="auto"/>
      </w:pPr>
      <w:r>
        <w:rPr>
          <w:rFonts w:ascii="Calibri" w:hAnsi="Calibri" w:eastAsia="Calibri"/>
          <w:b w:val="0"/>
          <w:i/>
          <w:color w:val="282828"/>
          <w:sz w:val="22"/>
        </w:rPr>
        <w:t>Bay: The ECG is sinus tachycardia and the troponin is low. This is not a coronary occlusion.</w:t>
      </w:r>
    </w:p>
    <w:p>
      <w:pPr>
        <w:spacing w:before="120" w:after="20" w:line="259" w:lineRule="auto"/>
        <w:shd w:fill="F8E8E8" w:val="clear"/>
      </w:pPr>
      <w:r>
        <w:rPr>
          <w:rFonts w:ascii="Calibri" w:hAnsi="Calibri" w:eastAsia="Calibri"/>
          <w:b w:val="0"/>
          <w:i w:val="0"/>
          <w:color w:val="A02828"/>
          <w:sz w:val="22"/>
        </w:rPr>
        <w:t>E. [WRONG] Uncomplicated acute renal colic</w:t>
      </w:r>
    </w:p>
    <w:p>
      <w:pPr>
        <w:spacing w:before="0" w:after="20" w:line="259" w:lineRule="auto"/>
      </w:pPr>
      <w:r>
        <w:rPr>
          <w:rFonts w:ascii="Calibri" w:hAnsi="Calibri" w:eastAsia="Calibri"/>
          <w:b w:val="0"/>
          <w:i/>
          <w:color w:val="282828"/>
          <w:sz w:val="22"/>
        </w:rPr>
        <w:t>Bay: Renal colic does not usually make you this grey. A leaking AAA is the classic miss.</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Theatre is holding.</w:t>
      </w:r>
    </w:p>
    <w:p>
      <w:pPr>
        <w:spacing w:before="120" w:after="20" w:line="259" w:lineRule="auto"/>
        <w:shd w:fill="E8F5EC" w:val="clear"/>
      </w:pPr>
      <w:r>
        <w:rPr>
          <w:rFonts w:ascii="Calibri" w:hAnsi="Calibri" w:eastAsia="Calibri"/>
          <w:b/>
          <w:i w:val="0"/>
          <w:color w:val="146E3C"/>
          <w:sz w:val="22"/>
        </w:rPr>
        <w:t>A. [CORRECT] Transfer with blood, pads, vascular, trauma pack</w:t>
      </w:r>
    </w:p>
    <w:p>
      <w:pPr>
        <w:spacing w:before="0" w:after="20" w:line="259" w:lineRule="auto"/>
      </w:pPr>
      <w:r>
        <w:rPr>
          <w:rFonts w:ascii="Calibri" w:hAnsi="Calibri" w:eastAsia="Calibri"/>
          <w:b w:val="0"/>
          <w:i/>
          <w:color w:val="282828"/>
          <w:sz w:val="22"/>
        </w:rPr>
        <w:t>Bay: He leaves the bay with a trauma pack.</w:t>
      </w:r>
    </w:p>
    <w:p>
      <w:pPr>
        <w:spacing w:before="80" w:after="40" w:line="259" w:lineRule="auto"/>
      </w:pPr>
      <w:r>
        <w:rPr>
          <w:rFonts w:ascii="Calibri" w:hAnsi="Calibri" w:eastAsia="Calibri"/>
          <w:b/>
          <w:i w:val="0"/>
          <w:color w:val="46326E"/>
          <w:sz w:val="22"/>
        </w:rPr>
        <w:t xml:space="preserve">    Follow-up: What runs during transfer?</w:t>
      </w:r>
    </w:p>
    <w:p>
      <w:pPr>
        <w:spacing w:before="120" w:after="20" w:line="259" w:lineRule="auto"/>
        <w:shd w:fill="E8F5EC" w:val="clear"/>
      </w:pPr>
      <w:r>
        <w:rPr>
          <w:rFonts w:ascii="Calibri" w:hAnsi="Calibri" w:eastAsia="Calibri"/>
          <w:b/>
          <w:i w:val="0"/>
          <w:color w:val="146E3C"/>
          <w:sz w:val="22"/>
        </w:rPr>
        <w:t xml:space="preserve">    A. [CORRECT] Blood, pads, trauma pack, vascular, anaesthetics</w:t>
      </w:r>
    </w:p>
    <w:p>
      <w:pPr>
        <w:spacing w:before="0" w:after="20" w:line="259" w:lineRule="auto"/>
      </w:pPr>
      <w:r>
        <w:rPr>
          <w:rFonts w:ascii="Calibri" w:hAnsi="Calibri" w:eastAsia="Calibri"/>
          <w:b w:val="0"/>
          <w:i/>
          <w:color w:val="282828"/>
          <w:sz w:val="22"/>
        </w:rPr>
        <w:t xml:space="preserve">       Bay: Permissive hypotension continues to the anaesthetic room. No extra crystalloid.</w:t>
      </w:r>
    </w:p>
    <w:p>
      <w:pPr>
        <w:spacing w:before="120" w:after="20" w:line="259" w:lineRule="auto"/>
        <w:shd w:fill="F8E8E8" w:val="clear"/>
      </w:pPr>
      <w:r>
        <w:rPr>
          <w:rFonts w:ascii="Calibri" w:hAnsi="Calibri" w:eastAsia="Calibri"/>
          <w:b w:val="0"/>
          <w:i w:val="0"/>
          <w:color w:val="A02828"/>
          <w:sz w:val="22"/>
        </w:rPr>
        <w:t xml:space="preserve">    B. [WRONG] A further 2 L 0.9% saline on the way</w:t>
      </w:r>
    </w:p>
    <w:p>
      <w:pPr>
        <w:spacing w:before="0" w:after="20" w:line="259" w:lineRule="auto"/>
      </w:pPr>
      <w:r>
        <w:rPr>
          <w:rFonts w:ascii="Calibri" w:hAnsi="Calibri" w:eastAsia="Calibri"/>
          <w:b w:val="0"/>
          <w:i/>
          <w:color w:val="282828"/>
          <w:sz w:val="22"/>
        </w:rPr>
        <w:t xml:space="preserve">       Bay: Further crystalloid will dilute and disrupt the clot.</w:t>
      </w:r>
    </w:p>
    <w:p>
      <w:pPr>
        <w:spacing w:before="120" w:after="20" w:line="259" w:lineRule="auto"/>
        <w:shd w:fill="F8E8E8" w:val="clear"/>
      </w:pPr>
      <w:r>
        <w:rPr>
          <w:rFonts w:ascii="Calibri" w:hAnsi="Calibri" w:eastAsia="Calibri"/>
          <w:b w:val="0"/>
          <w:i w:val="0"/>
          <w:color w:val="A02828"/>
          <w:sz w:val="22"/>
        </w:rPr>
        <w:t xml:space="preserve">    C. [WRONG] Stop the transfer for a departmental chest X-ray</w:t>
      </w:r>
    </w:p>
    <w:p>
      <w:pPr>
        <w:spacing w:before="0" w:after="20" w:line="259" w:lineRule="auto"/>
      </w:pPr>
      <w:r>
        <w:rPr>
          <w:rFonts w:ascii="Calibri" w:hAnsi="Calibri" w:eastAsia="Calibri"/>
          <w:b w:val="0"/>
          <w:i/>
          <w:color w:val="282828"/>
          <w:sz w:val="22"/>
        </w:rPr>
        <w:t xml:space="preserve">       Bay: A film will not change the destination. Do not delay theatre.</w:t>
      </w:r>
    </w:p>
    <w:p>
      <w:pPr>
        <w:spacing w:before="120" w:after="20" w:line="259" w:lineRule="auto"/>
        <w:shd w:fill="F8E8E8" w:val="clear"/>
      </w:pPr>
      <w:r>
        <w:rPr>
          <w:rFonts w:ascii="Calibri" w:hAnsi="Calibri" w:eastAsia="Calibri"/>
          <w:b w:val="0"/>
          <w:i w:val="0"/>
          <w:color w:val="A02828"/>
          <w:sz w:val="22"/>
        </w:rPr>
        <w:t xml:space="preserve">    D. [WRONG] Alteplase on the table for a missed ACS</w:t>
      </w:r>
    </w:p>
    <w:p>
      <w:pPr>
        <w:spacing w:before="0" w:after="20" w:line="259" w:lineRule="auto"/>
      </w:pPr>
      <w:r>
        <w:rPr>
          <w:rFonts w:ascii="Calibri" w:hAnsi="Calibri" w:eastAsia="Calibri"/>
          <w:b w:val="0"/>
          <w:i/>
          <w:color w:val="282828"/>
          <w:sz w:val="22"/>
        </w:rPr>
        <w:t xml:space="preserve">       Bay: He is about to have an aorta repaired. Lysis is unsurvivable.</w:t>
      </w:r>
    </w:p>
    <w:p>
      <w:pPr>
        <w:spacing w:before="120" w:after="20" w:line="259" w:lineRule="auto"/>
        <w:shd w:fill="F8E8E8" w:val="clear"/>
      </w:pPr>
      <w:r>
        <w:rPr>
          <w:rFonts w:ascii="Calibri" w:hAnsi="Calibri" w:eastAsia="Calibri"/>
          <w:b w:val="0"/>
          <w:i w:val="0"/>
          <w:color w:val="A02828"/>
          <w:sz w:val="22"/>
        </w:rPr>
        <w:t xml:space="preserve">    E. [WRONG] Transfer to a non-vascular hospital for CT</w:t>
      </w:r>
    </w:p>
    <w:p>
      <w:pPr>
        <w:spacing w:before="0" w:after="20" w:line="259" w:lineRule="auto"/>
      </w:pPr>
      <w:r>
        <w:rPr>
          <w:rFonts w:ascii="Calibri" w:hAnsi="Calibri" w:eastAsia="Calibri"/>
          <w:b w:val="0"/>
          <w:i/>
          <w:color w:val="282828"/>
          <w:sz w:val="22"/>
        </w:rPr>
        <w:t xml:space="preserve">       Bay: Unstable ruptured AAA goes to a vascular centre, not a scan-and-ship.</w:t>
      </w:r>
    </w:p>
    <w:p>
      <w:pPr>
        <w:spacing w:before="120" w:after="20" w:line="259" w:lineRule="auto"/>
        <w:shd w:fill="F8E8E8" w:val="clear"/>
      </w:pPr>
      <w:r>
        <w:rPr>
          <w:rFonts w:ascii="Calibri" w:hAnsi="Calibri" w:eastAsia="Calibri"/>
          <w:b w:val="0"/>
          <w:i w:val="0"/>
          <w:color w:val="A02828"/>
          <w:sz w:val="22"/>
        </w:rPr>
        <w:t>B. [WRONG] Further 2 L saline during transfer</w:t>
      </w:r>
    </w:p>
    <w:p>
      <w:pPr>
        <w:spacing w:before="0" w:after="20" w:line="259" w:lineRule="auto"/>
      </w:pPr>
      <w:r>
        <w:rPr>
          <w:rFonts w:ascii="Calibri" w:hAnsi="Calibri" w:eastAsia="Calibri"/>
          <w:b w:val="0"/>
          <w:i/>
          <w:color w:val="282828"/>
          <w:sz w:val="22"/>
        </w:rPr>
        <w:t>Bay: Further crystalloid will dilute and disrupt the clot. Blood if he dumps, not 2 L of saline.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Stop the transfer for a chest X-ray</w:t>
      </w:r>
    </w:p>
    <w:p>
      <w:pPr>
        <w:spacing w:before="0" w:after="20" w:line="259" w:lineRule="auto"/>
      </w:pPr>
      <w:r>
        <w:rPr>
          <w:rFonts w:ascii="Calibri" w:hAnsi="Calibri" w:eastAsia="Calibri"/>
          <w:b w:val="0"/>
          <w:i/>
          <w:color w:val="282828"/>
          <w:sz w:val="22"/>
        </w:rPr>
        <w:t>Bay: A film will not change the destination. Do not delay theatre.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Alteplase on the table for missed ACS</w:t>
      </w:r>
    </w:p>
    <w:p>
      <w:pPr>
        <w:spacing w:before="0" w:after="20" w:line="259" w:lineRule="auto"/>
      </w:pPr>
      <w:r>
        <w:rPr>
          <w:rFonts w:ascii="Calibri" w:hAnsi="Calibri" w:eastAsia="Calibri"/>
          <w:b w:val="0"/>
          <w:i/>
          <w:color w:val="282828"/>
          <w:sz w:val="22"/>
        </w:rPr>
        <w:t>Bay: He is about to have an aorta repaired. Lysis is unsurvivable.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Non-vascular hospital for CT then repatriation</w:t>
      </w:r>
    </w:p>
    <w:p>
      <w:pPr>
        <w:spacing w:before="0" w:after="20" w:line="259" w:lineRule="auto"/>
      </w:pPr>
      <w:r>
        <w:rPr>
          <w:rFonts w:ascii="Calibri" w:hAnsi="Calibri" w:eastAsia="Calibri"/>
          <w:b w:val="0"/>
          <w:i/>
          <w:color w:val="282828"/>
          <w:sz w:val="22"/>
        </w:rPr>
        <w:t>Bay: Unstable ruptured AAA goes to a vascular centre, not a scan-and-ship.</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He still has a BP.</w:t>
      </w:r>
    </w:p>
    <w:p>
      <w:pPr>
        <w:spacing w:before="120" w:after="20" w:line="259" w:lineRule="auto"/>
        <w:shd w:fill="E8F5EC" w:val="clear"/>
      </w:pPr>
      <w:r>
        <w:rPr>
          <w:rFonts w:ascii="Calibri" w:hAnsi="Calibri" w:eastAsia="Calibri"/>
          <w:b/>
          <w:i w:val="0"/>
          <w:color w:val="146E3C"/>
          <w:sz w:val="22"/>
        </w:rPr>
        <w:t>A. [CORRECT] Vascular theatre / hybrid EVAR suite</w:t>
      </w:r>
    </w:p>
    <w:p>
      <w:pPr>
        <w:spacing w:before="0" w:after="20" w:line="259" w:lineRule="auto"/>
      </w:pPr>
      <w:r>
        <w:rPr>
          <w:rFonts w:ascii="Calibri" w:hAnsi="Calibri" w:eastAsia="Calibri"/>
          <w:b w:val="0"/>
          <w:i/>
          <w:color w:val="282828"/>
          <w:sz w:val="22"/>
        </w:rPr>
        <w:t>Bay: He needs an aorta repaired by a vascular team, open or EVAR as they decide.</w:t>
      </w:r>
    </w:p>
    <w:p>
      <w:pPr>
        <w:spacing w:before="120" w:after="20" w:line="259" w:lineRule="auto"/>
        <w:shd w:fill="F8E8E8" w:val="clear"/>
      </w:pPr>
      <w:r>
        <w:rPr>
          <w:rFonts w:ascii="Calibri" w:hAnsi="Calibri" w:eastAsia="Calibri"/>
          <w:b w:val="0"/>
          <w:i w:val="0"/>
          <w:color w:val="A02828"/>
          <w:sz w:val="22"/>
        </w:rPr>
        <w:t>B. [WRONG] Acute medical unit</w:t>
      </w:r>
    </w:p>
    <w:p>
      <w:pPr>
        <w:spacing w:before="0" w:after="20" w:line="259" w:lineRule="auto"/>
      </w:pPr>
      <w:r>
        <w:rPr>
          <w:rFonts w:ascii="Calibri" w:hAnsi="Calibri" w:eastAsia="Calibri"/>
          <w:b w:val="0"/>
          <w:i/>
          <w:color w:val="282828"/>
          <w:sz w:val="22"/>
        </w:rPr>
        <w:t>Bay: A leaking AAA is not a medical admission.</w:t>
      </w:r>
    </w:p>
    <w:p>
      <w:pPr>
        <w:spacing w:before="120" w:after="20" w:line="259" w:lineRule="auto"/>
        <w:shd w:fill="F8E8E8" w:val="clear"/>
      </w:pPr>
      <w:r>
        <w:rPr>
          <w:rFonts w:ascii="Calibri" w:hAnsi="Calibri" w:eastAsia="Calibri"/>
          <w:b w:val="0"/>
          <w:i w:val="0"/>
          <w:color w:val="A02828"/>
          <w:sz w:val="22"/>
        </w:rPr>
        <w:t>C. [WRONG] General CEPOD theatre without a vascular surgeon</w:t>
      </w:r>
    </w:p>
    <w:p>
      <w:pPr>
        <w:spacing w:before="0" w:after="20" w:line="259" w:lineRule="auto"/>
      </w:pPr>
      <w:r>
        <w:rPr>
          <w:rFonts w:ascii="Calibri" w:hAnsi="Calibri" w:eastAsia="Calibri"/>
          <w:b w:val="0"/>
          <w:i/>
          <w:color w:val="282828"/>
          <w:sz w:val="22"/>
        </w:rPr>
        <w:t>Bay: A non-vascular CEPOD list cannot repair this. He needs a vascular centre.</w:t>
      </w:r>
    </w:p>
    <w:p>
      <w:pPr>
        <w:spacing w:before="120" w:after="20" w:line="259" w:lineRule="auto"/>
        <w:shd w:fill="F8E8E8" w:val="clear"/>
      </w:pPr>
      <w:r>
        <w:rPr>
          <w:rFonts w:ascii="Calibri" w:hAnsi="Calibri" w:eastAsia="Calibri"/>
          <w:b w:val="0"/>
          <w:i w:val="0"/>
          <w:color w:val="A02828"/>
          <w:sz w:val="22"/>
        </w:rPr>
        <w:t>D. [WRONG] Cardiac catheter laboratory</w:t>
      </w:r>
    </w:p>
    <w:p>
      <w:pPr>
        <w:spacing w:before="0" w:after="20" w:line="259" w:lineRule="auto"/>
      </w:pPr>
      <w:r>
        <w:rPr>
          <w:rFonts w:ascii="Calibri" w:hAnsi="Calibri" w:eastAsia="Calibri"/>
          <w:b w:val="0"/>
          <w:i/>
          <w:color w:val="282828"/>
          <w:sz w:val="22"/>
        </w:rPr>
        <w:t>Bay: Wrong laboratory. This is the abdominal aorta, not a coronary occlusion.</w:t>
      </w:r>
    </w:p>
    <w:p>
      <w:pPr>
        <w:spacing w:before="120" w:after="20" w:line="259" w:lineRule="auto"/>
        <w:shd w:fill="F8E8E8" w:val="clear"/>
      </w:pPr>
      <w:r>
        <w:rPr>
          <w:rFonts w:ascii="Calibri" w:hAnsi="Calibri" w:eastAsia="Calibri"/>
          <w:b w:val="0"/>
          <w:i w:val="0"/>
          <w:color w:val="A02828"/>
          <w:sz w:val="22"/>
        </w:rPr>
        <w:t>E. [WRONG] Medical HDU without a vascular surgeon</w:t>
      </w:r>
    </w:p>
    <w:p>
      <w:pPr>
        <w:spacing w:before="0" w:after="20" w:line="259" w:lineRule="auto"/>
      </w:pPr>
      <w:r>
        <w:rPr>
          <w:rFonts w:ascii="Calibri" w:hAnsi="Calibri" w:eastAsia="Calibri"/>
          <w:b w:val="0"/>
          <w:i/>
          <w:color w:val="282828"/>
          <w:sz w:val="22"/>
        </w:rPr>
        <w:t>Bay: Monitoring without an operator does not stop the bleed.</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he leaves.</w:t>
      </w:r>
    </w:p>
    <w:p>
      <w:pPr>
        <w:spacing w:before="120" w:after="20" w:line="259" w:lineRule="auto"/>
        <w:shd w:fill="E8F5EC" w:val="clear"/>
      </w:pPr>
      <w:r>
        <w:rPr>
          <w:rFonts w:ascii="Calibri" w:hAnsi="Calibri" w:eastAsia="Calibri"/>
          <w:b/>
          <w:i w:val="0"/>
          <w:color w:val="146E3C"/>
          <w:sz w:val="22"/>
        </w:rPr>
        <w:t>A. [CORRECT] Document major haemorrhage, update family, take blood, keep him warm</w:t>
      </w:r>
    </w:p>
    <w:p>
      <w:pPr>
        <w:spacing w:before="0" w:after="20" w:line="259" w:lineRule="auto"/>
      </w:pPr>
      <w:r>
        <w:rPr>
          <w:rFonts w:ascii="Calibri" w:hAnsi="Calibri" w:eastAsia="Calibri"/>
          <w:b w:val="0"/>
          <w:i/>
          <w:color w:val="282828"/>
          <w:sz w:val="22"/>
        </w:rPr>
        <w:t>Bay: Daughter spoken to. Pack of blood going.</w:t>
      </w:r>
    </w:p>
    <w:p>
      <w:pPr>
        <w:spacing w:before="80" w:after="40" w:line="259" w:lineRule="auto"/>
      </w:pPr>
      <w:r>
        <w:rPr>
          <w:rFonts w:ascii="Calibri" w:hAnsi="Calibri" w:eastAsia="Calibri"/>
          <w:b/>
          <w:i w:val="0"/>
          <w:color w:val="46326E"/>
          <w:sz w:val="22"/>
        </w:rPr>
        <w:t xml:space="preserve">    Follow-up: What blood products travel with him?</w:t>
      </w:r>
    </w:p>
    <w:p>
      <w:pPr>
        <w:spacing w:before="120" w:after="20" w:line="259" w:lineRule="auto"/>
        <w:shd w:fill="E8F5EC" w:val="clear"/>
      </w:pPr>
      <w:r>
        <w:rPr>
          <w:rFonts w:ascii="Calibri" w:hAnsi="Calibri" w:eastAsia="Calibri"/>
          <w:b/>
          <w:i w:val="0"/>
          <w:color w:val="146E3C"/>
          <w:sz w:val="22"/>
        </w:rPr>
        <w:t xml:space="preserve">    A. [CORRECT] Packed red cells and a major-haemorrhage pack</w:t>
      </w:r>
    </w:p>
    <w:p>
      <w:pPr>
        <w:spacing w:before="0" w:after="20" w:line="259" w:lineRule="auto"/>
      </w:pPr>
      <w:r>
        <w:rPr>
          <w:rFonts w:ascii="Calibri" w:hAnsi="Calibri" w:eastAsia="Calibri"/>
          <w:b w:val="0"/>
          <w:i/>
          <w:color w:val="282828"/>
          <w:sz w:val="22"/>
        </w:rPr>
        <w:t xml:space="preserve">       Bay: He is still permissively hypotensive. Blood travels; crystalloid does not chase 120.</w:t>
      </w:r>
    </w:p>
    <w:p>
      <w:pPr>
        <w:spacing w:before="120" w:after="20" w:line="259" w:lineRule="auto"/>
        <w:shd w:fill="F8E8E8" w:val="clear"/>
      </w:pPr>
      <w:r>
        <w:rPr>
          <w:rFonts w:ascii="Calibri" w:hAnsi="Calibri" w:eastAsia="Calibri"/>
          <w:b w:val="0"/>
          <w:i w:val="0"/>
          <w:color w:val="A02828"/>
          <w:sz w:val="22"/>
        </w:rPr>
        <w:t xml:space="preserve">    B. [WRONG] Crystalloid only — theatre has blood</w:t>
      </w:r>
    </w:p>
    <w:p>
      <w:pPr>
        <w:spacing w:before="0" w:after="20" w:line="259" w:lineRule="auto"/>
      </w:pPr>
      <w:r>
        <w:rPr>
          <w:rFonts w:ascii="Calibri" w:hAnsi="Calibri" w:eastAsia="Calibri"/>
          <w:b w:val="0"/>
          <w:i/>
          <w:color w:val="282828"/>
          <w:sz w:val="22"/>
        </w:rPr>
        <w:t xml:space="preserve">       Bay: Do not leave resus without product in a ruptured AAA.</w:t>
      </w:r>
    </w:p>
    <w:p>
      <w:pPr>
        <w:spacing w:before="120" w:after="20" w:line="259" w:lineRule="auto"/>
        <w:shd w:fill="F8E8E8" w:val="clear"/>
      </w:pPr>
      <w:r>
        <w:rPr>
          <w:rFonts w:ascii="Calibri" w:hAnsi="Calibri" w:eastAsia="Calibri"/>
          <w:b w:val="0"/>
          <w:i w:val="0"/>
          <w:color w:val="A02828"/>
          <w:sz w:val="22"/>
        </w:rPr>
        <w:t xml:space="preserve">    C. [WRONG] Platelets to 400 ×10⁹/L first</w:t>
      </w:r>
    </w:p>
    <w:p>
      <w:pPr>
        <w:spacing w:before="0" w:after="20" w:line="259" w:lineRule="auto"/>
      </w:pPr>
      <w:r>
        <w:rPr>
          <w:rFonts w:ascii="Calibri" w:hAnsi="Calibri" w:eastAsia="Calibri"/>
          <w:b w:val="0"/>
          <w:i/>
          <w:color w:val="282828"/>
          <w:sz w:val="22"/>
        </w:rPr>
        <w:t xml:space="preserve">       Bay: That is not the target and it delays transfer.</w:t>
      </w:r>
    </w:p>
    <w:p>
      <w:pPr>
        <w:spacing w:before="120" w:after="20" w:line="259" w:lineRule="auto"/>
        <w:shd w:fill="F8E8E8" w:val="clear"/>
      </w:pPr>
      <w:r>
        <w:rPr>
          <w:rFonts w:ascii="Calibri" w:hAnsi="Calibri" w:eastAsia="Calibri"/>
          <w:b w:val="0"/>
          <w:i w:val="0"/>
          <w:color w:val="A02828"/>
          <w:sz w:val="22"/>
        </w:rPr>
        <w:t xml:space="preserve">    D. [WRONG] FFP only, no red cells</w:t>
      </w:r>
    </w:p>
    <w:p>
      <w:pPr>
        <w:spacing w:before="0" w:after="20" w:line="259" w:lineRule="auto"/>
      </w:pPr>
      <w:r>
        <w:rPr>
          <w:rFonts w:ascii="Calibri" w:hAnsi="Calibri" w:eastAsia="Calibri"/>
          <w:b w:val="0"/>
          <w:i/>
          <w:color w:val="282828"/>
          <w:sz w:val="22"/>
        </w:rPr>
        <w:t xml:space="preserve">       Bay: He needs red cells. Take the pack.</w:t>
      </w:r>
    </w:p>
    <w:p>
      <w:pPr>
        <w:spacing w:before="120" w:after="20" w:line="259" w:lineRule="auto"/>
        <w:shd w:fill="F8E8E8" w:val="clear"/>
      </w:pPr>
      <w:r>
        <w:rPr>
          <w:rFonts w:ascii="Calibri" w:hAnsi="Calibri" w:eastAsia="Calibri"/>
          <w:b w:val="0"/>
          <w:i w:val="0"/>
          <w:color w:val="A02828"/>
          <w:sz w:val="22"/>
        </w:rPr>
        <w:t xml:space="preserve">    E. [WRONG] Nothing — a gelofusine bolus will do</w:t>
      </w:r>
    </w:p>
    <w:p>
      <w:pPr>
        <w:spacing w:before="0" w:after="20" w:line="259" w:lineRule="auto"/>
      </w:pPr>
      <w:r>
        <w:rPr>
          <w:rFonts w:ascii="Calibri" w:hAnsi="Calibri" w:eastAsia="Calibri"/>
          <w:b w:val="0"/>
          <w:i/>
          <w:color w:val="282828"/>
          <w:sz w:val="22"/>
        </w:rPr>
        <w:t xml:space="preserve">       Bay: Colloid will not replace blood in a ruptured aneurysm.</w:t>
      </w:r>
    </w:p>
    <w:p>
      <w:pPr>
        <w:spacing w:before="120" w:after="20" w:line="259" w:lineRule="auto"/>
        <w:shd w:fill="F8E8E8" w:val="clear"/>
      </w:pPr>
      <w:r>
        <w:rPr>
          <w:rFonts w:ascii="Calibri" w:hAnsi="Calibri" w:eastAsia="Calibri"/>
          <w:b w:val="0"/>
          <w:i w:val="0"/>
          <w:color w:val="A02828"/>
          <w:sz w:val="22"/>
        </w:rPr>
        <w:t>B. [WRONG] Give 500 mL gelofusine to achieve a systolic of 120 before transfer</w:t>
      </w:r>
    </w:p>
    <w:p>
      <w:pPr>
        <w:spacing w:before="0" w:after="20" w:line="259" w:lineRule="auto"/>
      </w:pPr>
      <w:r>
        <w:rPr>
          <w:rFonts w:ascii="Calibri" w:hAnsi="Calibri" w:eastAsia="Calibri"/>
          <w:b w:val="0"/>
          <w:i/>
          <w:color w:val="282828"/>
          <w:sz w:val="22"/>
        </w:rPr>
        <w:t>Bay: Do not chase 120. Permissive hypotension continues to the anaesthetic room.</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Remove one cannula so he is more comfortable for transfer</w:t>
      </w:r>
    </w:p>
    <w:p>
      <w:pPr>
        <w:spacing w:before="0" w:after="20" w:line="259" w:lineRule="auto"/>
      </w:pPr>
      <w:r>
        <w:rPr>
          <w:rFonts w:ascii="Calibri" w:hAnsi="Calibri" w:eastAsia="Calibri"/>
          <w:b w:val="0"/>
          <w:i/>
          <w:color w:val="282828"/>
          <w:sz w:val="22"/>
        </w:rPr>
        <w:t>Bay: He may dump. Leave large-bore access in.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Give clopidogrel 300 mg chewable in case this is ACS</w:t>
      </w:r>
    </w:p>
    <w:p>
      <w:pPr>
        <w:spacing w:before="0" w:after="20" w:line="259" w:lineRule="auto"/>
      </w:pPr>
      <w:r>
        <w:rPr>
          <w:rFonts w:ascii="Calibri" w:hAnsi="Calibri" w:eastAsia="Calibri"/>
          <w:b w:val="0"/>
          <w:i/>
          <w:color w:val="282828"/>
          <w:sz w:val="22"/>
        </w:rPr>
        <w:t>Bay: Dual antiplatelet in a ruptured AAA is unsurvivable.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Hold him in ED until the next scheduled CEPOD slot this afternoon</w:t>
      </w:r>
    </w:p>
    <w:p>
      <w:pPr>
        <w:spacing w:before="0" w:after="20" w:line="259" w:lineRule="auto"/>
      </w:pPr>
      <w:r>
        <w:rPr>
          <w:rFonts w:ascii="Calibri" w:hAnsi="Calibri" w:eastAsia="Calibri"/>
          <w:b w:val="0"/>
          <w:i/>
          <w:color w:val="282828"/>
          <w:sz w:val="22"/>
        </w:rPr>
        <w:t>Bay: Ruptured AAA does not wait for a list. He goes now.</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Theatre: retroperitoneal rupture of an infrarenal AAA.</w:t>
      </w:r>
    </w:p>
    <w:p>
      <w:pPr>
        <w:spacing w:before="120" w:after="20" w:line="259" w:lineRule="auto"/>
        <w:shd w:fill="E8F5EC" w:val="clear"/>
      </w:pPr>
      <w:r>
        <w:rPr>
          <w:rFonts w:ascii="Calibri" w:hAnsi="Calibri" w:eastAsia="Calibri"/>
          <w:b/>
          <w:i w:val="0"/>
          <w:color w:val="146E3C"/>
          <w:sz w:val="22"/>
        </w:rPr>
        <w:t>A. [CORRECT] Ruptured abdominal aortic aneurysm</w:t>
      </w:r>
    </w:p>
    <w:p>
      <w:pPr>
        <w:spacing w:before="0" w:after="20" w:line="259" w:lineRule="auto"/>
      </w:pPr>
      <w:r>
        <w:rPr>
          <w:rFonts w:ascii="Calibri" w:hAnsi="Calibri" w:eastAsia="Calibri"/>
          <w:b w:val="0"/>
          <w:i/>
          <w:color w:val="282828"/>
          <w:sz w:val="22"/>
        </w:rPr>
        <w:t>Bay: Infrarenal rupture with retroperitoneal haematoma. That is the diagnosis.</w:t>
      </w:r>
    </w:p>
    <w:p>
      <w:pPr>
        <w:spacing w:before="120" w:after="20" w:line="259" w:lineRule="auto"/>
        <w:shd w:fill="F8E8E8" w:val="clear"/>
      </w:pPr>
      <w:r>
        <w:rPr>
          <w:rFonts w:ascii="Calibri" w:hAnsi="Calibri" w:eastAsia="Calibri"/>
          <w:b w:val="0"/>
          <w:i w:val="0"/>
          <w:color w:val="A02828"/>
          <w:sz w:val="22"/>
        </w:rPr>
        <w:t>B. [WRONG] Type A aortic dissection</w:t>
      </w:r>
    </w:p>
    <w:p>
      <w:pPr>
        <w:spacing w:before="0" w:after="20" w:line="259" w:lineRule="auto"/>
      </w:pPr>
      <w:r>
        <w:rPr>
          <w:rFonts w:ascii="Calibri" w:hAnsi="Calibri" w:eastAsia="Calibri"/>
          <w:b w:val="0"/>
          <w:i/>
          <w:color w:val="282828"/>
          <w:sz w:val="22"/>
        </w:rPr>
        <w:t>Bay: This was the abdominal aorta, not an ascending dissection.</w:t>
      </w:r>
    </w:p>
    <w:p>
      <w:pPr>
        <w:spacing w:before="120" w:after="20" w:line="259" w:lineRule="auto"/>
        <w:shd w:fill="F8E8E8" w:val="clear"/>
      </w:pPr>
      <w:r>
        <w:rPr>
          <w:rFonts w:ascii="Calibri" w:hAnsi="Calibri" w:eastAsia="Calibri"/>
          <w:b w:val="0"/>
          <w:i w:val="0"/>
          <w:color w:val="A02828"/>
          <w:sz w:val="22"/>
        </w:rPr>
        <w:t>C. [WRONG] Massive upper gastrointestinal bleed</w:t>
      </w:r>
    </w:p>
    <w:p>
      <w:pPr>
        <w:spacing w:before="0" w:after="20" w:line="259" w:lineRule="auto"/>
      </w:pPr>
      <w:r>
        <w:rPr>
          <w:rFonts w:ascii="Calibri" w:hAnsi="Calibri" w:eastAsia="Calibri"/>
          <w:b w:val="0"/>
          <w:i/>
          <w:color w:val="282828"/>
          <w:sz w:val="22"/>
        </w:rPr>
        <w:t>Bay: No blood in the gut. The haematoma was retroperitoneal.</w:t>
      </w:r>
    </w:p>
    <w:p>
      <w:pPr>
        <w:spacing w:before="120" w:after="20" w:line="259" w:lineRule="auto"/>
        <w:shd w:fill="F8E8E8" w:val="clear"/>
      </w:pPr>
      <w:r>
        <w:rPr>
          <w:rFonts w:ascii="Calibri" w:hAnsi="Calibri" w:eastAsia="Calibri"/>
          <w:b w:val="0"/>
          <w:i w:val="0"/>
          <w:color w:val="A02828"/>
          <w:sz w:val="22"/>
        </w:rPr>
        <w:t>D. [WRONG] Severe acute pancreatitis</w:t>
      </w:r>
    </w:p>
    <w:p>
      <w:pPr>
        <w:spacing w:before="0" w:after="20" w:line="259" w:lineRule="auto"/>
      </w:pPr>
      <w:r>
        <w:rPr>
          <w:rFonts w:ascii="Calibri" w:hAnsi="Calibri" w:eastAsia="Calibri"/>
          <w:b w:val="0"/>
          <w:i/>
          <w:color w:val="282828"/>
          <w:sz w:val="22"/>
        </w:rPr>
        <w:t>Bay: The surgeon found a ruptured aneurysm, not a necrotic pancreas.</w:t>
      </w:r>
    </w:p>
    <w:p>
      <w:pPr>
        <w:spacing w:before="120" w:after="20" w:line="259" w:lineRule="auto"/>
        <w:shd w:fill="F8E8E8" w:val="clear"/>
      </w:pPr>
      <w:r>
        <w:rPr>
          <w:rFonts w:ascii="Calibri" w:hAnsi="Calibri" w:eastAsia="Calibri"/>
          <w:b w:val="0"/>
          <w:i w:val="0"/>
          <w:color w:val="A02828"/>
          <w:sz w:val="22"/>
        </w:rPr>
        <w:t>E. [WRONG] Acute mesenteric ischaemia</w:t>
      </w:r>
    </w:p>
    <w:p>
      <w:pPr>
        <w:spacing w:before="0" w:after="20" w:line="259" w:lineRule="auto"/>
      </w:pPr>
      <w:r>
        <w:rPr>
          <w:rFonts w:ascii="Calibri" w:hAnsi="Calibri" w:eastAsia="Calibri"/>
          <w:b w:val="0"/>
          <w:i/>
          <w:color w:val="282828"/>
          <w:sz w:val="22"/>
        </w:rPr>
        <w:t>Bay: Mesenteric ischaemia can shock, but theatre showed a ruptured infrarenal AAA.</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Ruptured abdominal aortic aneurysm</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Sudden back / abdominal pain then collapse</w:t>
      </w:r>
    </w:p>
    <w:p>
      <w:pPr>
        <w:spacing w:before="0" w:after="40" w:line="259" w:lineRule="auto"/>
      </w:pPr>
      <w:r>
        <w:rPr>
          <w:rFonts w:ascii="Calibri" w:hAnsi="Calibri" w:eastAsia="Calibri"/>
          <w:b w:val="0"/>
          <w:i w:val="0"/>
          <w:sz w:val="22"/>
        </w:rPr>
        <w:t>• Shock, grey, weak femorals</w:t>
      </w:r>
    </w:p>
    <w:p>
      <w:pPr>
        <w:spacing w:before="0" w:after="40" w:line="259" w:lineRule="auto"/>
      </w:pPr>
      <w:r>
        <w:rPr>
          <w:rFonts w:ascii="Calibri" w:hAnsi="Calibri" w:eastAsia="Calibri"/>
          <w:b w:val="0"/>
          <w:i w:val="0"/>
          <w:sz w:val="22"/>
        </w:rPr>
        <w:t>• Known AAA, bedside aorta dilated</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Do not delay theatre for CT if the diagnosis is clear and he is unstable</w:t>
      </w:r>
    </w:p>
    <w:p>
      <w:pPr>
        <w:spacing w:before="0" w:after="40" w:line="259" w:lineRule="auto"/>
      </w:pPr>
      <w:r>
        <w:rPr>
          <w:rFonts w:ascii="Calibri" w:hAnsi="Calibri" w:eastAsia="Calibri"/>
          <w:b w:val="0"/>
          <w:i w:val="0"/>
          <w:sz w:val="22"/>
        </w:rPr>
        <w:t>• VBG, Hb, G&amp;S, bedside US</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Permissive hypotension, blood not gallons of crystalloid</w:t>
      </w:r>
    </w:p>
    <w:p>
      <w:pPr>
        <w:spacing w:before="0" w:after="40" w:line="259" w:lineRule="auto"/>
      </w:pPr>
      <w:r>
        <w:rPr>
          <w:rFonts w:ascii="Calibri" w:hAnsi="Calibri" w:eastAsia="Calibri"/>
          <w:b w:val="0"/>
          <w:i w:val="0"/>
          <w:sz w:val="22"/>
        </w:rPr>
        <w:t>• Immediate vascular referral</w:t>
      </w:r>
    </w:p>
    <w:p>
      <w:pPr>
        <w:spacing w:before="0" w:after="40" w:line="259" w:lineRule="auto"/>
      </w:pPr>
      <w:r>
        <w:rPr>
          <w:rFonts w:ascii="Calibri" w:hAnsi="Calibri" w:eastAsia="Calibri"/>
          <w:b w:val="0"/>
          <w:i w:val="0"/>
          <w:sz w:val="22"/>
        </w:rPr>
        <w:t>• Major haemorrhage protocol</w:t>
      </w:r>
    </w:p>
    <w:p>
      <w:pPr>
        <w:spacing w:before="0" w:after="40" w:line="259" w:lineRule="auto"/>
      </w:pPr>
      <w:r>
        <w:rPr>
          <w:rFonts w:ascii="Calibri" w:hAnsi="Calibri" w:eastAsia="Calibri"/>
          <w:b w:val="0"/>
          <w:i w:val="0"/>
          <w:sz w:val="22"/>
        </w:rPr>
        <w:t>• Theatre / EVAR as per vascular</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NICE NG156 AAA</w:t>
      </w:r>
    </w:p>
    <w:p>
      <w:pPr>
        <w:spacing w:before="0" w:after="40" w:line="259" w:lineRule="auto"/>
      </w:pPr>
      <w:r>
        <w:rPr>
          <w:rFonts w:ascii="Calibri" w:hAnsi="Calibri" w:eastAsia="Calibri"/>
          <w:b w:val="0"/>
          <w:i w:val="0"/>
          <w:sz w:val="22"/>
        </w:rPr>
        <w:t>• RCEM ruptured AAA</w:t>
      </w:r>
    </w:p>
    <w:p>
      <w:pPr>
        <w:spacing w:before="0" w:after="40" w:line="259" w:lineRule="auto"/>
      </w:pPr>
      <w:r>
        <w:rPr>
          <w:rFonts w:ascii="Calibri" w:hAnsi="Calibri" w:eastAsia="Calibri"/>
          <w:b w:val="0"/>
          <w:i w:val="0"/>
          <w:sz w:val="22"/>
        </w:rPr>
        <w:t>• VSGBI</w:t>
      </w:r>
    </w:p>
    <w:p>
      <w:r>
        <w:br w:type="page"/>
      </w:r>
    </w:p>
    <w:p>
      <w:pPr>
        <w:spacing w:before="120" w:after="160" w:line="259" w:lineRule="auto"/>
      </w:pPr>
      <w:r>
        <w:rPr>
          <w:rFonts w:ascii="Calibri" w:hAnsi="Calibri" w:eastAsia="Calibri"/>
          <w:b/>
          <w:i w:val="0"/>
          <w:color w:val="0C0E10"/>
          <w:sz w:val="36"/>
        </w:rPr>
        <w:t>Case 14 — Opioid overdose</w:t>
      </w:r>
    </w:p>
    <w:p>
      <w:pPr>
        <w:spacing w:before="0" w:after="40" w:line="259" w:lineRule="auto"/>
      </w:pPr>
      <w:r>
        <w:rPr>
          <w:rFonts w:ascii="Calibri" w:hAnsi="Calibri" w:eastAsia="Calibri"/>
          <w:b w:val="0"/>
          <w:i/>
          <w:color w:val="5A5A5A"/>
          <w:sz w:val="20"/>
        </w:rPr>
        <w:t>pre-alert · Scottish Ambulance Service — pre-alert · rhythm sinus-brady</w:t>
      </w:r>
    </w:p>
    <w:p>
      <w:pPr>
        <w:spacing w:before="0" w:after="40" w:line="259" w:lineRule="auto"/>
      </w:pPr>
      <w:r>
        <w:rPr>
          <w:rFonts w:ascii="Calibri" w:hAnsi="Calibri" w:eastAsia="Calibri"/>
          <w:b w:val="0"/>
          <w:i/>
          <w:color w:val="5A5A5A"/>
          <w:sz w:val="20"/>
        </w:rPr>
        <w:t>HR 52   BP 96/60   RR 5   SpO2 78%   temp 35.6   GCS 3   BM 6</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31 years, male</w:t>
      </w:r>
    </w:p>
    <w:p>
      <w:pPr>
        <w:spacing w:before="0" w:after="40" w:line="259" w:lineRule="auto"/>
      </w:pPr>
      <w:r>
        <w:rPr>
          <w:rFonts w:ascii="Calibri" w:hAnsi="Calibri" w:eastAsia="Calibri"/>
          <w:b w:val="0"/>
          <w:i w:val="0"/>
          <w:sz w:val="22"/>
        </w:rPr>
        <w:t>T found unresponsive in a close 10 minutes ago</w:t>
      </w:r>
    </w:p>
    <w:p>
      <w:pPr>
        <w:spacing w:before="0" w:after="40" w:line="259" w:lineRule="auto"/>
      </w:pPr>
      <w:r>
        <w:rPr>
          <w:rFonts w:ascii="Calibri" w:hAnsi="Calibri" w:eastAsia="Calibri"/>
          <w:b w:val="0"/>
          <w:i w:val="0"/>
          <w:sz w:val="22"/>
        </w:rPr>
        <w:t>M medical — needle still in the arm</w:t>
      </w:r>
    </w:p>
    <w:p>
      <w:pPr>
        <w:spacing w:before="0" w:after="40" w:line="259" w:lineRule="auto"/>
      </w:pPr>
      <w:r>
        <w:rPr>
          <w:rFonts w:ascii="Calibri" w:hAnsi="Calibri" w:eastAsia="Calibri"/>
          <w:b w:val="0"/>
          <w:i w:val="0"/>
          <w:sz w:val="22"/>
        </w:rPr>
        <w:t>I none obvious</w:t>
      </w:r>
    </w:p>
    <w:p>
      <w:pPr>
        <w:spacing w:before="0" w:after="40" w:line="259" w:lineRule="auto"/>
      </w:pPr>
      <w:r>
        <w:rPr>
          <w:rFonts w:ascii="Calibri" w:hAnsi="Calibri" w:eastAsia="Calibri"/>
          <w:b w:val="0"/>
          <w:i w:val="0"/>
          <w:sz w:val="22"/>
        </w:rPr>
        <w:t>S HR 52 BP 96/60 RR 5 SpO2 78% on 15 L GCS 3</w:t>
      </w:r>
    </w:p>
    <w:p>
      <w:pPr>
        <w:spacing w:before="0" w:after="40" w:line="259" w:lineRule="auto"/>
      </w:pPr>
      <w:r>
        <w:rPr>
          <w:rFonts w:ascii="Calibri" w:hAnsi="Calibri" w:eastAsia="Calibri"/>
          <w:b w:val="0"/>
          <w:i w:val="0"/>
          <w:sz w:val="22"/>
        </w:rPr>
        <w:t>T BVM, one naloxone 400 mcg IM, some extra breaths then slowed again</w:t>
      </w:r>
    </w:p>
    <w:p>
      <w:pPr>
        <w:spacing w:before="0" w:after="40" w:line="259" w:lineRule="auto"/>
      </w:pPr>
      <w:r>
        <w:rPr>
          <w:rFonts w:ascii="Calibri" w:hAnsi="Calibri" w:eastAsia="Calibri"/>
          <w:b w:val="0"/>
          <w:i w:val="0"/>
          <w:sz w:val="22"/>
        </w:rPr>
        <w:t>ETA 4 minutes.</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snoring, vomit in the mouth, not protecting. Track marks both arms.</w:t>
      </w:r>
    </w:p>
    <w:p>
      <w:pPr>
        <w:spacing w:before="0" w:after="40" w:line="259" w:lineRule="auto"/>
      </w:pPr>
      <w:r>
        <w:rPr>
          <w:rFonts w:ascii="Calibri" w:hAnsi="Calibri" w:eastAsia="Calibri"/>
          <w:b w:val="0"/>
          <w:i w:val="0"/>
          <w:sz w:val="22"/>
        </w:rPr>
        <w:t>B — RR 5, shallow, SpO2 78% on 15 L, equal air entry, no wheeze. Trachea central.</w:t>
      </w:r>
    </w:p>
    <w:p>
      <w:pPr>
        <w:spacing w:before="0" w:after="40" w:line="259" w:lineRule="auto"/>
      </w:pPr>
      <w:r>
        <w:rPr>
          <w:rFonts w:ascii="Calibri" w:hAnsi="Calibri" w:eastAsia="Calibri"/>
          <w:b w:val="0"/>
          <w:i w:val="0"/>
          <w:sz w:val="22"/>
        </w:rPr>
        <w:t>C — HR 52, BP 96/60, CRT 3 s. Heart sounds dual.</w:t>
      </w:r>
    </w:p>
    <w:p>
      <w:pPr>
        <w:spacing w:before="0" w:after="40" w:line="259" w:lineRule="auto"/>
      </w:pPr>
      <w:r>
        <w:rPr>
          <w:rFonts w:ascii="Calibri" w:hAnsi="Calibri" w:eastAsia="Calibri"/>
          <w:b w:val="0"/>
          <w:i w:val="0"/>
          <w:sz w:val="22"/>
        </w:rPr>
        <w:t>D — GCS 3, BM 6.0, pupils pinpoint and equal. No focal signs.</w:t>
      </w:r>
    </w:p>
    <w:p>
      <w:pPr>
        <w:spacing w:before="0" w:after="40" w:line="259" w:lineRule="auto"/>
      </w:pPr>
      <w:r>
        <w:rPr>
          <w:rFonts w:ascii="Calibri" w:hAnsi="Calibri" w:eastAsia="Calibri"/>
          <w:b w:val="0"/>
          <w:i w:val="0"/>
          <w:sz w:val="22"/>
        </w:rPr>
        <w:t>E — cold, needle on the trolley, no medic-alert, no trauma on roll.</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He is blue and not protecting.</w:t>
      </w:r>
    </w:p>
    <w:p>
      <w:pPr>
        <w:spacing w:before="120" w:after="20" w:line="259" w:lineRule="auto"/>
        <w:shd w:fill="E8F5EC" w:val="clear"/>
      </w:pPr>
      <w:r>
        <w:rPr>
          <w:rFonts w:ascii="Calibri" w:hAnsi="Calibri" w:eastAsia="Calibri"/>
          <w:b/>
          <w:i w:val="0"/>
          <w:color w:val="146E3C"/>
          <w:sz w:val="22"/>
        </w:rPr>
        <w:t>A. [CORRECT] Open airway, suction, NPA/OPA, bag with 15 L</w:t>
      </w:r>
    </w:p>
    <w:p>
      <w:pPr>
        <w:spacing w:before="0" w:after="20" w:line="259" w:lineRule="auto"/>
      </w:pPr>
      <w:r>
        <w:rPr>
          <w:rFonts w:ascii="Calibri" w:hAnsi="Calibri" w:eastAsia="Calibri"/>
          <w:b w:val="0"/>
          <w:i/>
          <w:color w:val="282828"/>
          <w:sz w:val="22"/>
        </w:rPr>
        <w:t>Bay: Airway clear, NPA in, good chest rise with the bag. Sats rising.</w:t>
      </w:r>
    </w:p>
    <w:p>
      <w:pPr>
        <w:spacing w:before="0" w:after="40" w:line="259" w:lineRule="auto"/>
      </w:pPr>
      <w:r>
        <w:rPr>
          <w:rFonts w:ascii="Calibri" w:hAnsi="Calibri" w:eastAsia="Calibri"/>
          <w:b w:val="0"/>
          <w:i/>
          <w:color w:val="5A4614"/>
          <w:sz w:val="20"/>
        </w:rPr>
        <w:t>Reaction: rr +4, spo2 +10, O2 15 L</w:t>
      </w:r>
    </w:p>
    <w:p>
      <w:pPr>
        <w:spacing w:before="80" w:after="40" w:line="259" w:lineRule="auto"/>
      </w:pPr>
      <w:r>
        <w:rPr>
          <w:rFonts w:ascii="Calibri" w:hAnsi="Calibri" w:eastAsia="Calibri"/>
          <w:b/>
          <w:i w:val="0"/>
          <w:color w:val="46326E"/>
          <w:sz w:val="22"/>
        </w:rPr>
        <w:t xml:space="preserve">    Follow-up: How do you oxygenate?</w:t>
      </w:r>
    </w:p>
    <w:p>
      <w:pPr>
        <w:spacing w:before="120" w:after="20" w:line="259" w:lineRule="auto"/>
        <w:shd w:fill="E8F5EC" w:val="clear"/>
      </w:pPr>
      <w:r>
        <w:rPr>
          <w:rFonts w:ascii="Calibri" w:hAnsi="Calibri" w:eastAsia="Calibri"/>
          <w:b/>
          <w:i w:val="0"/>
          <w:color w:val="146E3C"/>
          <w:sz w:val="22"/>
        </w:rPr>
        <w:t xml:space="preserve">    A. [CORRECT] BVM with 15 L, NPA/OPA, jaw thrust</w:t>
      </w:r>
    </w:p>
    <w:p>
      <w:pPr>
        <w:spacing w:before="0" w:after="20" w:line="259" w:lineRule="auto"/>
      </w:pPr>
      <w:r>
        <w:rPr>
          <w:rFonts w:ascii="Calibri" w:hAnsi="Calibri" w:eastAsia="Calibri"/>
          <w:b w:val="0"/>
          <w:i/>
          <w:color w:val="282828"/>
          <w:sz w:val="22"/>
        </w:rPr>
        <w:t xml:space="preserve">       Bay: Airway and ventilation first. Naloxone after you can bag him.</w:t>
      </w:r>
    </w:p>
    <w:p>
      <w:pPr>
        <w:spacing w:before="120" w:after="20" w:line="259" w:lineRule="auto"/>
        <w:shd w:fill="F8E8E8" w:val="clear"/>
      </w:pPr>
      <w:r>
        <w:rPr>
          <w:rFonts w:ascii="Calibri" w:hAnsi="Calibri" w:eastAsia="Calibri"/>
          <w:b w:val="0"/>
          <w:i w:val="0"/>
          <w:color w:val="A02828"/>
          <w:sz w:val="22"/>
        </w:rPr>
        <w:t xml:space="preserve">    B. [WRONG] 2 L/min via nasal cannulae</w:t>
      </w:r>
    </w:p>
    <w:p>
      <w:pPr>
        <w:spacing w:before="0" w:after="20" w:line="259" w:lineRule="auto"/>
      </w:pPr>
      <w:r>
        <w:rPr>
          <w:rFonts w:ascii="Calibri" w:hAnsi="Calibri" w:eastAsia="Calibri"/>
          <w:b w:val="0"/>
          <w:i/>
          <w:color w:val="282828"/>
          <w:sz w:val="22"/>
        </w:rPr>
        <w:t xml:space="preserve">       Bay: He is not breathing. That is not ventilation.</w:t>
      </w:r>
    </w:p>
    <w:p>
      <w:pPr>
        <w:spacing w:before="120" w:after="20" w:line="259" w:lineRule="auto"/>
        <w:shd w:fill="F8E8E8" w:val="clear"/>
      </w:pPr>
      <w:r>
        <w:rPr>
          <w:rFonts w:ascii="Calibri" w:hAnsi="Calibri" w:eastAsia="Calibri"/>
          <w:b w:val="0"/>
          <w:i w:val="0"/>
          <w:color w:val="A02828"/>
          <w:sz w:val="22"/>
        </w:rPr>
        <w:t xml:space="preserve">    C. [WRONG] Immediate surgical airway without basic manoeuvres</w:t>
      </w:r>
    </w:p>
    <w:p>
      <w:pPr>
        <w:spacing w:before="0" w:after="20" w:line="259" w:lineRule="auto"/>
      </w:pPr>
      <w:r>
        <w:rPr>
          <w:rFonts w:ascii="Calibri" w:hAnsi="Calibri" w:eastAsia="Calibri"/>
          <w:b w:val="0"/>
          <w:i/>
          <w:color w:val="282828"/>
          <w:sz w:val="22"/>
        </w:rPr>
        <w:t xml:space="preserve">       Bay: Basic airway manoeuvres and a BVM first. A neck is not the opening move.</w:t>
      </w:r>
    </w:p>
    <w:p>
      <w:pPr>
        <w:spacing w:before="120" w:after="20" w:line="259" w:lineRule="auto"/>
        <w:shd w:fill="F8E8E8" w:val="clear"/>
      </w:pPr>
      <w:r>
        <w:rPr>
          <w:rFonts w:ascii="Calibri" w:hAnsi="Calibri" w:eastAsia="Calibri"/>
          <w:b w:val="0"/>
          <w:i w:val="0"/>
          <w:color w:val="A02828"/>
          <w:sz w:val="22"/>
        </w:rPr>
        <w:t xml:space="preserve">    D. [WRONG] Naloxone 2 mg IV as the sole intervention</w:t>
      </w:r>
    </w:p>
    <w:p>
      <w:pPr>
        <w:spacing w:before="0" w:after="20" w:line="259" w:lineRule="auto"/>
      </w:pPr>
      <w:r>
        <w:rPr>
          <w:rFonts w:ascii="Calibri" w:hAnsi="Calibri" w:eastAsia="Calibri"/>
          <w:b w:val="0"/>
          <w:i/>
          <w:color w:val="282828"/>
          <w:sz w:val="22"/>
        </w:rPr>
        <w:t xml:space="preserve">       Bay: He is not breathing. Airway and ventilation first; then titrated naloxone.</w:t>
      </w:r>
    </w:p>
    <w:p>
      <w:pPr>
        <w:spacing w:before="120" w:after="20" w:line="259" w:lineRule="auto"/>
        <w:shd w:fill="F8E8E8" w:val="clear"/>
      </w:pPr>
      <w:r>
        <w:rPr>
          <w:rFonts w:ascii="Calibri" w:hAnsi="Calibri" w:eastAsia="Calibri"/>
          <w:b w:val="0"/>
          <w:i w:val="0"/>
          <w:color w:val="A02828"/>
          <w:sz w:val="22"/>
        </w:rPr>
        <w:t xml:space="preserve">    E. [WRONG] Gastric lavage before any airway care</w:t>
      </w:r>
    </w:p>
    <w:p>
      <w:pPr>
        <w:spacing w:before="0" w:after="20" w:line="259" w:lineRule="auto"/>
      </w:pPr>
      <w:r>
        <w:rPr>
          <w:rFonts w:ascii="Calibri" w:hAnsi="Calibri" w:eastAsia="Calibri"/>
          <w:b w:val="0"/>
          <w:i/>
          <w:color w:val="282828"/>
          <w:sz w:val="22"/>
        </w:rPr>
        <w:t xml:space="preserve">       Bay: Gastric lavage has no role in opioid OD. He needs an airway.</w:t>
      </w:r>
    </w:p>
    <w:p>
      <w:pPr>
        <w:spacing w:before="120" w:after="20" w:line="259" w:lineRule="auto"/>
        <w:shd w:fill="F8E8E8" w:val="clear"/>
      </w:pPr>
      <w:r>
        <w:rPr>
          <w:rFonts w:ascii="Calibri" w:hAnsi="Calibri" w:eastAsia="Calibri"/>
          <w:b w:val="0"/>
          <w:i w:val="0"/>
          <w:color w:val="A02828"/>
          <w:sz w:val="22"/>
        </w:rPr>
        <w:t>B. [WRONG] Naloxone 2 mg IV as the sole intervention</w:t>
      </w:r>
    </w:p>
    <w:p>
      <w:pPr>
        <w:spacing w:before="0" w:after="20" w:line="259" w:lineRule="auto"/>
      </w:pPr>
      <w:r>
        <w:rPr>
          <w:rFonts w:ascii="Calibri" w:hAnsi="Calibri" w:eastAsia="Calibri"/>
          <w:b w:val="0"/>
          <w:i/>
          <w:color w:val="282828"/>
          <w:sz w:val="22"/>
        </w:rPr>
        <w:t>Bay: He is not breathing. Airway and ventilation first; then titrated naloxone.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Immediate RSI</w:t>
      </w:r>
    </w:p>
    <w:p>
      <w:pPr>
        <w:spacing w:before="0" w:after="20" w:line="259" w:lineRule="auto"/>
      </w:pPr>
      <w:r>
        <w:rPr>
          <w:rFonts w:ascii="Calibri" w:hAnsi="Calibri" w:eastAsia="Calibri"/>
          <w:b w:val="0"/>
          <w:i/>
          <w:color w:val="282828"/>
          <w:sz w:val="22"/>
        </w:rPr>
        <w:t>Bay: Basic airway manoeuvres and a BVM first. Reverse what is reversible; tube if you still cannot oxygenate.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Laryngeal mask without bagging</w:t>
      </w:r>
    </w:p>
    <w:p>
      <w:pPr>
        <w:spacing w:before="0" w:after="20" w:line="259" w:lineRule="auto"/>
      </w:pPr>
      <w:r>
        <w:rPr>
          <w:rFonts w:ascii="Calibri" w:hAnsi="Calibri" w:eastAsia="Calibri"/>
          <w:b w:val="0"/>
          <w:i/>
          <w:color w:val="282828"/>
          <w:sz w:val="22"/>
        </w:rPr>
        <w:t>Bay: An LMA sitting in an apnoeic patient is not ventilation. Bag him.</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Immediate surgical airway</w:t>
      </w:r>
    </w:p>
    <w:p>
      <w:pPr>
        <w:spacing w:before="0" w:after="20" w:line="259" w:lineRule="auto"/>
      </w:pPr>
      <w:r>
        <w:rPr>
          <w:rFonts w:ascii="Calibri" w:hAnsi="Calibri" w:eastAsia="Calibri"/>
          <w:b w:val="0"/>
          <w:i/>
          <w:color w:val="282828"/>
          <w:sz w:val="22"/>
        </w:rPr>
        <w:t>Bay: Basic airway manoeuvres and a BVM first. A neck is not the opening move.</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You can bag him. Pupils still pinpoint. IM naloxone already given.</w:t>
      </w:r>
    </w:p>
    <w:p>
      <w:pPr>
        <w:spacing w:before="120" w:after="20" w:line="259" w:lineRule="auto"/>
        <w:shd w:fill="E8F5EC" w:val="clear"/>
      </w:pPr>
      <w:r>
        <w:rPr>
          <w:rFonts w:ascii="Calibri" w:hAnsi="Calibri" w:eastAsia="Calibri"/>
          <w:b/>
          <w:i w:val="0"/>
          <w:color w:val="146E3C"/>
          <w:sz w:val="22"/>
        </w:rPr>
        <w:t>A. [CORRECT] Titrate naloxone 100–400 mcg IV; prepare infusion</w:t>
      </w:r>
    </w:p>
    <w:p>
      <w:pPr>
        <w:spacing w:before="0" w:after="20" w:line="259" w:lineRule="auto"/>
      </w:pPr>
      <w:r>
        <w:rPr>
          <w:rFonts w:ascii="Calibri" w:hAnsi="Calibri" w:eastAsia="Calibri"/>
          <w:b w:val="0"/>
          <w:i/>
          <w:color w:val="282828"/>
          <w:sz w:val="22"/>
        </w:rPr>
        <w:t>Bay: Small IV aliquots — RR 10, GCS 8. He tries to push you off.</w:t>
      </w:r>
    </w:p>
    <w:p>
      <w:pPr>
        <w:spacing w:before="0" w:after="40" w:line="259" w:lineRule="auto"/>
      </w:pPr>
      <w:r>
        <w:rPr>
          <w:rFonts w:ascii="Calibri" w:hAnsi="Calibri" w:eastAsia="Calibri"/>
          <w:b w:val="0"/>
          <w:i/>
          <w:color w:val="5A4614"/>
          <w:sz w:val="20"/>
        </w:rPr>
        <w:t>Reaction: hr +12, rr +6, spo2 +8, gcs +5, rhythm → sinus</w:t>
      </w:r>
    </w:p>
    <w:p>
      <w:pPr>
        <w:spacing w:before="80" w:after="40" w:line="259" w:lineRule="auto"/>
      </w:pPr>
      <w:r>
        <w:rPr>
          <w:rFonts w:ascii="Calibri" w:hAnsi="Calibri" w:eastAsia="Calibri"/>
          <w:b/>
          <w:i w:val="0"/>
          <w:color w:val="46326E"/>
          <w:sz w:val="22"/>
        </w:rPr>
        <w:t xml:space="preserve">    Follow-up: What naloxone dose?</w:t>
      </w:r>
    </w:p>
    <w:p>
      <w:pPr>
        <w:spacing w:before="120" w:after="20" w:line="259" w:lineRule="auto"/>
        <w:shd w:fill="E8F5EC" w:val="clear"/>
      </w:pPr>
      <w:r>
        <w:rPr>
          <w:rFonts w:ascii="Calibri" w:hAnsi="Calibri" w:eastAsia="Calibri"/>
          <w:b/>
          <w:i w:val="0"/>
          <w:color w:val="146E3C"/>
          <w:sz w:val="22"/>
        </w:rPr>
        <w:t xml:space="preserve">    A. [CORRECT] 100–400 micrograms IV aliquots, keep bagging</w:t>
      </w:r>
    </w:p>
    <w:p>
      <w:pPr>
        <w:spacing w:before="0" w:after="20" w:line="259" w:lineRule="auto"/>
      </w:pPr>
      <w:r>
        <w:rPr>
          <w:rFonts w:ascii="Calibri" w:hAnsi="Calibri" w:eastAsia="Calibri"/>
          <w:b w:val="0"/>
          <w:i/>
          <w:color w:val="282828"/>
          <w:sz w:val="22"/>
        </w:rPr>
        <w:t xml:space="preserve">       Bay: RCEM: small IV aliquots in a dependent user. Prepare an infusion if he re-narcotises.</w:t>
      </w:r>
    </w:p>
    <w:p>
      <w:pPr>
        <w:spacing w:before="120" w:after="20" w:line="259" w:lineRule="auto"/>
        <w:shd w:fill="F8E8E8" w:val="clear"/>
      </w:pPr>
      <w:r>
        <w:rPr>
          <w:rFonts w:ascii="Calibri" w:hAnsi="Calibri" w:eastAsia="Calibri"/>
          <w:b w:val="0"/>
          <w:i w:val="0"/>
          <w:color w:val="A02828"/>
          <w:sz w:val="22"/>
        </w:rPr>
        <w:t xml:space="preserve">    B. [WRONG] 2 mg as a single IV bolus to fully wake him</w:t>
      </w:r>
    </w:p>
    <w:p>
      <w:pPr>
        <w:spacing w:before="0" w:after="20" w:line="259" w:lineRule="auto"/>
      </w:pPr>
      <w:r>
        <w:rPr>
          <w:rFonts w:ascii="Calibri" w:hAnsi="Calibri" w:eastAsia="Calibri"/>
          <w:b w:val="0"/>
          <w:i/>
          <w:color w:val="282828"/>
          <w:sz w:val="22"/>
        </w:rPr>
        <w:t xml:space="preserve">       Bay: A 2 mg IV slug precipitates acute withdrawal. He will abscond and re-arrest.</w:t>
      </w:r>
    </w:p>
    <w:p>
      <w:pPr>
        <w:spacing w:before="120" w:after="20" w:line="259" w:lineRule="auto"/>
        <w:shd w:fill="F8E8E8" w:val="clear"/>
      </w:pPr>
      <w:r>
        <w:rPr>
          <w:rFonts w:ascii="Calibri" w:hAnsi="Calibri" w:eastAsia="Calibri"/>
          <w:b w:val="0"/>
          <w:i w:val="0"/>
          <w:color w:val="A02828"/>
          <w:sz w:val="22"/>
        </w:rPr>
        <w:t xml:space="preserve">    C. [WRONG] 10 mg IV as a loading dose</w:t>
      </w:r>
    </w:p>
    <w:p>
      <w:pPr>
        <w:spacing w:before="0" w:after="20" w:line="259" w:lineRule="auto"/>
      </w:pPr>
      <w:r>
        <w:rPr>
          <w:rFonts w:ascii="Calibri" w:hAnsi="Calibri" w:eastAsia="Calibri"/>
          <w:b w:val="0"/>
          <w:i/>
          <w:color w:val="282828"/>
          <w:sz w:val="22"/>
        </w:rPr>
        <w:t xml:space="preserve">       Bay: A huge bolus dumps him into precipitous withdrawal. Titrate.</w:t>
      </w:r>
    </w:p>
    <w:p>
      <w:pPr>
        <w:spacing w:before="120" w:after="20" w:line="259" w:lineRule="auto"/>
        <w:shd w:fill="F8E8E8" w:val="clear"/>
      </w:pPr>
      <w:r>
        <w:rPr>
          <w:rFonts w:ascii="Calibri" w:hAnsi="Calibri" w:eastAsia="Calibri"/>
          <w:b w:val="0"/>
          <w:i w:val="0"/>
          <w:color w:val="A02828"/>
          <w:sz w:val="22"/>
        </w:rPr>
        <w:t xml:space="preserve">    D. [WRONG] Flumazenil 200 mcg IV as first-line</w:t>
      </w:r>
    </w:p>
    <w:p>
      <w:pPr>
        <w:spacing w:before="0" w:after="20" w:line="259" w:lineRule="auto"/>
      </w:pPr>
      <w:r>
        <w:rPr>
          <w:rFonts w:ascii="Calibri" w:hAnsi="Calibri" w:eastAsia="Calibri"/>
          <w:b w:val="0"/>
          <w:i/>
          <w:color w:val="282828"/>
          <w:sz w:val="22"/>
        </w:rPr>
        <w:t xml:space="preserve">       Bay: Pupils are pinpoint. Flumazenil is not first-line and can precipitate seizures.</w:t>
      </w:r>
    </w:p>
    <w:p>
      <w:pPr>
        <w:spacing w:before="120" w:after="20" w:line="259" w:lineRule="auto"/>
        <w:shd w:fill="F8E8E8" w:val="clear"/>
      </w:pPr>
      <w:r>
        <w:rPr>
          <w:rFonts w:ascii="Calibri" w:hAnsi="Calibri" w:eastAsia="Calibri"/>
          <w:b w:val="0"/>
          <w:i w:val="0"/>
          <w:color w:val="A02828"/>
          <w:sz w:val="22"/>
        </w:rPr>
        <w:t xml:space="preserve">    E. [WRONG] No further naloxone; IM already given</w:t>
      </w:r>
    </w:p>
    <w:p>
      <w:pPr>
        <w:spacing w:before="0" w:after="20" w:line="259" w:lineRule="auto"/>
      </w:pPr>
      <w:r>
        <w:rPr>
          <w:rFonts w:ascii="Calibri" w:hAnsi="Calibri" w:eastAsia="Calibri"/>
          <w:b w:val="0"/>
          <w:i/>
          <w:color w:val="282828"/>
          <w:sz w:val="22"/>
        </w:rPr>
        <w:t xml:space="preserve">       Bay: He slowed again after IM. Titrate IV aliquots now.</w:t>
      </w:r>
    </w:p>
    <w:p>
      <w:pPr>
        <w:spacing w:before="120" w:after="20" w:line="259" w:lineRule="auto"/>
        <w:shd w:fill="F8E8E8" w:val="clear"/>
      </w:pPr>
      <w:r>
        <w:rPr>
          <w:rFonts w:ascii="Calibri" w:hAnsi="Calibri" w:eastAsia="Calibri"/>
          <w:b w:val="0"/>
          <w:i w:val="0"/>
          <w:color w:val="A02828"/>
          <w:sz w:val="22"/>
        </w:rPr>
        <w:t>B. [WRONG] Naloxone 2 mg as a single IV bolus</w:t>
      </w:r>
    </w:p>
    <w:p>
      <w:pPr>
        <w:spacing w:before="0" w:after="20" w:line="259" w:lineRule="auto"/>
      </w:pPr>
      <w:r>
        <w:rPr>
          <w:rFonts w:ascii="Calibri" w:hAnsi="Calibri" w:eastAsia="Calibri"/>
          <w:b w:val="0"/>
          <w:i/>
          <w:color w:val="282828"/>
          <w:sz w:val="22"/>
        </w:rPr>
        <w:t>Bay: A 2 mg IV slug in a dependent user precipitates acute withdrawal. He will abscond and re-arrest.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Naloxone 10 mg IV as a loading dose</w:t>
      </w:r>
    </w:p>
    <w:p>
      <w:pPr>
        <w:spacing w:before="0" w:after="20" w:line="259" w:lineRule="auto"/>
      </w:pPr>
      <w:r>
        <w:rPr>
          <w:rFonts w:ascii="Calibri" w:hAnsi="Calibri" w:eastAsia="Calibri"/>
          <w:b w:val="0"/>
          <w:i/>
          <w:color w:val="282828"/>
          <w:sz w:val="22"/>
        </w:rPr>
        <w:t>Bay: A huge bolus dumps him into precipitous withdrawal. Titrate.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Flumazenil 200 mcg IV</w:t>
      </w:r>
    </w:p>
    <w:p>
      <w:pPr>
        <w:spacing w:before="0" w:after="20" w:line="259" w:lineRule="auto"/>
      </w:pPr>
      <w:r>
        <w:rPr>
          <w:rFonts w:ascii="Calibri" w:hAnsi="Calibri" w:eastAsia="Calibri"/>
          <w:b w:val="0"/>
          <w:i/>
          <w:color w:val="282828"/>
          <w:sz w:val="22"/>
        </w:rPr>
        <w:t>Bay: Pupils are pinpoint. Flumazenil is not first-line and can precipitate seizures if mixed.</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No further naloxone</w:t>
      </w:r>
    </w:p>
    <w:p>
      <w:pPr>
        <w:spacing w:before="0" w:after="20" w:line="259" w:lineRule="auto"/>
      </w:pPr>
      <w:r>
        <w:rPr>
          <w:rFonts w:ascii="Calibri" w:hAnsi="Calibri" w:eastAsia="Calibri"/>
          <w:b w:val="0"/>
          <w:i/>
          <w:color w:val="282828"/>
          <w:sz w:val="22"/>
        </w:rPr>
        <w:t>Bay: He slowed again after IM. Titrate IV aliquots now.</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He is breathing 10. Send tests.</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7.22  pCO2 8.4  pO2 9.8 on 15 L  HCO3 24  BE −4  lactate 2.8  K+ 4.0  Hb 140</w:t>
      </w:r>
    </w:p>
    <w:p>
      <w:pPr>
        <w:spacing w:before="0" w:after="40" w:line="259" w:lineRule="auto"/>
      </w:pPr>
      <w:r>
        <w:rPr>
          <w:rFonts w:ascii="Calibri" w:hAnsi="Calibri" w:eastAsia="Calibri"/>
          <w:b w:val="0"/>
          <w:i w:val="0"/>
          <w:sz w:val="22"/>
        </w:rPr>
        <w:t>Acute respiratory acidosis. Improving with ventilation.</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6.0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sinus-brady</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Not yet. Will need a sample later if indicated.</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ue: Na 138   K 4.0   urea 4.2   creat 72</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He is drowsy again a few minutes later. Review any results that have returned — then decide.</w:t>
      </w:r>
    </w:p>
    <w:p>
      <w:pPr>
        <w:spacing w:before="120" w:after="20" w:line="259" w:lineRule="auto"/>
        <w:shd w:fill="E8F5EC" w:val="clear"/>
      </w:pPr>
      <w:r>
        <w:rPr>
          <w:rFonts w:ascii="Calibri" w:hAnsi="Calibri" w:eastAsia="Calibri"/>
          <w:b/>
          <w:i w:val="0"/>
          <w:color w:val="146E3C"/>
          <w:sz w:val="22"/>
        </w:rPr>
        <w:t>A. [CORRECT] Further titrated naloxone; start an infusion</w:t>
      </w:r>
    </w:p>
    <w:p>
      <w:pPr>
        <w:spacing w:before="0" w:after="20" w:line="259" w:lineRule="auto"/>
      </w:pPr>
      <w:r>
        <w:rPr>
          <w:rFonts w:ascii="Calibri" w:hAnsi="Calibri" w:eastAsia="Calibri"/>
          <w:b w:val="0"/>
          <w:i/>
          <w:color w:val="282828"/>
          <w:sz w:val="22"/>
        </w:rPr>
        <w:t>Bay: Infusion running. RR 12. He stays.</w:t>
      </w:r>
    </w:p>
    <w:p>
      <w:pPr>
        <w:spacing w:before="0" w:after="40" w:line="259" w:lineRule="auto"/>
      </w:pPr>
      <w:r>
        <w:rPr>
          <w:rFonts w:ascii="Calibri" w:hAnsi="Calibri" w:eastAsia="Calibri"/>
          <w:b w:val="0"/>
          <w:i/>
          <w:color w:val="5A4614"/>
          <w:sz w:val="20"/>
        </w:rPr>
        <w:t>Reaction: rr +2, gcs +2</w:t>
      </w:r>
    </w:p>
    <w:p>
      <w:pPr>
        <w:spacing w:before="80" w:after="40" w:line="259" w:lineRule="auto"/>
      </w:pPr>
      <w:r>
        <w:rPr>
          <w:rFonts w:ascii="Calibri" w:hAnsi="Calibri" w:eastAsia="Calibri"/>
          <w:b/>
          <w:i w:val="0"/>
          <w:color w:val="46326E"/>
          <w:sz w:val="22"/>
        </w:rPr>
        <w:t xml:space="preserve">    Follow-up: What infusion?</w:t>
      </w:r>
    </w:p>
    <w:p>
      <w:pPr>
        <w:spacing w:before="120" w:after="20" w:line="259" w:lineRule="auto"/>
        <w:shd w:fill="E8F5EC" w:val="clear"/>
      </w:pPr>
      <w:r>
        <w:rPr>
          <w:rFonts w:ascii="Calibri" w:hAnsi="Calibri" w:eastAsia="Calibri"/>
          <w:b/>
          <w:i w:val="0"/>
          <w:color w:val="146E3C"/>
          <w:sz w:val="22"/>
        </w:rPr>
        <w:t xml:space="preserve">    A. [CORRECT] Two-thirds of the waking dose per hour</w:t>
      </w:r>
    </w:p>
    <w:p>
      <w:pPr>
        <w:spacing w:before="0" w:after="20" w:line="259" w:lineRule="auto"/>
      </w:pPr>
      <w:r>
        <w:rPr>
          <w:rFonts w:ascii="Calibri" w:hAnsi="Calibri" w:eastAsia="Calibri"/>
          <w:b w:val="0"/>
          <w:i/>
          <w:color w:val="282828"/>
          <w:sz w:val="22"/>
        </w:rPr>
        <w:t xml:space="preserve">       Bay: If 400 micrograms woke him, start around 250 micrograms/h and titrate. Observe in resus.</w:t>
      </w:r>
    </w:p>
    <w:p>
      <w:pPr>
        <w:spacing w:before="120" w:after="20" w:line="259" w:lineRule="auto"/>
        <w:shd w:fill="F8E8E8" w:val="clear"/>
      </w:pPr>
      <w:r>
        <w:rPr>
          <w:rFonts w:ascii="Calibri" w:hAnsi="Calibri" w:eastAsia="Calibri"/>
          <w:b w:val="0"/>
          <w:i w:val="0"/>
          <w:color w:val="A02828"/>
          <w:sz w:val="22"/>
        </w:rPr>
        <w:t xml:space="preserve">    B. [WRONG] A further naloxone 10 mg IV bolus then stop</w:t>
      </w:r>
    </w:p>
    <w:p>
      <w:pPr>
        <w:spacing w:before="0" w:after="20" w:line="259" w:lineRule="auto"/>
      </w:pPr>
      <w:r>
        <w:rPr>
          <w:rFonts w:ascii="Calibri" w:hAnsi="Calibri" w:eastAsia="Calibri"/>
          <w:b w:val="0"/>
          <w:i/>
          <w:color w:val="282828"/>
          <w:sz w:val="22"/>
        </w:rPr>
        <w:t xml:space="preserve">       Bay: A huge bolus dumps him into withdrawal. Titrate, then infuse.</w:t>
      </w:r>
    </w:p>
    <w:p>
      <w:pPr>
        <w:spacing w:before="120" w:after="20" w:line="259" w:lineRule="auto"/>
        <w:shd w:fill="F8E8E8" w:val="clear"/>
      </w:pPr>
      <w:r>
        <w:rPr>
          <w:rFonts w:ascii="Calibri" w:hAnsi="Calibri" w:eastAsia="Calibri"/>
          <w:b w:val="0"/>
          <w:i w:val="0"/>
          <w:color w:val="A02828"/>
          <w:sz w:val="22"/>
        </w:rPr>
        <w:t xml:space="preserve">    C. [WRONG] Methadone 80 mg orally to cover the infusion</w:t>
      </w:r>
    </w:p>
    <w:p>
      <w:pPr>
        <w:spacing w:before="0" w:after="20" w:line="259" w:lineRule="auto"/>
      </w:pPr>
      <w:r>
        <w:rPr>
          <w:rFonts w:ascii="Calibri" w:hAnsi="Calibri" w:eastAsia="Calibri"/>
          <w:b w:val="0"/>
          <w:i/>
          <w:color w:val="282828"/>
          <w:sz w:val="22"/>
        </w:rPr>
        <w:t xml:space="preserve">       Bay: Unsupervised high-dose methadone in the ED is how patients apnoea.</w:t>
      </w:r>
    </w:p>
    <w:p>
      <w:pPr>
        <w:spacing w:before="120" w:after="20" w:line="259" w:lineRule="auto"/>
        <w:shd w:fill="F8E8E8" w:val="clear"/>
      </w:pPr>
      <w:r>
        <w:rPr>
          <w:rFonts w:ascii="Calibri" w:hAnsi="Calibri" w:eastAsia="Calibri"/>
          <w:b w:val="0"/>
          <w:i w:val="0"/>
          <w:color w:val="A02828"/>
          <w:sz w:val="22"/>
        </w:rPr>
        <w:t xml:space="preserve">    D. [WRONG] Stop naloxone once RR is 12; no infusion</w:t>
      </w:r>
    </w:p>
    <w:p>
      <w:pPr>
        <w:spacing w:before="0" w:after="20" w:line="259" w:lineRule="auto"/>
      </w:pPr>
      <w:r>
        <w:rPr>
          <w:rFonts w:ascii="Calibri" w:hAnsi="Calibri" w:eastAsia="Calibri"/>
          <w:b w:val="0"/>
          <w:i/>
          <w:color w:val="282828"/>
          <w:sz w:val="22"/>
        </w:rPr>
        <w:t xml:space="preserve">       Bay: He already re-narcotised. An infusion prevents the next dip.</w:t>
      </w:r>
    </w:p>
    <w:p>
      <w:pPr>
        <w:spacing w:before="120" w:after="20" w:line="259" w:lineRule="auto"/>
        <w:shd w:fill="F8E8E8" w:val="clear"/>
      </w:pPr>
      <w:r>
        <w:rPr>
          <w:rFonts w:ascii="Calibri" w:hAnsi="Calibri" w:eastAsia="Calibri"/>
          <w:b w:val="0"/>
          <w:i w:val="0"/>
          <w:color w:val="A02828"/>
          <w:sz w:val="22"/>
        </w:rPr>
        <w:t xml:space="preserve">    E. [WRONG] Flumazenil infusion instead of naloxone</w:t>
      </w:r>
    </w:p>
    <w:p>
      <w:pPr>
        <w:spacing w:before="0" w:after="20" w:line="259" w:lineRule="auto"/>
      </w:pPr>
      <w:r>
        <w:rPr>
          <w:rFonts w:ascii="Calibri" w:hAnsi="Calibri" w:eastAsia="Calibri"/>
          <w:b w:val="0"/>
          <w:i/>
          <w:color w:val="282828"/>
          <w:sz w:val="22"/>
        </w:rPr>
        <w:t xml:space="preserve">       Bay: Pinpoint pupils and a naloxone response make opioid the lead, not benzo.</w:t>
      </w:r>
    </w:p>
    <w:p>
      <w:pPr>
        <w:spacing w:before="120" w:after="20" w:line="259" w:lineRule="auto"/>
        <w:shd w:fill="F8E8E8" w:val="clear"/>
      </w:pPr>
      <w:r>
        <w:rPr>
          <w:rFonts w:ascii="Calibri" w:hAnsi="Calibri" w:eastAsia="Calibri"/>
          <w:b w:val="0"/>
          <w:i w:val="0"/>
          <w:color w:val="A02828"/>
          <w:sz w:val="22"/>
        </w:rPr>
        <w:t>B. [WRONG] Discharge once GCS has been 15 for five minutes</w:t>
      </w:r>
    </w:p>
    <w:p>
      <w:pPr>
        <w:spacing w:before="0" w:after="20" w:line="259" w:lineRule="auto"/>
      </w:pPr>
      <w:r>
        <w:rPr>
          <w:rFonts w:ascii="Calibri" w:hAnsi="Calibri" w:eastAsia="Calibri"/>
          <w:b w:val="0"/>
          <w:i/>
          <w:color w:val="282828"/>
          <w:sz w:val="22"/>
        </w:rPr>
        <w:t>Bay: Long-acting or long-release opioids re-narcotise. Five minutes at GCS 15 is not a trial of life.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Naloxone 10 mg IV bolus and send him out</w:t>
      </w:r>
    </w:p>
    <w:p>
      <w:pPr>
        <w:spacing w:before="0" w:after="20" w:line="259" w:lineRule="auto"/>
      </w:pPr>
      <w:r>
        <w:rPr>
          <w:rFonts w:ascii="Calibri" w:hAnsi="Calibri" w:eastAsia="Calibri"/>
          <w:b w:val="0"/>
          <w:i/>
          <w:color w:val="282828"/>
          <w:sz w:val="22"/>
        </w:rPr>
        <w:t>Bay: A huge bolus dumps him into precipitous withdrawal. Titrate, then infuse.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RSI because any illicit-drug use mandates a tube</w:t>
      </w:r>
    </w:p>
    <w:p>
      <w:pPr>
        <w:spacing w:before="0" w:after="20" w:line="259" w:lineRule="auto"/>
      </w:pPr>
      <w:r>
        <w:rPr>
          <w:rFonts w:ascii="Calibri" w:hAnsi="Calibri" w:eastAsia="Calibri"/>
          <w:b w:val="0"/>
          <w:i/>
          <w:color w:val="282828"/>
          <w:sz w:val="22"/>
        </w:rPr>
        <w:t>Bay: He is oxygenating with a simple airway and naloxone. Illicit-drug use is not itself an RSI indication.</w:t>
      </w:r>
    </w:p>
    <w:p>
      <w:pPr>
        <w:spacing w:before="120" w:after="20" w:line="259" w:lineRule="auto"/>
        <w:shd w:fill="F8E8E8" w:val="clear"/>
      </w:pPr>
      <w:r>
        <w:rPr>
          <w:rFonts w:ascii="Calibri" w:hAnsi="Calibri" w:eastAsia="Calibri"/>
          <w:b w:val="0"/>
          <w:i w:val="0"/>
          <w:color w:val="A02828"/>
          <w:sz w:val="22"/>
        </w:rPr>
        <w:t>E. [WRONG] Methadone 80 mg orally in resus</w:t>
      </w:r>
    </w:p>
    <w:p>
      <w:pPr>
        <w:spacing w:before="0" w:after="20" w:line="259" w:lineRule="auto"/>
      </w:pPr>
      <w:r>
        <w:rPr>
          <w:rFonts w:ascii="Calibri" w:hAnsi="Calibri" w:eastAsia="Calibri"/>
          <w:b w:val="0"/>
          <w:i/>
          <w:color w:val="282828"/>
          <w:sz w:val="22"/>
        </w:rPr>
        <w:t>Bay: Unsupervised high-dose methadone in the ED is how patients apnoea. Addiction services later.</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A friend is in the waiting room.</w:t>
      </w:r>
    </w:p>
    <w:p>
      <w:pPr>
        <w:spacing w:before="120" w:after="20" w:line="259" w:lineRule="auto"/>
        <w:shd w:fill="E8F5EC" w:val="clear"/>
      </w:pPr>
      <w:r>
        <w:rPr>
          <w:rFonts w:ascii="Calibri" w:hAnsi="Calibri" w:eastAsia="Calibri"/>
          <w:b/>
          <w:i w:val="0"/>
          <w:color w:val="146E3C"/>
          <w:sz w:val="22"/>
        </w:rPr>
        <w:t>A. [CORRECT] Ask what was taken, how much, when, and any co-ingestants</w:t>
      </w:r>
    </w:p>
    <w:p>
      <w:pPr>
        <w:spacing w:before="0" w:after="20" w:line="259" w:lineRule="auto"/>
      </w:pPr>
      <w:r>
        <w:rPr>
          <w:rFonts w:ascii="Calibri" w:hAnsi="Calibri" w:eastAsia="Calibri"/>
          <w:b w:val="0"/>
          <w:i/>
          <w:color w:val="282828"/>
          <w:sz w:val="22"/>
        </w:rPr>
        <w:t>Bay: Heroin, maybe some benzos. Last use 20 minutes before being found.</w:t>
      </w:r>
    </w:p>
    <w:p>
      <w:pPr>
        <w:spacing w:before="120" w:after="20" w:line="259" w:lineRule="auto"/>
        <w:shd w:fill="E8F5EC" w:val="clear"/>
      </w:pPr>
      <w:r>
        <w:rPr>
          <w:rFonts w:ascii="Calibri" w:hAnsi="Calibri" w:eastAsia="Calibri"/>
          <w:b/>
          <w:i w:val="0"/>
          <w:color w:val="146E3C"/>
          <w:sz w:val="22"/>
        </w:rPr>
        <w:t>B. [CORRECT] Ask about usual use, previous overdoses, and take-home naloxone</w:t>
      </w:r>
    </w:p>
    <w:p>
      <w:pPr>
        <w:spacing w:before="0" w:after="20" w:line="259" w:lineRule="auto"/>
      </w:pPr>
      <w:r>
        <w:rPr>
          <w:rFonts w:ascii="Calibri" w:hAnsi="Calibri" w:eastAsia="Calibri"/>
          <w:b w:val="0"/>
          <w:i/>
          <w:color w:val="282828"/>
          <w:sz w:val="22"/>
        </w:rPr>
        <w:t>Bay: Daily use. Overdosed last year. No kit on him.</w:t>
      </w:r>
    </w:p>
    <w:p>
      <w:pPr>
        <w:spacing w:before="120" w:after="20" w:line="259" w:lineRule="auto"/>
        <w:shd w:fill="E8F5EC" w:val="clear"/>
      </w:pPr>
      <w:r>
        <w:rPr>
          <w:rFonts w:ascii="Calibri" w:hAnsi="Calibri" w:eastAsia="Calibri"/>
          <w:b/>
          <w:i w:val="0"/>
          <w:color w:val="146E3C"/>
          <w:sz w:val="22"/>
        </w:rPr>
        <w:t>C. [CORRECT] Check pockets and the ambulance bag for patches and other depressants</w:t>
      </w:r>
    </w:p>
    <w:p>
      <w:pPr>
        <w:spacing w:before="0" w:after="20" w:line="259" w:lineRule="auto"/>
      </w:pPr>
      <w:r>
        <w:rPr>
          <w:rFonts w:ascii="Calibri" w:hAnsi="Calibri" w:eastAsia="Calibri"/>
          <w:b w:val="0"/>
          <w:i/>
          <w:color w:val="282828"/>
          <w:sz w:val="22"/>
        </w:rPr>
        <w:t>Bay: No patch. One benzo strip empty.</w:t>
      </w:r>
    </w:p>
    <w:p>
      <w:pPr>
        <w:spacing w:before="120" w:after="20" w:line="259" w:lineRule="auto"/>
        <w:shd w:fill="F8E8E8" w:val="clear"/>
      </w:pPr>
      <w:r>
        <w:rPr>
          <w:rFonts w:ascii="Calibri" w:hAnsi="Calibri" w:eastAsia="Calibri"/>
          <w:b w:val="0"/>
          <w:i w:val="0"/>
          <w:color w:val="A02828"/>
          <w:sz w:val="22"/>
        </w:rPr>
        <w:t>D. [WRONG] Hand him to police for a strip-search before any further naloxone</w:t>
      </w:r>
    </w:p>
    <w:p>
      <w:pPr>
        <w:spacing w:before="0" w:after="20" w:line="259" w:lineRule="auto"/>
      </w:pPr>
      <w:r>
        <w:rPr>
          <w:rFonts w:ascii="Calibri" w:hAnsi="Calibri" w:eastAsia="Calibri"/>
          <w:b w:val="0"/>
          <w:i/>
          <w:color w:val="282828"/>
          <w:sz w:val="22"/>
        </w:rPr>
        <w:t>Bay: Treat first. A search does not take priority over a re-narcotising airway.</w:t>
      </w:r>
    </w:p>
    <w:p>
      <w:pPr>
        <w:spacing w:before="120" w:after="20" w:line="259" w:lineRule="auto"/>
        <w:shd w:fill="F8E8E8" w:val="clear"/>
      </w:pPr>
      <w:r>
        <w:rPr>
          <w:rFonts w:ascii="Calibri" w:hAnsi="Calibri" w:eastAsia="Calibri"/>
          <w:b w:val="0"/>
          <w:i w:val="0"/>
          <w:color w:val="A02828"/>
          <w:sz w:val="22"/>
        </w:rPr>
        <w:t>E. [WRONG] Decline collateral from the friend and omit a drug history</w:t>
      </w:r>
    </w:p>
    <w:p>
      <w:pPr>
        <w:spacing w:before="0" w:after="20" w:line="259" w:lineRule="auto"/>
      </w:pPr>
      <w:r>
        <w:rPr>
          <w:rFonts w:ascii="Calibri" w:hAnsi="Calibri" w:eastAsia="Calibri"/>
          <w:b w:val="0"/>
          <w:i/>
          <w:color w:val="282828"/>
          <w:sz w:val="22"/>
        </w:rPr>
        <w:t>Bay: Collateral on dose, timing and co-ingestants changes observation and the infusion plan.</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Pinpoint pupils, hypoventilation, needle, response to naloxone.</w:t>
      </w:r>
    </w:p>
    <w:p>
      <w:pPr>
        <w:spacing w:before="120" w:after="20" w:line="259" w:lineRule="auto"/>
        <w:shd w:fill="E8F5EC" w:val="clear"/>
      </w:pPr>
      <w:r>
        <w:rPr>
          <w:rFonts w:ascii="Calibri" w:hAnsi="Calibri" w:eastAsia="Calibri"/>
          <w:b/>
          <w:i w:val="0"/>
          <w:color w:val="146E3C"/>
          <w:sz w:val="22"/>
        </w:rPr>
        <w:t>A. [CORRECT] Opioid toxicity / overdose</w:t>
      </w:r>
    </w:p>
    <w:p>
      <w:pPr>
        <w:spacing w:before="0" w:after="20" w:line="259" w:lineRule="auto"/>
      </w:pPr>
      <w:r>
        <w:rPr>
          <w:rFonts w:ascii="Calibri" w:hAnsi="Calibri" w:eastAsia="Calibri"/>
          <w:b w:val="0"/>
          <w:i/>
          <w:color w:val="282828"/>
          <w:sz w:val="22"/>
        </w:rPr>
        <w:t>Bay: Pinpoint pupils, hypoventilation, a needle, and a response to naloxone — that is opioid toxicity.</w:t>
      </w:r>
    </w:p>
    <w:p>
      <w:pPr>
        <w:spacing w:before="120" w:after="20" w:line="259" w:lineRule="auto"/>
        <w:shd w:fill="F8E8E8" w:val="clear"/>
      </w:pPr>
      <w:r>
        <w:rPr>
          <w:rFonts w:ascii="Calibri" w:hAnsi="Calibri" w:eastAsia="Calibri"/>
          <w:b w:val="0"/>
          <w:i w:val="0"/>
          <w:color w:val="A02828"/>
          <w:sz w:val="22"/>
        </w:rPr>
        <w:t>B. [WRONG] Acute hypoglycaemic coma</w:t>
      </w:r>
    </w:p>
    <w:p>
      <w:pPr>
        <w:spacing w:before="0" w:after="20" w:line="259" w:lineRule="auto"/>
      </w:pPr>
      <w:r>
        <w:rPr>
          <w:rFonts w:ascii="Calibri" w:hAnsi="Calibri" w:eastAsia="Calibri"/>
          <w:b w:val="0"/>
          <w:i/>
          <w:color w:val="282828"/>
          <w:sz w:val="22"/>
        </w:rPr>
        <w:t>Bay: BM is 6.0. Glucose does not explain pinpoint pupils that reverse with naloxone.</w:t>
      </w:r>
    </w:p>
    <w:p>
      <w:pPr>
        <w:spacing w:before="120" w:after="20" w:line="259" w:lineRule="auto"/>
        <w:shd w:fill="F8E8E8" w:val="clear"/>
      </w:pPr>
      <w:r>
        <w:rPr>
          <w:rFonts w:ascii="Calibri" w:hAnsi="Calibri" w:eastAsia="Calibri"/>
          <w:b w:val="0"/>
          <w:i w:val="0"/>
          <w:color w:val="A02828"/>
          <w:sz w:val="22"/>
        </w:rPr>
        <w:t>C. [WRONG] Acute anterior circulation ischaemic stroke</w:t>
      </w:r>
    </w:p>
    <w:p>
      <w:pPr>
        <w:spacing w:before="0" w:after="20" w:line="259" w:lineRule="auto"/>
      </w:pPr>
      <w:r>
        <w:rPr>
          <w:rFonts w:ascii="Calibri" w:hAnsi="Calibri" w:eastAsia="Calibri"/>
          <w:b w:val="0"/>
          <w:i/>
          <w:color w:val="282828"/>
          <w:sz w:val="22"/>
        </w:rPr>
        <w:t>Bay: Pinpoint pupils and hypoventilation that reverse with naloxone are not a territorial stroke.</w:t>
      </w:r>
    </w:p>
    <w:p>
      <w:pPr>
        <w:spacing w:before="120" w:after="20" w:line="259" w:lineRule="auto"/>
        <w:shd w:fill="F8E8E8" w:val="clear"/>
      </w:pPr>
      <w:r>
        <w:rPr>
          <w:rFonts w:ascii="Calibri" w:hAnsi="Calibri" w:eastAsia="Calibri"/>
          <w:b w:val="0"/>
          <w:i w:val="0"/>
          <w:color w:val="A02828"/>
          <w:sz w:val="22"/>
        </w:rPr>
        <w:t>D. [WRONG] Isolated traumatic brain injury</w:t>
      </w:r>
    </w:p>
    <w:p>
      <w:pPr>
        <w:spacing w:before="0" w:after="20" w:line="259" w:lineRule="auto"/>
      </w:pPr>
      <w:r>
        <w:rPr>
          <w:rFonts w:ascii="Calibri" w:hAnsi="Calibri" w:eastAsia="Calibri"/>
          <w:b w:val="0"/>
          <w:i/>
          <w:color w:val="282828"/>
          <w:sz w:val="22"/>
        </w:rPr>
        <w:t>Bay: Treat the reversible cause. Reassess for trauma once he is breathing.</w:t>
      </w:r>
    </w:p>
    <w:p>
      <w:pPr>
        <w:spacing w:before="120" w:after="20" w:line="259" w:lineRule="auto"/>
        <w:shd w:fill="F8E8E8" w:val="clear"/>
      </w:pPr>
      <w:r>
        <w:rPr>
          <w:rFonts w:ascii="Calibri" w:hAnsi="Calibri" w:eastAsia="Calibri"/>
          <w:b w:val="0"/>
          <w:i w:val="0"/>
          <w:color w:val="A02828"/>
          <w:sz w:val="22"/>
        </w:rPr>
        <w:t>E. [WRONG] Acute pontine haemorrhage</w:t>
      </w:r>
    </w:p>
    <w:p>
      <w:pPr>
        <w:spacing w:before="0" w:after="20" w:line="259" w:lineRule="auto"/>
      </w:pPr>
      <w:r>
        <w:rPr>
          <w:rFonts w:ascii="Calibri" w:hAnsi="Calibri" w:eastAsia="Calibri"/>
          <w:b w:val="0"/>
          <w:i/>
          <w:color w:val="282828"/>
          <w:sz w:val="22"/>
        </w:rPr>
        <w:t>Bay: Pontine bleeds can pin the pupils, but they do not reverse with naloxone.</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Infusion running. GCS 12, RR 12.</w:t>
      </w:r>
    </w:p>
    <w:p>
      <w:pPr>
        <w:spacing w:before="120" w:after="20" w:line="259" w:lineRule="auto"/>
        <w:shd w:fill="E8F5EC" w:val="clear"/>
      </w:pPr>
      <w:r>
        <w:rPr>
          <w:rFonts w:ascii="Calibri" w:hAnsi="Calibri" w:eastAsia="Calibri"/>
          <w:b/>
          <w:i w:val="0"/>
          <w:color w:val="146E3C"/>
          <w:sz w:val="22"/>
        </w:rPr>
        <w:t>A. [CORRECT] Observe in resus; airway kit ready</w:t>
      </w:r>
    </w:p>
    <w:p>
      <w:pPr>
        <w:spacing w:before="0" w:after="20" w:line="259" w:lineRule="auto"/>
      </w:pPr>
      <w:r>
        <w:rPr>
          <w:rFonts w:ascii="Calibri" w:hAnsi="Calibri" w:eastAsia="Calibri"/>
          <w:b w:val="0"/>
          <w:i/>
          <w:color w:val="282828"/>
          <w:sz w:val="22"/>
        </w:rPr>
        <w:t>Bay: He stays two hours at least, longer if long-acting.</w:t>
      </w:r>
    </w:p>
    <w:p>
      <w:pPr>
        <w:spacing w:before="0" w:after="40" w:line="259" w:lineRule="auto"/>
      </w:pPr>
      <w:r>
        <w:rPr>
          <w:rFonts w:ascii="Calibri" w:hAnsi="Calibri" w:eastAsia="Calibri"/>
          <w:b w:val="0"/>
          <w:i/>
          <w:color w:val="5A4614"/>
          <w:sz w:val="20"/>
        </w:rPr>
        <w:t>Reaction: rr +2, gcs +2</w:t>
      </w:r>
    </w:p>
    <w:p>
      <w:pPr>
        <w:spacing w:before="80" w:after="40" w:line="259" w:lineRule="auto"/>
      </w:pPr>
      <w:r>
        <w:rPr>
          <w:rFonts w:ascii="Calibri" w:hAnsi="Calibri" w:eastAsia="Calibri"/>
          <w:b/>
          <w:i w:val="0"/>
          <w:color w:val="46326E"/>
          <w:sz w:val="22"/>
        </w:rPr>
        <w:t xml:space="preserve">    Follow-up: How long to observe?</w:t>
      </w:r>
    </w:p>
    <w:p>
      <w:pPr>
        <w:spacing w:before="120" w:after="20" w:line="259" w:lineRule="auto"/>
        <w:shd w:fill="E8F5EC" w:val="clear"/>
      </w:pPr>
      <w:r>
        <w:rPr>
          <w:rFonts w:ascii="Calibri" w:hAnsi="Calibri" w:eastAsia="Calibri"/>
          <w:b/>
          <w:i w:val="0"/>
          <w:color w:val="146E3C"/>
          <w:sz w:val="22"/>
        </w:rPr>
        <w:t xml:space="preserve">    A. [CORRECT] At least 2 hours; longer if long-acting</w:t>
      </w:r>
    </w:p>
    <w:p>
      <w:pPr>
        <w:spacing w:before="0" w:after="20" w:line="259" w:lineRule="auto"/>
      </w:pPr>
      <w:r>
        <w:rPr>
          <w:rFonts w:ascii="Calibri" w:hAnsi="Calibri" w:eastAsia="Calibri"/>
          <w:b w:val="0"/>
          <w:i/>
          <w:color w:val="282828"/>
          <w:sz w:val="22"/>
        </w:rPr>
        <w:t xml:space="preserve">       Bay: Re-narcotisation is the risk. Keep the infusion and an airway kit ready.</w:t>
      </w:r>
    </w:p>
    <w:p>
      <w:pPr>
        <w:spacing w:before="120" w:after="20" w:line="259" w:lineRule="auto"/>
        <w:shd w:fill="F8E8E8" w:val="clear"/>
      </w:pPr>
      <w:r>
        <w:rPr>
          <w:rFonts w:ascii="Calibri" w:hAnsi="Calibri" w:eastAsia="Calibri"/>
          <w:b w:val="0"/>
          <w:i w:val="0"/>
          <w:color w:val="A02828"/>
          <w:sz w:val="22"/>
        </w:rPr>
        <w:t xml:space="preserve">    B. [WRONG] Five minutes at GCS 15, then the waiting room</w:t>
      </w:r>
    </w:p>
    <w:p>
      <w:pPr>
        <w:spacing w:before="0" w:after="20" w:line="259" w:lineRule="auto"/>
      </w:pPr>
      <w:r>
        <w:rPr>
          <w:rFonts w:ascii="Calibri" w:hAnsi="Calibri" w:eastAsia="Calibri"/>
          <w:b w:val="0"/>
          <w:i/>
          <w:color w:val="282828"/>
          <w:sz w:val="22"/>
        </w:rPr>
        <w:t xml:space="preserve">       Bay: Walking once is not an observation period.</w:t>
      </w:r>
    </w:p>
    <w:p>
      <w:pPr>
        <w:spacing w:before="120" w:after="20" w:line="259" w:lineRule="auto"/>
        <w:shd w:fill="F8E8E8" w:val="clear"/>
      </w:pPr>
      <w:r>
        <w:rPr>
          <w:rFonts w:ascii="Calibri" w:hAnsi="Calibri" w:eastAsia="Calibri"/>
          <w:b w:val="0"/>
          <w:i w:val="0"/>
          <w:color w:val="A02828"/>
          <w:sz w:val="22"/>
        </w:rPr>
        <w:t xml:space="preserve">    C. [WRONG] Unmonitored AMU once RR is 12</w:t>
      </w:r>
    </w:p>
    <w:p>
      <w:pPr>
        <w:spacing w:before="0" w:after="20" w:line="259" w:lineRule="auto"/>
      </w:pPr>
      <w:r>
        <w:rPr>
          <w:rFonts w:ascii="Calibri" w:hAnsi="Calibri" w:eastAsia="Calibri"/>
          <w:b w:val="0"/>
          <w:i/>
          <w:color w:val="282828"/>
          <w:sz w:val="22"/>
        </w:rPr>
        <w:t xml:space="preserve">       Bay: Too early. Re-narcotisation happens on unmonitored wards.</w:t>
      </w:r>
    </w:p>
    <w:p>
      <w:pPr>
        <w:spacing w:before="120" w:after="20" w:line="259" w:lineRule="auto"/>
        <w:shd w:fill="F8E8E8" w:val="clear"/>
      </w:pPr>
      <w:r>
        <w:rPr>
          <w:rFonts w:ascii="Calibri" w:hAnsi="Calibri" w:eastAsia="Calibri"/>
          <w:b w:val="0"/>
          <w:i w:val="0"/>
          <w:color w:val="A02828"/>
          <w:sz w:val="22"/>
        </w:rPr>
        <w:t xml:space="preserve">    D. [WRONG] Stop the infusion and move him to waiting</w:t>
      </w:r>
    </w:p>
    <w:p>
      <w:pPr>
        <w:spacing w:before="0" w:after="20" w:line="259" w:lineRule="auto"/>
      </w:pPr>
      <w:r>
        <w:rPr>
          <w:rFonts w:ascii="Calibri" w:hAnsi="Calibri" w:eastAsia="Calibri"/>
          <w:b w:val="0"/>
          <w:i/>
          <w:color w:val="282828"/>
          <w:sz w:val="22"/>
        </w:rPr>
        <w:t xml:space="preserve">       Bay: Stopping the infusion is how re-narcotisation presents in the waiting room.</w:t>
      </w:r>
    </w:p>
    <w:p>
      <w:pPr>
        <w:spacing w:before="120" w:after="20" w:line="259" w:lineRule="auto"/>
        <w:shd w:fill="F8E8E8" w:val="clear"/>
      </w:pPr>
      <w:r>
        <w:rPr>
          <w:rFonts w:ascii="Calibri" w:hAnsi="Calibri" w:eastAsia="Calibri"/>
          <w:b w:val="0"/>
          <w:i w:val="0"/>
          <w:color w:val="A02828"/>
          <w:sz w:val="22"/>
        </w:rPr>
        <w:t xml:space="preserve">    E. [WRONG] Mandatory ICU intubation of every overdose</w:t>
      </w:r>
    </w:p>
    <w:p>
      <w:pPr>
        <w:spacing w:before="0" w:after="20" w:line="259" w:lineRule="auto"/>
      </w:pPr>
      <w:r>
        <w:rPr>
          <w:rFonts w:ascii="Calibri" w:hAnsi="Calibri" w:eastAsia="Calibri"/>
          <w:b w:val="0"/>
          <w:i/>
          <w:color w:val="282828"/>
          <w:sz w:val="22"/>
        </w:rPr>
        <w:t xml:space="preserve">       Bay: He is reversing on an infusion. ICU if he cannot be oxygenated; not as a default.</w:t>
      </w:r>
    </w:p>
    <w:p>
      <w:pPr>
        <w:spacing w:before="120" w:after="20" w:line="259" w:lineRule="auto"/>
        <w:shd w:fill="F8E8E8" w:val="clear"/>
      </w:pPr>
      <w:r>
        <w:rPr>
          <w:rFonts w:ascii="Calibri" w:hAnsi="Calibri" w:eastAsia="Calibri"/>
          <w:b w:val="0"/>
          <w:i w:val="0"/>
          <w:color w:val="A02828"/>
          <w:sz w:val="22"/>
        </w:rPr>
        <w:t>B. [WRONG] Unmonitored AMU once RR is 12</w:t>
      </w:r>
    </w:p>
    <w:p>
      <w:pPr>
        <w:spacing w:before="0" w:after="20" w:line="259" w:lineRule="auto"/>
      </w:pPr>
      <w:r>
        <w:rPr>
          <w:rFonts w:ascii="Calibri" w:hAnsi="Calibri" w:eastAsia="Calibri"/>
          <w:b w:val="0"/>
          <w:i/>
          <w:color w:val="282828"/>
          <w:sz w:val="22"/>
        </w:rPr>
        <w:t>Bay: Too early. Re-narcotisation happens on unmonitored wards.</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Medical side-room without airway monitoring</w:t>
      </w:r>
    </w:p>
    <w:p>
      <w:pPr>
        <w:spacing w:before="0" w:after="20" w:line="259" w:lineRule="auto"/>
      </w:pPr>
      <w:r>
        <w:rPr>
          <w:rFonts w:ascii="Calibri" w:hAnsi="Calibri" w:eastAsia="Calibri"/>
          <w:b w:val="0"/>
          <w:i/>
          <w:color w:val="282828"/>
          <w:sz w:val="22"/>
        </w:rPr>
        <w:t>Bay: He still has an airway risk. He needs a monitored bay, not a remote side-room.</w:t>
      </w:r>
    </w:p>
    <w:p>
      <w:pPr>
        <w:spacing w:before="120" w:after="20" w:line="259" w:lineRule="auto"/>
        <w:shd w:fill="F8E8E8" w:val="clear"/>
      </w:pPr>
      <w:r>
        <w:rPr>
          <w:rFonts w:ascii="Calibri" w:hAnsi="Calibri" w:eastAsia="Calibri"/>
          <w:b w:val="0"/>
          <w:i w:val="0"/>
          <w:color w:val="A02828"/>
          <w:sz w:val="22"/>
        </w:rPr>
        <w:t>D. [WRONG] Methadone 80 mg orally as an ED start</w:t>
      </w:r>
    </w:p>
    <w:p>
      <w:pPr>
        <w:spacing w:before="0" w:after="20" w:line="259" w:lineRule="auto"/>
      </w:pPr>
      <w:r>
        <w:rPr>
          <w:rFonts w:ascii="Calibri" w:hAnsi="Calibri" w:eastAsia="Calibri"/>
          <w:b w:val="0"/>
          <w:i/>
          <w:color w:val="282828"/>
          <w:sz w:val="22"/>
        </w:rPr>
        <w:t>Bay: That dose is not an ED unsupervised start. He will apnoea.</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Stop oxygen and the infusion; move to waiting</w:t>
      </w:r>
    </w:p>
    <w:p>
      <w:pPr>
        <w:spacing w:before="0" w:after="20" w:line="259" w:lineRule="auto"/>
      </w:pPr>
      <w:r>
        <w:rPr>
          <w:rFonts w:ascii="Calibri" w:hAnsi="Calibri" w:eastAsia="Calibri"/>
          <w:b w:val="0"/>
          <w:i/>
          <w:color w:val="282828"/>
          <w:sz w:val="22"/>
        </w:rPr>
        <w:t>Bay: Stopping the infusion is how re-narcotisation presents in the waiting room.</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He wants to leave.</w:t>
      </w:r>
    </w:p>
    <w:p>
      <w:pPr>
        <w:spacing w:before="120" w:after="20" w:line="259" w:lineRule="auto"/>
        <w:shd w:fill="E8F5EC" w:val="clear"/>
      </w:pPr>
      <w:r>
        <w:rPr>
          <w:rFonts w:ascii="Calibri" w:hAnsi="Calibri" w:eastAsia="Calibri"/>
          <w:b/>
          <w:i w:val="0"/>
          <w:color w:val="146E3C"/>
          <w:sz w:val="22"/>
        </w:rPr>
        <w:t>A. [CORRECT] Monitored ED observation until safe, then addictions referral</w:t>
      </w:r>
    </w:p>
    <w:p>
      <w:pPr>
        <w:spacing w:before="0" w:after="20" w:line="259" w:lineRule="auto"/>
      </w:pPr>
      <w:r>
        <w:rPr>
          <w:rFonts w:ascii="Calibri" w:hAnsi="Calibri" w:eastAsia="Calibri"/>
          <w:b w:val="0"/>
          <w:i/>
          <w:color w:val="282828"/>
          <w:sz w:val="22"/>
        </w:rPr>
        <w:t>Bay: He needs a period of observation for re-narcotisation, then harm-reduction, not an unescorted street discharge.</w:t>
      </w:r>
    </w:p>
    <w:p>
      <w:pPr>
        <w:spacing w:before="120" w:after="20" w:line="259" w:lineRule="auto"/>
        <w:shd w:fill="F8E8E8" w:val="clear"/>
      </w:pPr>
      <w:r>
        <w:rPr>
          <w:rFonts w:ascii="Calibri" w:hAnsi="Calibri" w:eastAsia="Calibri"/>
          <w:b w:val="0"/>
          <w:i w:val="0"/>
          <w:color w:val="A02828"/>
          <w:sz w:val="22"/>
        </w:rPr>
        <w:t>B. [WRONG] Police custody without a period of medical observation first</w:t>
      </w:r>
    </w:p>
    <w:p>
      <w:pPr>
        <w:spacing w:before="0" w:after="20" w:line="259" w:lineRule="auto"/>
      </w:pPr>
      <w:r>
        <w:rPr>
          <w:rFonts w:ascii="Calibri" w:hAnsi="Calibri" w:eastAsia="Calibri"/>
          <w:b w:val="0"/>
          <w:i/>
          <w:color w:val="282828"/>
          <w:sz w:val="22"/>
        </w:rPr>
        <w:t>Bay: Custody is not a medical plan. He may stop breathing in a cell.</w:t>
      </w:r>
    </w:p>
    <w:p>
      <w:pPr>
        <w:spacing w:before="120" w:after="20" w:line="259" w:lineRule="auto"/>
        <w:shd w:fill="F8E8E8" w:val="clear"/>
      </w:pPr>
      <w:r>
        <w:rPr>
          <w:rFonts w:ascii="Calibri" w:hAnsi="Calibri" w:eastAsia="Calibri"/>
          <w:b w:val="0"/>
          <w:i w:val="0"/>
          <w:color w:val="A02828"/>
          <w:sz w:val="22"/>
        </w:rPr>
        <w:t>C. [WRONG] Unmonitored acute medical unit side-room</w:t>
      </w:r>
    </w:p>
    <w:p>
      <w:pPr>
        <w:spacing w:before="0" w:after="20" w:line="259" w:lineRule="auto"/>
      </w:pPr>
      <w:r>
        <w:rPr>
          <w:rFonts w:ascii="Calibri" w:hAnsi="Calibri" w:eastAsia="Calibri"/>
          <w:b w:val="0"/>
          <w:i/>
          <w:color w:val="282828"/>
          <w:sz w:val="22"/>
        </w:rPr>
        <w:t>Bay: AMU without continuous monitoring is the wrong bed for a re-narcotising opioid OD.</w:t>
      </w:r>
    </w:p>
    <w:p>
      <w:pPr>
        <w:spacing w:before="120" w:after="20" w:line="259" w:lineRule="auto"/>
        <w:shd w:fill="F8E8E8" w:val="clear"/>
      </w:pPr>
      <w:r>
        <w:rPr>
          <w:rFonts w:ascii="Calibri" w:hAnsi="Calibri" w:eastAsia="Calibri"/>
          <w:b w:val="0"/>
          <w:i w:val="0"/>
          <w:color w:val="A02828"/>
          <w:sz w:val="22"/>
        </w:rPr>
        <w:t>D. [WRONG] ICU for mandatory intubation of every overdose</w:t>
      </w:r>
    </w:p>
    <w:p>
      <w:pPr>
        <w:spacing w:before="0" w:after="20" w:line="259" w:lineRule="auto"/>
      </w:pPr>
      <w:r>
        <w:rPr>
          <w:rFonts w:ascii="Calibri" w:hAnsi="Calibri" w:eastAsia="Calibri"/>
          <w:b w:val="0"/>
          <w:i/>
          <w:color w:val="282828"/>
          <w:sz w:val="22"/>
        </w:rPr>
        <w:t>Bay: He is reversing on an infusion. ICU if he cannot be oxygenated; not as a default.</w:t>
      </w:r>
    </w:p>
    <w:p>
      <w:pPr>
        <w:spacing w:before="120" w:after="20" w:line="259" w:lineRule="auto"/>
        <w:shd w:fill="F8E8E8" w:val="clear"/>
      </w:pPr>
      <w:r>
        <w:rPr>
          <w:rFonts w:ascii="Calibri" w:hAnsi="Calibri" w:eastAsia="Calibri"/>
          <w:b w:val="0"/>
          <w:i w:val="0"/>
          <w:color w:val="A02828"/>
          <w:sz w:val="22"/>
        </w:rPr>
        <w:t>E. [WRONG] Coronary care unit for the sinus bradycardia</w:t>
      </w:r>
    </w:p>
    <w:p>
      <w:pPr>
        <w:spacing w:before="0" w:after="20" w:line="259" w:lineRule="auto"/>
      </w:pPr>
      <w:r>
        <w:rPr>
          <w:rFonts w:ascii="Calibri" w:hAnsi="Calibri" w:eastAsia="Calibri"/>
          <w:b w:val="0"/>
          <w:i/>
          <w:color w:val="282828"/>
          <w:sz w:val="22"/>
        </w:rPr>
        <w:t>Bay: The bradycardia was opioid, not a primary ACS. CCU is the wrong unit.</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He is sitting up, still a bit drowsy.</w:t>
      </w:r>
    </w:p>
    <w:p>
      <w:pPr>
        <w:spacing w:before="120" w:after="20" w:line="259" w:lineRule="auto"/>
        <w:shd w:fill="E8F5EC" w:val="clear"/>
      </w:pPr>
      <w:r>
        <w:rPr>
          <w:rFonts w:ascii="Calibri" w:hAnsi="Calibri" w:eastAsia="Calibri"/>
          <w:b/>
          <w:i w:val="0"/>
          <w:color w:val="146E3C"/>
          <w:sz w:val="22"/>
        </w:rPr>
        <w:t>A. [CORRECT] Take-home naloxone, paracetamol level, tetanus if indicated, document capacity</w:t>
      </w:r>
    </w:p>
    <w:p>
      <w:pPr>
        <w:spacing w:before="0" w:after="20" w:line="259" w:lineRule="auto"/>
      </w:pPr>
      <w:r>
        <w:rPr>
          <w:rFonts w:ascii="Calibri" w:hAnsi="Calibri" w:eastAsia="Calibri"/>
          <w:b w:val="0"/>
          <w:i/>
          <w:color w:val="282828"/>
          <w:sz w:val="22"/>
        </w:rPr>
        <w:t>Bay: Kit given. Paracetamol later back negative. Capacity documented.</w:t>
      </w:r>
    </w:p>
    <w:p>
      <w:pPr>
        <w:spacing w:before="80" w:after="40" w:line="259" w:lineRule="auto"/>
      </w:pPr>
      <w:r>
        <w:rPr>
          <w:rFonts w:ascii="Calibri" w:hAnsi="Calibri" w:eastAsia="Calibri"/>
          <w:b/>
          <w:i w:val="0"/>
          <w:color w:val="46326E"/>
          <w:sz w:val="22"/>
        </w:rPr>
        <w:t xml:space="preserve">    Follow-up: How long must he stay after the last naloxone?</w:t>
      </w:r>
    </w:p>
    <w:p>
      <w:pPr>
        <w:spacing w:before="120" w:after="20" w:line="259" w:lineRule="auto"/>
        <w:shd w:fill="E8F5EC" w:val="clear"/>
      </w:pPr>
      <w:r>
        <w:rPr>
          <w:rFonts w:ascii="Calibri" w:hAnsi="Calibri" w:eastAsia="Calibri"/>
          <w:b/>
          <w:i w:val="0"/>
          <w:color w:val="146E3C"/>
          <w:sz w:val="22"/>
        </w:rPr>
        <w:t xml:space="preserve">    A. [CORRECT] At least 2 hours after the last dose — longer if long-acting opioid</w:t>
      </w:r>
    </w:p>
    <w:p>
      <w:pPr>
        <w:spacing w:before="0" w:after="20" w:line="259" w:lineRule="auto"/>
      </w:pPr>
      <w:r>
        <w:rPr>
          <w:rFonts w:ascii="Calibri" w:hAnsi="Calibri" w:eastAsia="Calibri"/>
          <w:b w:val="0"/>
          <w:i/>
          <w:color w:val="282828"/>
          <w:sz w:val="22"/>
        </w:rPr>
        <w:t xml:space="preserve">       Bay: RCEM: observe until he will not re-narcotise. Take-home naloxone is not a substitute.</w:t>
      </w:r>
    </w:p>
    <w:p>
      <w:pPr>
        <w:spacing w:before="120" w:after="20" w:line="259" w:lineRule="auto"/>
        <w:shd w:fill="F8E8E8" w:val="clear"/>
      </w:pPr>
      <w:r>
        <w:rPr>
          <w:rFonts w:ascii="Calibri" w:hAnsi="Calibri" w:eastAsia="Calibri"/>
          <w:b w:val="0"/>
          <w:i w:val="0"/>
          <w:color w:val="A02828"/>
          <w:sz w:val="22"/>
        </w:rPr>
        <w:t xml:space="preserve">    B. [WRONG] Five minutes of GCS 15 is enough</w:t>
      </w:r>
    </w:p>
    <w:p>
      <w:pPr>
        <w:spacing w:before="0" w:after="20" w:line="259" w:lineRule="auto"/>
      </w:pPr>
      <w:r>
        <w:rPr>
          <w:rFonts w:ascii="Calibri" w:hAnsi="Calibri" w:eastAsia="Calibri"/>
          <w:b w:val="0"/>
          <w:i/>
          <w:color w:val="282828"/>
          <w:sz w:val="22"/>
        </w:rPr>
        <w:t xml:space="preserve">       Bay: Short-acting naloxone wears off. He will drop in the street.</w:t>
      </w:r>
    </w:p>
    <w:p>
      <w:pPr>
        <w:spacing w:before="120" w:after="20" w:line="259" w:lineRule="auto"/>
        <w:shd w:fill="F8E8E8" w:val="clear"/>
      </w:pPr>
      <w:r>
        <w:rPr>
          <w:rFonts w:ascii="Calibri" w:hAnsi="Calibri" w:eastAsia="Calibri"/>
          <w:b w:val="0"/>
          <w:i w:val="0"/>
          <w:color w:val="A02828"/>
          <w:sz w:val="22"/>
        </w:rPr>
        <w:t xml:space="preserve">    C. [WRONG] Until he can walk to the toilet unattended</w:t>
      </w:r>
    </w:p>
    <w:p>
      <w:pPr>
        <w:spacing w:before="0" w:after="20" w:line="259" w:lineRule="auto"/>
      </w:pPr>
      <w:r>
        <w:rPr>
          <w:rFonts w:ascii="Calibri" w:hAnsi="Calibri" w:eastAsia="Calibri"/>
          <w:b w:val="0"/>
          <w:i/>
          <w:color w:val="282828"/>
          <w:sz w:val="22"/>
        </w:rPr>
        <w:t xml:space="preserve">       Bay: Walking is not an observation endpoint.</w:t>
      </w:r>
    </w:p>
    <w:p>
      <w:pPr>
        <w:spacing w:before="120" w:after="20" w:line="259" w:lineRule="auto"/>
        <w:shd w:fill="F8E8E8" w:val="clear"/>
      </w:pPr>
      <w:r>
        <w:rPr>
          <w:rFonts w:ascii="Calibri" w:hAnsi="Calibri" w:eastAsia="Calibri"/>
          <w:b w:val="0"/>
          <w:i w:val="0"/>
          <w:color w:val="A02828"/>
          <w:sz w:val="22"/>
        </w:rPr>
        <w:t xml:space="preserve">    D. [WRONG] No observation if he has take-home naloxone</w:t>
      </w:r>
    </w:p>
    <w:p>
      <w:pPr>
        <w:spacing w:before="0" w:after="20" w:line="259" w:lineRule="auto"/>
      </w:pPr>
      <w:r>
        <w:rPr>
          <w:rFonts w:ascii="Calibri" w:hAnsi="Calibri" w:eastAsia="Calibri"/>
          <w:b w:val="0"/>
          <w:i/>
          <w:color w:val="282828"/>
          <w:sz w:val="22"/>
        </w:rPr>
        <w:t xml:space="preserve">       Bay: He still needs a watched period in ED.</w:t>
      </w:r>
    </w:p>
    <w:p>
      <w:pPr>
        <w:spacing w:before="120" w:after="20" w:line="259" w:lineRule="auto"/>
        <w:shd w:fill="F8E8E8" w:val="clear"/>
      </w:pPr>
      <w:r>
        <w:rPr>
          <w:rFonts w:ascii="Calibri" w:hAnsi="Calibri" w:eastAsia="Calibri"/>
          <w:b w:val="0"/>
          <w:i w:val="0"/>
          <w:color w:val="A02828"/>
          <w:sz w:val="22"/>
        </w:rPr>
        <w:t xml:space="preserve">    E. [WRONG] 24 hours under detention without a capacity assessment</w:t>
      </w:r>
    </w:p>
    <w:p>
      <w:pPr>
        <w:spacing w:before="0" w:after="20" w:line="259" w:lineRule="auto"/>
      </w:pPr>
      <w:r>
        <w:rPr>
          <w:rFonts w:ascii="Calibri" w:hAnsi="Calibri" w:eastAsia="Calibri"/>
          <w:b w:val="0"/>
          <w:i/>
          <w:color w:val="282828"/>
          <w:sz w:val="22"/>
        </w:rPr>
        <w:t xml:space="preserve">       Bay: Assess capacity. Detention is not the default.</w:t>
      </w:r>
    </w:p>
    <w:p>
      <w:pPr>
        <w:spacing w:before="120" w:after="20" w:line="259" w:lineRule="auto"/>
        <w:shd w:fill="F8E8E8" w:val="clear"/>
      </w:pPr>
      <w:r>
        <w:rPr>
          <w:rFonts w:ascii="Calibri" w:hAnsi="Calibri" w:eastAsia="Calibri"/>
          <w:b w:val="0"/>
          <w:i w:val="0"/>
          <w:color w:val="A02828"/>
          <w:sz w:val="22"/>
        </w:rPr>
        <w:t>B. [WRONG] Place him under a 24-hour detention without a capacity assessment</w:t>
      </w:r>
    </w:p>
    <w:p>
      <w:pPr>
        <w:spacing w:before="0" w:after="20" w:line="259" w:lineRule="auto"/>
      </w:pPr>
      <w:r>
        <w:rPr>
          <w:rFonts w:ascii="Calibri" w:hAnsi="Calibri" w:eastAsia="Calibri"/>
          <w:b w:val="0"/>
          <w:i/>
          <w:color w:val="282828"/>
          <w:sz w:val="22"/>
        </w:rPr>
        <w:t>Bay: Assess capacity properly. Detention without that assessment is not the pathway.</w:t>
      </w:r>
    </w:p>
    <w:p>
      <w:pPr>
        <w:spacing w:before="120" w:after="20" w:line="259" w:lineRule="auto"/>
        <w:shd w:fill="F8E8E8" w:val="clear"/>
      </w:pPr>
      <w:r>
        <w:rPr>
          <w:rFonts w:ascii="Calibri" w:hAnsi="Calibri" w:eastAsia="Calibri"/>
          <w:b w:val="0"/>
          <w:i w:val="0"/>
          <w:color w:val="A02828"/>
          <w:sz w:val="22"/>
        </w:rPr>
        <w:t>C. [WRONG] Give a further naloxone 2 mg IM for the road</w:t>
      </w:r>
    </w:p>
    <w:p>
      <w:pPr>
        <w:spacing w:before="0" w:after="20" w:line="259" w:lineRule="auto"/>
      </w:pPr>
      <w:r>
        <w:rPr>
          <w:rFonts w:ascii="Calibri" w:hAnsi="Calibri" w:eastAsia="Calibri"/>
          <w:b w:val="0"/>
          <w:i/>
          <w:color w:val="282828"/>
          <w:sz w:val="22"/>
        </w:rPr>
        <w:t>Bay: Infusion or titrate in the department. A 2 mg IM dump precipitates withdrawal.</w:t>
      </w:r>
    </w:p>
    <w:p>
      <w:pPr>
        <w:spacing w:before="120" w:after="20" w:line="259" w:lineRule="auto"/>
        <w:shd w:fill="F8E8E8" w:val="clear"/>
      </w:pPr>
      <w:r>
        <w:rPr>
          <w:rFonts w:ascii="Calibri" w:hAnsi="Calibri" w:eastAsia="Calibri"/>
          <w:b w:val="0"/>
          <w:i w:val="0"/>
          <w:color w:val="A02828"/>
          <w:sz w:val="22"/>
        </w:rPr>
        <w:t>D. [WRONG] Discharge as soon as he can walk to the toilet unattended</w:t>
      </w:r>
    </w:p>
    <w:p>
      <w:pPr>
        <w:spacing w:before="0" w:after="20" w:line="259" w:lineRule="auto"/>
      </w:pPr>
      <w:r>
        <w:rPr>
          <w:rFonts w:ascii="Calibri" w:hAnsi="Calibri" w:eastAsia="Calibri"/>
          <w:b w:val="0"/>
          <w:i/>
          <w:color w:val="282828"/>
          <w:sz w:val="22"/>
        </w:rPr>
        <w:t>Bay: Walking once is not an observation period. Long-acting opioids re-narcotise.</w:t>
      </w:r>
    </w:p>
    <w:p>
      <w:pPr>
        <w:spacing w:before="120" w:after="20" w:line="259" w:lineRule="auto"/>
        <w:shd w:fill="F8E8E8" w:val="clear"/>
      </w:pPr>
      <w:r>
        <w:rPr>
          <w:rFonts w:ascii="Calibri" w:hAnsi="Calibri" w:eastAsia="Calibri"/>
          <w:b w:val="0"/>
          <w:i w:val="0"/>
          <w:color w:val="A02828"/>
          <w:sz w:val="22"/>
        </w:rPr>
        <w:t>E. [WRONG] Start empirical IV antibiotics because he is an injecting drug user</w:t>
      </w:r>
    </w:p>
    <w:p>
      <w:pPr>
        <w:spacing w:before="0" w:after="20" w:line="259" w:lineRule="auto"/>
      </w:pPr>
      <w:r>
        <w:rPr>
          <w:rFonts w:ascii="Calibri" w:hAnsi="Calibri" w:eastAsia="Calibri"/>
          <w:b w:val="0"/>
          <w:i/>
          <w:color w:val="282828"/>
          <w:sz w:val="22"/>
        </w:rPr>
        <w:t>Bay: Antibiotics only if there is infection. Injecting is not itself an indication.</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He is later sitting eating toast.</w:t>
      </w:r>
    </w:p>
    <w:p>
      <w:pPr>
        <w:spacing w:before="120" w:after="20" w:line="259" w:lineRule="auto"/>
        <w:shd w:fill="E8F5EC" w:val="clear"/>
      </w:pPr>
      <w:r>
        <w:rPr>
          <w:rFonts w:ascii="Calibri" w:hAnsi="Calibri" w:eastAsia="Calibri"/>
          <w:b/>
          <w:i w:val="0"/>
          <w:color w:val="146E3C"/>
          <w:sz w:val="22"/>
        </w:rPr>
        <w:t>A. [CORRECT] Opioid toxicity / overdose</w:t>
      </w:r>
    </w:p>
    <w:p>
      <w:pPr>
        <w:spacing w:before="0" w:after="20" w:line="259" w:lineRule="auto"/>
      </w:pPr>
      <w:r>
        <w:rPr>
          <w:rFonts w:ascii="Calibri" w:hAnsi="Calibri" w:eastAsia="Calibri"/>
          <w:b w:val="0"/>
          <w:i/>
          <w:color w:val="282828"/>
          <w:sz w:val="22"/>
        </w:rPr>
        <w:t>Bay: Needle, pinpoint pupils, hypoventilation, re-narcotisation, response to titrated naloxone.</w:t>
      </w:r>
    </w:p>
    <w:p>
      <w:pPr>
        <w:spacing w:before="120" w:after="20" w:line="259" w:lineRule="auto"/>
        <w:shd w:fill="F8E8E8" w:val="clear"/>
      </w:pPr>
      <w:r>
        <w:rPr>
          <w:rFonts w:ascii="Calibri" w:hAnsi="Calibri" w:eastAsia="Calibri"/>
          <w:b w:val="0"/>
          <w:i w:val="0"/>
          <w:color w:val="A02828"/>
          <w:sz w:val="22"/>
        </w:rPr>
        <w:t>B. [WRONG] Primary intracranial vascular event</w:t>
      </w:r>
    </w:p>
    <w:p>
      <w:pPr>
        <w:spacing w:before="0" w:after="20" w:line="259" w:lineRule="auto"/>
      </w:pPr>
      <w:r>
        <w:rPr>
          <w:rFonts w:ascii="Calibri" w:hAnsi="Calibri" w:eastAsia="Calibri"/>
          <w:b w:val="0"/>
          <w:i/>
          <w:color w:val="282828"/>
          <w:sz w:val="22"/>
        </w:rPr>
        <w:t>Bay: He reversed with naloxone. That is not a primary intracranial event.</w:t>
      </w:r>
    </w:p>
    <w:p>
      <w:pPr>
        <w:spacing w:before="120" w:after="20" w:line="259" w:lineRule="auto"/>
        <w:shd w:fill="F8E8E8" w:val="clear"/>
      </w:pPr>
      <w:r>
        <w:rPr>
          <w:rFonts w:ascii="Calibri" w:hAnsi="Calibri" w:eastAsia="Calibri"/>
          <w:b w:val="0"/>
          <w:i w:val="0"/>
          <w:color w:val="A02828"/>
          <w:sz w:val="22"/>
        </w:rPr>
        <w:t>C. [WRONG] Acute hypoglycaemic coma</w:t>
      </w:r>
    </w:p>
    <w:p>
      <w:pPr>
        <w:spacing w:before="0" w:after="20" w:line="259" w:lineRule="auto"/>
      </w:pPr>
      <w:r>
        <w:rPr>
          <w:rFonts w:ascii="Calibri" w:hAnsi="Calibri" w:eastAsia="Calibri"/>
          <w:b w:val="0"/>
          <w:i/>
          <w:color w:val="282828"/>
          <w:sz w:val="22"/>
        </w:rPr>
        <w:t>Bay: BM was 6.0 throughout.</w:t>
      </w:r>
    </w:p>
    <w:p>
      <w:pPr>
        <w:spacing w:before="120" w:after="20" w:line="259" w:lineRule="auto"/>
        <w:shd w:fill="F8E8E8" w:val="clear"/>
      </w:pPr>
      <w:r>
        <w:rPr>
          <w:rFonts w:ascii="Calibri" w:hAnsi="Calibri" w:eastAsia="Calibri"/>
          <w:b w:val="0"/>
          <w:i w:val="0"/>
          <w:color w:val="A02828"/>
          <w:sz w:val="22"/>
        </w:rPr>
        <w:t>D. [WRONG] Acute tricyclic antidepressant overdose</w:t>
      </w:r>
    </w:p>
    <w:p>
      <w:pPr>
        <w:spacing w:before="0" w:after="20" w:line="259" w:lineRule="auto"/>
      </w:pPr>
      <w:r>
        <w:rPr>
          <w:rFonts w:ascii="Calibri" w:hAnsi="Calibri" w:eastAsia="Calibri"/>
          <w:b w:val="0"/>
          <w:i/>
          <w:color w:val="282828"/>
          <w:sz w:val="22"/>
        </w:rPr>
        <w:t>Bay: Pupils were pinpoint, not dilated, and the ECG was not wide.</w:t>
      </w:r>
    </w:p>
    <w:p>
      <w:pPr>
        <w:spacing w:before="120" w:after="20" w:line="259" w:lineRule="auto"/>
        <w:shd w:fill="F8E8E8" w:val="clear"/>
      </w:pPr>
      <w:r>
        <w:rPr>
          <w:rFonts w:ascii="Calibri" w:hAnsi="Calibri" w:eastAsia="Calibri"/>
          <w:b w:val="0"/>
          <w:i w:val="0"/>
          <w:color w:val="A02828"/>
          <w:sz w:val="22"/>
        </w:rPr>
        <w:t>E. [WRONG] Isolated benzodiazepine toxicity / overdose</w:t>
      </w:r>
    </w:p>
    <w:p>
      <w:pPr>
        <w:spacing w:before="0" w:after="20" w:line="259" w:lineRule="auto"/>
      </w:pPr>
      <w:r>
        <w:rPr>
          <w:rFonts w:ascii="Calibri" w:hAnsi="Calibri" w:eastAsia="Calibri"/>
          <w:b w:val="0"/>
          <w:i/>
          <w:color w:val="282828"/>
          <w:sz w:val="22"/>
        </w:rPr>
        <w:t>Bay: Benzos may be co-ingested, but pinpoint pupils and a naloxone response make opioid the lead.</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Opioid overdose</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Unresponsive, hypoventilation, pinpoint pupils</w:t>
      </w:r>
    </w:p>
    <w:p>
      <w:pPr>
        <w:spacing w:before="0" w:after="40" w:line="259" w:lineRule="auto"/>
      </w:pPr>
      <w:r>
        <w:rPr>
          <w:rFonts w:ascii="Calibri" w:hAnsi="Calibri" w:eastAsia="Calibri"/>
          <w:b w:val="0"/>
          <w:i w:val="0"/>
          <w:sz w:val="22"/>
        </w:rPr>
        <w:t>• Needle / track marks</w:t>
      </w:r>
    </w:p>
    <w:p>
      <w:pPr>
        <w:spacing w:before="0" w:after="40" w:line="259" w:lineRule="auto"/>
      </w:pPr>
      <w:r>
        <w:rPr>
          <w:rFonts w:ascii="Calibri" w:hAnsi="Calibri" w:eastAsia="Calibri"/>
          <w:b w:val="0"/>
          <w:i w:val="0"/>
          <w:sz w:val="22"/>
        </w:rPr>
        <w:t>• Response to titrated naloxone</w:t>
      </w:r>
    </w:p>
    <w:p>
      <w:pPr>
        <w:spacing w:before="0" w:after="40" w:line="259" w:lineRule="auto"/>
      </w:pPr>
      <w:r>
        <w:rPr>
          <w:rFonts w:ascii="Calibri" w:hAnsi="Calibri" w:eastAsia="Calibri"/>
          <w:b w:val="0"/>
          <w:i w:val="0"/>
          <w:sz w:val="22"/>
        </w:rPr>
        <w:t>• Re-narcotisation after a single IM dose</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Glucose, VBG, ECG</w:t>
      </w:r>
    </w:p>
    <w:p>
      <w:pPr>
        <w:spacing w:before="0" w:after="40" w:line="259" w:lineRule="auto"/>
      </w:pPr>
      <w:r>
        <w:rPr>
          <w:rFonts w:ascii="Calibri" w:hAnsi="Calibri" w:eastAsia="Calibri"/>
          <w:b w:val="0"/>
          <w:i w:val="0"/>
          <w:sz w:val="22"/>
        </w:rPr>
        <w:t>• Paracetamol if mixed overdose possible</w:t>
      </w:r>
    </w:p>
    <w:p>
      <w:pPr>
        <w:spacing w:before="0" w:after="40" w:line="259" w:lineRule="auto"/>
      </w:pPr>
      <w:r>
        <w:rPr>
          <w:rFonts w:ascii="Calibri" w:hAnsi="Calibri" w:eastAsia="Calibri"/>
          <w:b w:val="0"/>
          <w:i w:val="0"/>
          <w:sz w:val="22"/>
        </w:rPr>
        <w:t>• CXR if aspiration suspected</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Airway and ventilation first</w:t>
      </w:r>
    </w:p>
    <w:p>
      <w:pPr>
        <w:spacing w:before="0" w:after="40" w:line="259" w:lineRule="auto"/>
      </w:pPr>
      <w:r>
        <w:rPr>
          <w:rFonts w:ascii="Calibri" w:hAnsi="Calibri" w:eastAsia="Calibri"/>
          <w:b w:val="0"/>
          <w:i w:val="0"/>
          <w:sz w:val="22"/>
        </w:rPr>
        <w:t>• Titrated naloxone, infusion if recurrent</w:t>
      </w:r>
    </w:p>
    <w:p>
      <w:pPr>
        <w:spacing w:before="0" w:after="40" w:line="259" w:lineRule="auto"/>
      </w:pPr>
      <w:r>
        <w:rPr>
          <w:rFonts w:ascii="Calibri" w:hAnsi="Calibri" w:eastAsia="Calibri"/>
          <w:b w:val="0"/>
          <w:i w:val="0"/>
          <w:sz w:val="22"/>
        </w:rPr>
        <w:t>• Observe for re-narcotisation</w:t>
      </w:r>
    </w:p>
    <w:p>
      <w:pPr>
        <w:spacing w:before="0" w:after="40" w:line="259" w:lineRule="auto"/>
      </w:pPr>
      <w:r>
        <w:rPr>
          <w:rFonts w:ascii="Calibri" w:hAnsi="Calibri" w:eastAsia="Calibri"/>
          <w:b w:val="0"/>
          <w:i w:val="0"/>
          <w:sz w:val="22"/>
        </w:rPr>
        <w:t>• Take-home naloxone, addictions referral</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RCEM naloxone</w:t>
      </w:r>
    </w:p>
    <w:p>
      <w:pPr>
        <w:spacing w:before="0" w:after="40" w:line="259" w:lineRule="auto"/>
      </w:pPr>
      <w:r>
        <w:rPr>
          <w:rFonts w:ascii="Calibri" w:hAnsi="Calibri" w:eastAsia="Calibri"/>
          <w:b w:val="0"/>
          <w:i w:val="0"/>
          <w:sz w:val="22"/>
        </w:rPr>
        <w:t>• RCUK special circumstances — poisoning</w:t>
      </w:r>
    </w:p>
    <w:p>
      <w:pPr>
        <w:spacing w:before="0" w:after="40" w:line="259" w:lineRule="auto"/>
      </w:pPr>
      <w:r>
        <w:rPr>
          <w:rFonts w:ascii="Calibri" w:hAnsi="Calibri" w:eastAsia="Calibri"/>
          <w:b w:val="0"/>
          <w:i w:val="0"/>
          <w:sz w:val="22"/>
        </w:rPr>
        <w:t>• NICE NG64 / local drug-death prevention</w:t>
      </w:r>
    </w:p>
    <w:p>
      <w:r>
        <w:br w:type="page"/>
      </w:r>
    </w:p>
    <w:p>
      <w:pPr>
        <w:spacing w:before="120" w:after="160" w:line="259" w:lineRule="auto"/>
      </w:pPr>
      <w:r>
        <w:rPr>
          <w:rFonts w:ascii="Calibri" w:hAnsi="Calibri" w:eastAsia="Calibri"/>
          <w:b/>
          <w:i w:val="0"/>
          <w:color w:val="0C0E10"/>
          <w:sz w:val="36"/>
        </w:rPr>
        <w:t>Case 15 — Ruptured ectopic pregnancy</w:t>
      </w:r>
    </w:p>
    <w:p>
      <w:pPr>
        <w:spacing w:before="0" w:after="40" w:line="259" w:lineRule="auto"/>
      </w:pPr>
      <w:r>
        <w:rPr>
          <w:rFonts w:ascii="Calibri" w:hAnsi="Calibri" w:eastAsia="Calibri"/>
          <w:b w:val="0"/>
          <w:i/>
          <w:color w:val="5A5A5A"/>
          <w:sz w:val="20"/>
        </w:rPr>
        <w:t>buzzer · Emergency buzzer — Majors · rhythm sinus-tach</w:t>
      </w:r>
    </w:p>
    <w:p>
      <w:pPr>
        <w:spacing w:before="0" w:after="40" w:line="259" w:lineRule="auto"/>
      </w:pPr>
      <w:r>
        <w:rPr>
          <w:rFonts w:ascii="Calibri" w:hAnsi="Calibri" w:eastAsia="Calibri"/>
          <w:b w:val="0"/>
          <w:i/>
          <w:color w:val="5A5A5A"/>
          <w:sz w:val="20"/>
        </w:rPr>
        <w:t>HR 132   BP 74/42   RR 26   SpO2 96%   temp 36.4   GCS 14   BM 5.8</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Emergency buzzer — Majors 7.</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"Can I have a doctor here — she's 28, collapsed in the toilet, pale as anything. She's had six weeks of spotting, thought it was a funny period. Abdomen is rigid. No BP I can hear."</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talking, no stridor.</w:t>
      </w:r>
    </w:p>
    <w:p>
      <w:pPr>
        <w:spacing w:before="0" w:after="40" w:line="259" w:lineRule="auto"/>
      </w:pPr>
      <w:r>
        <w:rPr>
          <w:rFonts w:ascii="Calibri" w:hAnsi="Calibri" w:eastAsia="Calibri"/>
          <w:b w:val="0"/>
          <w:i w:val="0"/>
          <w:sz w:val="22"/>
        </w:rPr>
        <w:t>B — RR 26, equal air entry, SpO2 96% air. Trachea central. Chest clear.</w:t>
      </w:r>
    </w:p>
    <w:p>
      <w:pPr>
        <w:spacing w:before="0" w:after="40" w:line="259" w:lineRule="auto"/>
      </w:pPr>
      <w:r>
        <w:rPr>
          <w:rFonts w:ascii="Calibri" w:hAnsi="Calibri" w:eastAsia="Calibri"/>
          <w:b w:val="0"/>
          <w:i w:val="0"/>
          <w:sz w:val="22"/>
        </w:rPr>
        <w:t>C — HR 132, BP 74/42, CRT 5 s, pale, clammy. Abdomen rigid, tender, quiet. No PV bleeding seen on the sheet yet.</w:t>
      </w:r>
    </w:p>
    <w:p>
      <w:pPr>
        <w:spacing w:before="0" w:after="40" w:line="259" w:lineRule="auto"/>
      </w:pPr>
      <w:r>
        <w:rPr>
          <w:rFonts w:ascii="Calibri" w:hAnsi="Calibri" w:eastAsia="Calibri"/>
          <w:b w:val="0"/>
          <w:i w:val="0"/>
          <w:sz w:val="22"/>
        </w:rPr>
        <w:t>D — GCS 14, BM 5.8, no focal neurology.</w:t>
      </w:r>
    </w:p>
    <w:p>
      <w:pPr>
        <w:spacing w:before="0" w:after="40" w:line="259" w:lineRule="auto"/>
      </w:pPr>
      <w:r>
        <w:rPr>
          <w:rFonts w:ascii="Calibri" w:hAnsi="Calibri" w:eastAsia="Calibri"/>
          <w:b w:val="0"/>
          <w:i w:val="0"/>
          <w:sz w:val="22"/>
        </w:rPr>
        <w:t>E — no rash, no fever, no calf swelling. Last period 'weeks ago'.</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Collapsed in the toilet. Rigid abdomen. No recordable BP at first.</w:t>
      </w:r>
    </w:p>
    <w:p>
      <w:pPr>
        <w:spacing w:before="120" w:after="20" w:line="259" w:lineRule="auto"/>
        <w:shd w:fill="E8F5EC" w:val="clear"/>
      </w:pPr>
      <w:r>
        <w:rPr>
          <w:rFonts w:ascii="Calibri" w:hAnsi="Calibri" w:eastAsia="Calibri"/>
          <w:b/>
          <w:i w:val="0"/>
          <w:color w:val="146E3C"/>
          <w:sz w:val="22"/>
        </w:rPr>
        <w:t>A. [CORRECT] Call gynaecology and resuscitate</w:t>
      </w:r>
    </w:p>
    <w:p>
      <w:pPr>
        <w:spacing w:before="0" w:after="20" w:line="259" w:lineRule="auto"/>
      </w:pPr>
      <w:r>
        <w:rPr>
          <w:rFonts w:ascii="Calibri" w:hAnsi="Calibri" w:eastAsia="Calibri"/>
          <w:b w:val="0"/>
          <w:i/>
          <w:color w:val="282828"/>
          <w:sz w:val="22"/>
        </w:rPr>
        <w:t>Bay: Blood going. Gynae registrar: theatre. Keep her in resus.</w:t>
      </w:r>
    </w:p>
    <w:p>
      <w:pPr>
        <w:spacing w:before="0" w:after="40" w:line="259" w:lineRule="auto"/>
      </w:pPr>
      <w:r>
        <w:rPr>
          <w:rFonts w:ascii="Calibri" w:hAnsi="Calibri" w:eastAsia="Calibri"/>
          <w:b w:val="0"/>
          <w:i/>
          <w:color w:val="5A4614"/>
          <w:sz w:val="20"/>
        </w:rPr>
        <w:t>Reaction: sbp +8</w:t>
      </w:r>
    </w:p>
    <w:p>
      <w:pPr>
        <w:spacing w:before="80" w:after="40" w:line="259" w:lineRule="auto"/>
      </w:pPr>
      <w:r>
        <w:rPr>
          <w:rFonts w:ascii="Calibri" w:hAnsi="Calibri" w:eastAsia="Calibri"/>
          <w:b/>
          <w:i w:val="0"/>
          <w:color w:val="46326E"/>
          <w:sz w:val="22"/>
        </w:rPr>
        <w:t xml:space="preserve">    Follow-up: Who do you call?</w:t>
      </w:r>
    </w:p>
    <w:p>
      <w:pPr>
        <w:spacing w:before="120" w:after="20" w:line="259" w:lineRule="auto"/>
        <w:shd w:fill="E8F5EC" w:val="clear"/>
      </w:pPr>
      <w:r>
        <w:rPr>
          <w:rFonts w:ascii="Calibri" w:hAnsi="Calibri" w:eastAsia="Calibri"/>
          <w:b/>
          <w:i w:val="0"/>
          <w:color w:val="146E3C"/>
          <w:sz w:val="22"/>
        </w:rPr>
        <w:t xml:space="preserve">    A. [CORRECT] Gynaecology now — she needs theatre, not EPAS</w:t>
      </w:r>
    </w:p>
    <w:p>
      <w:pPr>
        <w:spacing w:before="0" w:after="20" w:line="259" w:lineRule="auto"/>
      </w:pPr>
      <w:r>
        <w:rPr>
          <w:rFonts w:ascii="Calibri" w:hAnsi="Calibri" w:eastAsia="Calibri"/>
          <w:b w:val="0"/>
          <w:i/>
          <w:color w:val="282828"/>
          <w:sz w:val="22"/>
        </w:rPr>
        <w:t xml:space="preserve">       Bay: A shocked suspected ectopic is a gynae/theatre case. Call while you transfuse.</w:t>
      </w:r>
    </w:p>
    <w:p>
      <w:pPr>
        <w:spacing w:before="120" w:after="20" w:line="259" w:lineRule="auto"/>
        <w:shd w:fill="F8E8E8" w:val="clear"/>
      </w:pPr>
      <w:r>
        <w:rPr>
          <w:rFonts w:ascii="Calibri" w:hAnsi="Calibri" w:eastAsia="Calibri"/>
          <w:b w:val="0"/>
          <w:i w:val="0"/>
          <w:color w:val="A02828"/>
          <w:sz w:val="22"/>
        </w:rPr>
        <w:t xml:space="preserve">    B. [WRONG] EPAS / early pregnancy clinic for tomorrow</w:t>
      </w:r>
    </w:p>
    <w:p>
      <w:pPr>
        <w:spacing w:before="0" w:after="20" w:line="259" w:lineRule="auto"/>
      </w:pPr>
      <w:r>
        <w:rPr>
          <w:rFonts w:ascii="Calibri" w:hAnsi="Calibri" w:eastAsia="Calibri"/>
          <w:b w:val="0"/>
          <w:i/>
          <w:color w:val="282828"/>
          <w:sz w:val="22"/>
        </w:rPr>
        <w:t xml:space="preserve">       Bay: She is shocked. This is theatre, not clinic.</w:t>
      </w:r>
    </w:p>
    <w:p>
      <w:pPr>
        <w:spacing w:before="120" w:after="20" w:line="259" w:lineRule="auto"/>
        <w:shd w:fill="F8E8E8" w:val="clear"/>
      </w:pPr>
      <w:r>
        <w:rPr>
          <w:rFonts w:ascii="Calibri" w:hAnsi="Calibri" w:eastAsia="Calibri"/>
          <w:b w:val="0"/>
          <w:i w:val="0"/>
          <w:color w:val="A02828"/>
          <w:sz w:val="22"/>
        </w:rPr>
        <w:t xml:space="preserve">    C. [WRONG] General surgery first; gynae only if hCG is high</w:t>
      </w:r>
    </w:p>
    <w:p>
      <w:pPr>
        <w:spacing w:before="0" w:after="20" w:line="259" w:lineRule="auto"/>
      </w:pPr>
      <w:r>
        <w:rPr>
          <w:rFonts w:ascii="Calibri" w:hAnsi="Calibri" w:eastAsia="Calibri"/>
          <w:b w:val="0"/>
          <w:i/>
          <w:color w:val="282828"/>
          <w:sz w:val="22"/>
        </w:rPr>
        <w:t xml:space="preserve">       Bay: Positive pregnancy and a rigid abdomen is gynae until the tube is seen.</w:t>
      </w:r>
    </w:p>
    <w:p>
      <w:pPr>
        <w:spacing w:before="120" w:after="20" w:line="259" w:lineRule="auto"/>
        <w:shd w:fill="F8E8E8" w:val="clear"/>
      </w:pPr>
      <w:r>
        <w:rPr>
          <w:rFonts w:ascii="Calibri" w:hAnsi="Calibri" w:eastAsia="Calibri"/>
          <w:b w:val="0"/>
          <w:i w:val="0"/>
          <w:color w:val="A02828"/>
          <w:sz w:val="22"/>
        </w:rPr>
        <w:t xml:space="preserve">    D. [WRONG] Medical registrar for a massive PE work-up</w:t>
      </w:r>
    </w:p>
    <w:p>
      <w:pPr>
        <w:spacing w:before="0" w:after="20" w:line="259" w:lineRule="auto"/>
      </w:pPr>
      <w:r>
        <w:rPr>
          <w:rFonts w:ascii="Calibri" w:hAnsi="Calibri" w:eastAsia="Calibri"/>
          <w:b w:val="0"/>
          <w:i/>
          <w:color w:val="282828"/>
          <w:sz w:val="22"/>
        </w:rPr>
        <w:t xml:space="preserve">       Bay: A rigid abdomen and spotting are not a PE first.</w:t>
      </w:r>
    </w:p>
    <w:p>
      <w:pPr>
        <w:spacing w:before="120" w:after="20" w:line="259" w:lineRule="auto"/>
        <w:shd w:fill="F8E8E8" w:val="clear"/>
      </w:pPr>
      <w:r>
        <w:rPr>
          <w:rFonts w:ascii="Calibri" w:hAnsi="Calibri" w:eastAsia="Calibri"/>
          <w:b w:val="0"/>
          <w:i w:val="0"/>
          <w:color w:val="A02828"/>
          <w:sz w:val="22"/>
        </w:rPr>
        <w:t xml:space="preserve">    E. [WRONG] No one until a quantitative βhCG is back</w:t>
      </w:r>
    </w:p>
    <w:p>
      <w:pPr>
        <w:spacing w:before="0" w:after="20" w:line="259" w:lineRule="auto"/>
      </w:pPr>
      <w:r>
        <w:rPr>
          <w:rFonts w:ascii="Calibri" w:hAnsi="Calibri" w:eastAsia="Calibri"/>
          <w:b w:val="0"/>
          <w:i/>
          <w:color w:val="282828"/>
          <w:sz w:val="22"/>
        </w:rPr>
        <w:t xml:space="preserve">       Bay: Urine hCG and shock are enough. Do not wait on a number.</w:t>
      </w:r>
    </w:p>
    <w:p>
      <w:pPr>
        <w:spacing w:before="120" w:after="20" w:line="259" w:lineRule="auto"/>
        <w:shd w:fill="F8E8E8" w:val="clear"/>
      </w:pPr>
      <w:r>
        <w:rPr>
          <w:rFonts w:ascii="Calibri" w:hAnsi="Calibri" w:eastAsia="Calibri"/>
          <w:b w:val="0"/>
          <w:i w:val="0"/>
          <w:color w:val="A02828"/>
          <w:sz w:val="22"/>
        </w:rPr>
        <w:t>B. [WRONG] Methotrexate</w:t>
      </w:r>
    </w:p>
    <w:p>
      <w:pPr>
        <w:spacing w:before="0" w:after="20" w:line="259" w:lineRule="auto"/>
      </w:pPr>
      <w:r>
        <w:rPr>
          <w:rFonts w:ascii="Calibri" w:hAnsi="Calibri" w:eastAsia="Calibri"/>
          <w:b w:val="0"/>
          <w:i/>
          <w:color w:val="282828"/>
          <w:sz w:val="22"/>
        </w:rPr>
        <w:t>Bay: She is shocked. Medical management is for the stable, small, unruptured ectopic — not this.</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Expectant management</w:t>
      </w:r>
    </w:p>
    <w:p>
      <w:pPr>
        <w:spacing w:before="0" w:after="20" w:line="259" w:lineRule="auto"/>
      </w:pPr>
      <w:r>
        <w:rPr>
          <w:rFonts w:ascii="Calibri" w:hAnsi="Calibri" w:eastAsia="Calibri"/>
          <w:b w:val="0"/>
          <w:i/>
          <w:color w:val="282828"/>
          <w:sz w:val="22"/>
        </w:rPr>
        <w:t>Bay: Expectant care is for a falling hCG in a well woman. She has a rigid abdomen and no blood pressure.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Evacuation of retained products</w:t>
      </w:r>
    </w:p>
    <w:p>
      <w:pPr>
        <w:spacing w:before="0" w:after="20" w:line="259" w:lineRule="auto"/>
      </w:pPr>
      <w:r>
        <w:rPr>
          <w:rFonts w:ascii="Calibri" w:hAnsi="Calibri" w:eastAsia="Calibri"/>
          <w:b w:val="0"/>
          <w:i/>
          <w:color w:val="282828"/>
          <w:sz w:val="22"/>
        </w:rPr>
        <w:t>Bay: A D&amp;C does not treat a tubal rupture. She needs a laparoscopy / laparotomy with gynaecology.</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Early pregnancy clinic tomorrow</w:t>
      </w:r>
    </w:p>
    <w:p>
      <w:pPr>
        <w:spacing w:before="0" w:after="20" w:line="259" w:lineRule="auto"/>
      </w:pPr>
      <w:r>
        <w:rPr>
          <w:rFonts w:ascii="Calibri" w:hAnsi="Calibri" w:eastAsia="Calibri"/>
          <w:b w:val="0"/>
          <w:i/>
          <w:color w:val="282828"/>
          <w:sz w:val="22"/>
        </w:rPr>
        <w:t>Bay: She is hypotensive with a rigid abdomen. This is theatre tonight, not EPAS in the morning.</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Blood is up. Still 82 systolic. Gynae two minutes away.</w:t>
      </w:r>
    </w:p>
    <w:p>
      <w:pPr>
        <w:spacing w:before="120" w:after="20" w:line="259" w:lineRule="auto"/>
        <w:shd w:fill="E8F5EC" w:val="clear"/>
      </w:pPr>
      <w:r>
        <w:rPr>
          <w:rFonts w:ascii="Calibri" w:hAnsi="Calibri" w:eastAsia="Calibri"/>
          <w:b/>
          <w:i w:val="0"/>
          <w:color w:val="146E3C"/>
          <w:sz w:val="22"/>
        </w:rPr>
        <w:t>A. [CORRECT] Resuscitate with blood; FAST only if no delay</w:t>
      </w:r>
    </w:p>
    <w:p>
      <w:pPr>
        <w:spacing w:before="0" w:after="20" w:line="259" w:lineRule="auto"/>
      </w:pPr>
      <w:r>
        <w:rPr>
          <w:rFonts w:ascii="Calibri" w:hAnsi="Calibri" w:eastAsia="Calibri"/>
          <w:b w:val="0"/>
          <w:i/>
          <w:color w:val="282828"/>
          <w:sz w:val="22"/>
        </w:rPr>
        <w:t>Bay: FAST: free fluid in the pelvis. She is going.</w:t>
      </w:r>
    </w:p>
    <w:p>
      <w:pPr>
        <w:spacing w:before="0" w:after="40" w:line="259" w:lineRule="auto"/>
      </w:pPr>
      <w:r>
        <w:rPr>
          <w:rFonts w:ascii="Calibri" w:hAnsi="Calibri" w:eastAsia="Calibri"/>
          <w:b w:val="0"/>
          <w:i/>
          <w:color w:val="5A4614"/>
          <w:sz w:val="20"/>
        </w:rPr>
        <w:t>Reaction: sbp +6</w:t>
      </w:r>
    </w:p>
    <w:p>
      <w:pPr>
        <w:spacing w:before="80" w:after="40" w:line="259" w:lineRule="auto"/>
      </w:pPr>
      <w:r>
        <w:rPr>
          <w:rFonts w:ascii="Calibri" w:hAnsi="Calibri" w:eastAsia="Calibri"/>
          <w:b/>
          <w:i w:val="0"/>
          <w:color w:val="46326E"/>
          <w:sz w:val="22"/>
        </w:rPr>
        <w:t xml:space="preserve">    Follow-up: What resuscitation?</w:t>
      </w:r>
    </w:p>
    <w:p>
      <w:pPr>
        <w:spacing w:before="120" w:after="20" w:line="259" w:lineRule="auto"/>
        <w:shd w:fill="E8F5EC" w:val="clear"/>
      </w:pPr>
      <w:r>
        <w:rPr>
          <w:rFonts w:ascii="Calibri" w:hAnsi="Calibri" w:eastAsia="Calibri"/>
          <w:b/>
          <w:i w:val="0"/>
          <w:color w:val="146E3C"/>
          <w:sz w:val="22"/>
        </w:rPr>
        <w:t xml:space="preserve">    A. [CORRECT] O-negative blood; FAST only if no delay</w:t>
      </w:r>
    </w:p>
    <w:p>
      <w:pPr>
        <w:spacing w:before="0" w:after="20" w:line="259" w:lineRule="auto"/>
      </w:pPr>
      <w:r>
        <w:rPr>
          <w:rFonts w:ascii="Calibri" w:hAnsi="Calibri" w:eastAsia="Calibri"/>
          <w:b w:val="0"/>
          <w:i/>
          <w:color w:val="282828"/>
          <w:sz w:val="22"/>
        </w:rPr>
        <w:t xml:space="preserve">       Bay: She is bleeding. Blood, not dextrose. Do not delay theatre for a scan.</w:t>
      </w:r>
    </w:p>
    <w:p>
      <w:pPr>
        <w:spacing w:before="120" w:after="20" w:line="259" w:lineRule="auto"/>
        <w:shd w:fill="F8E8E8" w:val="clear"/>
      </w:pPr>
      <w:r>
        <w:rPr>
          <w:rFonts w:ascii="Calibri" w:hAnsi="Calibri" w:eastAsia="Calibri"/>
          <w:b w:val="0"/>
          <w:i w:val="0"/>
          <w:color w:val="A02828"/>
          <w:sz w:val="22"/>
        </w:rPr>
        <w:t xml:space="preserve">    B. [WRONG] 1 L 5% dextrose as the resuscitation fluid</w:t>
      </w:r>
    </w:p>
    <w:p>
      <w:pPr>
        <w:spacing w:before="0" w:after="20" w:line="259" w:lineRule="auto"/>
      </w:pPr>
      <w:r>
        <w:rPr>
          <w:rFonts w:ascii="Calibri" w:hAnsi="Calibri" w:eastAsia="Calibri"/>
          <w:b w:val="0"/>
          <w:i/>
          <w:color w:val="282828"/>
          <w:sz w:val="22"/>
        </w:rPr>
        <w:t xml:space="preserve">       Bay: She is bleeding. She needs blood, not dextrose.</w:t>
      </w:r>
    </w:p>
    <w:p>
      <w:pPr>
        <w:spacing w:before="120" w:after="20" w:line="259" w:lineRule="auto"/>
        <w:shd w:fill="F8E8E8" w:val="clear"/>
      </w:pPr>
      <w:r>
        <w:rPr>
          <w:rFonts w:ascii="Calibri" w:hAnsi="Calibri" w:eastAsia="Calibri"/>
          <w:b w:val="0"/>
          <w:i w:val="0"/>
          <w:color w:val="A02828"/>
          <w:sz w:val="22"/>
        </w:rPr>
        <w:t xml:space="preserve">    C. [WRONG] Wait for formal transvaginal ultrasound in EPAS</w:t>
      </w:r>
    </w:p>
    <w:p>
      <w:pPr>
        <w:spacing w:before="0" w:after="20" w:line="259" w:lineRule="auto"/>
      </w:pPr>
      <w:r>
        <w:rPr>
          <w:rFonts w:ascii="Calibri" w:hAnsi="Calibri" w:eastAsia="Calibri"/>
          <w:b w:val="0"/>
          <w:i/>
          <w:color w:val="282828"/>
          <w:sz w:val="22"/>
        </w:rPr>
        <w:t xml:space="preserve">       Bay: She is shocked. Formal TVUS is for the stable ectopic.</w:t>
      </w:r>
    </w:p>
    <w:p>
      <w:pPr>
        <w:spacing w:before="120" w:after="20" w:line="259" w:lineRule="auto"/>
        <w:shd w:fill="F8E8E8" w:val="clear"/>
      </w:pPr>
      <w:r>
        <w:rPr>
          <w:rFonts w:ascii="Calibri" w:hAnsi="Calibri" w:eastAsia="Calibri"/>
          <w:b w:val="0"/>
          <w:i w:val="0"/>
          <w:color w:val="A02828"/>
          <w:sz w:val="22"/>
        </w:rPr>
        <w:t xml:space="preserve">    D. [WRONG] Heparin infusion for an abdominal catastrophe</w:t>
      </w:r>
    </w:p>
    <w:p>
      <w:pPr>
        <w:spacing w:before="0" w:after="20" w:line="259" w:lineRule="auto"/>
      </w:pPr>
      <w:r>
        <w:rPr>
          <w:rFonts w:ascii="Calibri" w:hAnsi="Calibri" w:eastAsia="Calibri"/>
          <w:b w:val="0"/>
          <w:i/>
          <w:color w:val="282828"/>
          <w:sz w:val="22"/>
        </w:rPr>
        <w:t xml:space="preserve">       Bay: She is bleeding into the peritoneum. Heparin will finish her.</w:t>
      </w:r>
    </w:p>
    <w:p>
      <w:pPr>
        <w:spacing w:before="120" w:after="20" w:line="259" w:lineRule="auto"/>
        <w:shd w:fill="F8E8E8" w:val="clear"/>
      </w:pPr>
      <w:r>
        <w:rPr>
          <w:rFonts w:ascii="Calibri" w:hAnsi="Calibri" w:eastAsia="Calibri"/>
          <w:b w:val="0"/>
          <w:i w:val="0"/>
          <w:color w:val="A02828"/>
          <w:sz w:val="22"/>
        </w:rPr>
        <w:t xml:space="preserve">    E. [WRONG] 2 L crystalloid before any blood</w:t>
      </w:r>
    </w:p>
    <w:p>
      <w:pPr>
        <w:spacing w:before="0" w:after="20" w:line="259" w:lineRule="auto"/>
      </w:pPr>
      <w:r>
        <w:rPr>
          <w:rFonts w:ascii="Calibri" w:hAnsi="Calibri" w:eastAsia="Calibri"/>
          <w:b w:val="0"/>
          <w:i/>
          <w:color w:val="282828"/>
          <w:sz w:val="22"/>
        </w:rPr>
        <w:t xml:space="preserve">       Bay: Class III haemorrhage gets blood, not gallons of crystalloid first.</w:t>
      </w:r>
    </w:p>
    <w:p>
      <w:pPr>
        <w:spacing w:before="120" w:after="20" w:line="259" w:lineRule="auto"/>
        <w:shd w:fill="F8E8E8" w:val="clear"/>
      </w:pPr>
      <w:r>
        <w:rPr>
          <w:rFonts w:ascii="Calibri" w:hAnsi="Calibri" w:eastAsia="Calibri"/>
          <w:b w:val="0"/>
          <w:i w:val="0"/>
          <w:color w:val="A02828"/>
          <w:sz w:val="22"/>
        </w:rPr>
        <w:t>B. [WRONG] Wait for formal TVUS in the EPAS clinic</w:t>
      </w:r>
    </w:p>
    <w:p>
      <w:pPr>
        <w:spacing w:before="0" w:after="20" w:line="259" w:lineRule="auto"/>
      </w:pPr>
      <w:r>
        <w:rPr>
          <w:rFonts w:ascii="Calibri" w:hAnsi="Calibri" w:eastAsia="Calibri"/>
          <w:b w:val="0"/>
          <w:i/>
          <w:color w:val="282828"/>
          <w:sz w:val="22"/>
        </w:rPr>
        <w:t>Bay: She is shocked. Formal TVUS is for the stable ectopic, not a ruptured one.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1 L 5% dextrose as resuscitation fluid</w:t>
      </w:r>
    </w:p>
    <w:p>
      <w:pPr>
        <w:spacing w:before="0" w:after="20" w:line="259" w:lineRule="auto"/>
      </w:pPr>
      <w:r>
        <w:rPr>
          <w:rFonts w:ascii="Calibri" w:hAnsi="Calibri" w:eastAsia="Calibri"/>
          <w:b w:val="0"/>
          <w:i/>
          <w:color w:val="282828"/>
          <w:sz w:val="22"/>
        </w:rPr>
        <w:t>Bay: She is bleeding. She needs blood, not dextrose.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Heparin infusion for abdominal catastrophe</w:t>
      </w:r>
    </w:p>
    <w:p>
      <w:pPr>
        <w:spacing w:before="0" w:after="20" w:line="259" w:lineRule="auto"/>
      </w:pPr>
      <w:r>
        <w:rPr>
          <w:rFonts w:ascii="Calibri" w:hAnsi="Calibri" w:eastAsia="Calibri"/>
          <w:b w:val="0"/>
          <w:i/>
          <w:color w:val="282828"/>
          <w:sz w:val="22"/>
        </w:rPr>
        <w:t>Bay: She is bleeding into the peritoneum. Heparin will finish her.</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Suction D&amp;C on the next CEPOD</w:t>
      </w:r>
    </w:p>
    <w:p>
      <w:pPr>
        <w:spacing w:before="0" w:after="20" w:line="259" w:lineRule="auto"/>
      </w:pPr>
      <w:r>
        <w:rPr>
          <w:rFonts w:ascii="Calibri" w:hAnsi="Calibri" w:eastAsia="Calibri"/>
          <w:b w:val="0"/>
          <w:i/>
          <w:color w:val="282828"/>
          <w:sz w:val="22"/>
        </w:rPr>
        <w:t>Bay: D&amp;C treats intrauterine pregnancy, not a ruptured tube. She needs laparoscopy/laparotomy.</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Gynae are here. Send tests.</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7.28  pCO2 4.0  HCO3 15  BE −10  lactate 4.8  K+ 3.8  Hb 78</w:t>
      </w:r>
    </w:p>
    <w:p>
      <w:pPr>
        <w:spacing w:before="0" w:after="40" w:line="259" w:lineRule="auto"/>
      </w:pPr>
      <w:r>
        <w:rPr>
          <w:rFonts w:ascii="Calibri" w:hAnsi="Calibri" w:eastAsia="Calibri"/>
          <w:b w:val="0"/>
          <w:i w:val="0"/>
          <w:sz w:val="22"/>
        </w:rPr>
        <w:t>Hb 78, lactate 4.8.</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5.8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sinus-tach</w:t>
      </w:r>
    </w:p>
    <w:p>
      <w:pPr>
        <w:spacing w:before="40" w:after="40" w:line="259" w:lineRule="auto"/>
      </w:pPr>
      <w:r>
        <w:rPr>
          <w:rFonts w:ascii="Calibri" w:hAnsi="Calibri" w:eastAsia="Calibri"/>
          <w:b w:val="0"/>
          <w:i w:val="0"/>
          <w:sz w:val="22"/>
        </w:rPr>
        <w:t>urine (REQUIRED)</w:t>
      </w:r>
    </w:p>
    <w:p>
      <w:pPr>
        <w:spacing w:before="0" w:after="40" w:line="259" w:lineRule="auto"/>
      </w:pPr>
      <w:r>
        <w:rPr>
          <w:rFonts w:ascii="Calibri" w:hAnsi="Calibri" w:eastAsia="Calibri"/>
          <w:b w:val="0"/>
          <w:i w:val="0"/>
          <w:sz w:val="22"/>
        </w:rPr>
        <w:t>Result: hCG positive. Blood +. No infection.</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76   WCC 11.0   Plt 240</w:t>
      </w:r>
    </w:p>
    <w:p>
      <w:pPr>
        <w:spacing w:before="0" w:after="40" w:line="259" w:lineRule="auto"/>
      </w:pPr>
      <w:r>
        <w:rPr>
          <w:rFonts w:ascii="Calibri" w:hAnsi="Calibri" w:eastAsia="Calibri"/>
          <w:b w:val="0"/>
          <w:i w:val="0"/>
          <w:sz w:val="22"/>
        </w:rPr>
        <w:t>coag: PT 12 s   APTT 30 s</w:t>
      </w:r>
    </w:p>
    <w:p>
      <w:pPr>
        <w:spacing w:before="0" w:after="40" w:line="259" w:lineRule="auto"/>
      </w:pPr>
      <w:r>
        <w:rPr>
          <w:rFonts w:ascii="Calibri" w:hAnsi="Calibri" w:eastAsia="Calibri"/>
          <w:b w:val="0"/>
          <w:i w:val="0"/>
          <w:sz w:val="22"/>
        </w:rPr>
        <w:t>bhcg: Positive — quantitative pending</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Still hypotensive. Review any results that have returned — then decide.</w:t>
      </w:r>
    </w:p>
    <w:p>
      <w:pPr>
        <w:spacing w:before="120" w:after="20" w:line="259" w:lineRule="auto"/>
        <w:shd w:fill="E8F5EC" w:val="clear"/>
      </w:pPr>
      <w:r>
        <w:rPr>
          <w:rFonts w:ascii="Calibri" w:hAnsi="Calibri" w:eastAsia="Calibri"/>
          <w:b/>
          <w:i w:val="0"/>
          <w:color w:val="146E3C"/>
          <w:sz w:val="22"/>
        </w:rPr>
        <w:t>A. [CORRECT] Theatre with gynae now; do not wait</w:t>
      </w:r>
    </w:p>
    <w:p>
      <w:pPr>
        <w:spacing w:before="0" w:after="20" w:line="259" w:lineRule="auto"/>
      </w:pPr>
      <w:r>
        <w:rPr>
          <w:rFonts w:ascii="Calibri" w:hAnsi="Calibri" w:eastAsia="Calibri"/>
          <w:b w:val="0"/>
          <w:i/>
          <w:color w:val="282828"/>
          <w:sz w:val="22"/>
        </w:rPr>
        <w:t>Bay: She is moving. O-neg still running.</w:t>
      </w:r>
    </w:p>
    <w:p>
      <w:pPr>
        <w:spacing w:before="0" w:after="40" w:line="259" w:lineRule="auto"/>
      </w:pPr>
      <w:r>
        <w:rPr>
          <w:rFonts w:ascii="Calibri" w:hAnsi="Calibri" w:eastAsia="Calibri"/>
          <w:b w:val="0"/>
          <w:i/>
          <w:color w:val="5A4614"/>
          <w:sz w:val="20"/>
        </w:rPr>
        <w:t>Reaction: hr -10, sbp +10</w:t>
      </w:r>
    </w:p>
    <w:p>
      <w:pPr>
        <w:spacing w:before="80" w:after="40" w:line="259" w:lineRule="auto"/>
      </w:pPr>
      <w:r>
        <w:rPr>
          <w:rFonts w:ascii="Calibri" w:hAnsi="Calibri" w:eastAsia="Calibri"/>
          <w:b/>
          <w:i w:val="0"/>
          <w:color w:val="46326E"/>
          <w:sz w:val="22"/>
        </w:rPr>
        <w:t xml:space="preserve">    Follow-up: Medical or surgical?</w:t>
      </w:r>
    </w:p>
    <w:p>
      <w:pPr>
        <w:spacing w:before="120" w:after="20" w:line="259" w:lineRule="auto"/>
        <w:shd w:fill="E8F5EC" w:val="clear"/>
      </w:pPr>
      <w:r>
        <w:rPr>
          <w:rFonts w:ascii="Calibri" w:hAnsi="Calibri" w:eastAsia="Calibri"/>
          <w:b/>
          <w:i w:val="0"/>
          <w:color w:val="146E3C"/>
          <w:sz w:val="22"/>
        </w:rPr>
        <w:t xml:space="preserve">    A. [CORRECT] Surgical — theatre now; urine hCG is enough</w:t>
      </w:r>
    </w:p>
    <w:p>
      <w:pPr>
        <w:spacing w:before="0" w:after="20" w:line="259" w:lineRule="auto"/>
      </w:pPr>
      <w:r>
        <w:rPr>
          <w:rFonts w:ascii="Calibri" w:hAnsi="Calibri" w:eastAsia="Calibri"/>
          <w:b w:val="0"/>
          <w:i/>
          <w:color w:val="282828"/>
          <w:sz w:val="22"/>
        </w:rPr>
        <w:t xml:space="preserve">       Bay: Methotrexate is for the stable unruptured ectopic. She is in class III shock.</w:t>
      </w:r>
    </w:p>
    <w:p>
      <w:pPr>
        <w:spacing w:before="120" w:after="20" w:line="259" w:lineRule="auto"/>
        <w:shd w:fill="F8E8E8" w:val="clear"/>
      </w:pPr>
      <w:r>
        <w:rPr>
          <w:rFonts w:ascii="Calibri" w:hAnsi="Calibri" w:eastAsia="Calibri"/>
          <w:b w:val="0"/>
          <w:i w:val="0"/>
          <w:color w:val="A02828"/>
          <w:sz w:val="22"/>
        </w:rPr>
        <w:t xml:space="preserve">    B. [WRONG] Methotrexate 50 mg/m² IM in resus</w:t>
      </w:r>
    </w:p>
    <w:p>
      <w:pPr>
        <w:spacing w:before="0" w:after="20" w:line="259" w:lineRule="auto"/>
      </w:pPr>
      <w:r>
        <w:rPr>
          <w:rFonts w:ascii="Calibri" w:hAnsi="Calibri" w:eastAsia="Calibri"/>
          <w:b w:val="0"/>
          <w:i/>
          <w:color w:val="282828"/>
          <w:sz w:val="22"/>
        </w:rPr>
        <w:t xml:space="preserve">       Bay: MTX does not stop a ruptured tube. She needs an operation.</w:t>
      </w:r>
    </w:p>
    <w:p>
      <w:pPr>
        <w:spacing w:before="120" w:after="20" w:line="259" w:lineRule="auto"/>
        <w:shd w:fill="F8E8E8" w:val="clear"/>
      </w:pPr>
      <w:r>
        <w:rPr>
          <w:rFonts w:ascii="Calibri" w:hAnsi="Calibri" w:eastAsia="Calibri"/>
          <w:b w:val="0"/>
          <w:i w:val="0"/>
          <w:color w:val="A02828"/>
          <w:sz w:val="22"/>
        </w:rPr>
        <w:t xml:space="preserve">    C. [WRONG] Wait for a 48-hour paired βhCG</w:t>
      </w:r>
    </w:p>
    <w:p>
      <w:pPr>
        <w:spacing w:before="0" w:after="20" w:line="259" w:lineRule="auto"/>
      </w:pPr>
      <w:r>
        <w:rPr>
          <w:rFonts w:ascii="Calibri" w:hAnsi="Calibri" w:eastAsia="Calibri"/>
          <w:b w:val="0"/>
          <w:i/>
          <w:color w:val="282828"/>
          <w:sz w:val="22"/>
        </w:rPr>
        <w:t xml:space="preserve">       Bay: Serial βhCG is for the stable PUL. She is shocked.</w:t>
      </w:r>
    </w:p>
    <w:p>
      <w:pPr>
        <w:spacing w:before="120" w:after="20" w:line="259" w:lineRule="auto"/>
        <w:shd w:fill="F8E8E8" w:val="clear"/>
      </w:pPr>
      <w:r>
        <w:rPr>
          <w:rFonts w:ascii="Calibri" w:hAnsi="Calibri" w:eastAsia="Calibri"/>
          <w:b w:val="0"/>
          <w:i w:val="0"/>
          <w:color w:val="A02828"/>
          <w:sz w:val="22"/>
        </w:rPr>
        <w:t xml:space="preserve">    D. [WRONG] Admit to the gynae ward for MTX once SBP is 90</w:t>
      </w:r>
    </w:p>
    <w:p>
      <w:pPr>
        <w:spacing w:before="0" w:after="20" w:line="259" w:lineRule="auto"/>
      </w:pPr>
      <w:r>
        <w:rPr>
          <w:rFonts w:ascii="Calibri" w:hAnsi="Calibri" w:eastAsia="Calibri"/>
          <w:b w:val="0"/>
          <w:i/>
          <w:color w:val="282828"/>
          <w:sz w:val="22"/>
        </w:rPr>
        <w:t xml:space="preserve">       Bay: A ruptured ectopic is a theatre case, not a medical-management admission.</w:t>
      </w:r>
    </w:p>
    <w:p>
      <w:pPr>
        <w:spacing w:before="120" w:after="20" w:line="259" w:lineRule="auto"/>
        <w:shd w:fill="F8E8E8" w:val="clear"/>
      </w:pPr>
      <w:r>
        <w:rPr>
          <w:rFonts w:ascii="Calibri" w:hAnsi="Calibri" w:eastAsia="Calibri"/>
          <w:b w:val="0"/>
          <w:i w:val="0"/>
          <w:color w:val="A02828"/>
          <w:sz w:val="22"/>
        </w:rPr>
        <w:t xml:space="preserve">    E. [WRONG] Suction D&amp;C for a presumed miscarriage</w:t>
      </w:r>
    </w:p>
    <w:p>
      <w:pPr>
        <w:spacing w:before="0" w:after="20" w:line="259" w:lineRule="auto"/>
      </w:pPr>
      <w:r>
        <w:rPr>
          <w:rFonts w:ascii="Calibri" w:hAnsi="Calibri" w:eastAsia="Calibri"/>
          <w:b w:val="0"/>
          <w:i/>
          <w:color w:val="282828"/>
          <w:sz w:val="22"/>
        </w:rPr>
        <w:t xml:space="preserve">       Bay: A rigid abdomen and free fluid are not an incomplete miscarriage.</w:t>
      </w:r>
    </w:p>
    <w:p>
      <w:pPr>
        <w:spacing w:before="120" w:after="20" w:line="259" w:lineRule="auto"/>
        <w:shd w:fill="F8E8E8" w:val="clear"/>
      </w:pPr>
      <w:r>
        <w:rPr>
          <w:rFonts w:ascii="Calibri" w:hAnsi="Calibri" w:eastAsia="Calibri"/>
          <w:b w:val="0"/>
          <w:i w:val="0"/>
          <w:color w:val="A02828"/>
          <w:sz w:val="22"/>
        </w:rPr>
        <w:t>B. [WRONG] Methotrexate 50 mg/m² IM in resus</w:t>
      </w:r>
    </w:p>
    <w:p>
      <w:pPr>
        <w:spacing w:before="0" w:after="20" w:line="259" w:lineRule="auto"/>
      </w:pPr>
      <w:r>
        <w:rPr>
          <w:rFonts w:ascii="Calibri" w:hAnsi="Calibri" w:eastAsia="Calibri"/>
          <w:b w:val="0"/>
          <w:i/>
          <w:color w:val="282828"/>
          <w:sz w:val="22"/>
        </w:rPr>
        <w:t>Bay: Methotrexate is for the stable, unruptured ectopic. She is in class III shock.</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Wait for a 48-hour paired βhCG</w:t>
      </w:r>
    </w:p>
    <w:p>
      <w:pPr>
        <w:spacing w:before="0" w:after="20" w:line="259" w:lineRule="auto"/>
      </w:pPr>
      <w:r>
        <w:rPr>
          <w:rFonts w:ascii="Calibri" w:hAnsi="Calibri" w:eastAsia="Calibri"/>
          <w:b w:val="0"/>
          <w:i/>
          <w:color w:val="282828"/>
          <w:sz w:val="22"/>
        </w:rPr>
        <w:t>Bay: Serial βhCG is for the stable PUL. She is shocked.</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Suction D&amp;C for incomplete miscarriage</w:t>
      </w:r>
    </w:p>
    <w:p>
      <w:pPr>
        <w:spacing w:before="0" w:after="20" w:line="259" w:lineRule="auto"/>
      </w:pPr>
      <w:r>
        <w:rPr>
          <w:rFonts w:ascii="Calibri" w:hAnsi="Calibri" w:eastAsia="Calibri"/>
          <w:b w:val="0"/>
          <w:i/>
          <w:color w:val="282828"/>
          <w:sz w:val="22"/>
        </w:rPr>
        <w:t>Bay: A rigid abdomen and free fluid are not an incomplete miscarriage. D&amp;C will not stop tubal bleeding.</w:t>
      </w:r>
    </w:p>
    <w:p>
      <w:pPr>
        <w:spacing w:before="120" w:after="20" w:line="259" w:lineRule="auto"/>
        <w:shd w:fill="F8E8E8" w:val="clear"/>
      </w:pPr>
      <w:r>
        <w:rPr>
          <w:rFonts w:ascii="Calibri" w:hAnsi="Calibri" w:eastAsia="Calibri"/>
          <w:b w:val="0"/>
          <w:i w:val="0"/>
          <w:color w:val="A02828"/>
          <w:sz w:val="22"/>
        </w:rPr>
        <w:t>E. [WRONG] Gynae ward for MTX once SBP is 90</w:t>
      </w:r>
    </w:p>
    <w:p>
      <w:pPr>
        <w:spacing w:before="0" w:after="20" w:line="259" w:lineRule="auto"/>
      </w:pPr>
      <w:r>
        <w:rPr>
          <w:rFonts w:ascii="Calibri" w:hAnsi="Calibri" w:eastAsia="Calibri"/>
          <w:b w:val="0"/>
          <w:i/>
          <w:color w:val="282828"/>
          <w:sz w:val="22"/>
        </w:rPr>
        <w:t>Bay: A ruptured ectopic is a theatre case, not a medical-management admission.</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Partner is outside.</w:t>
      </w:r>
    </w:p>
    <w:p>
      <w:pPr>
        <w:spacing w:before="120" w:after="20" w:line="259" w:lineRule="auto"/>
        <w:shd w:fill="E8F5EC" w:val="clear"/>
      </w:pPr>
      <w:r>
        <w:rPr>
          <w:rFonts w:ascii="Calibri" w:hAnsi="Calibri" w:eastAsia="Calibri"/>
          <w:b/>
          <w:i w:val="0"/>
          <w:color w:val="146E3C"/>
          <w:sz w:val="22"/>
        </w:rPr>
        <w:t>A. [CORRECT] Ask about LMP, contraception, IUD, previous ectopic and PID</w:t>
      </w:r>
    </w:p>
    <w:p>
      <w:pPr>
        <w:spacing w:before="0" w:after="20" w:line="259" w:lineRule="auto"/>
      </w:pPr>
      <w:r>
        <w:rPr>
          <w:rFonts w:ascii="Calibri" w:hAnsi="Calibri" w:eastAsia="Calibri"/>
          <w:b w:val="0"/>
          <w:i/>
          <w:color w:val="282828"/>
          <w:sz w:val="22"/>
        </w:rPr>
        <w:t>Bay: Six weeks spotting. Copper coil. Previous chlamydia.</w:t>
      </w:r>
    </w:p>
    <w:p>
      <w:pPr>
        <w:spacing w:before="120" w:after="20" w:line="259" w:lineRule="auto"/>
        <w:shd w:fill="E8F5EC" w:val="clear"/>
      </w:pPr>
      <w:r>
        <w:rPr>
          <w:rFonts w:ascii="Calibri" w:hAnsi="Calibri" w:eastAsia="Calibri"/>
          <w:b/>
          <w:i w:val="0"/>
          <w:color w:val="146E3C"/>
          <w:sz w:val="22"/>
        </w:rPr>
        <w:t>B. [CORRECT] Check rhesus, allergies, last meal for theatre</w:t>
      </w:r>
    </w:p>
    <w:p>
      <w:pPr>
        <w:spacing w:before="0" w:after="20" w:line="259" w:lineRule="auto"/>
      </w:pPr>
      <w:r>
        <w:rPr>
          <w:rFonts w:ascii="Calibri" w:hAnsi="Calibri" w:eastAsia="Calibri"/>
          <w:b w:val="0"/>
          <w:i/>
          <w:color w:val="282828"/>
          <w:sz w:val="22"/>
        </w:rPr>
        <w:t>Bay: Group pending. Ate 3 hours ago. NKDA.</w:t>
      </w:r>
    </w:p>
    <w:p>
      <w:pPr>
        <w:spacing w:before="120" w:after="20" w:line="259" w:lineRule="auto"/>
        <w:shd w:fill="E8F5EC" w:val="clear"/>
      </w:pPr>
      <w:r>
        <w:rPr>
          <w:rFonts w:ascii="Calibri" w:hAnsi="Calibri" w:eastAsia="Calibri"/>
          <w:b/>
          <w:i w:val="0"/>
          <w:color w:val="146E3C"/>
          <w:sz w:val="22"/>
        </w:rPr>
        <w:t>C. [CORRECT] Ask about shoulder-tip pain and syncope details</w:t>
      </w:r>
    </w:p>
    <w:p>
      <w:pPr>
        <w:spacing w:before="0" w:after="20" w:line="259" w:lineRule="auto"/>
      </w:pPr>
      <w:r>
        <w:rPr>
          <w:rFonts w:ascii="Calibri" w:hAnsi="Calibri" w:eastAsia="Calibri"/>
          <w:b w:val="0"/>
          <w:i/>
          <w:color w:val="282828"/>
          <w:sz w:val="22"/>
        </w:rPr>
        <w:t>Bay: Shoulder-tip on the toilet floor before she went down.</w:t>
      </w:r>
    </w:p>
    <w:p>
      <w:pPr>
        <w:spacing w:before="120" w:after="20" w:line="259" w:lineRule="auto"/>
        <w:shd w:fill="F8E8E8" w:val="clear"/>
      </w:pPr>
      <w:r>
        <w:rPr>
          <w:rFonts w:ascii="Calibri" w:hAnsi="Calibri" w:eastAsia="Calibri"/>
          <w:b w:val="0"/>
          <w:i w:val="0"/>
          <w:color w:val="A02828"/>
          <w:sz w:val="22"/>
        </w:rPr>
        <w:t>D. [WRONG] Defer gynaecology until a formal transvaginal ultrasound is reported</w:t>
      </w:r>
    </w:p>
    <w:p>
      <w:pPr>
        <w:spacing w:before="0" w:after="20" w:line="259" w:lineRule="auto"/>
      </w:pPr>
      <w:r>
        <w:rPr>
          <w:rFonts w:ascii="Calibri" w:hAnsi="Calibri" w:eastAsia="Calibri"/>
          <w:b w:val="0"/>
          <w:i/>
          <w:color w:val="282828"/>
          <w:sz w:val="22"/>
        </w:rPr>
        <w:t>Bay: She is shocked with free fluid. Theatre is not waiting on a report.</w:t>
      </w:r>
    </w:p>
    <w:p>
      <w:pPr>
        <w:spacing w:before="120" w:after="20" w:line="259" w:lineRule="auto"/>
        <w:shd w:fill="F8E8E8" w:val="clear"/>
      </w:pPr>
      <w:r>
        <w:rPr>
          <w:rFonts w:ascii="Calibri" w:hAnsi="Calibri" w:eastAsia="Calibri"/>
          <w:b w:val="0"/>
          <w:i w:val="0"/>
          <w:color w:val="A02828"/>
          <w:sz w:val="22"/>
        </w:rPr>
        <w:t>E. [WRONG] Delay theatre until a quantitative serum βhCG result is back</w:t>
      </w:r>
    </w:p>
    <w:p>
      <w:pPr>
        <w:spacing w:before="0" w:after="20" w:line="259" w:lineRule="auto"/>
      </w:pPr>
      <w:r>
        <w:rPr>
          <w:rFonts w:ascii="Calibri" w:hAnsi="Calibri" w:eastAsia="Calibri"/>
          <w:b w:val="0"/>
          <w:i/>
          <w:color w:val="282828"/>
          <w:sz w:val="22"/>
        </w:rPr>
        <w:t>Bay: A number will not change the destination. Urine hCG is enough.</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Positive hCG, shock, free fluid, rigid abdomen.</w:t>
      </w:r>
    </w:p>
    <w:p>
      <w:pPr>
        <w:spacing w:before="120" w:after="20" w:line="259" w:lineRule="auto"/>
        <w:shd w:fill="E8F5EC" w:val="clear"/>
      </w:pPr>
      <w:r>
        <w:rPr>
          <w:rFonts w:ascii="Calibri" w:hAnsi="Calibri" w:eastAsia="Calibri"/>
          <w:b/>
          <w:i w:val="0"/>
          <w:color w:val="146E3C"/>
          <w:sz w:val="22"/>
        </w:rPr>
        <w:t>A. [CORRECT] Ruptured tubal ectopic pregnancy</w:t>
      </w:r>
    </w:p>
    <w:p>
      <w:pPr>
        <w:spacing w:before="0" w:after="20" w:line="259" w:lineRule="auto"/>
      </w:pPr>
      <w:r>
        <w:rPr>
          <w:rFonts w:ascii="Calibri" w:hAnsi="Calibri" w:eastAsia="Calibri"/>
          <w:b w:val="0"/>
          <w:i/>
          <w:color w:val="282828"/>
          <w:sz w:val="22"/>
        </w:rPr>
        <w:t>Bay: Positive hCG, shock, free fluid and a rigid abdomen — that is a ruptured ectopic until the tube is seen.</w:t>
      </w:r>
    </w:p>
    <w:p>
      <w:pPr>
        <w:spacing w:before="120" w:after="20" w:line="259" w:lineRule="auto"/>
        <w:shd w:fill="F8E8E8" w:val="clear"/>
      </w:pPr>
      <w:r>
        <w:rPr>
          <w:rFonts w:ascii="Calibri" w:hAnsi="Calibri" w:eastAsia="Calibri"/>
          <w:b w:val="0"/>
          <w:i w:val="0"/>
          <w:color w:val="A02828"/>
          <w:sz w:val="22"/>
        </w:rPr>
        <w:t>B. [WRONG] Incomplete miscarriage without rupture</w:t>
      </w:r>
    </w:p>
    <w:p>
      <w:pPr>
        <w:spacing w:before="0" w:after="20" w:line="259" w:lineRule="auto"/>
      </w:pPr>
      <w:r>
        <w:rPr>
          <w:rFonts w:ascii="Calibri" w:hAnsi="Calibri" w:eastAsia="Calibri"/>
          <w:b w:val="0"/>
          <w:i/>
          <w:color w:val="282828"/>
          <w:sz w:val="22"/>
        </w:rPr>
        <w:t>Bay: She is shocked with a rigid abdomen. Simple miscarriage does not look like this.</w:t>
      </w:r>
    </w:p>
    <w:p>
      <w:pPr>
        <w:spacing w:before="120" w:after="20" w:line="259" w:lineRule="auto"/>
        <w:shd w:fill="F8E8E8" w:val="clear"/>
      </w:pPr>
      <w:r>
        <w:rPr>
          <w:rFonts w:ascii="Calibri" w:hAnsi="Calibri" w:eastAsia="Calibri"/>
          <w:b w:val="0"/>
          <w:i w:val="0"/>
          <w:color w:val="A02828"/>
          <w:sz w:val="22"/>
        </w:rPr>
        <w:t>C. [WRONG] Acute appendicitis with perforation</w:t>
      </w:r>
    </w:p>
    <w:p>
      <w:pPr>
        <w:spacing w:before="0" w:after="20" w:line="259" w:lineRule="auto"/>
      </w:pPr>
      <w:r>
        <w:rPr>
          <w:rFonts w:ascii="Calibri" w:hAnsi="Calibri" w:eastAsia="Calibri"/>
          <w:b w:val="0"/>
          <w:i/>
          <w:color w:val="282828"/>
          <w:sz w:val="22"/>
        </w:rPr>
        <w:t>Bay: Possible in a young woman, but positive hCG and collapse with free fluid is an ectopic until proven otherwise.</w:t>
      </w:r>
    </w:p>
    <w:p>
      <w:pPr>
        <w:spacing w:before="120" w:after="20" w:line="259" w:lineRule="auto"/>
        <w:shd w:fill="F8E8E8" w:val="clear"/>
      </w:pPr>
      <w:r>
        <w:rPr>
          <w:rFonts w:ascii="Calibri" w:hAnsi="Calibri" w:eastAsia="Calibri"/>
          <w:b w:val="0"/>
          <w:i w:val="0"/>
          <w:color w:val="A02828"/>
          <w:sz w:val="22"/>
        </w:rPr>
        <w:t>D. [WRONG] Ruptured ovarian cyst, urine hCG negative</w:t>
      </w:r>
    </w:p>
    <w:p>
      <w:pPr>
        <w:spacing w:before="0" w:after="20" w:line="259" w:lineRule="auto"/>
      </w:pPr>
      <w:r>
        <w:rPr>
          <w:rFonts w:ascii="Calibri" w:hAnsi="Calibri" w:eastAsia="Calibri"/>
          <w:b w:val="0"/>
          <w:i/>
          <w:color w:val="282828"/>
          <w:sz w:val="22"/>
        </w:rPr>
        <w:t>Bay: Urine hCG is positive. This is a pregnancy-related rupture.</w:t>
      </w:r>
    </w:p>
    <w:p>
      <w:pPr>
        <w:spacing w:before="120" w:after="20" w:line="259" w:lineRule="auto"/>
        <w:shd w:fill="F8E8E8" w:val="clear"/>
      </w:pPr>
      <w:r>
        <w:rPr>
          <w:rFonts w:ascii="Calibri" w:hAnsi="Calibri" w:eastAsia="Calibri"/>
          <w:b w:val="0"/>
          <w:i w:val="0"/>
          <w:color w:val="A02828"/>
          <w:sz w:val="22"/>
        </w:rPr>
        <w:t>E. [WRONG] Septic miscarriage with endometritis</w:t>
      </w:r>
    </w:p>
    <w:p>
      <w:pPr>
        <w:spacing w:before="0" w:after="20" w:line="259" w:lineRule="auto"/>
      </w:pPr>
      <w:r>
        <w:rPr>
          <w:rFonts w:ascii="Calibri" w:hAnsi="Calibri" w:eastAsia="Calibri"/>
          <w:b w:val="0"/>
          <w:i/>
          <w:color w:val="282828"/>
          <w:sz w:val="22"/>
        </w:rPr>
        <w:t>Bay: She is pale and bleeding, not febrile first. The story is haemorrhage, not sepsis.</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Theatre is ready.</w:t>
      </w:r>
    </w:p>
    <w:p>
      <w:pPr>
        <w:spacing w:before="120" w:after="20" w:line="259" w:lineRule="auto"/>
        <w:shd w:fill="E8F5EC" w:val="clear"/>
      </w:pPr>
      <w:r>
        <w:rPr>
          <w:rFonts w:ascii="Calibri" w:hAnsi="Calibri" w:eastAsia="Calibri"/>
          <w:b/>
          <w:i w:val="0"/>
          <w:color w:val="146E3C"/>
          <w:sz w:val="22"/>
        </w:rPr>
        <w:t>A. [CORRECT] Go with gynae; continue blood; anti-D later if needed</w:t>
      </w:r>
    </w:p>
    <w:p>
      <w:pPr>
        <w:spacing w:before="0" w:after="20" w:line="259" w:lineRule="auto"/>
      </w:pPr>
      <w:r>
        <w:rPr>
          <w:rFonts w:ascii="Calibri" w:hAnsi="Calibri" w:eastAsia="Calibri"/>
          <w:b w:val="0"/>
          <w:i/>
          <w:color w:val="282828"/>
          <w:sz w:val="22"/>
        </w:rPr>
        <w:t>Bay: She leaves. BP 94.</w:t>
      </w:r>
    </w:p>
    <w:p>
      <w:pPr>
        <w:spacing w:before="0" w:after="40" w:line="259" w:lineRule="auto"/>
      </w:pPr>
      <w:r>
        <w:rPr>
          <w:rFonts w:ascii="Calibri" w:hAnsi="Calibri" w:eastAsia="Calibri"/>
          <w:b w:val="0"/>
          <w:i/>
          <w:color w:val="5A4614"/>
          <w:sz w:val="20"/>
        </w:rPr>
        <w:t>Reaction: sbp +8</w:t>
      </w:r>
    </w:p>
    <w:p>
      <w:pPr>
        <w:spacing w:before="80" w:after="40" w:line="259" w:lineRule="auto"/>
      </w:pPr>
      <w:r>
        <w:rPr>
          <w:rFonts w:ascii="Calibri" w:hAnsi="Calibri" w:eastAsia="Calibri"/>
          <w:b/>
          <w:i w:val="0"/>
          <w:color w:val="46326E"/>
          <w:sz w:val="22"/>
        </w:rPr>
        <w:t xml:space="preserve">    Follow-up: Methotrexate or theatre?</w:t>
      </w:r>
    </w:p>
    <w:p>
      <w:pPr>
        <w:spacing w:before="120" w:after="20" w:line="259" w:lineRule="auto"/>
        <w:shd w:fill="E8F5EC" w:val="clear"/>
      </w:pPr>
      <w:r>
        <w:rPr>
          <w:rFonts w:ascii="Calibri" w:hAnsi="Calibri" w:eastAsia="Calibri"/>
          <w:b/>
          <w:i w:val="0"/>
          <w:color w:val="146E3C"/>
          <w:sz w:val="22"/>
        </w:rPr>
        <w:t xml:space="preserve">    A. [CORRECT] Theatre — no MTX; anti-D later if rhesus-negative</w:t>
      </w:r>
    </w:p>
    <w:p>
      <w:pPr>
        <w:spacing w:before="0" w:after="20" w:line="259" w:lineRule="auto"/>
      </w:pPr>
      <w:r>
        <w:rPr>
          <w:rFonts w:ascii="Calibri" w:hAnsi="Calibri" w:eastAsia="Calibri"/>
          <w:b w:val="0"/>
          <w:i/>
          <w:color w:val="282828"/>
          <w:sz w:val="22"/>
        </w:rPr>
        <w:t xml:space="preserve">       Bay: A shocked ruptured ectopic goes to gynae theatre. MTX does not stop a ruptured tube.</w:t>
      </w:r>
    </w:p>
    <w:p>
      <w:pPr>
        <w:spacing w:before="120" w:after="20" w:line="259" w:lineRule="auto"/>
        <w:shd w:fill="F8E8E8" w:val="clear"/>
      </w:pPr>
      <w:r>
        <w:rPr>
          <w:rFonts w:ascii="Calibri" w:hAnsi="Calibri" w:eastAsia="Calibri"/>
          <w:b w:val="0"/>
          <w:i w:val="0"/>
          <w:color w:val="A02828"/>
          <w:sz w:val="22"/>
        </w:rPr>
        <w:t xml:space="preserve">    B. [WRONG] Give methotrexate now that blood is running</w:t>
      </w:r>
    </w:p>
    <w:p>
      <w:pPr>
        <w:spacing w:before="0" w:after="20" w:line="259" w:lineRule="auto"/>
      </w:pPr>
      <w:r>
        <w:rPr>
          <w:rFonts w:ascii="Calibri" w:hAnsi="Calibri" w:eastAsia="Calibri"/>
          <w:b w:val="0"/>
          <w:i/>
          <w:color w:val="282828"/>
          <w:sz w:val="22"/>
        </w:rPr>
        <w:t xml:space="preserve">       Bay: She is still a theatre case. MTX does not stop a ruptured tube.</w:t>
      </w:r>
    </w:p>
    <w:p>
      <w:pPr>
        <w:spacing w:before="120" w:after="20" w:line="259" w:lineRule="auto"/>
        <w:shd w:fill="F8E8E8" w:val="clear"/>
      </w:pPr>
      <w:r>
        <w:rPr>
          <w:rFonts w:ascii="Calibri" w:hAnsi="Calibri" w:eastAsia="Calibri"/>
          <w:b w:val="0"/>
          <w:i w:val="0"/>
          <w:color w:val="A02828"/>
          <w:sz w:val="22"/>
        </w:rPr>
        <w:t xml:space="preserve">    C. [WRONG] Observe overnight on gynaecology without an operation</w:t>
      </w:r>
    </w:p>
    <w:p>
      <w:pPr>
        <w:spacing w:before="0" w:after="20" w:line="259" w:lineRule="auto"/>
      </w:pPr>
      <w:r>
        <w:rPr>
          <w:rFonts w:ascii="Calibri" w:hAnsi="Calibri" w:eastAsia="Calibri"/>
          <w:b w:val="0"/>
          <w:i/>
          <w:color w:val="282828"/>
          <w:sz w:val="22"/>
        </w:rPr>
        <w:t xml:space="preserve">       Bay: She ruptured. Observation without source control is not a plan.</w:t>
      </w:r>
    </w:p>
    <w:p>
      <w:pPr>
        <w:spacing w:before="120" w:after="20" w:line="259" w:lineRule="auto"/>
        <w:shd w:fill="F8E8E8" w:val="clear"/>
      </w:pPr>
      <w:r>
        <w:rPr>
          <w:rFonts w:ascii="Calibri" w:hAnsi="Calibri" w:eastAsia="Calibri"/>
          <w:b w:val="0"/>
          <w:i w:val="0"/>
          <w:color w:val="A02828"/>
          <w:sz w:val="22"/>
        </w:rPr>
        <w:t xml:space="preserve">    D. [WRONG] Tranexamic acid 1 g and observe on the ward</w:t>
      </w:r>
    </w:p>
    <w:p>
      <w:pPr>
        <w:spacing w:before="0" w:after="20" w:line="259" w:lineRule="auto"/>
      </w:pPr>
      <w:r>
        <w:rPr>
          <w:rFonts w:ascii="Calibri" w:hAnsi="Calibri" w:eastAsia="Calibri"/>
          <w:b w:val="0"/>
          <w:i/>
          <w:color w:val="282828"/>
          <w:sz w:val="22"/>
        </w:rPr>
        <w:t xml:space="preserve">       Bay: TXA is an adjunct at most. She needs a surgeon, not a ward overnight.</w:t>
      </w:r>
    </w:p>
    <w:p>
      <w:pPr>
        <w:spacing w:before="120" w:after="20" w:line="259" w:lineRule="auto"/>
        <w:shd w:fill="F8E8E8" w:val="clear"/>
      </w:pPr>
      <w:r>
        <w:rPr>
          <w:rFonts w:ascii="Calibri" w:hAnsi="Calibri" w:eastAsia="Calibri"/>
          <w:b w:val="0"/>
          <w:i w:val="0"/>
          <w:color w:val="A02828"/>
          <w:sz w:val="22"/>
        </w:rPr>
        <w:t xml:space="preserve">    E. [WRONG] Keep her in majors until the evening CEPOD list</w:t>
      </w:r>
    </w:p>
    <w:p>
      <w:pPr>
        <w:spacing w:before="0" w:after="20" w:line="259" w:lineRule="auto"/>
      </w:pPr>
      <w:r>
        <w:rPr>
          <w:rFonts w:ascii="Calibri" w:hAnsi="Calibri" w:eastAsia="Calibri"/>
          <w:b w:val="0"/>
          <w:i/>
          <w:color w:val="282828"/>
          <w:sz w:val="22"/>
        </w:rPr>
        <w:t xml:space="preserve">       Bay: A ruptured ectopic does not wait on the CEPOD list. She goes now.</w:t>
      </w:r>
    </w:p>
    <w:p>
      <w:pPr>
        <w:spacing w:before="120" w:after="20" w:line="259" w:lineRule="auto"/>
        <w:shd w:fill="F8E8E8" w:val="clear"/>
      </w:pPr>
      <w:r>
        <w:rPr>
          <w:rFonts w:ascii="Calibri" w:hAnsi="Calibri" w:eastAsia="Calibri"/>
          <w:b w:val="0"/>
          <w:i w:val="0"/>
          <w:color w:val="A02828"/>
          <w:sz w:val="22"/>
        </w:rPr>
        <w:t>B. [WRONG] Send for a further CT to map the pregnancy</w:t>
      </w:r>
    </w:p>
    <w:p>
      <w:pPr>
        <w:spacing w:before="0" w:after="20" w:line="259" w:lineRule="auto"/>
      </w:pPr>
      <w:r>
        <w:rPr>
          <w:rFonts w:ascii="Calibri" w:hAnsi="Calibri" w:eastAsia="Calibri"/>
          <w:b w:val="0"/>
          <w:i/>
          <w:color w:val="282828"/>
          <w:sz w:val="22"/>
        </w:rPr>
        <w:t>Bay: A CT will not change the need for theatre and she may arrest in the ring.</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Give methotrexate now that blood is running</w:t>
      </w:r>
    </w:p>
    <w:p>
      <w:pPr>
        <w:spacing w:before="0" w:after="20" w:line="259" w:lineRule="auto"/>
      </w:pPr>
      <w:r>
        <w:rPr>
          <w:rFonts w:ascii="Calibri" w:hAnsi="Calibri" w:eastAsia="Calibri"/>
          <w:b w:val="0"/>
          <w:i/>
          <w:color w:val="282828"/>
          <w:sz w:val="22"/>
        </w:rPr>
        <w:t>Bay: She is still a theatre case. MTX does not stop a ruptured tube.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Observe overnight on gynaecology without an operation</w:t>
      </w:r>
    </w:p>
    <w:p>
      <w:pPr>
        <w:spacing w:before="0" w:after="20" w:line="259" w:lineRule="auto"/>
      </w:pPr>
      <w:r>
        <w:rPr>
          <w:rFonts w:ascii="Calibri" w:hAnsi="Calibri" w:eastAsia="Calibri"/>
          <w:b w:val="0"/>
          <w:i/>
          <w:color w:val="282828"/>
          <w:sz w:val="22"/>
        </w:rPr>
        <w:t>Bay: She ruptured. Observation without source control is not a plan.</w:t>
      </w:r>
    </w:p>
    <w:p>
      <w:pPr>
        <w:spacing w:before="120" w:after="20" w:line="259" w:lineRule="auto"/>
        <w:shd w:fill="F8E8E8" w:val="clear"/>
      </w:pPr>
      <w:r>
        <w:rPr>
          <w:rFonts w:ascii="Calibri" w:hAnsi="Calibri" w:eastAsia="Calibri"/>
          <w:b w:val="0"/>
          <w:i w:val="0"/>
          <w:color w:val="A02828"/>
          <w:sz w:val="22"/>
        </w:rPr>
        <w:t>E. [WRONG] Tranexamic acid 1 g and observe on the gynae ward</w:t>
      </w:r>
    </w:p>
    <w:p>
      <w:pPr>
        <w:spacing w:before="0" w:after="20" w:line="259" w:lineRule="auto"/>
      </w:pPr>
      <w:r>
        <w:rPr>
          <w:rFonts w:ascii="Calibri" w:hAnsi="Calibri" w:eastAsia="Calibri"/>
          <w:b w:val="0"/>
          <w:i/>
          <w:color w:val="282828"/>
          <w:sz w:val="22"/>
        </w:rPr>
        <w:t>Bay: TXA is an adjunct at most. She needs a surgeon, not a ward overnight.</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She still has a BP.</w:t>
      </w:r>
    </w:p>
    <w:p>
      <w:pPr>
        <w:spacing w:before="120" w:after="20" w:line="259" w:lineRule="auto"/>
        <w:shd w:fill="E8F5EC" w:val="clear"/>
      </w:pPr>
      <w:r>
        <w:rPr>
          <w:rFonts w:ascii="Calibri" w:hAnsi="Calibri" w:eastAsia="Calibri"/>
          <w:b/>
          <w:i w:val="0"/>
          <w:color w:val="146E3C"/>
          <w:sz w:val="22"/>
        </w:rPr>
        <w:t>A. [CORRECT] Emergency gynaecology operating theatre</w:t>
      </w:r>
    </w:p>
    <w:p>
      <w:pPr>
        <w:spacing w:before="0" w:after="20" w:line="259" w:lineRule="auto"/>
      </w:pPr>
      <w:r>
        <w:rPr>
          <w:rFonts w:ascii="Calibri" w:hAnsi="Calibri" w:eastAsia="Calibri"/>
          <w:b w:val="0"/>
          <w:i/>
          <w:color w:val="282828"/>
          <w:sz w:val="22"/>
        </w:rPr>
        <w:t>Bay: A shocked ruptured ectopic goes to gynae theatre, not a ward or clinic.</w:t>
      </w:r>
    </w:p>
    <w:p>
      <w:pPr>
        <w:spacing w:before="120" w:after="20" w:line="259" w:lineRule="auto"/>
        <w:shd w:fill="F8E8E8" w:val="clear"/>
      </w:pPr>
      <w:r>
        <w:rPr>
          <w:rFonts w:ascii="Calibri" w:hAnsi="Calibri" w:eastAsia="Calibri"/>
          <w:b w:val="0"/>
          <w:i w:val="0"/>
          <w:color w:val="A02828"/>
          <w:sz w:val="22"/>
        </w:rPr>
        <w:t>B. [WRONG] Early pregnancy assessment unit next morning</w:t>
      </w:r>
    </w:p>
    <w:p>
      <w:pPr>
        <w:spacing w:before="0" w:after="20" w:line="259" w:lineRule="auto"/>
      </w:pPr>
      <w:r>
        <w:rPr>
          <w:rFonts w:ascii="Calibri" w:hAnsi="Calibri" w:eastAsia="Calibri"/>
          <w:b w:val="0"/>
          <w:i/>
          <w:color w:val="282828"/>
          <w:sz w:val="22"/>
        </w:rPr>
        <w:t>Bay: EPAS is for the stable early-pregnancy patient, not class III shock.</w:t>
      </w:r>
    </w:p>
    <w:p>
      <w:pPr>
        <w:spacing w:before="120" w:after="20" w:line="259" w:lineRule="auto"/>
        <w:shd w:fill="F8E8E8" w:val="clear"/>
      </w:pPr>
      <w:r>
        <w:rPr>
          <w:rFonts w:ascii="Calibri" w:hAnsi="Calibri" w:eastAsia="Calibri"/>
          <w:b w:val="0"/>
          <w:i w:val="0"/>
          <w:color w:val="A02828"/>
          <w:sz w:val="22"/>
        </w:rPr>
        <w:t>C. [WRONG] Unmonitored acute medical unit</w:t>
      </w:r>
    </w:p>
    <w:p>
      <w:pPr>
        <w:spacing w:before="0" w:after="20" w:line="259" w:lineRule="auto"/>
      </w:pPr>
      <w:r>
        <w:rPr>
          <w:rFonts w:ascii="Calibri" w:hAnsi="Calibri" w:eastAsia="Calibri"/>
          <w:b w:val="0"/>
          <w:i/>
          <w:color w:val="282828"/>
          <w:sz w:val="22"/>
        </w:rPr>
        <w:t>Bay: This is a surgical haemorrhage. AMU cannot ligate a tube.</w:t>
      </w:r>
    </w:p>
    <w:p>
      <w:pPr>
        <w:spacing w:before="120" w:after="20" w:line="259" w:lineRule="auto"/>
        <w:shd w:fill="F8E8E8" w:val="clear"/>
      </w:pPr>
      <w:r>
        <w:rPr>
          <w:rFonts w:ascii="Calibri" w:hAnsi="Calibri" w:eastAsia="Calibri"/>
          <w:b w:val="0"/>
          <w:i w:val="0"/>
          <w:color w:val="A02828"/>
          <w:sz w:val="22"/>
        </w:rPr>
        <w:t>D. [WRONG] Gynae ward for methotrexate therapy</w:t>
      </w:r>
    </w:p>
    <w:p>
      <w:pPr>
        <w:spacing w:before="0" w:after="20" w:line="259" w:lineRule="auto"/>
      </w:pPr>
      <w:r>
        <w:rPr>
          <w:rFonts w:ascii="Calibri" w:hAnsi="Calibri" w:eastAsia="Calibri"/>
          <w:b w:val="0"/>
          <w:i/>
          <w:color w:val="282828"/>
          <w:sz w:val="22"/>
        </w:rPr>
        <w:t>Bay: MTX is for the stable unruptured ectopic. She needs an operation.</w:t>
      </w:r>
    </w:p>
    <w:p>
      <w:pPr>
        <w:spacing w:before="120" w:after="20" w:line="259" w:lineRule="auto"/>
        <w:shd w:fill="F8E8E8" w:val="clear"/>
      </w:pPr>
      <w:r>
        <w:rPr>
          <w:rFonts w:ascii="Calibri" w:hAnsi="Calibri" w:eastAsia="Calibri"/>
          <w:b w:val="0"/>
          <w:i w:val="0"/>
          <w:color w:val="A02828"/>
          <w:sz w:val="22"/>
        </w:rPr>
        <w:t>E. [WRONG] Labour ward for presumed placental abruption</w:t>
      </w:r>
    </w:p>
    <w:p>
      <w:pPr>
        <w:spacing w:before="0" w:after="20" w:line="259" w:lineRule="auto"/>
      </w:pPr>
      <w:r>
        <w:rPr>
          <w:rFonts w:ascii="Calibri" w:hAnsi="Calibri" w:eastAsia="Calibri"/>
          <w:b w:val="0"/>
          <w:i/>
          <w:color w:val="282828"/>
          <w:sz w:val="22"/>
        </w:rPr>
        <w:t>Bay: There is no evidence of a viable intrauterine pregnancy. Gynae theatre, not labour ward.</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she leaves.</w:t>
      </w:r>
    </w:p>
    <w:p>
      <w:pPr>
        <w:spacing w:before="120" w:after="20" w:line="259" w:lineRule="auto"/>
        <w:shd w:fill="E8F5EC" w:val="clear"/>
      </w:pPr>
      <w:r>
        <w:rPr>
          <w:rFonts w:ascii="Calibri" w:hAnsi="Calibri" w:eastAsia="Calibri"/>
          <w:b/>
          <w:i w:val="0"/>
          <w:color w:val="146E3C"/>
          <w:sz w:val="22"/>
        </w:rPr>
        <w:t>A. [CORRECT] Anti-D if rhesus-negative, document blood products, partner update, take G&amp;S with you</w:t>
      </w:r>
    </w:p>
    <w:p>
      <w:pPr>
        <w:spacing w:before="0" w:after="20" w:line="259" w:lineRule="auto"/>
      </w:pPr>
      <w:r>
        <w:rPr>
          <w:rFonts w:ascii="Calibri" w:hAnsi="Calibri" w:eastAsia="Calibri"/>
          <w:b w:val="0"/>
          <w:i/>
          <w:color w:val="282828"/>
          <w:sz w:val="22"/>
        </w:rPr>
        <w:t>Bay: Group O, rhesus negative — anti-D planned. Partner spoken to.</w:t>
      </w:r>
    </w:p>
    <w:p>
      <w:pPr>
        <w:spacing w:before="80" w:after="40" w:line="259" w:lineRule="auto"/>
      </w:pPr>
      <w:r>
        <w:rPr>
          <w:rFonts w:ascii="Calibri" w:hAnsi="Calibri" w:eastAsia="Calibri"/>
          <w:b/>
          <w:i w:val="0"/>
          <w:color w:val="46326E"/>
          <w:sz w:val="22"/>
        </w:rPr>
        <w:t xml:space="preserve">    Follow-up: When is anti-D given?</w:t>
      </w:r>
    </w:p>
    <w:p>
      <w:pPr>
        <w:spacing w:before="120" w:after="20" w:line="259" w:lineRule="auto"/>
        <w:shd w:fill="E8F5EC" w:val="clear"/>
      </w:pPr>
      <w:r>
        <w:rPr>
          <w:rFonts w:ascii="Calibri" w:hAnsi="Calibri" w:eastAsia="Calibri"/>
          <w:b/>
          <w:i w:val="0"/>
          <w:color w:val="146E3C"/>
          <w:sz w:val="22"/>
        </w:rPr>
        <w:t xml:space="preserve">    A. [CORRECT] If she is rhesus-negative, as soon as practical after the bleed</w:t>
      </w:r>
    </w:p>
    <w:p>
      <w:pPr>
        <w:spacing w:before="0" w:after="20" w:line="259" w:lineRule="auto"/>
      </w:pPr>
      <w:r>
        <w:rPr>
          <w:rFonts w:ascii="Calibri" w:hAnsi="Calibri" w:eastAsia="Calibri"/>
          <w:b w:val="0"/>
          <w:i/>
          <w:color w:val="282828"/>
          <w:sz w:val="22"/>
        </w:rPr>
        <w:t xml:space="preserve">       Bay: Rhesus-negative, significant bleed — anti-D this attendance, not after histology.</w:t>
      </w:r>
    </w:p>
    <w:p>
      <w:pPr>
        <w:spacing w:before="120" w:after="20" w:line="259" w:lineRule="auto"/>
        <w:shd w:fill="F8E8E8" w:val="clear"/>
      </w:pPr>
      <w:r>
        <w:rPr>
          <w:rFonts w:ascii="Calibri" w:hAnsi="Calibri" w:eastAsia="Calibri"/>
          <w:b w:val="0"/>
          <w:i w:val="0"/>
          <w:color w:val="A02828"/>
          <w:sz w:val="22"/>
        </w:rPr>
        <w:t xml:space="preserve">    B. [WRONG] Only after histology confirms the pregnancy</w:t>
      </w:r>
    </w:p>
    <w:p>
      <w:pPr>
        <w:spacing w:before="0" w:after="20" w:line="259" w:lineRule="auto"/>
      </w:pPr>
      <w:r>
        <w:rPr>
          <w:rFonts w:ascii="Calibri" w:hAnsi="Calibri" w:eastAsia="Calibri"/>
          <w:b w:val="0"/>
          <w:i/>
          <w:color w:val="282828"/>
          <w:sz w:val="22"/>
        </w:rPr>
        <w:t xml:space="preserve">       Bay: Do not wait on histology.</w:t>
      </w:r>
    </w:p>
    <w:p>
      <w:pPr>
        <w:spacing w:before="120" w:after="20" w:line="259" w:lineRule="auto"/>
        <w:shd w:fill="F8E8E8" w:val="clear"/>
      </w:pPr>
      <w:r>
        <w:rPr>
          <w:rFonts w:ascii="Calibri" w:hAnsi="Calibri" w:eastAsia="Calibri"/>
          <w:b w:val="0"/>
          <w:i w:val="0"/>
          <w:color w:val="A02828"/>
          <w:sz w:val="22"/>
        </w:rPr>
        <w:t xml:space="preserve">    C. [WRONG] Never in the first trimester</w:t>
      </w:r>
    </w:p>
    <w:p>
      <w:pPr>
        <w:spacing w:before="0" w:after="20" w:line="259" w:lineRule="auto"/>
      </w:pPr>
      <w:r>
        <w:rPr>
          <w:rFonts w:ascii="Calibri" w:hAnsi="Calibri" w:eastAsia="Calibri"/>
          <w:b w:val="0"/>
          <w:i/>
          <w:color w:val="282828"/>
          <w:sz w:val="22"/>
        </w:rPr>
        <w:t xml:space="preserve">       Bay: Anti-D is indicated for significant first-trimester bleeds.</w:t>
      </w:r>
    </w:p>
    <w:p>
      <w:pPr>
        <w:spacing w:before="120" w:after="20" w:line="259" w:lineRule="auto"/>
        <w:shd w:fill="F8E8E8" w:val="clear"/>
      </w:pPr>
      <w:r>
        <w:rPr>
          <w:rFonts w:ascii="Calibri" w:hAnsi="Calibri" w:eastAsia="Calibri"/>
          <w:b w:val="0"/>
          <w:i w:val="0"/>
          <w:color w:val="A02828"/>
          <w:sz w:val="22"/>
        </w:rPr>
        <w:t xml:space="preserve">    D. [WRONG] Only if she is rhesus-positive</w:t>
      </w:r>
    </w:p>
    <w:p>
      <w:pPr>
        <w:spacing w:before="0" w:after="20" w:line="259" w:lineRule="auto"/>
      </w:pPr>
      <w:r>
        <w:rPr>
          <w:rFonts w:ascii="Calibri" w:hAnsi="Calibri" w:eastAsia="Calibri"/>
          <w:b w:val="0"/>
          <w:i/>
          <w:color w:val="282828"/>
          <w:sz w:val="22"/>
        </w:rPr>
        <w:t xml:space="preserve">       Bay: Rhesus-positive patients do not need anti-D.</w:t>
      </w:r>
    </w:p>
    <w:p>
      <w:pPr>
        <w:spacing w:before="120" w:after="20" w:line="259" w:lineRule="auto"/>
        <w:shd w:fill="F8E8E8" w:val="clear"/>
      </w:pPr>
      <w:r>
        <w:rPr>
          <w:rFonts w:ascii="Calibri" w:hAnsi="Calibri" w:eastAsia="Calibri"/>
          <w:b w:val="0"/>
          <w:i w:val="0"/>
          <w:color w:val="A02828"/>
          <w:sz w:val="22"/>
        </w:rPr>
        <w:t xml:space="preserve">    E. [WRONG] After the next pregnancy</w:t>
      </w:r>
    </w:p>
    <w:p>
      <w:pPr>
        <w:spacing w:before="0" w:after="20" w:line="259" w:lineRule="auto"/>
      </w:pPr>
      <w:r>
        <w:rPr>
          <w:rFonts w:ascii="Calibri" w:hAnsi="Calibri" w:eastAsia="Calibri"/>
          <w:b w:val="0"/>
          <w:i/>
          <w:color w:val="282828"/>
          <w:sz w:val="22"/>
        </w:rPr>
        <w:t xml:space="preserve">       Bay: Give it for this bleed.</w:t>
      </w:r>
    </w:p>
    <w:p>
      <w:pPr>
        <w:spacing w:before="120" w:after="20" w:line="259" w:lineRule="auto"/>
        <w:shd w:fill="F8E8E8" w:val="clear"/>
      </w:pPr>
      <w:r>
        <w:rPr>
          <w:rFonts w:ascii="Calibri" w:hAnsi="Calibri" w:eastAsia="Calibri"/>
          <w:b w:val="0"/>
          <w:i w:val="0"/>
          <w:color w:val="A02828"/>
          <w:sz w:val="22"/>
        </w:rPr>
        <w:t>B. [WRONG] Remove all cannulae so she is comfortable for transfer</w:t>
      </w:r>
    </w:p>
    <w:p>
      <w:pPr>
        <w:spacing w:before="0" w:after="20" w:line="259" w:lineRule="auto"/>
      </w:pPr>
      <w:r>
        <w:rPr>
          <w:rFonts w:ascii="Calibri" w:hAnsi="Calibri" w:eastAsia="Calibri"/>
          <w:b w:val="0"/>
          <w:i/>
          <w:color w:val="282828"/>
          <w:sz w:val="22"/>
        </w:rPr>
        <w:t>Bay: She may dump again. Leave large-bore access in.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Start a combined oral contraceptive in the bay</w:t>
      </w:r>
    </w:p>
    <w:p>
      <w:pPr>
        <w:spacing w:before="0" w:after="20" w:line="259" w:lineRule="auto"/>
      </w:pPr>
      <w:r>
        <w:rPr>
          <w:rFonts w:ascii="Calibri" w:hAnsi="Calibri" w:eastAsia="Calibri"/>
          <w:b w:val="0"/>
          <w:i/>
          <w:color w:val="282828"/>
          <w:sz w:val="22"/>
        </w:rPr>
        <w:t>Bay: Not now. She is going to theatre; contraception is a later conversation.</w:t>
      </w:r>
    </w:p>
    <w:p>
      <w:pPr>
        <w:spacing w:before="120" w:after="20" w:line="259" w:lineRule="auto"/>
        <w:shd w:fill="F8E8E8" w:val="clear"/>
      </w:pPr>
      <w:r>
        <w:rPr>
          <w:rFonts w:ascii="Calibri" w:hAnsi="Calibri" w:eastAsia="Calibri"/>
          <w:b w:val="0"/>
          <w:i w:val="0"/>
          <w:color w:val="A02828"/>
          <w:sz w:val="22"/>
        </w:rPr>
        <w:t>D. [WRONG] Give methotrexate 50 mg/m² IM now BP is 94 mmHg</w:t>
      </w:r>
    </w:p>
    <w:p>
      <w:pPr>
        <w:spacing w:before="0" w:after="20" w:line="259" w:lineRule="auto"/>
      </w:pPr>
      <w:r>
        <w:rPr>
          <w:rFonts w:ascii="Calibri" w:hAnsi="Calibri" w:eastAsia="Calibri"/>
          <w:b w:val="0"/>
          <w:i/>
          <w:color w:val="282828"/>
          <w:sz w:val="22"/>
        </w:rPr>
        <w:t>Bay: A systolic of 94 after blood does not convert this to medical management.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Keep her in ED majors until the next CEPOD list this evening</w:t>
      </w:r>
    </w:p>
    <w:p>
      <w:pPr>
        <w:spacing w:before="0" w:after="20" w:line="259" w:lineRule="auto"/>
      </w:pPr>
      <w:r>
        <w:rPr>
          <w:rFonts w:ascii="Calibri" w:hAnsi="Calibri" w:eastAsia="Calibri"/>
          <w:b w:val="0"/>
          <w:i/>
          <w:color w:val="282828"/>
          <w:sz w:val="22"/>
        </w:rPr>
        <w:t>Bay: A ruptured ectopic does not wait on the CEPOD list. She goes to theatre now.</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Theatre: ruptured right tubal ectopic, 800 mL haemoperitoneum.</w:t>
      </w:r>
    </w:p>
    <w:p>
      <w:pPr>
        <w:spacing w:before="120" w:after="20" w:line="259" w:lineRule="auto"/>
        <w:shd w:fill="E8F5EC" w:val="clear"/>
      </w:pPr>
      <w:r>
        <w:rPr>
          <w:rFonts w:ascii="Calibri" w:hAnsi="Calibri" w:eastAsia="Calibri"/>
          <w:b/>
          <w:i w:val="0"/>
          <w:color w:val="146E3C"/>
          <w:sz w:val="22"/>
        </w:rPr>
        <w:t>A. [CORRECT] Ruptured tubal ectopic pregnancy</w:t>
      </w:r>
    </w:p>
    <w:p>
      <w:pPr>
        <w:spacing w:before="0" w:after="20" w:line="259" w:lineRule="auto"/>
      </w:pPr>
      <w:r>
        <w:rPr>
          <w:rFonts w:ascii="Calibri" w:hAnsi="Calibri" w:eastAsia="Calibri"/>
          <w:b w:val="0"/>
          <w:i/>
          <w:color w:val="282828"/>
          <w:sz w:val="22"/>
        </w:rPr>
        <w:t>Bay: Ruptured right tube, 800 mL haemoperitoneum. That is the diagnosis.</w:t>
      </w:r>
    </w:p>
    <w:p>
      <w:pPr>
        <w:spacing w:before="120" w:after="20" w:line="259" w:lineRule="auto"/>
        <w:shd w:fill="F8E8E8" w:val="clear"/>
      </w:pPr>
      <w:r>
        <w:rPr>
          <w:rFonts w:ascii="Calibri" w:hAnsi="Calibri" w:eastAsia="Calibri"/>
          <w:b w:val="0"/>
          <w:i w:val="0"/>
          <w:color w:val="A02828"/>
          <w:sz w:val="22"/>
        </w:rPr>
        <w:t>B. [WRONG] Inevitable miscarriage only</w:t>
      </w:r>
    </w:p>
    <w:p>
      <w:pPr>
        <w:spacing w:before="0" w:after="20" w:line="259" w:lineRule="auto"/>
      </w:pPr>
      <w:r>
        <w:rPr>
          <w:rFonts w:ascii="Calibri" w:hAnsi="Calibri" w:eastAsia="Calibri"/>
          <w:b w:val="0"/>
          <w:i/>
          <w:color w:val="282828"/>
          <w:sz w:val="22"/>
        </w:rPr>
        <w:t>Bay: The tube had ruptured. This was not an intrauterine miscarriage.</w:t>
      </w:r>
    </w:p>
    <w:p>
      <w:pPr>
        <w:spacing w:before="120" w:after="20" w:line="259" w:lineRule="auto"/>
        <w:shd w:fill="F8E8E8" w:val="clear"/>
      </w:pPr>
      <w:r>
        <w:rPr>
          <w:rFonts w:ascii="Calibri" w:hAnsi="Calibri" w:eastAsia="Calibri"/>
          <w:b w:val="0"/>
          <w:i w:val="0"/>
          <w:color w:val="A02828"/>
          <w:sz w:val="22"/>
        </w:rPr>
        <w:t>C. [WRONG] PID with pelvic septic shock</w:t>
      </w:r>
    </w:p>
    <w:p>
      <w:pPr>
        <w:spacing w:before="0" w:after="20" w:line="259" w:lineRule="auto"/>
      </w:pPr>
      <w:r>
        <w:rPr>
          <w:rFonts w:ascii="Calibri" w:hAnsi="Calibri" w:eastAsia="Calibri"/>
          <w:b w:val="0"/>
          <w:i/>
          <w:color w:val="282828"/>
          <w:sz w:val="22"/>
        </w:rPr>
        <w:t>Bay: She was pale and bleeding, not febrile first. Theatre found a ruptured tube, not pus.</w:t>
      </w:r>
    </w:p>
    <w:p>
      <w:pPr>
        <w:spacing w:before="120" w:after="20" w:line="259" w:lineRule="auto"/>
        <w:shd w:fill="F8E8E8" w:val="clear"/>
      </w:pPr>
      <w:r>
        <w:rPr>
          <w:rFonts w:ascii="Calibri" w:hAnsi="Calibri" w:eastAsia="Calibri"/>
          <w:b w:val="0"/>
          <w:i w:val="0"/>
          <w:color w:val="A02828"/>
          <w:sz w:val="22"/>
        </w:rPr>
        <w:t>D. [WRONG] Spontaneous splenic rupture</w:t>
      </w:r>
    </w:p>
    <w:p>
      <w:pPr>
        <w:spacing w:before="0" w:after="20" w:line="259" w:lineRule="auto"/>
      </w:pPr>
      <w:r>
        <w:rPr>
          <w:rFonts w:ascii="Calibri" w:hAnsi="Calibri" w:eastAsia="Calibri"/>
          <w:b w:val="0"/>
          <w:i/>
          <w:color w:val="282828"/>
          <w:sz w:val="22"/>
        </w:rPr>
        <w:t>Bay: hCG positive, pelvic free fluid, and a tubal pregnancy on the table — not a spleen.</w:t>
      </w:r>
    </w:p>
    <w:p>
      <w:pPr>
        <w:spacing w:before="120" w:after="20" w:line="259" w:lineRule="auto"/>
        <w:shd w:fill="F8E8E8" w:val="clear"/>
      </w:pPr>
      <w:r>
        <w:rPr>
          <w:rFonts w:ascii="Calibri" w:hAnsi="Calibri" w:eastAsia="Calibri"/>
          <w:b w:val="0"/>
          <w:i w:val="0"/>
          <w:color w:val="A02828"/>
          <w:sz w:val="22"/>
        </w:rPr>
        <w:t>E. [WRONG] Ruptured corpus luteum with IUP</w:t>
      </w:r>
    </w:p>
    <w:p>
      <w:pPr>
        <w:spacing w:before="0" w:after="20" w:line="259" w:lineRule="auto"/>
      </w:pPr>
      <w:r>
        <w:rPr>
          <w:rFonts w:ascii="Calibri" w:hAnsi="Calibri" w:eastAsia="Calibri"/>
          <w:b w:val="0"/>
          <w:i/>
          <w:color w:val="282828"/>
          <w:sz w:val="22"/>
        </w:rPr>
        <w:t>Bay: Theatre found a tubal ectopic, not an IUP with a bleeding cyst.</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Ruptured ectopic pregnancy</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Collapse, shoulder-tip, rigid abdomen</w:t>
      </w:r>
    </w:p>
    <w:p>
      <w:pPr>
        <w:spacing w:before="0" w:after="40" w:line="259" w:lineRule="auto"/>
      </w:pPr>
      <w:r>
        <w:rPr>
          <w:rFonts w:ascii="Calibri" w:hAnsi="Calibri" w:eastAsia="Calibri"/>
          <w:b w:val="0"/>
          <w:i w:val="0"/>
          <w:sz w:val="22"/>
        </w:rPr>
        <w:t>• Shock in a woman of childbearing age</w:t>
      </w:r>
    </w:p>
    <w:p>
      <w:pPr>
        <w:spacing w:before="0" w:after="40" w:line="259" w:lineRule="auto"/>
      </w:pPr>
      <w:r>
        <w:rPr>
          <w:rFonts w:ascii="Calibri" w:hAnsi="Calibri" w:eastAsia="Calibri"/>
          <w:b w:val="0"/>
          <w:i w:val="0"/>
          <w:sz w:val="22"/>
        </w:rPr>
        <w:t>• Positive urine hCG, free fluid</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Urine hCG in every collapsed woman of childbearing age</w:t>
      </w:r>
    </w:p>
    <w:p>
      <w:pPr>
        <w:spacing w:before="0" w:after="40" w:line="259" w:lineRule="auto"/>
      </w:pPr>
      <w:r>
        <w:rPr>
          <w:rFonts w:ascii="Calibri" w:hAnsi="Calibri" w:eastAsia="Calibri"/>
          <w:b w:val="0"/>
          <w:i w:val="0"/>
          <w:sz w:val="22"/>
        </w:rPr>
        <w:t>• VBG/Hb, G&amp;S, bedside FAST</w:t>
      </w:r>
    </w:p>
    <w:p>
      <w:pPr>
        <w:spacing w:before="0" w:after="40" w:line="259" w:lineRule="auto"/>
      </w:pPr>
      <w:r>
        <w:rPr>
          <w:rFonts w:ascii="Calibri" w:hAnsi="Calibri" w:eastAsia="Calibri"/>
          <w:b w:val="0"/>
          <w:i w:val="0"/>
          <w:sz w:val="22"/>
        </w:rPr>
        <w:t>• Do not wait for quantitative βhCG if she is unstable</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Blood, major haemorrhage, immediate gynae</w:t>
      </w:r>
    </w:p>
    <w:p>
      <w:pPr>
        <w:spacing w:before="0" w:after="40" w:line="259" w:lineRule="auto"/>
      </w:pPr>
      <w:r>
        <w:rPr>
          <w:rFonts w:ascii="Calibri" w:hAnsi="Calibri" w:eastAsia="Calibri"/>
          <w:b w:val="0"/>
          <w:i w:val="0"/>
          <w:sz w:val="22"/>
        </w:rPr>
        <w:t>• Theatre, not methotrexate</w:t>
      </w:r>
    </w:p>
    <w:p>
      <w:pPr>
        <w:spacing w:before="0" w:after="40" w:line="259" w:lineRule="auto"/>
      </w:pPr>
      <w:r>
        <w:rPr>
          <w:rFonts w:ascii="Calibri" w:hAnsi="Calibri" w:eastAsia="Calibri"/>
          <w:b w:val="0"/>
          <w:i w:val="0"/>
          <w:sz w:val="22"/>
        </w:rPr>
        <w:t>• Anti-D if rhesus negative</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NICE NG126 Ectopic pregnancy and miscarriage</w:t>
      </w:r>
    </w:p>
    <w:p>
      <w:pPr>
        <w:spacing w:before="0" w:after="40" w:line="259" w:lineRule="auto"/>
      </w:pPr>
      <w:r>
        <w:rPr>
          <w:rFonts w:ascii="Calibri" w:hAnsi="Calibri" w:eastAsia="Calibri"/>
          <w:b w:val="0"/>
          <w:i w:val="0"/>
          <w:sz w:val="22"/>
        </w:rPr>
        <w:t>• RCOG ectopic</w:t>
      </w:r>
    </w:p>
    <w:p>
      <w:pPr>
        <w:spacing w:before="0" w:after="40" w:line="259" w:lineRule="auto"/>
      </w:pPr>
      <w:r>
        <w:rPr>
          <w:rFonts w:ascii="Calibri" w:hAnsi="Calibri" w:eastAsia="Calibri"/>
          <w:b w:val="0"/>
          <w:i w:val="0"/>
          <w:sz w:val="22"/>
        </w:rPr>
        <w:t>• RCEM gynae emergencies</w:t>
      </w:r>
    </w:p>
    <w:p>
      <w:r>
        <w:br w:type="page"/>
      </w:r>
    </w:p>
    <w:p>
      <w:pPr>
        <w:spacing w:before="120" w:after="160" w:line="259" w:lineRule="auto"/>
      </w:pPr>
      <w:r>
        <w:rPr>
          <w:rFonts w:ascii="Calibri" w:hAnsi="Calibri" w:eastAsia="Calibri"/>
          <w:b/>
          <w:i w:val="0"/>
          <w:color w:val="0C0E10"/>
          <w:sz w:val="36"/>
        </w:rPr>
        <w:t>Case 16 — Eclampsia</w:t>
      </w:r>
    </w:p>
    <w:p>
      <w:pPr>
        <w:spacing w:before="0" w:after="40" w:line="259" w:lineRule="auto"/>
      </w:pPr>
      <w:r>
        <w:rPr>
          <w:rFonts w:ascii="Calibri" w:hAnsi="Calibri" w:eastAsia="Calibri"/>
          <w:b w:val="0"/>
          <w:i/>
          <w:color w:val="5A5A5A"/>
          <w:sz w:val="20"/>
        </w:rPr>
        <w:t>pre-alert · Scottish Ambulance Service — pre-alert · rhythm sinus-tach</w:t>
      </w:r>
    </w:p>
    <w:p>
      <w:pPr>
        <w:spacing w:before="0" w:after="40" w:line="259" w:lineRule="auto"/>
      </w:pPr>
      <w:r>
        <w:rPr>
          <w:rFonts w:ascii="Calibri" w:hAnsi="Calibri" w:eastAsia="Calibri"/>
          <w:b w:val="0"/>
          <w:i/>
          <w:color w:val="5A5A5A"/>
          <w:sz w:val="20"/>
        </w:rPr>
        <w:t>HR 110   BP 178/112   RR 20   SpO2 97%   temp 36.8   GCS 13   BM 5.6</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29 years, female — 34 weeks pregnant</w:t>
      </w:r>
    </w:p>
    <w:p>
      <w:pPr>
        <w:spacing w:before="0" w:after="40" w:line="259" w:lineRule="auto"/>
      </w:pPr>
      <w:r>
        <w:rPr>
          <w:rFonts w:ascii="Calibri" w:hAnsi="Calibri" w:eastAsia="Calibri"/>
          <w:b w:val="0"/>
          <w:i w:val="0"/>
          <w:sz w:val="22"/>
        </w:rPr>
        <w:t>T headache all day, then a fit at home 15 minutes ago</w:t>
      </w:r>
    </w:p>
    <w:p>
      <w:pPr>
        <w:spacing w:before="0" w:after="40" w:line="259" w:lineRule="auto"/>
      </w:pPr>
      <w:r>
        <w:rPr>
          <w:rFonts w:ascii="Calibri" w:hAnsi="Calibri" w:eastAsia="Calibri"/>
          <w:b w:val="0"/>
          <w:i w:val="0"/>
          <w:sz w:val="22"/>
        </w:rPr>
        <w:t>M medical — first fit, no epilepsy</w:t>
      </w:r>
    </w:p>
    <w:p>
      <w:pPr>
        <w:spacing w:before="0" w:after="40" w:line="259" w:lineRule="auto"/>
      </w:pPr>
      <w:r>
        <w:rPr>
          <w:rFonts w:ascii="Calibri" w:hAnsi="Calibri" w:eastAsia="Calibri"/>
          <w:b w:val="0"/>
          <w:i w:val="0"/>
          <w:sz w:val="22"/>
        </w:rPr>
        <w:t>I bitten tongue, no trauma to the abdomen</w:t>
      </w:r>
    </w:p>
    <w:p>
      <w:pPr>
        <w:spacing w:before="0" w:after="40" w:line="259" w:lineRule="auto"/>
      </w:pPr>
      <w:r>
        <w:rPr>
          <w:rFonts w:ascii="Calibri" w:hAnsi="Calibri" w:eastAsia="Calibri"/>
          <w:b w:val="0"/>
          <w:i w:val="0"/>
          <w:sz w:val="22"/>
        </w:rPr>
        <w:t>S HR 110 BP 178/112 RR 20 SpO2 97% air GCS 13 post-ictal</w:t>
      </w:r>
    </w:p>
    <w:p>
      <w:pPr>
        <w:spacing w:before="0" w:after="40" w:line="259" w:lineRule="auto"/>
      </w:pPr>
      <w:r>
        <w:rPr>
          <w:rFonts w:ascii="Calibri" w:hAnsi="Calibri" w:eastAsia="Calibri"/>
          <w:b w:val="0"/>
          <w:i w:val="0"/>
          <w:sz w:val="22"/>
        </w:rPr>
        <w:t>T recovery position, oxygen, no other drugs</w:t>
      </w:r>
    </w:p>
    <w:p>
      <w:pPr>
        <w:spacing w:before="0" w:after="40" w:line="259" w:lineRule="auto"/>
      </w:pPr>
      <w:r>
        <w:rPr>
          <w:rFonts w:ascii="Calibri" w:hAnsi="Calibri" w:eastAsia="Calibri"/>
          <w:b w:val="0"/>
          <w:i w:val="0"/>
          <w:sz w:val="22"/>
        </w:rPr>
        <w:t>ETA 5 minutes. Partner: "Her feet have been huge for a week."</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bitten tongue, no stridor, talking.</w:t>
      </w:r>
    </w:p>
    <w:p>
      <w:pPr>
        <w:spacing w:before="0" w:after="40" w:line="259" w:lineRule="auto"/>
      </w:pPr>
      <w:r>
        <w:rPr>
          <w:rFonts w:ascii="Calibri" w:hAnsi="Calibri" w:eastAsia="Calibri"/>
          <w:b w:val="0"/>
          <w:i w:val="0"/>
          <w:sz w:val="22"/>
        </w:rPr>
        <w:t>B — RR 20, equal air entry, SpO2 97% air. Trachea central. No crackles.</w:t>
      </w:r>
    </w:p>
    <w:p>
      <w:pPr>
        <w:spacing w:before="0" w:after="40" w:line="259" w:lineRule="auto"/>
      </w:pPr>
      <w:r>
        <w:rPr>
          <w:rFonts w:ascii="Calibri" w:hAnsi="Calibri" w:eastAsia="Calibri"/>
          <w:b w:val="0"/>
          <w:i w:val="0"/>
          <w:sz w:val="22"/>
        </w:rPr>
        <w:t>C — HR 110, BP 178/112, CRT 2 s. Heart sounds dual. Proteinuria not yet dipped.</w:t>
      </w:r>
    </w:p>
    <w:p>
      <w:pPr>
        <w:spacing w:before="0" w:after="40" w:line="259" w:lineRule="auto"/>
      </w:pPr>
      <w:r>
        <w:rPr>
          <w:rFonts w:ascii="Calibri" w:hAnsi="Calibri" w:eastAsia="Calibri"/>
          <w:b w:val="0"/>
          <w:i w:val="0"/>
          <w:sz w:val="22"/>
        </w:rPr>
        <w:t>D — GCS 13, BM 5.6, no focal neurology. Post-ictal, restless.</w:t>
      </w:r>
    </w:p>
    <w:p>
      <w:pPr>
        <w:spacing w:before="0" w:after="40" w:line="259" w:lineRule="auto"/>
      </w:pPr>
      <w:r>
        <w:rPr>
          <w:rFonts w:ascii="Calibri" w:hAnsi="Calibri" w:eastAsia="Calibri"/>
          <w:b w:val="0"/>
          <w:i w:val="0"/>
          <w:sz w:val="22"/>
        </w:rPr>
        <w:t>E — 34/40 gravid uterus, fundus at xiphisternum, fetal movements reported earlier. Pitting oedema to the knees. Hyperreflexic.</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34 weeks, first fit, hypertensive, swollen.</w:t>
      </w:r>
    </w:p>
    <w:p>
      <w:pPr>
        <w:spacing w:before="120" w:after="20" w:line="259" w:lineRule="auto"/>
        <w:shd w:fill="E8F5EC" w:val="clear"/>
      </w:pPr>
      <w:r>
        <w:rPr>
          <w:rFonts w:ascii="Calibri" w:hAnsi="Calibri" w:eastAsia="Calibri"/>
          <w:b/>
          <w:i w:val="0"/>
          <w:color w:val="146E3C"/>
          <w:sz w:val="22"/>
        </w:rPr>
        <w:t>A. [CORRECT] Magnesium</w:t>
      </w:r>
    </w:p>
    <w:p>
      <w:pPr>
        <w:spacing w:before="0" w:after="20" w:line="259" w:lineRule="auto"/>
      </w:pPr>
      <w:r>
        <w:rPr>
          <w:rFonts w:ascii="Calibri" w:hAnsi="Calibri" w:eastAsia="Calibri"/>
          <w:b w:val="0"/>
          <w:i/>
          <w:color w:val="282828"/>
          <w:sz w:val="22"/>
        </w:rPr>
        <w:t>Bay: Tilt on, glucose 5.6, magnesium running. NICE NG133: 4 g over 5 min then 1 g/h; obstetrics own delivery.</w:t>
      </w:r>
    </w:p>
    <w:p>
      <w:pPr>
        <w:spacing w:before="0" w:after="40" w:line="259" w:lineRule="auto"/>
      </w:pPr>
      <w:r>
        <w:rPr>
          <w:rFonts w:ascii="Calibri" w:hAnsi="Calibri" w:eastAsia="Calibri"/>
          <w:b w:val="0"/>
          <w:i/>
          <w:color w:val="5A4614"/>
          <w:sz w:val="20"/>
        </w:rPr>
        <w:t>Reaction: sbp -8</w:t>
      </w:r>
    </w:p>
    <w:p>
      <w:pPr>
        <w:spacing w:before="80" w:after="40" w:line="259" w:lineRule="auto"/>
      </w:pPr>
      <w:r>
        <w:rPr>
          <w:rFonts w:ascii="Calibri" w:hAnsi="Calibri" w:eastAsia="Calibri"/>
          <w:b/>
          <w:i w:val="0"/>
          <w:color w:val="46326E"/>
          <w:sz w:val="22"/>
        </w:rPr>
        <w:t xml:space="preserve">    Follow-up: What magnesium regimen?</w:t>
      </w:r>
    </w:p>
    <w:p>
      <w:pPr>
        <w:spacing w:before="120" w:after="20" w:line="259" w:lineRule="auto"/>
        <w:shd w:fill="E8F5EC" w:val="clear"/>
      </w:pPr>
      <w:r>
        <w:rPr>
          <w:rFonts w:ascii="Calibri" w:hAnsi="Calibri" w:eastAsia="Calibri"/>
          <w:b/>
          <w:i w:val="0"/>
          <w:color w:val="146E3C"/>
          <w:sz w:val="22"/>
        </w:rPr>
        <w:t xml:space="preserve">    A. [CORRECT] 4 g IV over 5 minutes, then 1 g/h</w:t>
      </w:r>
    </w:p>
    <w:p>
      <w:pPr>
        <w:spacing w:before="0" w:after="20" w:line="259" w:lineRule="auto"/>
      </w:pPr>
      <w:r>
        <w:rPr>
          <w:rFonts w:ascii="Calibri" w:hAnsi="Calibri" w:eastAsia="Calibri"/>
          <w:b w:val="0"/>
          <w:i/>
          <w:color w:val="282828"/>
          <w:sz w:val="22"/>
        </w:rPr>
        <w:t xml:space="preserve">       Bay: NICE NG133: load 4 g, then 1 g/h. Obstetrics own delivery.</w:t>
      </w:r>
    </w:p>
    <w:p>
      <w:pPr>
        <w:spacing w:before="120" w:after="20" w:line="259" w:lineRule="auto"/>
        <w:shd w:fill="F8E8E8" w:val="clear"/>
      </w:pPr>
      <w:r>
        <w:rPr>
          <w:rFonts w:ascii="Calibri" w:hAnsi="Calibri" w:eastAsia="Calibri"/>
          <w:b w:val="0"/>
          <w:i w:val="0"/>
          <w:color w:val="A02828"/>
          <w:sz w:val="22"/>
        </w:rPr>
        <w:t xml:space="preserve">    B. [WRONG] 4 g IM into each buttock and stop</w:t>
      </w:r>
    </w:p>
    <w:p>
      <w:pPr>
        <w:spacing w:before="0" w:after="20" w:line="259" w:lineRule="auto"/>
      </w:pPr>
      <w:r>
        <w:rPr>
          <w:rFonts w:ascii="Calibri" w:hAnsi="Calibri" w:eastAsia="Calibri"/>
          <w:b w:val="0"/>
          <w:i/>
          <w:color w:val="282828"/>
          <w:sz w:val="22"/>
        </w:rPr>
        <w:t xml:space="preserve">       Bay: IV load then infusion. IM Pritchard is not first-line when you have access.</w:t>
      </w:r>
    </w:p>
    <w:p>
      <w:pPr>
        <w:spacing w:before="120" w:after="20" w:line="259" w:lineRule="auto"/>
        <w:shd w:fill="F8E8E8" w:val="clear"/>
      </w:pPr>
      <w:r>
        <w:rPr>
          <w:rFonts w:ascii="Calibri" w:hAnsi="Calibri" w:eastAsia="Calibri"/>
          <w:b w:val="0"/>
          <w:i w:val="0"/>
          <w:color w:val="A02828"/>
          <w:sz w:val="22"/>
        </w:rPr>
        <w:t xml:space="preserve">    C. [WRONG] 2 g IV over 20 minutes, no infusion</w:t>
      </w:r>
    </w:p>
    <w:p>
      <w:pPr>
        <w:spacing w:before="0" w:after="20" w:line="259" w:lineRule="auto"/>
      </w:pPr>
      <w:r>
        <w:rPr>
          <w:rFonts w:ascii="Calibri" w:hAnsi="Calibri" w:eastAsia="Calibri"/>
          <w:b w:val="0"/>
          <w:i/>
          <w:color w:val="282828"/>
          <w:sz w:val="22"/>
        </w:rPr>
        <w:t xml:space="preserve">       Bay: Underdose, and she needs the 1 g/h infusion after the load.</w:t>
      </w:r>
    </w:p>
    <w:p>
      <w:pPr>
        <w:spacing w:before="120" w:after="20" w:line="259" w:lineRule="auto"/>
        <w:shd w:fill="F8E8E8" w:val="clear"/>
      </w:pPr>
      <w:r>
        <w:rPr>
          <w:rFonts w:ascii="Calibri" w:hAnsi="Calibri" w:eastAsia="Calibri"/>
          <w:b w:val="0"/>
          <w:i w:val="0"/>
          <w:color w:val="A02828"/>
          <w:sz w:val="22"/>
        </w:rPr>
        <w:t xml:space="preserve">    D. [WRONG] 8 g IV over 1 minute</w:t>
      </w:r>
    </w:p>
    <w:p>
      <w:pPr>
        <w:spacing w:before="0" w:after="20" w:line="259" w:lineRule="auto"/>
      </w:pPr>
      <w:r>
        <w:rPr>
          <w:rFonts w:ascii="Calibri" w:hAnsi="Calibri" w:eastAsia="Calibri"/>
          <w:b w:val="0"/>
          <w:i/>
          <w:color w:val="282828"/>
          <w:sz w:val="22"/>
        </w:rPr>
        <w:t xml:space="preserve">       Bay: That is a toxic bolus. 4 g over 5 minutes, then 1 g/h.</w:t>
      </w:r>
    </w:p>
    <w:p>
      <w:pPr>
        <w:spacing w:before="120" w:after="20" w:line="259" w:lineRule="auto"/>
        <w:shd w:fill="F8E8E8" w:val="clear"/>
      </w:pPr>
      <w:r>
        <w:rPr>
          <w:rFonts w:ascii="Calibri" w:hAnsi="Calibri" w:eastAsia="Calibri"/>
          <w:b w:val="0"/>
          <w:i w:val="0"/>
          <w:color w:val="A02828"/>
          <w:sz w:val="22"/>
        </w:rPr>
        <w:t xml:space="preserve">    E. [WRONG] 1 g/h without a loading dose</w:t>
      </w:r>
    </w:p>
    <w:p>
      <w:pPr>
        <w:spacing w:before="0" w:after="20" w:line="259" w:lineRule="auto"/>
      </w:pPr>
      <w:r>
        <w:rPr>
          <w:rFonts w:ascii="Calibri" w:hAnsi="Calibri" w:eastAsia="Calibri"/>
          <w:b w:val="0"/>
          <w:i/>
          <w:color w:val="282828"/>
          <w:sz w:val="22"/>
        </w:rPr>
        <w:t xml:space="preserve">       Bay: She has just fitted. Give the 4 g load first.</w:t>
      </w:r>
    </w:p>
    <w:p>
      <w:pPr>
        <w:spacing w:before="120" w:after="20" w:line="259" w:lineRule="auto"/>
        <w:shd w:fill="F8E8E8" w:val="clear"/>
      </w:pPr>
      <w:r>
        <w:rPr>
          <w:rFonts w:ascii="Calibri" w:hAnsi="Calibri" w:eastAsia="Calibri"/>
          <w:b w:val="0"/>
          <w:i w:val="0"/>
          <w:color w:val="A02828"/>
          <w:sz w:val="22"/>
        </w:rPr>
        <w:t>B. [WRONG] Lorazepam</w:t>
      </w:r>
    </w:p>
    <w:p>
      <w:pPr>
        <w:spacing w:before="0" w:after="20" w:line="259" w:lineRule="auto"/>
      </w:pPr>
      <w:r>
        <w:rPr>
          <w:rFonts w:ascii="Calibri" w:hAnsi="Calibri" w:eastAsia="Calibri"/>
          <w:b w:val="0"/>
          <w:i/>
          <w:color w:val="282828"/>
          <w:sz w:val="22"/>
        </w:rPr>
        <w:t>Bay: Magnesium is first-line in eclampsia — it terminates the fit and prevents recurrence. A benzodiazepine is not the primary agent.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Phenytoin</w:t>
      </w:r>
    </w:p>
    <w:p>
      <w:pPr>
        <w:spacing w:before="0" w:after="20" w:line="259" w:lineRule="auto"/>
      </w:pPr>
      <w:r>
        <w:rPr>
          <w:rFonts w:ascii="Calibri" w:hAnsi="Calibri" w:eastAsia="Calibri"/>
          <w:b w:val="0"/>
          <w:i/>
          <w:color w:val="282828"/>
          <w:sz w:val="22"/>
        </w:rPr>
        <w:t>Bay: Magnesium is first-line in eclampsia. Phenytoin is not the primary anticonvulsant here.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Labetalol</w:t>
      </w:r>
    </w:p>
    <w:p>
      <w:pPr>
        <w:spacing w:before="0" w:after="20" w:line="259" w:lineRule="auto"/>
      </w:pPr>
      <w:r>
        <w:rPr>
          <w:rFonts w:ascii="Calibri" w:hAnsi="Calibri" w:eastAsia="Calibri"/>
          <w:b w:val="0"/>
          <w:i/>
          <w:color w:val="282828"/>
          <w:sz w:val="22"/>
        </w:rPr>
        <w:t>Bay: Blood-pressure control matters, but she has just fitted. Load magnesium first, then treat BP.</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Levetiracetam</w:t>
      </w:r>
    </w:p>
    <w:p>
      <w:pPr>
        <w:spacing w:before="0" w:after="20" w:line="259" w:lineRule="auto"/>
      </w:pPr>
      <w:r>
        <w:rPr>
          <w:rFonts w:ascii="Calibri" w:hAnsi="Calibri" w:eastAsia="Calibri"/>
          <w:b w:val="0"/>
          <w:i/>
          <w:color w:val="282828"/>
          <w:sz w:val="22"/>
        </w:rPr>
        <w:t>Bay: This is eclampsia until proven otherwise, not primary status. Magnesium first.</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Magnesium is running. BP still 178/112. No further jerking.</w:t>
      </w:r>
    </w:p>
    <w:p>
      <w:pPr>
        <w:spacing w:before="120" w:after="20" w:line="259" w:lineRule="auto"/>
        <w:shd w:fill="E8F5EC" w:val="clear"/>
      </w:pPr>
      <w:r>
        <w:rPr>
          <w:rFonts w:ascii="Calibri" w:hAnsi="Calibri" w:eastAsia="Calibri"/>
          <w:b/>
          <w:i w:val="0"/>
          <w:color w:val="146E3C"/>
          <w:sz w:val="22"/>
        </w:rPr>
        <w:t>A. [CORRECT] Control BP with labetalol or hydralazine</w:t>
      </w:r>
    </w:p>
    <w:p>
      <w:pPr>
        <w:spacing w:before="0" w:after="20" w:line="259" w:lineRule="auto"/>
      </w:pPr>
      <w:r>
        <w:rPr>
          <w:rFonts w:ascii="Calibri" w:hAnsi="Calibri" w:eastAsia="Calibri"/>
          <w:b w:val="0"/>
          <w:i/>
          <w:color w:val="282828"/>
          <w:sz w:val="22"/>
        </w:rPr>
        <w:t>Bay: Labetalol started as per obstetric protocol. BP 158/98. No further seizure.</w:t>
      </w:r>
    </w:p>
    <w:p>
      <w:pPr>
        <w:spacing w:before="0" w:after="40" w:line="259" w:lineRule="auto"/>
      </w:pPr>
      <w:r>
        <w:rPr>
          <w:rFonts w:ascii="Calibri" w:hAnsi="Calibri" w:eastAsia="Calibri"/>
          <w:b w:val="0"/>
          <w:i/>
          <w:color w:val="5A4614"/>
          <w:sz w:val="20"/>
        </w:rPr>
        <w:t>Reaction: sbp -16, dbp -10, gcs +1</w:t>
      </w:r>
    </w:p>
    <w:p>
      <w:pPr>
        <w:spacing w:before="80" w:after="40" w:line="259" w:lineRule="auto"/>
      </w:pPr>
      <w:r>
        <w:rPr>
          <w:rFonts w:ascii="Calibri" w:hAnsi="Calibri" w:eastAsia="Calibri"/>
          <w:b/>
          <w:i w:val="0"/>
          <w:color w:val="46326E"/>
          <w:sz w:val="22"/>
        </w:rPr>
        <w:t xml:space="preserve">    Follow-up: Which agent?</w:t>
      </w:r>
    </w:p>
    <w:p>
      <w:pPr>
        <w:spacing w:before="120" w:after="20" w:line="259" w:lineRule="auto"/>
        <w:shd w:fill="E8F5EC" w:val="clear"/>
      </w:pPr>
      <w:r>
        <w:rPr>
          <w:rFonts w:ascii="Calibri" w:hAnsi="Calibri" w:eastAsia="Calibri"/>
          <w:b/>
          <w:i w:val="0"/>
          <w:color w:val="146E3C"/>
          <w:sz w:val="22"/>
        </w:rPr>
        <w:t xml:space="preserve">    A. [CORRECT] IV labetalol (or hydralazine) as per obstetric protocol</w:t>
      </w:r>
    </w:p>
    <w:p>
      <w:pPr>
        <w:spacing w:before="0" w:after="20" w:line="259" w:lineRule="auto"/>
      </w:pPr>
      <w:r>
        <w:rPr>
          <w:rFonts w:ascii="Calibri" w:hAnsi="Calibri" w:eastAsia="Calibri"/>
          <w:b w:val="0"/>
          <w:i/>
          <w:color w:val="282828"/>
          <w:sz w:val="22"/>
        </w:rPr>
        <w:t xml:space="preserve">       Bay: Pregnancy-safe agents. Target is typically SBP &lt;150–160 mmHg without dumping placental flow.</w:t>
      </w:r>
    </w:p>
    <w:p>
      <w:pPr>
        <w:spacing w:before="120" w:after="20" w:line="259" w:lineRule="auto"/>
        <w:shd w:fill="F8E8E8" w:val="clear"/>
      </w:pPr>
      <w:r>
        <w:rPr>
          <w:rFonts w:ascii="Calibri" w:hAnsi="Calibri" w:eastAsia="Calibri"/>
          <w:b w:val="0"/>
          <w:i w:val="0"/>
          <w:color w:val="A02828"/>
          <w:sz w:val="22"/>
        </w:rPr>
        <w:t xml:space="preserve">    B. [WRONG] Ramipril 5 mg oral</w:t>
      </w:r>
    </w:p>
    <w:p>
      <w:pPr>
        <w:spacing w:before="0" w:after="20" w:line="259" w:lineRule="auto"/>
      </w:pPr>
      <w:r>
        <w:rPr>
          <w:rFonts w:ascii="Calibri" w:hAnsi="Calibri" w:eastAsia="Calibri"/>
          <w:b w:val="0"/>
          <w:i/>
          <w:color w:val="282828"/>
          <w:sz w:val="22"/>
        </w:rPr>
        <w:t xml:space="preserve">       Bay: ACE inhibitors are contraindicated until after delivery (fetal renal toxicity).</w:t>
      </w:r>
    </w:p>
    <w:p>
      <w:pPr>
        <w:spacing w:before="120" w:after="20" w:line="259" w:lineRule="auto"/>
        <w:shd w:fill="F8E8E8" w:val="clear"/>
      </w:pPr>
      <w:r>
        <w:rPr>
          <w:rFonts w:ascii="Calibri" w:hAnsi="Calibri" w:eastAsia="Calibri"/>
          <w:b w:val="0"/>
          <w:i w:val="0"/>
          <w:color w:val="A02828"/>
          <w:sz w:val="22"/>
        </w:rPr>
        <w:t xml:space="preserve">    C. [WRONG] Nifedipine 20 mg crushed sublingual as first-line</w:t>
      </w:r>
    </w:p>
    <w:p>
      <w:pPr>
        <w:spacing w:before="0" w:after="20" w:line="259" w:lineRule="auto"/>
      </w:pPr>
      <w:r>
        <w:rPr>
          <w:rFonts w:ascii="Calibri" w:hAnsi="Calibri" w:eastAsia="Calibri"/>
          <w:b w:val="0"/>
          <w:i/>
          <w:color w:val="282828"/>
          <w:sz w:val="22"/>
        </w:rPr>
        <w:t xml:space="preserve">       Bay: If a calcium-channel blocker is used it is oral nifedipine per protocol, not a sublingual dump.</w:t>
      </w:r>
    </w:p>
    <w:p>
      <w:pPr>
        <w:spacing w:before="120" w:after="20" w:line="259" w:lineRule="auto"/>
        <w:shd w:fill="F8E8E8" w:val="clear"/>
      </w:pPr>
      <w:r>
        <w:rPr>
          <w:rFonts w:ascii="Calibri" w:hAnsi="Calibri" w:eastAsia="Calibri"/>
          <w:b w:val="0"/>
          <w:i w:val="0"/>
          <w:color w:val="A02828"/>
          <w:sz w:val="22"/>
        </w:rPr>
        <w:t xml:space="preserve">    D. [WRONG] Target SBP 80 mmHg</w:t>
      </w:r>
    </w:p>
    <w:p>
      <w:pPr>
        <w:spacing w:before="0" w:after="20" w:line="259" w:lineRule="auto"/>
      </w:pPr>
      <w:r>
        <w:rPr>
          <w:rFonts w:ascii="Calibri" w:hAnsi="Calibri" w:eastAsia="Calibri"/>
          <w:b w:val="0"/>
          <w:i/>
          <w:color w:val="282828"/>
          <w:sz w:val="22"/>
        </w:rPr>
        <w:t xml:space="preserve">       Bay: That is overshoot. You will drop placental perfusion.</w:t>
      </w:r>
    </w:p>
    <w:p>
      <w:pPr>
        <w:spacing w:before="120" w:after="20" w:line="259" w:lineRule="auto"/>
        <w:shd w:fill="F8E8E8" w:val="clear"/>
      </w:pPr>
      <w:r>
        <w:rPr>
          <w:rFonts w:ascii="Calibri" w:hAnsi="Calibri" w:eastAsia="Calibri"/>
          <w:b w:val="0"/>
          <w:i w:val="0"/>
          <w:color w:val="A02828"/>
          <w:sz w:val="22"/>
        </w:rPr>
        <w:t xml:space="preserve">    E. [WRONG] Ergometrine 500 micrograms IM</w:t>
      </w:r>
    </w:p>
    <w:p>
      <w:pPr>
        <w:spacing w:before="0" w:after="20" w:line="259" w:lineRule="auto"/>
      </w:pPr>
      <w:r>
        <w:rPr>
          <w:rFonts w:ascii="Calibri" w:hAnsi="Calibri" w:eastAsia="Calibri"/>
          <w:b w:val="0"/>
          <w:i/>
          <w:color w:val="282828"/>
          <w:sz w:val="22"/>
        </w:rPr>
        <w:t xml:space="preserve">       Bay: A PPH drug, contraindicated in hypertension — it will push the BP higher.</w:t>
      </w:r>
    </w:p>
    <w:p>
      <w:pPr>
        <w:spacing w:before="120" w:after="20" w:line="259" w:lineRule="auto"/>
        <w:shd w:fill="F8E8E8" w:val="clear"/>
      </w:pPr>
      <w:r>
        <w:rPr>
          <w:rFonts w:ascii="Calibri" w:hAnsi="Calibri" w:eastAsia="Calibri"/>
          <w:b w:val="0"/>
          <w:i w:val="0"/>
          <w:color w:val="A02828"/>
          <w:sz w:val="22"/>
        </w:rPr>
        <w:t>B. [WRONG] Ramipril as first-line antihypertensive</w:t>
      </w:r>
    </w:p>
    <w:p>
      <w:pPr>
        <w:spacing w:before="0" w:after="20" w:line="259" w:lineRule="auto"/>
      </w:pPr>
      <w:r>
        <w:rPr>
          <w:rFonts w:ascii="Calibri" w:hAnsi="Calibri" w:eastAsia="Calibri"/>
          <w:b w:val="0"/>
          <w:i/>
          <w:color w:val="282828"/>
          <w:sz w:val="22"/>
        </w:rPr>
        <w:t>Bay: ACE inhibitors are contraindicated until after delivery (fetal renal toxicity). Use labetalol, nifedipine or hydralazine.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Ergometrine to bring the blood pressure down</w:t>
      </w:r>
    </w:p>
    <w:p>
      <w:pPr>
        <w:spacing w:before="0" w:after="20" w:line="259" w:lineRule="auto"/>
      </w:pPr>
      <w:r>
        <w:rPr>
          <w:rFonts w:ascii="Calibri" w:hAnsi="Calibri" w:eastAsia="Calibri"/>
          <w:b w:val="0"/>
          <w:i/>
          <w:color w:val="282828"/>
          <w:sz w:val="22"/>
        </w:rPr>
        <w:t>Bay: Ergometrine is a PPH drug and is contraindicated in hypertension — it will push the BP higher.</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Immediate RSI and CT head without calling obstetrics</w:t>
      </w:r>
    </w:p>
    <w:p>
      <w:pPr>
        <w:spacing w:before="0" w:after="20" w:line="259" w:lineRule="auto"/>
      </w:pPr>
      <w:r>
        <w:rPr>
          <w:rFonts w:ascii="Calibri" w:hAnsi="Calibri" w:eastAsia="Calibri"/>
          <w:b w:val="0"/>
          <w:i/>
          <w:color w:val="282828"/>
          <w:sz w:val="22"/>
        </w:rPr>
        <w:t>Bay: Call obstetrics first — they own the delivery decision. RSI only if she fails to protect; do not bypass the obstetric team for a scan.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2 L crystalloid stat to improve placental perfusion</w:t>
      </w:r>
    </w:p>
    <w:p>
      <w:pPr>
        <w:spacing w:before="0" w:after="20" w:line="259" w:lineRule="auto"/>
      </w:pPr>
      <w:r>
        <w:rPr>
          <w:rFonts w:ascii="Calibri" w:hAnsi="Calibri" w:eastAsia="Calibri"/>
          <w:b w:val="0"/>
          <w:i/>
          <w:color w:val="282828"/>
          <w:sz w:val="22"/>
        </w:rPr>
        <w:t>Bay: Restrict fluids in pre-eclampsia (typically ~80 mL/h). A 2 L challenge risks pulmonary oedema, not a better placenta.</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Obstetrics are in the bay. Send tests.</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7.36  pCO2 3.8  HCO3 18  BE −4  lactate 2.0  K+ 4.0  Hb 118</w:t>
      </w:r>
    </w:p>
    <w:p>
      <w:pPr>
        <w:spacing w:before="0" w:after="40" w:line="259" w:lineRule="auto"/>
      </w:pPr>
      <w:r>
        <w:rPr>
          <w:rFonts w:ascii="Calibri" w:hAnsi="Calibri" w:eastAsia="Calibri"/>
          <w:b w:val="0"/>
          <w:i w:val="0"/>
          <w:sz w:val="22"/>
        </w:rPr>
        <w:t>Mild lactate. Not the lead test.</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5.6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sinus-tach</w:t>
      </w:r>
    </w:p>
    <w:p>
      <w:pPr>
        <w:spacing w:before="40" w:after="40" w:line="259" w:lineRule="auto"/>
      </w:pPr>
      <w:r>
        <w:rPr>
          <w:rFonts w:ascii="Calibri" w:hAnsi="Calibri" w:eastAsia="Calibri"/>
          <w:b w:val="0"/>
          <w:i w:val="0"/>
          <w:sz w:val="22"/>
        </w:rPr>
        <w:t>urine (REQUIRED)</w:t>
      </w:r>
    </w:p>
    <w:p>
      <w:pPr>
        <w:spacing w:before="0" w:after="40" w:line="259" w:lineRule="auto"/>
      </w:pPr>
      <w:r>
        <w:rPr>
          <w:rFonts w:ascii="Calibri" w:hAnsi="Calibri" w:eastAsia="Calibri"/>
          <w:b w:val="0"/>
          <w:i w:val="0"/>
          <w:sz w:val="22"/>
        </w:rPr>
        <w:t>Result: Protein +++. Blood +. hCG not required — she is 34 weeks.</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118   WCC 11.0   Plt 88</w:t>
      </w:r>
    </w:p>
    <w:p>
      <w:pPr>
        <w:spacing w:before="0" w:after="40" w:line="259" w:lineRule="auto"/>
      </w:pPr>
      <w:r>
        <w:rPr>
          <w:rFonts w:ascii="Calibri" w:hAnsi="Calibri" w:eastAsia="Calibri"/>
          <w:b w:val="0"/>
          <w:i w:val="0"/>
          <w:sz w:val="22"/>
        </w:rPr>
        <w:t>ue: Na 134   K 4.0   urea 4.2   creat 92</w:t>
      </w:r>
    </w:p>
    <w:p>
      <w:pPr>
        <w:spacing w:before="0" w:after="40" w:line="259" w:lineRule="auto"/>
      </w:pPr>
      <w:r>
        <w:rPr>
          <w:rFonts w:ascii="Calibri" w:hAnsi="Calibri" w:eastAsia="Calibri"/>
          <w:b w:val="0"/>
          <w:i w:val="0"/>
          <w:sz w:val="22"/>
        </w:rPr>
        <w:t>lft: Bili 18   ALT 84   ALP 160   albumin 28</w:t>
      </w:r>
    </w:p>
    <w:p>
      <w:pPr>
        <w:spacing w:before="0" w:after="40" w:line="259" w:lineRule="auto"/>
      </w:pPr>
      <w:r>
        <w:rPr>
          <w:rFonts w:ascii="Calibri" w:hAnsi="Calibri" w:eastAsia="Calibri"/>
          <w:b w:val="0"/>
          <w:i w:val="0"/>
          <w:sz w:val="22"/>
        </w:rPr>
        <w:t>coag: PT 12 s   APTT 30 s</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Fetal heart is 140. No further fit. Review any results that have returned — then decide.</w:t>
      </w:r>
    </w:p>
    <w:p>
      <w:pPr>
        <w:spacing w:before="120" w:after="20" w:line="259" w:lineRule="auto"/>
        <w:shd w:fill="E8F5EC" w:val="clear"/>
      </w:pPr>
      <w:r>
        <w:rPr>
          <w:rFonts w:ascii="Calibri" w:hAnsi="Calibri" w:eastAsia="Calibri"/>
          <w:b/>
          <w:i w:val="0"/>
          <w:color w:val="146E3C"/>
          <w:sz w:val="22"/>
        </w:rPr>
        <w:t>A. [CORRECT] Continue magnesium and BP control; plan delivery</w:t>
      </w:r>
    </w:p>
    <w:p>
      <w:pPr>
        <w:spacing w:before="0" w:after="20" w:line="259" w:lineRule="auto"/>
      </w:pPr>
      <w:r>
        <w:rPr>
          <w:rFonts w:ascii="Calibri" w:hAnsi="Calibri" w:eastAsia="Calibri"/>
          <w:b w:val="0"/>
          <w:i/>
          <w:color w:val="282828"/>
          <w:sz w:val="22"/>
        </w:rPr>
        <w:t>Bay: They are taking her to labour ward / theatre. Magnesium continues around delivery — this is not a morning-slot disease.</w:t>
      </w:r>
    </w:p>
    <w:p>
      <w:pPr>
        <w:spacing w:before="0" w:after="40" w:line="259" w:lineRule="auto"/>
      </w:pPr>
      <w:r>
        <w:rPr>
          <w:rFonts w:ascii="Calibri" w:hAnsi="Calibri" w:eastAsia="Calibri"/>
          <w:b w:val="0"/>
          <w:i/>
          <w:color w:val="5A4614"/>
          <w:sz w:val="20"/>
        </w:rPr>
        <w:t>Reaction: sbp -10</w:t>
      </w:r>
    </w:p>
    <w:p>
      <w:pPr>
        <w:spacing w:before="80" w:after="40" w:line="259" w:lineRule="auto"/>
      </w:pPr>
      <w:r>
        <w:rPr>
          <w:rFonts w:ascii="Calibri" w:hAnsi="Calibri" w:eastAsia="Calibri"/>
          <w:b/>
          <w:i w:val="0"/>
          <w:color w:val="46326E"/>
          <w:sz w:val="22"/>
        </w:rPr>
        <w:t xml:space="preserve">    Follow-up: When is delivery?</w:t>
      </w:r>
    </w:p>
    <w:p>
      <w:pPr>
        <w:spacing w:before="120" w:after="20" w:line="259" w:lineRule="auto"/>
        <w:shd w:fill="E8F5EC" w:val="clear"/>
      </w:pPr>
      <w:r>
        <w:rPr>
          <w:rFonts w:ascii="Calibri" w:hAnsi="Calibri" w:eastAsia="Calibri"/>
          <w:b/>
          <w:i w:val="0"/>
          <w:color w:val="146E3C"/>
          <w:sz w:val="22"/>
        </w:rPr>
        <w:t xml:space="preserve">    A. [CORRECT] Prompt delivery once she is stabilised — not a next-day slot</w:t>
      </w:r>
    </w:p>
    <w:p>
      <w:pPr>
        <w:spacing w:before="0" w:after="20" w:line="259" w:lineRule="auto"/>
      </w:pPr>
      <w:r>
        <w:rPr>
          <w:rFonts w:ascii="Calibri" w:hAnsi="Calibri" w:eastAsia="Calibri"/>
          <w:b w:val="0"/>
          <w:i/>
          <w:color w:val="282828"/>
          <w:sz w:val="22"/>
        </w:rPr>
        <w:t xml:space="preserve">       Bay: Eclampsia is an indication for prompt delivery. Magnesium stays up around it.</w:t>
      </w:r>
    </w:p>
    <w:p>
      <w:pPr>
        <w:spacing w:before="120" w:after="20" w:line="259" w:lineRule="auto"/>
        <w:shd w:fill="F8E8E8" w:val="clear"/>
      </w:pPr>
      <w:r>
        <w:rPr>
          <w:rFonts w:ascii="Calibri" w:hAnsi="Calibri" w:eastAsia="Calibri"/>
          <w:b w:val="0"/>
          <w:i w:val="0"/>
          <w:color w:val="A02828"/>
          <w:sz w:val="22"/>
        </w:rPr>
        <w:t xml:space="preserve">    B. [WRONG] After 48 hours of magnesium on the antenatal ward</w:t>
      </w:r>
    </w:p>
    <w:p>
      <w:pPr>
        <w:spacing w:before="0" w:after="20" w:line="259" w:lineRule="auto"/>
      </w:pPr>
      <w:r>
        <w:rPr>
          <w:rFonts w:ascii="Calibri" w:hAnsi="Calibri" w:eastAsia="Calibri"/>
          <w:b w:val="0"/>
          <w:i/>
          <w:color w:val="282828"/>
          <w:sz w:val="22"/>
        </w:rPr>
        <w:t xml:space="preserve">       Bay: Do not park her. Delivery is the disease-modifying treatment.</w:t>
      </w:r>
    </w:p>
    <w:p>
      <w:pPr>
        <w:spacing w:before="120" w:after="20" w:line="259" w:lineRule="auto"/>
        <w:shd w:fill="F8E8E8" w:val="clear"/>
      </w:pPr>
      <w:r>
        <w:rPr>
          <w:rFonts w:ascii="Calibri" w:hAnsi="Calibri" w:eastAsia="Calibri"/>
          <w:b w:val="0"/>
          <w:i w:val="0"/>
          <w:color w:val="A02828"/>
          <w:sz w:val="22"/>
        </w:rPr>
        <w:t xml:space="preserve">    C. [WRONG] Morning PET clinic if fetal heart is heard</w:t>
      </w:r>
    </w:p>
    <w:p>
      <w:pPr>
        <w:spacing w:before="0" w:after="20" w:line="259" w:lineRule="auto"/>
      </w:pPr>
      <w:r>
        <w:rPr>
          <w:rFonts w:ascii="Calibri" w:hAnsi="Calibri" w:eastAsia="Calibri"/>
          <w:b w:val="0"/>
          <w:i/>
          <w:color w:val="282828"/>
          <w:sz w:val="22"/>
        </w:rPr>
        <w:t xml:space="preserve">       Bay: A heard fetal heart does not convert eclampsia into a clinic slot.</w:t>
      </w:r>
    </w:p>
    <w:p>
      <w:pPr>
        <w:spacing w:before="120" w:after="20" w:line="259" w:lineRule="auto"/>
        <w:shd w:fill="F8E8E8" w:val="clear"/>
      </w:pPr>
      <w:r>
        <w:rPr>
          <w:rFonts w:ascii="Calibri" w:hAnsi="Calibri" w:eastAsia="Calibri"/>
          <w:b w:val="0"/>
          <w:i w:val="0"/>
          <w:color w:val="A02828"/>
          <w:sz w:val="22"/>
        </w:rPr>
        <w:t xml:space="preserve">    D. [WRONG] Only if the CT head is normal</w:t>
      </w:r>
    </w:p>
    <w:p>
      <w:pPr>
        <w:spacing w:before="0" w:after="20" w:line="259" w:lineRule="auto"/>
      </w:pPr>
      <w:r>
        <w:rPr>
          <w:rFonts w:ascii="Calibri" w:hAnsi="Calibri" w:eastAsia="Calibri"/>
          <w:b w:val="0"/>
          <w:i/>
          <w:color w:val="282828"/>
          <w:sz w:val="22"/>
        </w:rPr>
        <w:t xml:space="preserve">       Bay: Do not gate delivery on neuroimaging.</w:t>
      </w:r>
    </w:p>
    <w:p>
      <w:pPr>
        <w:spacing w:before="120" w:after="20" w:line="259" w:lineRule="auto"/>
        <w:shd w:fill="F8E8E8" w:val="clear"/>
      </w:pPr>
      <w:r>
        <w:rPr>
          <w:rFonts w:ascii="Calibri" w:hAnsi="Calibri" w:eastAsia="Calibri"/>
          <w:b w:val="0"/>
          <w:i w:val="0"/>
          <w:color w:val="A02828"/>
          <w:sz w:val="22"/>
        </w:rPr>
        <w:t xml:space="preserve">    E. [WRONG] Delay until platelets recover above 150</w:t>
      </w:r>
    </w:p>
    <w:p>
      <w:pPr>
        <w:spacing w:before="0" w:after="20" w:line="259" w:lineRule="auto"/>
      </w:pPr>
      <w:r>
        <w:rPr>
          <w:rFonts w:ascii="Calibri" w:hAnsi="Calibri" w:eastAsia="Calibri"/>
          <w:b w:val="0"/>
          <w:i/>
          <w:color w:val="282828"/>
          <w:sz w:val="22"/>
        </w:rPr>
        <w:t xml:space="preserve">       Bay: Platelets 88 does not postpone the obstetric plan. They will manage it.</w:t>
      </w:r>
    </w:p>
    <w:p>
      <w:pPr>
        <w:spacing w:before="120" w:after="20" w:line="259" w:lineRule="auto"/>
        <w:shd w:fill="F8E8E8" w:val="clear"/>
      </w:pPr>
      <w:r>
        <w:rPr>
          <w:rFonts w:ascii="Calibri" w:hAnsi="Calibri" w:eastAsia="Calibri"/>
          <w:b w:val="0"/>
          <w:i w:val="0"/>
          <w:color w:val="A02828"/>
          <w:sz w:val="22"/>
        </w:rPr>
        <w:t>B. [WRONG] Stop the magnesium infusion now she has not fitted again</w:t>
      </w:r>
    </w:p>
    <w:p>
      <w:pPr>
        <w:spacing w:before="0" w:after="20" w:line="259" w:lineRule="auto"/>
      </w:pPr>
      <w:r>
        <w:rPr>
          <w:rFonts w:ascii="Calibri" w:hAnsi="Calibri" w:eastAsia="Calibri"/>
          <w:b w:val="0"/>
          <w:i/>
          <w:color w:val="282828"/>
          <w:sz w:val="22"/>
        </w:rPr>
        <w:t>Bay: Continue magnesium for 24 hours after the last seizure or after delivery, whichever is later. A single fit is not a stop rule.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CT head now she is stable, before any obstetric transfer</w:t>
      </w:r>
    </w:p>
    <w:p>
      <w:pPr>
        <w:spacing w:before="0" w:after="20" w:line="259" w:lineRule="auto"/>
      </w:pPr>
      <w:r>
        <w:rPr>
          <w:rFonts w:ascii="Calibri" w:hAnsi="Calibri" w:eastAsia="Calibri"/>
          <w:b w:val="0"/>
          <w:i/>
          <w:color w:val="282828"/>
          <w:sz w:val="22"/>
        </w:rPr>
        <w:t>Bay: Delivery is the disease-modifying treatment. Scan only if neurology remains unexplained after treatment.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Oral labetalol and antenatal day-assessment in the morning</w:t>
      </w:r>
    </w:p>
    <w:p>
      <w:pPr>
        <w:spacing w:before="0" w:after="20" w:line="259" w:lineRule="auto"/>
      </w:pPr>
      <w:r>
        <w:rPr>
          <w:rFonts w:ascii="Calibri" w:hAnsi="Calibri" w:eastAsia="Calibri"/>
          <w:b w:val="0"/>
          <w:i/>
          <w:color w:val="282828"/>
          <w:sz w:val="22"/>
        </w:rPr>
        <w:t>Bay: Eclampsia is an indication for prompt delivery, not a next-day PET clinic slot.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Midazolam for restlessness, then discontinue magnesium</w:t>
      </w:r>
    </w:p>
    <w:p>
      <w:pPr>
        <w:spacing w:before="0" w:after="20" w:line="259" w:lineRule="auto"/>
      </w:pPr>
      <w:r>
        <w:rPr>
          <w:rFonts w:ascii="Calibri" w:hAnsi="Calibri" w:eastAsia="Calibri"/>
          <w:b w:val="0"/>
          <w:i/>
          <w:color w:val="282828"/>
          <w:sz w:val="22"/>
        </w:rPr>
        <w:t>Bay: Post-ictal restlessness is expected. Magnesium is the disease-modifying drug; benzodiazepines only if she is still convulsing.</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Partner is with her.</w:t>
      </w:r>
    </w:p>
    <w:p>
      <w:pPr>
        <w:spacing w:before="120" w:after="20" w:line="259" w:lineRule="auto"/>
        <w:shd w:fill="E8F5EC" w:val="clear"/>
      </w:pPr>
      <w:r>
        <w:rPr>
          <w:rFonts w:ascii="Calibri" w:hAnsi="Calibri" w:eastAsia="Calibri"/>
          <w:b/>
          <w:i w:val="0"/>
          <w:color w:val="146E3C"/>
          <w:sz w:val="22"/>
        </w:rPr>
        <w:t>A. [CORRECT] Ask about headache, visual change, RUQ pain, fetal movements, booking BP</w:t>
      </w:r>
    </w:p>
    <w:p>
      <w:pPr>
        <w:spacing w:before="0" w:after="20" w:line="259" w:lineRule="auto"/>
      </w:pPr>
      <w:r>
        <w:rPr>
          <w:rFonts w:ascii="Calibri" w:hAnsi="Calibri" w:eastAsia="Calibri"/>
          <w:b w:val="0"/>
          <w:i/>
          <w:color w:val="282828"/>
          <w:sz w:val="22"/>
        </w:rPr>
        <w:t>Bay: Booking BP 118/70. Flashing lights tonight. RUQ ache. Movements reduced today. That is PET progressing to eclampsia.</w:t>
      </w:r>
    </w:p>
    <w:p>
      <w:pPr>
        <w:spacing w:before="120" w:after="20" w:line="259" w:lineRule="auto"/>
        <w:shd w:fill="E8F5EC" w:val="clear"/>
      </w:pPr>
      <w:r>
        <w:rPr>
          <w:rFonts w:ascii="Calibri" w:hAnsi="Calibri" w:eastAsia="Calibri"/>
          <w:b/>
          <w:i w:val="0"/>
          <w:color w:val="146E3C"/>
          <w:sz w:val="22"/>
        </w:rPr>
        <w:t>B. [CORRECT] Check booking bloods, PET clinic letters, and current drugs</w:t>
      </w:r>
    </w:p>
    <w:p>
      <w:pPr>
        <w:spacing w:before="0" w:after="20" w:line="259" w:lineRule="auto"/>
      </w:pPr>
      <w:r>
        <w:rPr>
          <w:rFonts w:ascii="Calibri" w:hAnsi="Calibri" w:eastAsia="Calibri"/>
          <w:b w:val="0"/>
          <w:i/>
          <w:color w:val="282828"/>
          <w:sz w:val="22"/>
        </w:rPr>
        <w:t>Bay: Aspirin 150 mg from 12 weeks — she ran out. High-risk PET prophylaxis stopped.</w:t>
      </w:r>
    </w:p>
    <w:p>
      <w:pPr>
        <w:spacing w:before="120" w:after="20" w:line="259" w:lineRule="auto"/>
        <w:shd w:fill="E8F5EC" w:val="clear"/>
      </w:pPr>
      <w:r>
        <w:rPr>
          <w:rFonts w:ascii="Calibri" w:hAnsi="Calibri" w:eastAsia="Calibri"/>
          <w:b/>
          <w:i w:val="0"/>
          <w:color w:val="146E3C"/>
          <w:sz w:val="22"/>
        </w:rPr>
        <w:t>C. [CORRECT] Ask about previous pregnancies, epilepsy, and migraine history</w:t>
      </w:r>
    </w:p>
    <w:p>
      <w:pPr>
        <w:spacing w:before="0" w:after="20" w:line="259" w:lineRule="auto"/>
      </w:pPr>
      <w:r>
        <w:rPr>
          <w:rFonts w:ascii="Calibri" w:hAnsi="Calibri" w:eastAsia="Calibri"/>
          <w:b w:val="0"/>
          <w:i/>
          <w:color w:val="282828"/>
          <w:sz w:val="22"/>
        </w:rPr>
        <w:t>Bay: First pregnancy. No epilepsy. Distinguishes eclampsia from a primary seizure disorder.</w:t>
      </w:r>
    </w:p>
    <w:p>
      <w:pPr>
        <w:spacing w:before="120" w:after="20" w:line="259" w:lineRule="auto"/>
        <w:shd w:fill="F8E8E8" w:val="clear"/>
      </w:pPr>
      <w:r>
        <w:rPr>
          <w:rFonts w:ascii="Calibri" w:hAnsi="Calibri" w:eastAsia="Calibri"/>
          <w:b w:val="0"/>
          <w:i w:val="0"/>
          <w:color w:val="A02828"/>
          <w:sz w:val="22"/>
        </w:rPr>
        <w:t>D. [WRONG] Request an EEG in the bay before any obstetric referral</w:t>
      </w:r>
    </w:p>
    <w:p>
      <w:pPr>
        <w:spacing w:before="0" w:after="20" w:line="259" w:lineRule="auto"/>
      </w:pPr>
      <w:r>
        <w:rPr>
          <w:rFonts w:ascii="Calibri" w:hAnsi="Calibri" w:eastAsia="Calibri"/>
          <w:b w:val="0"/>
          <w:i/>
          <w:color w:val="282828"/>
          <w:sz w:val="22"/>
        </w:rPr>
        <w:t>Bay: EEG does not change immediate management. Call obstetrics now — delivery is the treatment.</w:t>
      </w:r>
    </w:p>
    <w:p>
      <w:pPr>
        <w:spacing w:before="120" w:after="20" w:line="259" w:lineRule="auto"/>
        <w:shd w:fill="F8E8E8" w:val="clear"/>
      </w:pPr>
      <w:r>
        <w:rPr>
          <w:rFonts w:ascii="Calibri" w:hAnsi="Calibri" w:eastAsia="Calibri"/>
          <w:b w:val="0"/>
          <w:i w:val="0"/>
          <w:color w:val="A02828"/>
          <w:sz w:val="22"/>
        </w:rPr>
        <w:t>E. [WRONG] Hold the obstetric call until a radiologist-reported CT head is back</w:t>
      </w:r>
    </w:p>
    <w:p>
      <w:pPr>
        <w:spacing w:before="0" w:after="20" w:line="259" w:lineRule="auto"/>
      </w:pPr>
      <w:r>
        <w:rPr>
          <w:rFonts w:ascii="Calibri" w:hAnsi="Calibri" w:eastAsia="Calibri"/>
          <w:b w:val="0"/>
          <w:i/>
          <w:color w:val="282828"/>
          <w:sz w:val="22"/>
        </w:rPr>
        <w:t>Bay: Do not delay obstetrics for neuroimaging in a 34-week eclamptic. Treat, then image only if atypical.</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34 weeks, first fit, hypertension, proteinuria.</w:t>
      </w:r>
    </w:p>
    <w:p>
      <w:pPr>
        <w:spacing w:before="120" w:after="20" w:line="259" w:lineRule="auto"/>
        <w:shd w:fill="E8F5EC" w:val="clear"/>
      </w:pPr>
      <w:r>
        <w:rPr>
          <w:rFonts w:ascii="Calibri" w:hAnsi="Calibri" w:eastAsia="Calibri"/>
          <w:b/>
          <w:i w:val="0"/>
          <w:color w:val="146E3C"/>
          <w:sz w:val="22"/>
        </w:rPr>
        <w:t>A. [CORRECT] Eclampsia</w:t>
      </w:r>
    </w:p>
    <w:p>
      <w:pPr>
        <w:spacing w:before="0" w:after="20" w:line="259" w:lineRule="auto"/>
      </w:pPr>
      <w:r>
        <w:rPr>
          <w:rFonts w:ascii="Calibri" w:hAnsi="Calibri" w:eastAsia="Calibri"/>
          <w:b w:val="0"/>
          <w:i/>
          <w:color w:val="282828"/>
          <w:sz w:val="22"/>
        </w:rPr>
        <w:t>Bay: First seizure at 34 weeks with hypertension, oedema and proteinuria is eclampsia until proven otherwise.</w:t>
      </w:r>
    </w:p>
    <w:p>
      <w:pPr>
        <w:spacing w:before="120" w:after="20" w:line="259" w:lineRule="auto"/>
        <w:shd w:fill="F8E8E8" w:val="clear"/>
      </w:pPr>
      <w:r>
        <w:rPr>
          <w:rFonts w:ascii="Calibri" w:hAnsi="Calibri" w:eastAsia="Calibri"/>
          <w:b w:val="0"/>
          <w:i w:val="0"/>
          <w:color w:val="A02828"/>
          <w:sz w:val="22"/>
        </w:rPr>
        <w:t>B. [WRONG] Primary epilepsy</w:t>
      </w:r>
    </w:p>
    <w:p>
      <w:pPr>
        <w:spacing w:before="0" w:after="20" w:line="259" w:lineRule="auto"/>
      </w:pPr>
      <w:r>
        <w:rPr>
          <w:rFonts w:ascii="Calibri" w:hAnsi="Calibri" w:eastAsia="Calibri"/>
          <w:b w:val="0"/>
          <w:i/>
          <w:color w:val="282828"/>
          <w:sz w:val="22"/>
        </w:rPr>
        <w:t>Bay: A first fit at 34 weeks with hypertension and proteinuria is eclampsia, not de novo idiopathic epilepsy.</w:t>
      </w:r>
    </w:p>
    <w:p>
      <w:pPr>
        <w:spacing w:before="120" w:after="20" w:line="259" w:lineRule="auto"/>
        <w:shd w:fill="F8E8E8" w:val="clear"/>
      </w:pPr>
      <w:r>
        <w:rPr>
          <w:rFonts w:ascii="Calibri" w:hAnsi="Calibri" w:eastAsia="Calibri"/>
          <w:b w:val="0"/>
          <w:i w:val="0"/>
          <w:color w:val="A02828"/>
          <w:sz w:val="22"/>
        </w:rPr>
        <w:t>C. [WRONG] Hypoglycaemic seizure</w:t>
      </w:r>
    </w:p>
    <w:p>
      <w:pPr>
        <w:spacing w:before="0" w:after="20" w:line="259" w:lineRule="auto"/>
      </w:pPr>
      <w:r>
        <w:rPr>
          <w:rFonts w:ascii="Calibri" w:hAnsi="Calibri" w:eastAsia="Calibri"/>
          <w:b w:val="0"/>
          <w:i/>
          <w:color w:val="282828"/>
          <w:sz w:val="22"/>
        </w:rPr>
        <w:t>Bay: Bedside glucose is 5.6 mmol/L. Treat the PET/eclampsia.</w:t>
      </w:r>
    </w:p>
    <w:p>
      <w:pPr>
        <w:spacing w:before="120" w:after="20" w:line="259" w:lineRule="auto"/>
        <w:shd w:fill="F8E8E8" w:val="clear"/>
      </w:pPr>
      <w:r>
        <w:rPr>
          <w:rFonts w:ascii="Calibri" w:hAnsi="Calibri" w:eastAsia="Calibri"/>
          <w:b w:val="0"/>
          <w:i w:val="0"/>
          <w:color w:val="A02828"/>
          <w:sz w:val="22"/>
        </w:rPr>
        <w:t>D. [WRONG] Subarachnoid haemorrhage</w:t>
      </w:r>
    </w:p>
    <w:p>
      <w:pPr>
        <w:spacing w:before="0" w:after="20" w:line="259" w:lineRule="auto"/>
      </w:pPr>
      <w:r>
        <w:rPr>
          <w:rFonts w:ascii="Calibri" w:hAnsi="Calibri" w:eastAsia="Calibri"/>
          <w:b w:val="0"/>
          <w:i/>
          <w:color w:val="282828"/>
          <w:sz w:val="22"/>
        </w:rPr>
        <w:t>Bay: SAH is the close mimic. Treat as eclampsia first; image later if neurology remains atypical.</w:t>
      </w:r>
    </w:p>
    <w:p>
      <w:pPr>
        <w:spacing w:before="120" w:after="20" w:line="259" w:lineRule="auto"/>
        <w:shd w:fill="F8E8E8" w:val="clear"/>
      </w:pPr>
      <w:r>
        <w:rPr>
          <w:rFonts w:ascii="Calibri" w:hAnsi="Calibri" w:eastAsia="Calibri"/>
          <w:b w:val="0"/>
          <w:i w:val="0"/>
          <w:color w:val="A02828"/>
          <w:sz w:val="22"/>
        </w:rPr>
        <w:t>E. [WRONG] Amniotic fluid embolism</w:t>
      </w:r>
    </w:p>
    <w:p>
      <w:pPr>
        <w:spacing w:before="0" w:after="20" w:line="259" w:lineRule="auto"/>
      </w:pPr>
      <w:r>
        <w:rPr>
          <w:rFonts w:ascii="Calibri" w:hAnsi="Calibri" w:eastAsia="Calibri"/>
          <w:b w:val="0"/>
          <w:i/>
          <w:color w:val="282828"/>
          <w:sz w:val="22"/>
        </w:rPr>
        <w:t>Bay: AFE presents with collapse, hypoxia and DIC in labour or immediately postpartum — she is not in labour.</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Obstetrics want to move.</w:t>
      </w:r>
    </w:p>
    <w:p>
      <w:pPr>
        <w:spacing w:before="120" w:after="20" w:line="259" w:lineRule="auto"/>
        <w:shd w:fill="E8F5EC" w:val="clear"/>
      </w:pPr>
      <w:r>
        <w:rPr>
          <w:rFonts w:ascii="Calibri" w:hAnsi="Calibri" w:eastAsia="Calibri"/>
          <w:b/>
          <w:i w:val="0"/>
          <w:color w:val="146E3C"/>
          <w:sz w:val="22"/>
        </w:rPr>
        <w:t>A. [CORRECT] Escort; keep tilt, magnesium and pads</w:t>
      </w:r>
    </w:p>
    <w:p>
      <w:pPr>
        <w:spacing w:before="0" w:after="20" w:line="259" w:lineRule="auto"/>
      </w:pPr>
      <w:r>
        <w:rPr>
          <w:rFonts w:ascii="Calibri" w:hAnsi="Calibri" w:eastAsia="Calibri"/>
          <w:b w:val="0"/>
          <w:i/>
          <w:color w:val="282828"/>
          <w:sz w:val="22"/>
        </w:rPr>
        <w:t>Bay: She is going. Tilt, MgSO4 and pads stay on for transfer.</w:t>
      </w:r>
    </w:p>
    <w:p>
      <w:pPr>
        <w:spacing w:before="0" w:after="40" w:line="259" w:lineRule="auto"/>
      </w:pPr>
      <w:r>
        <w:rPr>
          <w:rFonts w:ascii="Calibri" w:hAnsi="Calibri" w:eastAsia="Calibri"/>
          <w:b w:val="0"/>
          <w:i/>
          <w:color w:val="5A4614"/>
          <w:sz w:val="20"/>
        </w:rPr>
        <w:t>Reaction: sbp -8</w:t>
      </w:r>
    </w:p>
    <w:p>
      <w:pPr>
        <w:spacing w:before="80" w:after="40" w:line="259" w:lineRule="auto"/>
      </w:pPr>
      <w:r>
        <w:rPr>
          <w:rFonts w:ascii="Calibri" w:hAnsi="Calibri" w:eastAsia="Calibri"/>
          <w:b/>
          <w:i w:val="0"/>
          <w:color w:val="46326E"/>
          <w:sz w:val="22"/>
        </w:rPr>
        <w:t xml:space="preserve">    Follow-up: What runs during transfer?</w:t>
      </w:r>
    </w:p>
    <w:p>
      <w:pPr>
        <w:spacing w:before="120" w:after="20" w:line="259" w:lineRule="auto"/>
        <w:shd w:fill="E8F5EC" w:val="clear"/>
      </w:pPr>
      <w:r>
        <w:rPr>
          <w:rFonts w:ascii="Calibri" w:hAnsi="Calibri" w:eastAsia="Calibri"/>
          <w:b/>
          <w:i w:val="0"/>
          <w:color w:val="146E3C"/>
          <w:sz w:val="22"/>
        </w:rPr>
        <w:t xml:space="preserve">    A. [CORRECT] Magnesium infusion and BP control, left lateral tilt</w:t>
      </w:r>
    </w:p>
    <w:p>
      <w:pPr>
        <w:spacing w:before="0" w:after="20" w:line="259" w:lineRule="auto"/>
      </w:pPr>
      <w:r>
        <w:rPr>
          <w:rFonts w:ascii="Calibri" w:hAnsi="Calibri" w:eastAsia="Calibri"/>
          <w:b w:val="0"/>
          <w:i/>
          <w:color w:val="282828"/>
          <w:sz w:val="22"/>
        </w:rPr>
        <w:t xml:space="preserve">       Bay: BP 150/95. Tilt, MgSO4 and labetalol stay on. Pads on.</w:t>
      </w:r>
    </w:p>
    <w:p>
      <w:pPr>
        <w:spacing w:before="120" w:after="20" w:line="259" w:lineRule="auto"/>
        <w:shd w:fill="F8E8E8" w:val="clear"/>
      </w:pPr>
      <w:r>
        <w:rPr>
          <w:rFonts w:ascii="Calibri" w:hAnsi="Calibri" w:eastAsia="Calibri"/>
          <w:b w:val="0"/>
          <w:i w:val="0"/>
          <w:color w:val="A02828"/>
          <w:sz w:val="22"/>
        </w:rPr>
        <w:t xml:space="preserve">    B. [WRONG] Pause magnesium so she can mobilise</w:t>
      </w:r>
    </w:p>
    <w:p>
      <w:pPr>
        <w:spacing w:before="0" w:after="20" w:line="259" w:lineRule="auto"/>
      </w:pPr>
      <w:r>
        <w:rPr>
          <w:rFonts w:ascii="Calibri" w:hAnsi="Calibri" w:eastAsia="Calibri"/>
          <w:b w:val="0"/>
          <w:i/>
          <w:color w:val="282828"/>
          <w:sz w:val="22"/>
        </w:rPr>
        <w:t xml:space="preserve">       Bay: Keep the infusion running. Stopping MgSO4 for transfer invites a further seizure.</w:t>
      </w:r>
    </w:p>
    <w:p>
      <w:pPr>
        <w:spacing w:before="120" w:after="20" w:line="259" w:lineRule="auto"/>
        <w:shd w:fill="F8E8E8" w:val="clear"/>
      </w:pPr>
      <w:r>
        <w:rPr>
          <w:rFonts w:ascii="Calibri" w:hAnsi="Calibri" w:eastAsia="Calibri"/>
          <w:b w:val="0"/>
          <w:i w:val="0"/>
          <w:color w:val="A02828"/>
          <w:sz w:val="22"/>
        </w:rPr>
        <w:t xml:space="preserve">    C. [WRONG] Stop labetalol now SBP is under 160 mmHg</w:t>
      </w:r>
    </w:p>
    <w:p>
      <w:pPr>
        <w:spacing w:before="0" w:after="20" w:line="259" w:lineRule="auto"/>
      </w:pPr>
      <w:r>
        <w:rPr>
          <w:rFonts w:ascii="Calibri" w:hAnsi="Calibri" w:eastAsia="Calibri"/>
          <w:b w:val="0"/>
          <w:i/>
          <w:color w:val="282828"/>
          <w:sz w:val="22"/>
        </w:rPr>
        <w:t xml:space="preserve">       Bay: Keep BP control through transfer and delivery. Rebound hypertension risks a further seizure.</w:t>
      </w:r>
    </w:p>
    <w:p>
      <w:pPr>
        <w:spacing w:before="120" w:after="20" w:line="259" w:lineRule="auto"/>
        <w:shd w:fill="F8E8E8" w:val="clear"/>
      </w:pPr>
      <w:r>
        <w:rPr>
          <w:rFonts w:ascii="Calibri" w:hAnsi="Calibri" w:eastAsia="Calibri"/>
          <w:b w:val="0"/>
          <w:i w:val="0"/>
          <w:color w:val="A02828"/>
          <w:sz w:val="22"/>
        </w:rPr>
        <w:t xml:space="preserve">    D. [WRONG] 500 mL crystalloid to 'optimise' the placenta</w:t>
      </w:r>
    </w:p>
    <w:p>
      <w:pPr>
        <w:spacing w:before="0" w:after="20" w:line="259" w:lineRule="auto"/>
      </w:pPr>
      <w:r>
        <w:rPr>
          <w:rFonts w:ascii="Calibri" w:hAnsi="Calibri" w:eastAsia="Calibri"/>
          <w:b w:val="0"/>
          <w:i/>
          <w:color w:val="282828"/>
          <w:sz w:val="22"/>
        </w:rPr>
        <w:t xml:space="preserve">       Bay: Careful fluids — PET pulmonary oedema, not a shocked placenta. Typical restriction is around 80 mL/h.</w:t>
      </w:r>
    </w:p>
    <w:p>
      <w:pPr>
        <w:spacing w:before="120" w:after="20" w:line="259" w:lineRule="auto"/>
        <w:shd w:fill="F8E8E8" w:val="clear"/>
      </w:pPr>
      <w:r>
        <w:rPr>
          <w:rFonts w:ascii="Calibri" w:hAnsi="Calibri" w:eastAsia="Calibri"/>
          <w:b w:val="0"/>
          <w:i w:val="0"/>
          <w:color w:val="A02828"/>
          <w:sz w:val="22"/>
        </w:rPr>
        <w:t xml:space="preserve">    E. [WRONG] Transfer fully supine</w:t>
      </w:r>
    </w:p>
    <w:p>
      <w:pPr>
        <w:spacing w:before="0" w:after="20" w:line="259" w:lineRule="auto"/>
      </w:pPr>
      <w:r>
        <w:rPr>
          <w:rFonts w:ascii="Calibri" w:hAnsi="Calibri" w:eastAsia="Calibri"/>
          <w:b w:val="0"/>
          <w:i/>
          <w:color w:val="282828"/>
          <w:sz w:val="22"/>
        </w:rPr>
        <w:t xml:space="preserve">       Bay: Left lateral tilt (or manual uterine displacement) continues on transfer. Supine aortocaval compression is still a problem.</w:t>
      </w:r>
    </w:p>
    <w:p>
      <w:pPr>
        <w:spacing w:before="120" w:after="20" w:line="259" w:lineRule="auto"/>
        <w:shd w:fill="F8E8E8" w:val="clear"/>
      </w:pPr>
      <w:r>
        <w:rPr>
          <w:rFonts w:ascii="Calibri" w:hAnsi="Calibri" w:eastAsia="Calibri"/>
          <w:b w:val="0"/>
          <w:i w:val="0"/>
          <w:color w:val="A02828"/>
          <w:sz w:val="22"/>
        </w:rPr>
        <w:t>B. [WRONG] Delay transfer for a complete CT head and CTPA package</w:t>
      </w:r>
    </w:p>
    <w:p>
      <w:pPr>
        <w:spacing w:before="0" w:after="20" w:line="259" w:lineRule="auto"/>
      </w:pPr>
      <w:r>
        <w:rPr>
          <w:rFonts w:ascii="Calibri" w:hAnsi="Calibri" w:eastAsia="Calibri"/>
          <w:b w:val="0"/>
          <w:i/>
          <w:color w:val="282828"/>
          <w:sz w:val="22"/>
        </w:rPr>
        <w:t>Bay: Do not park an eclamptic in radiology. Delivery is the treatment; scan only if it will change the obstetric plan.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Stop labetalol now the systolic is under 160 mmHg</w:t>
      </w:r>
    </w:p>
    <w:p>
      <w:pPr>
        <w:spacing w:before="0" w:after="20" w:line="259" w:lineRule="auto"/>
      </w:pPr>
      <w:r>
        <w:rPr>
          <w:rFonts w:ascii="Calibri" w:hAnsi="Calibri" w:eastAsia="Calibri"/>
          <w:b w:val="0"/>
          <w:i/>
          <w:color w:val="282828"/>
          <w:sz w:val="22"/>
        </w:rPr>
        <w:t>Bay: Keep BP control through transfer and delivery. Rebound hypertension risks a further seizure.</w:t>
      </w:r>
    </w:p>
    <w:p>
      <w:pPr>
        <w:spacing w:before="120" w:after="20" w:line="259" w:lineRule="auto"/>
        <w:shd w:fill="F8E8E8" w:val="clear"/>
      </w:pPr>
      <w:r>
        <w:rPr>
          <w:rFonts w:ascii="Calibri" w:hAnsi="Calibri" w:eastAsia="Calibri"/>
          <w:b w:val="0"/>
          <w:i w:val="0"/>
          <w:color w:val="A02828"/>
          <w:sz w:val="22"/>
        </w:rPr>
        <w:t>D. [WRONG] 500 mL crystalloid bolus to optimise fetal perfusion</w:t>
      </w:r>
    </w:p>
    <w:p>
      <w:pPr>
        <w:spacing w:before="0" w:after="20" w:line="259" w:lineRule="auto"/>
      </w:pPr>
      <w:r>
        <w:rPr>
          <w:rFonts w:ascii="Calibri" w:hAnsi="Calibri" w:eastAsia="Calibri"/>
          <w:b w:val="0"/>
          <w:i/>
          <w:color w:val="282828"/>
          <w:sz w:val="22"/>
        </w:rPr>
        <w:t>Bay: Careful fluids — PET pulmonary oedema, not a shocked placenta. Typical restriction is around 80 mL/h.</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Transfer to a midwifery-led antenatal ward</w:t>
      </w:r>
    </w:p>
    <w:p>
      <w:pPr>
        <w:spacing w:before="0" w:after="20" w:line="259" w:lineRule="auto"/>
      </w:pPr>
      <w:r>
        <w:rPr>
          <w:rFonts w:ascii="Calibri" w:hAnsi="Calibri" w:eastAsia="Calibri"/>
          <w:b w:val="0"/>
          <w:i/>
          <w:color w:val="282828"/>
          <w:sz w:val="22"/>
        </w:rPr>
        <w:t>Bay: She has eclampsia. She needs obstetric HDU / labour ward / theatre, not midwifery-led care.</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Fetal heart still heard.</w:t>
      </w:r>
    </w:p>
    <w:p>
      <w:pPr>
        <w:spacing w:before="120" w:after="20" w:line="259" w:lineRule="auto"/>
        <w:shd w:fill="E8F5EC" w:val="clear"/>
      </w:pPr>
      <w:r>
        <w:rPr>
          <w:rFonts w:ascii="Calibri" w:hAnsi="Calibri" w:eastAsia="Calibri"/>
          <w:b/>
          <w:i w:val="0"/>
          <w:color w:val="146E3C"/>
          <w:sz w:val="22"/>
        </w:rPr>
        <w:t>A. [CORRECT] Labour ward / obstetric HDU / theatre with neonatal support</w:t>
      </w:r>
    </w:p>
    <w:p>
      <w:pPr>
        <w:spacing w:before="0" w:after="20" w:line="259" w:lineRule="auto"/>
      </w:pPr>
      <w:r>
        <w:rPr>
          <w:rFonts w:ascii="Calibri" w:hAnsi="Calibri" w:eastAsia="Calibri"/>
          <w:b w:val="0"/>
          <w:i/>
          <w:color w:val="282828"/>
          <w:sz w:val="22"/>
        </w:rPr>
        <w:t>Bay: Correct destination — delivery is the treatment and the neonate may need resuscitation.</w:t>
      </w:r>
    </w:p>
    <w:p>
      <w:pPr>
        <w:spacing w:before="120" w:after="20" w:line="259" w:lineRule="auto"/>
        <w:shd w:fill="F8E8E8" w:val="clear"/>
      </w:pPr>
      <w:r>
        <w:rPr>
          <w:rFonts w:ascii="Calibri" w:hAnsi="Calibri" w:eastAsia="Calibri"/>
          <w:b w:val="0"/>
          <w:i w:val="0"/>
          <w:color w:val="A02828"/>
          <w:sz w:val="22"/>
        </w:rPr>
        <w:t>B. [WRONG] Acute medical unit with telephone obstetric advice</w:t>
      </w:r>
    </w:p>
    <w:p>
      <w:pPr>
        <w:spacing w:before="0" w:after="20" w:line="259" w:lineRule="auto"/>
      </w:pPr>
      <w:r>
        <w:rPr>
          <w:rFonts w:ascii="Calibri" w:hAnsi="Calibri" w:eastAsia="Calibri"/>
          <w:b w:val="0"/>
          <w:i/>
          <w:color w:val="282828"/>
          <w:sz w:val="22"/>
        </w:rPr>
        <w:t>Bay: Eclampsia is not an AMU pathway. She needs an obstetric unit able to deliver tonight.</w:t>
      </w:r>
    </w:p>
    <w:p>
      <w:pPr>
        <w:spacing w:before="120" w:after="20" w:line="259" w:lineRule="auto"/>
        <w:shd w:fill="F8E8E8" w:val="clear"/>
      </w:pPr>
      <w:r>
        <w:rPr>
          <w:rFonts w:ascii="Calibri" w:hAnsi="Calibri" w:eastAsia="Calibri"/>
          <w:b w:val="0"/>
          <w:i w:val="0"/>
          <w:color w:val="A02828"/>
          <w:sz w:val="22"/>
        </w:rPr>
        <w:t>C. [WRONG] Hyperacute stroke unit for a first-seizure pathway</w:t>
      </w:r>
    </w:p>
    <w:p>
      <w:pPr>
        <w:spacing w:before="0" w:after="20" w:line="259" w:lineRule="auto"/>
      </w:pPr>
      <w:r>
        <w:rPr>
          <w:rFonts w:ascii="Calibri" w:hAnsi="Calibri" w:eastAsia="Calibri"/>
          <w:b w:val="0"/>
          <w:i/>
          <w:color w:val="282828"/>
          <w:sz w:val="22"/>
        </w:rPr>
        <w:t>Bay: The working diagnosis is eclampsia, not a primary stroke pathway. Obstetrics first; imaging later if atypical.</w:t>
      </w:r>
    </w:p>
    <w:p>
      <w:pPr>
        <w:spacing w:before="120" w:after="20" w:line="259" w:lineRule="auto"/>
        <w:shd w:fill="F8E8E8" w:val="clear"/>
      </w:pPr>
      <w:r>
        <w:rPr>
          <w:rFonts w:ascii="Calibri" w:hAnsi="Calibri" w:eastAsia="Calibri"/>
          <w:b w:val="0"/>
          <w:i w:val="0"/>
          <w:color w:val="A02828"/>
          <w:sz w:val="22"/>
        </w:rPr>
        <w:t>D. [WRONG] Neurology ward for new-onset epilepsy work-up</w:t>
      </w:r>
    </w:p>
    <w:p>
      <w:pPr>
        <w:spacing w:before="0" w:after="20" w:line="259" w:lineRule="auto"/>
      </w:pPr>
      <w:r>
        <w:rPr>
          <w:rFonts w:ascii="Calibri" w:hAnsi="Calibri" w:eastAsia="Calibri"/>
          <w:b w:val="0"/>
          <w:i/>
          <w:color w:val="282828"/>
          <w:sz w:val="22"/>
        </w:rPr>
        <w:t>Bay: A 34-week seizure with PET features belongs on labour ward, not a first-fit neurology bed.</w:t>
      </w:r>
    </w:p>
    <w:p>
      <w:pPr>
        <w:spacing w:before="120" w:after="20" w:line="259" w:lineRule="auto"/>
        <w:shd w:fill="F8E8E8" w:val="clear"/>
      </w:pPr>
      <w:r>
        <w:rPr>
          <w:rFonts w:ascii="Calibri" w:hAnsi="Calibri" w:eastAsia="Calibri"/>
          <w:b w:val="0"/>
          <w:i w:val="0"/>
          <w:color w:val="A02828"/>
          <w:sz w:val="22"/>
        </w:rPr>
        <w:t>E. [WRONG] General ICU in a site without obstetric or neonatal services</w:t>
      </w:r>
    </w:p>
    <w:p>
      <w:pPr>
        <w:spacing w:before="0" w:after="20" w:line="259" w:lineRule="auto"/>
      </w:pPr>
      <w:r>
        <w:rPr>
          <w:rFonts w:ascii="Calibri" w:hAnsi="Calibri" w:eastAsia="Calibri"/>
          <w:b w:val="0"/>
          <w:i/>
          <w:color w:val="282828"/>
          <w:sz w:val="22"/>
        </w:rPr>
        <w:t>Bay: Critical care may be needed, but not without obstetrics and neonatology on site — transfer with the obstetric team.</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she leaves the bay.</w:t>
      </w:r>
    </w:p>
    <w:p>
      <w:pPr>
        <w:spacing w:before="120" w:after="20" w:line="259" w:lineRule="auto"/>
        <w:shd w:fill="E8F5EC" w:val="clear"/>
      </w:pPr>
      <w:r>
        <w:rPr>
          <w:rFonts w:ascii="Calibri" w:hAnsi="Calibri" w:eastAsia="Calibri"/>
          <w:b/>
          <w:i w:val="0"/>
          <w:color w:val="146E3C"/>
          <w:sz w:val="22"/>
        </w:rPr>
        <w:t>A. [CORRECT] Continue magnesium, document times, update partner, take notes</w:t>
      </w:r>
    </w:p>
    <w:p>
      <w:pPr>
        <w:spacing w:before="0" w:after="20" w:line="259" w:lineRule="auto"/>
      </w:pPr>
      <w:r>
        <w:rPr>
          <w:rFonts w:ascii="Calibri" w:hAnsi="Calibri" w:eastAsia="Calibri"/>
          <w:b w:val="0"/>
          <w:i/>
          <w:color w:val="282828"/>
          <w:sz w:val="22"/>
        </w:rPr>
        <w:t>Bay: Handover clean. Partner walking with you. Magnesium stays up through transfer.</w:t>
      </w:r>
    </w:p>
    <w:p>
      <w:pPr>
        <w:spacing w:before="80" w:after="40" w:line="259" w:lineRule="auto"/>
      </w:pPr>
      <w:r>
        <w:rPr>
          <w:rFonts w:ascii="Calibri" w:hAnsi="Calibri" w:eastAsia="Calibri"/>
          <w:b/>
          <w:i w:val="0"/>
          <w:color w:val="46326E"/>
          <w:sz w:val="22"/>
        </w:rPr>
        <w:t xml:space="preserve">    Follow-up: How long does magnesium continue after the last seizure?</w:t>
      </w:r>
    </w:p>
    <w:p>
      <w:pPr>
        <w:spacing w:before="120" w:after="20" w:line="259" w:lineRule="auto"/>
        <w:shd w:fill="E8F5EC" w:val="clear"/>
      </w:pPr>
      <w:r>
        <w:rPr>
          <w:rFonts w:ascii="Calibri" w:hAnsi="Calibri" w:eastAsia="Calibri"/>
          <w:b/>
          <w:i w:val="0"/>
          <w:color w:val="146E3C"/>
          <w:sz w:val="22"/>
        </w:rPr>
        <w:t xml:space="preserve">    A. [CORRECT] 24 hours after the last seizure</w:t>
      </w:r>
    </w:p>
    <w:p>
      <w:pPr>
        <w:spacing w:before="0" w:after="20" w:line="259" w:lineRule="auto"/>
      </w:pPr>
      <w:r>
        <w:rPr>
          <w:rFonts w:ascii="Calibri" w:hAnsi="Calibri" w:eastAsia="Calibri"/>
          <w:b w:val="0"/>
          <w:i/>
          <w:color w:val="282828"/>
          <w:sz w:val="22"/>
        </w:rPr>
        <w:t xml:space="preserve">       Bay: NICE / RCOG: continue the infusion for 24 h after the last fit.</w:t>
      </w:r>
    </w:p>
    <w:p>
      <w:pPr>
        <w:spacing w:before="120" w:after="20" w:line="259" w:lineRule="auto"/>
        <w:shd w:fill="F8E8E8" w:val="clear"/>
      </w:pPr>
      <w:r>
        <w:rPr>
          <w:rFonts w:ascii="Calibri" w:hAnsi="Calibri" w:eastAsia="Calibri"/>
          <w:b w:val="0"/>
          <w:i w:val="0"/>
          <w:color w:val="A02828"/>
          <w:sz w:val="22"/>
        </w:rPr>
        <w:t xml:space="preserve">    B. [WRONG] Stop for transfer so she can mobilise</w:t>
      </w:r>
    </w:p>
    <w:p>
      <w:pPr>
        <w:spacing w:before="0" w:after="20" w:line="259" w:lineRule="auto"/>
      </w:pPr>
      <w:r>
        <w:rPr>
          <w:rFonts w:ascii="Calibri" w:hAnsi="Calibri" w:eastAsia="Calibri"/>
          <w:b w:val="0"/>
          <w:i/>
          <w:color w:val="282828"/>
          <w:sz w:val="22"/>
        </w:rPr>
        <w:t xml:space="preserve">       Bay: The infusion stays up through transfer.</w:t>
      </w:r>
    </w:p>
    <w:p>
      <w:pPr>
        <w:spacing w:before="120" w:after="20" w:line="259" w:lineRule="auto"/>
        <w:shd w:fill="F8E8E8" w:val="clear"/>
      </w:pPr>
      <w:r>
        <w:rPr>
          <w:rFonts w:ascii="Calibri" w:hAnsi="Calibri" w:eastAsia="Calibri"/>
          <w:b w:val="0"/>
          <w:i w:val="0"/>
          <w:color w:val="A02828"/>
          <w:sz w:val="22"/>
        </w:rPr>
        <w:t xml:space="preserve">    C. [WRONG] 1 hour only once BP is 150</w:t>
      </w:r>
    </w:p>
    <w:p>
      <w:pPr>
        <w:spacing w:before="0" w:after="20" w:line="259" w:lineRule="auto"/>
      </w:pPr>
      <w:r>
        <w:rPr>
          <w:rFonts w:ascii="Calibri" w:hAnsi="Calibri" w:eastAsia="Calibri"/>
          <w:b w:val="0"/>
          <w:i/>
          <w:color w:val="282828"/>
          <w:sz w:val="22"/>
        </w:rPr>
        <w:t xml:space="preserve">       Bay: Blood pressure is not the stop rule.</w:t>
      </w:r>
    </w:p>
    <w:p>
      <w:pPr>
        <w:spacing w:before="120" w:after="20" w:line="259" w:lineRule="auto"/>
        <w:shd w:fill="F8E8E8" w:val="clear"/>
      </w:pPr>
      <w:r>
        <w:rPr>
          <w:rFonts w:ascii="Calibri" w:hAnsi="Calibri" w:eastAsia="Calibri"/>
          <w:b w:val="0"/>
          <w:i w:val="0"/>
          <w:color w:val="A02828"/>
          <w:sz w:val="22"/>
        </w:rPr>
        <w:t xml:space="preserve">    D. [WRONG] Convert to phenytoin and stop magnesium</w:t>
      </w:r>
    </w:p>
    <w:p>
      <w:pPr>
        <w:spacing w:before="0" w:after="20" w:line="259" w:lineRule="auto"/>
      </w:pPr>
      <w:r>
        <w:rPr>
          <w:rFonts w:ascii="Calibri" w:hAnsi="Calibri" w:eastAsia="Calibri"/>
          <w:b w:val="0"/>
          <w:i/>
          <w:color w:val="282828"/>
          <w:sz w:val="22"/>
        </w:rPr>
        <w:t xml:space="preserve">       Bay: Magnesium is the eclamptic anticonvulsant. Do not swap.</w:t>
      </w:r>
    </w:p>
    <w:p>
      <w:pPr>
        <w:spacing w:before="120" w:after="20" w:line="259" w:lineRule="auto"/>
        <w:shd w:fill="F8E8E8" w:val="clear"/>
      </w:pPr>
      <w:r>
        <w:rPr>
          <w:rFonts w:ascii="Calibri" w:hAnsi="Calibri" w:eastAsia="Calibri"/>
          <w:b w:val="0"/>
          <w:i w:val="0"/>
          <w:color w:val="A02828"/>
          <w:sz w:val="22"/>
        </w:rPr>
        <w:t xml:space="preserve">    E. [WRONG] A single bolus is enough</w:t>
      </w:r>
    </w:p>
    <w:p>
      <w:pPr>
        <w:spacing w:before="0" w:after="20" w:line="259" w:lineRule="auto"/>
      </w:pPr>
      <w:r>
        <w:rPr>
          <w:rFonts w:ascii="Calibri" w:hAnsi="Calibri" w:eastAsia="Calibri"/>
          <w:b w:val="0"/>
          <w:i/>
          <w:color w:val="282828"/>
          <w:sz w:val="22"/>
        </w:rPr>
        <w:t xml:space="preserve">       Bay: It is an infusion after the loading dose.</w:t>
      </w:r>
    </w:p>
    <w:p>
      <w:pPr>
        <w:spacing w:before="120" w:after="20" w:line="259" w:lineRule="auto"/>
        <w:shd w:fill="F8E8E8" w:val="clear"/>
      </w:pPr>
      <w:r>
        <w:rPr>
          <w:rFonts w:ascii="Calibri" w:hAnsi="Calibri" w:eastAsia="Calibri"/>
          <w:b w:val="0"/>
          <w:i w:val="0"/>
          <w:color w:val="A02828"/>
          <w:sz w:val="22"/>
        </w:rPr>
        <w:t>B. [WRONG] Pause magnesium for transfer so she can mobilise to the trolley</w:t>
      </w:r>
    </w:p>
    <w:p>
      <w:pPr>
        <w:spacing w:before="0" w:after="20" w:line="259" w:lineRule="auto"/>
      </w:pPr>
      <w:r>
        <w:rPr>
          <w:rFonts w:ascii="Calibri" w:hAnsi="Calibri" w:eastAsia="Calibri"/>
          <w:b w:val="0"/>
          <w:i/>
          <w:color w:val="282828"/>
          <w:sz w:val="22"/>
        </w:rPr>
        <w:t>Bay: Keep the infusion running. Stopping MgSO4 for transfer invites a further seizure.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Transfer fully supine to protect the airway on the trolley</w:t>
      </w:r>
    </w:p>
    <w:p>
      <w:pPr>
        <w:spacing w:before="0" w:after="20" w:line="259" w:lineRule="auto"/>
      </w:pPr>
      <w:r>
        <w:rPr>
          <w:rFonts w:ascii="Calibri" w:hAnsi="Calibri" w:eastAsia="Calibri"/>
          <w:b w:val="0"/>
          <w:i/>
          <w:color w:val="282828"/>
          <w:sz w:val="22"/>
        </w:rPr>
        <w:t>Bay: Left lateral tilt (or manual uterine displacement) continues on transfer. Supine aortocaval compression is still a problem.</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Start ramipril now as first-line blood-pressure control</w:t>
      </w:r>
    </w:p>
    <w:p>
      <w:pPr>
        <w:spacing w:before="0" w:after="20" w:line="259" w:lineRule="auto"/>
      </w:pPr>
      <w:r>
        <w:rPr>
          <w:rFonts w:ascii="Calibri" w:hAnsi="Calibri" w:eastAsia="Calibri"/>
          <w:b w:val="0"/>
          <w:i/>
          <w:color w:val="282828"/>
          <w:sz w:val="22"/>
        </w:rPr>
        <w:t>Bay: ACE inhibitors stay contraindicated until after delivery. Continue labetalol or hydralazine.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Load phenytoin and discontinue magnesium before leaving</w:t>
      </w:r>
    </w:p>
    <w:p>
      <w:pPr>
        <w:spacing w:before="0" w:after="20" w:line="259" w:lineRule="auto"/>
      </w:pPr>
      <w:r>
        <w:rPr>
          <w:rFonts w:ascii="Calibri" w:hAnsi="Calibri" w:eastAsia="Calibri"/>
          <w:b w:val="0"/>
          <w:i/>
          <w:color w:val="282828"/>
          <w:sz w:val="22"/>
        </w:rPr>
        <w:t>Bay: Phenytoin is not a substitute for magnesium in eclampsia. Keep MgSO4 running around delivery.</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She is delivered that night. Magnesium continues.</w:t>
      </w:r>
    </w:p>
    <w:p>
      <w:pPr>
        <w:spacing w:before="120" w:after="20" w:line="259" w:lineRule="auto"/>
        <w:shd w:fill="E8F5EC" w:val="clear"/>
      </w:pPr>
      <w:r>
        <w:rPr>
          <w:rFonts w:ascii="Calibri" w:hAnsi="Calibri" w:eastAsia="Calibri"/>
          <w:b/>
          <w:i w:val="0"/>
          <w:color w:val="146E3C"/>
          <w:sz w:val="22"/>
        </w:rPr>
        <w:t>A. [CORRECT] Eclampsia on a background of pre-eclampsia</w:t>
      </w:r>
    </w:p>
    <w:p>
      <w:pPr>
        <w:spacing w:before="0" w:after="20" w:line="259" w:lineRule="auto"/>
      </w:pPr>
      <w:r>
        <w:rPr>
          <w:rFonts w:ascii="Calibri" w:hAnsi="Calibri" w:eastAsia="Calibri"/>
          <w:b w:val="0"/>
          <w:i/>
          <w:color w:val="282828"/>
          <w:sz w:val="22"/>
        </w:rPr>
        <w:t>Bay: Seizure plus PET features (hypertension, proteinuria, thrombocytopenia, raised ALT) is eclampsia. Delivery plus magnesium is the treatment.</w:t>
      </w:r>
    </w:p>
    <w:p>
      <w:pPr>
        <w:spacing w:before="120" w:after="20" w:line="259" w:lineRule="auto"/>
        <w:shd w:fill="F8E8E8" w:val="clear"/>
      </w:pPr>
      <w:r>
        <w:rPr>
          <w:rFonts w:ascii="Calibri" w:hAnsi="Calibri" w:eastAsia="Calibri"/>
          <w:b w:val="0"/>
          <w:i w:val="0"/>
          <w:color w:val="A02828"/>
          <w:sz w:val="22"/>
        </w:rPr>
        <w:t>B. [WRONG] Idiopathic first seizure of pregnancy</w:t>
      </w:r>
    </w:p>
    <w:p>
      <w:pPr>
        <w:spacing w:before="0" w:after="20" w:line="259" w:lineRule="auto"/>
      </w:pPr>
      <w:r>
        <w:rPr>
          <w:rFonts w:ascii="Calibri" w:hAnsi="Calibri" w:eastAsia="Calibri"/>
          <w:b w:val="0"/>
          <w:i/>
          <w:color w:val="282828"/>
          <w:sz w:val="22"/>
        </w:rPr>
        <w:t>Bay: The PET cluster was already there — this is not an unprovoked first fit.</w:t>
      </w:r>
    </w:p>
    <w:p>
      <w:pPr>
        <w:spacing w:before="120" w:after="20" w:line="259" w:lineRule="auto"/>
        <w:shd w:fill="F8E8E8" w:val="clear"/>
      </w:pPr>
      <w:r>
        <w:rPr>
          <w:rFonts w:ascii="Calibri" w:hAnsi="Calibri" w:eastAsia="Calibri"/>
          <w:b w:val="0"/>
          <w:i w:val="0"/>
          <w:color w:val="A02828"/>
          <w:sz w:val="22"/>
        </w:rPr>
        <w:t>C. [WRONG] Acute bacterial meningitis</w:t>
      </w:r>
    </w:p>
    <w:p>
      <w:pPr>
        <w:spacing w:before="0" w:after="20" w:line="259" w:lineRule="auto"/>
      </w:pPr>
      <w:r>
        <w:rPr>
          <w:rFonts w:ascii="Calibri" w:hAnsi="Calibri" w:eastAsia="Calibri"/>
          <w:b w:val="0"/>
          <w:i/>
          <w:color w:val="282828"/>
          <w:sz w:val="22"/>
        </w:rPr>
        <w:t>Bay: No fever or meningism; the PET bloods and proteinuria make eclampsia the diagnosis.</w:t>
      </w:r>
    </w:p>
    <w:p>
      <w:pPr>
        <w:spacing w:before="120" w:after="20" w:line="259" w:lineRule="auto"/>
        <w:shd w:fill="F8E8E8" w:val="clear"/>
      </w:pPr>
      <w:r>
        <w:rPr>
          <w:rFonts w:ascii="Calibri" w:hAnsi="Calibri" w:eastAsia="Calibri"/>
          <w:b w:val="0"/>
          <w:i w:val="0"/>
          <w:color w:val="A02828"/>
          <w:sz w:val="22"/>
        </w:rPr>
        <w:t>D. [WRONG] Hypoglycaemic seizure</w:t>
      </w:r>
    </w:p>
    <w:p>
      <w:pPr>
        <w:spacing w:before="0" w:after="20" w:line="259" w:lineRule="auto"/>
      </w:pPr>
      <w:r>
        <w:rPr>
          <w:rFonts w:ascii="Calibri" w:hAnsi="Calibri" w:eastAsia="Calibri"/>
          <w:b w:val="0"/>
          <w:i/>
          <w:color w:val="282828"/>
          <w:sz w:val="22"/>
        </w:rPr>
        <w:t>Bay: Glucose was 5.6 mmol/L throughout. This was not a metabolic fit.</w:t>
      </w:r>
    </w:p>
    <w:p>
      <w:pPr>
        <w:spacing w:before="120" w:after="20" w:line="259" w:lineRule="auto"/>
        <w:shd w:fill="F8E8E8" w:val="clear"/>
      </w:pPr>
      <w:r>
        <w:rPr>
          <w:rFonts w:ascii="Calibri" w:hAnsi="Calibri" w:eastAsia="Calibri"/>
          <w:b w:val="0"/>
          <w:i w:val="0"/>
          <w:color w:val="A02828"/>
          <w:sz w:val="22"/>
        </w:rPr>
        <w:t>E. [WRONG] Ischaemic stroke as the sole diagnosis</w:t>
      </w:r>
    </w:p>
    <w:p>
      <w:pPr>
        <w:spacing w:before="0" w:after="20" w:line="259" w:lineRule="auto"/>
      </w:pPr>
      <w:r>
        <w:rPr>
          <w:rFonts w:ascii="Calibri" w:hAnsi="Calibri" w:eastAsia="Calibri"/>
          <w:b w:val="0"/>
          <w:i/>
          <w:color w:val="282828"/>
          <w:sz w:val="22"/>
        </w:rPr>
        <w:t>Bay: Treat eclampsia first. Image if residual focal neurology after delivery — do not hang the diagnosis on stroke alone.</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Eclampsia</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34 weeks, first seizure</w:t>
      </w:r>
    </w:p>
    <w:p>
      <w:pPr>
        <w:spacing w:before="0" w:after="40" w:line="259" w:lineRule="auto"/>
      </w:pPr>
      <w:r>
        <w:rPr>
          <w:rFonts w:ascii="Calibri" w:hAnsi="Calibri" w:eastAsia="Calibri"/>
          <w:b w:val="0"/>
          <w:i w:val="0"/>
          <w:sz w:val="22"/>
        </w:rPr>
        <w:t>• Hypertension, oedema, hyperreflexia</w:t>
      </w:r>
    </w:p>
    <w:p>
      <w:pPr>
        <w:spacing w:before="0" w:after="40" w:line="259" w:lineRule="auto"/>
      </w:pPr>
      <w:r>
        <w:rPr>
          <w:rFonts w:ascii="Calibri" w:hAnsi="Calibri" w:eastAsia="Calibri"/>
          <w:b w:val="0"/>
          <w:i w:val="0"/>
          <w:sz w:val="22"/>
        </w:rPr>
        <w:t>• Proteinuria, low platelets, raised ALT</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Glucose, PET bloods (FBC, U&amp;E, LFT, coag), urine protein</w:t>
      </w:r>
    </w:p>
    <w:p>
      <w:pPr>
        <w:spacing w:before="0" w:after="40" w:line="259" w:lineRule="auto"/>
      </w:pPr>
      <w:r>
        <w:rPr>
          <w:rFonts w:ascii="Calibri" w:hAnsi="Calibri" w:eastAsia="Calibri"/>
          <w:b w:val="0"/>
          <w:i w:val="0"/>
          <w:sz w:val="22"/>
        </w:rPr>
        <w:t>• CT only if atypical after treatment</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Tilt, magnesium sulfate</w:t>
      </w:r>
    </w:p>
    <w:p>
      <w:pPr>
        <w:spacing w:before="0" w:after="40" w:line="259" w:lineRule="auto"/>
      </w:pPr>
      <w:r>
        <w:rPr>
          <w:rFonts w:ascii="Calibri" w:hAnsi="Calibri" w:eastAsia="Calibri"/>
          <w:b w:val="0"/>
          <w:i w:val="0"/>
          <w:sz w:val="22"/>
        </w:rPr>
        <w:t>• BP control with pregnancy-safe agents</w:t>
      </w:r>
    </w:p>
    <w:p>
      <w:pPr>
        <w:spacing w:before="0" w:after="40" w:line="259" w:lineRule="auto"/>
      </w:pPr>
      <w:r>
        <w:rPr>
          <w:rFonts w:ascii="Calibri" w:hAnsi="Calibri" w:eastAsia="Calibri"/>
          <w:b w:val="0"/>
          <w:i w:val="0"/>
          <w:sz w:val="22"/>
        </w:rPr>
        <w:t>• Immediate obstetrics — delivery is the treatment</w:t>
      </w:r>
    </w:p>
    <w:p>
      <w:pPr>
        <w:spacing w:before="0" w:after="40" w:line="259" w:lineRule="auto"/>
      </w:pPr>
      <w:r>
        <w:rPr>
          <w:rFonts w:ascii="Calibri" w:hAnsi="Calibri" w:eastAsia="Calibri"/>
          <w:b w:val="0"/>
          <w:i w:val="0"/>
          <w:sz w:val="22"/>
        </w:rPr>
        <w:t>• Watch fluids, HDU</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NICE NG133 Hypertension in pregnancy</w:t>
      </w:r>
    </w:p>
    <w:p>
      <w:pPr>
        <w:spacing w:before="0" w:after="40" w:line="259" w:lineRule="auto"/>
      </w:pPr>
      <w:r>
        <w:rPr>
          <w:rFonts w:ascii="Calibri" w:hAnsi="Calibri" w:eastAsia="Calibri"/>
          <w:b w:val="0"/>
          <w:i w:val="0"/>
          <w:sz w:val="22"/>
        </w:rPr>
        <w:t>• RCOG / MOET</w:t>
      </w:r>
    </w:p>
    <w:p>
      <w:pPr>
        <w:spacing w:before="0" w:after="40" w:line="259" w:lineRule="auto"/>
      </w:pPr>
      <w:r>
        <w:rPr>
          <w:rFonts w:ascii="Calibri" w:hAnsi="Calibri" w:eastAsia="Calibri"/>
          <w:b w:val="0"/>
          <w:i w:val="0"/>
          <w:sz w:val="22"/>
        </w:rPr>
        <w:t>• RCEM obstetric emergencies</w:t>
      </w:r>
    </w:p>
    <w:p>
      <w:r>
        <w:br w:type="page"/>
      </w:r>
    </w:p>
    <w:p>
      <w:pPr>
        <w:spacing w:before="120" w:after="160" w:line="259" w:lineRule="auto"/>
      </w:pPr>
      <w:r>
        <w:rPr>
          <w:rFonts w:ascii="Calibri" w:hAnsi="Calibri" w:eastAsia="Calibri"/>
          <w:b/>
          <w:i w:val="0"/>
          <w:color w:val="0C0E10"/>
          <w:sz w:val="36"/>
        </w:rPr>
        <w:t>Case 17 — Tricyclic antidepressant overdose</w:t>
      </w:r>
    </w:p>
    <w:p>
      <w:pPr>
        <w:spacing w:before="0" w:after="40" w:line="259" w:lineRule="auto"/>
      </w:pPr>
      <w:r>
        <w:rPr>
          <w:rFonts w:ascii="Calibri" w:hAnsi="Calibri" w:eastAsia="Calibri"/>
          <w:b w:val="0"/>
          <w:i/>
          <w:color w:val="5A5A5A"/>
          <w:sz w:val="20"/>
        </w:rPr>
        <w:t>pre-alert · Scottish Ambulance Service — pre-alert · rhythm sinus-tach</w:t>
      </w:r>
    </w:p>
    <w:p>
      <w:pPr>
        <w:spacing w:before="0" w:after="40" w:line="259" w:lineRule="auto"/>
      </w:pPr>
      <w:r>
        <w:rPr>
          <w:rFonts w:ascii="Calibri" w:hAnsi="Calibri" w:eastAsia="Calibri"/>
          <w:b w:val="0"/>
          <w:i/>
          <w:color w:val="5A5A5A"/>
          <w:sz w:val="20"/>
        </w:rPr>
        <w:t>HR 128   BP 88/54   RR 16   SpO2 96%   temp 37.6   GCS 11   BM 6.2</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44 years, female</w:t>
      </w:r>
    </w:p>
    <w:p>
      <w:pPr>
        <w:spacing w:before="0" w:after="40" w:line="259" w:lineRule="auto"/>
      </w:pPr>
      <w:r>
        <w:rPr>
          <w:rFonts w:ascii="Calibri" w:hAnsi="Calibri" w:eastAsia="Calibri"/>
          <w:b w:val="0"/>
          <w:i w:val="0"/>
          <w:sz w:val="22"/>
        </w:rPr>
        <w:t>T found drowsy by her partner, empty blister packs on the floor</w:t>
      </w:r>
    </w:p>
    <w:p>
      <w:pPr>
        <w:spacing w:before="0" w:after="40" w:line="259" w:lineRule="auto"/>
      </w:pPr>
      <w:r>
        <w:rPr>
          <w:rFonts w:ascii="Calibri" w:hAnsi="Calibri" w:eastAsia="Calibri"/>
          <w:b w:val="0"/>
          <w:i w:val="0"/>
          <w:sz w:val="22"/>
        </w:rPr>
        <w:t>M overdose, time unknown — last seen well 4 hours ago</w:t>
      </w:r>
    </w:p>
    <w:p>
      <w:pPr>
        <w:spacing w:before="0" w:after="40" w:line="259" w:lineRule="auto"/>
      </w:pPr>
      <w:r>
        <w:rPr>
          <w:rFonts w:ascii="Calibri" w:hAnsi="Calibri" w:eastAsia="Calibri"/>
          <w:b w:val="0"/>
          <w:i w:val="0"/>
          <w:sz w:val="22"/>
        </w:rPr>
        <w:t>I none</w:t>
      </w:r>
    </w:p>
    <w:p>
      <w:pPr>
        <w:spacing w:before="0" w:after="40" w:line="259" w:lineRule="auto"/>
      </w:pPr>
      <w:r>
        <w:rPr>
          <w:rFonts w:ascii="Calibri" w:hAnsi="Calibri" w:eastAsia="Calibri"/>
          <w:b w:val="0"/>
          <w:i w:val="0"/>
          <w:sz w:val="22"/>
        </w:rPr>
        <w:t>S HR 128 BP 88/54 RR 16 SpO2 96% air GCS 11, hot, dry</w:t>
      </w:r>
    </w:p>
    <w:p>
      <w:pPr>
        <w:spacing w:before="0" w:after="40" w:line="259" w:lineRule="auto"/>
      </w:pPr>
      <w:r>
        <w:rPr>
          <w:rFonts w:ascii="Calibri" w:hAnsi="Calibri" w:eastAsia="Calibri"/>
          <w:b w:val="0"/>
          <w:i w:val="0"/>
          <w:sz w:val="22"/>
        </w:rPr>
        <w:t>T oxygen, no GI decontamination</w:t>
      </w:r>
    </w:p>
    <w:p>
      <w:pPr>
        <w:spacing w:before="0" w:after="40" w:line="259" w:lineRule="auto"/>
      </w:pPr>
      <w:r>
        <w:rPr>
          <w:rFonts w:ascii="Calibri" w:hAnsi="Calibri" w:eastAsia="Calibri"/>
          <w:b w:val="0"/>
          <w:i w:val="0"/>
          <w:sz w:val="22"/>
        </w:rPr>
        <w:t>ETA 6 minutes. Crew: "The ambulance ECG looks wide."</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snoring when laid flat, no soiling.</w:t>
      </w:r>
    </w:p>
    <w:p>
      <w:pPr>
        <w:spacing w:before="0" w:after="40" w:line="259" w:lineRule="auto"/>
      </w:pPr>
      <w:r>
        <w:rPr>
          <w:rFonts w:ascii="Calibri" w:hAnsi="Calibri" w:eastAsia="Calibri"/>
          <w:b w:val="0"/>
          <w:i w:val="0"/>
          <w:sz w:val="22"/>
        </w:rPr>
        <w:t>B — RR 16, equal air entry, SpO2 96% air. Trachea central.</w:t>
      </w:r>
    </w:p>
    <w:p>
      <w:pPr>
        <w:spacing w:before="0" w:after="40" w:line="259" w:lineRule="auto"/>
      </w:pPr>
      <w:r>
        <w:rPr>
          <w:rFonts w:ascii="Calibri" w:hAnsi="Calibri" w:eastAsia="Calibri"/>
          <w:b w:val="0"/>
          <w:i w:val="0"/>
          <w:sz w:val="22"/>
        </w:rPr>
        <w:t>C — HR 128, BP 88/54, CRT 3 s. Heart sounds dual.</w:t>
      </w:r>
    </w:p>
    <w:p>
      <w:pPr>
        <w:spacing w:before="0" w:after="40" w:line="259" w:lineRule="auto"/>
      </w:pPr>
      <w:r>
        <w:rPr>
          <w:rFonts w:ascii="Calibri" w:hAnsi="Calibri" w:eastAsia="Calibri"/>
          <w:b w:val="0"/>
          <w:i w:val="0"/>
          <w:sz w:val="22"/>
        </w:rPr>
        <w:t>D — GCS 11, BM 6.2, pupils dilated, twitching of the hands. Hot, dry skin.</w:t>
      </w:r>
    </w:p>
    <w:p>
      <w:pPr>
        <w:spacing w:before="0" w:after="40" w:line="259" w:lineRule="auto"/>
      </w:pPr>
      <w:r>
        <w:rPr>
          <w:rFonts w:ascii="Calibri" w:hAnsi="Calibri" w:eastAsia="Calibri"/>
          <w:b w:val="0"/>
          <w:i w:val="0"/>
          <w:sz w:val="22"/>
        </w:rPr>
        <w:t>E — empty blister strips in the bag (a tricyclic antidepressant named on the box). No other packets found yet.</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Drowsy, dry, dilated, wide-complex tachycardia on the truck tracing.</w:t>
      </w:r>
    </w:p>
    <w:p>
      <w:pPr>
        <w:spacing w:before="120" w:after="20" w:line="259" w:lineRule="auto"/>
        <w:shd w:fill="E8F5EC" w:val="clear"/>
      </w:pPr>
      <w:r>
        <w:rPr>
          <w:rFonts w:ascii="Calibri" w:hAnsi="Calibri" w:eastAsia="Calibri"/>
          <w:b/>
          <w:i w:val="0"/>
          <w:color w:val="146E3C"/>
          <w:sz w:val="22"/>
        </w:rPr>
        <w:t>A. [CORRECT] Sodium bicarbonate</w:t>
      </w:r>
    </w:p>
    <w:p>
      <w:pPr>
        <w:spacing w:before="0" w:after="20" w:line="259" w:lineRule="auto"/>
      </w:pPr>
      <w:r>
        <w:rPr>
          <w:rFonts w:ascii="Calibri" w:hAnsi="Calibri" w:eastAsia="Calibri"/>
          <w:b w:val="0"/>
          <w:i/>
          <w:color w:val="282828"/>
          <w:sz w:val="22"/>
        </w:rPr>
        <w:t>Bay: Access in, pads on, tracing printing. Bicarbonate drawn. Wide QRS plus hypotension is TOXBASE bicarbonate territory.</w:t>
      </w:r>
    </w:p>
    <w:p>
      <w:pPr>
        <w:spacing w:before="80" w:after="40" w:line="259" w:lineRule="auto"/>
      </w:pPr>
      <w:r>
        <w:rPr>
          <w:rFonts w:ascii="Calibri" w:hAnsi="Calibri" w:eastAsia="Calibri"/>
          <w:b/>
          <w:i w:val="0"/>
          <w:color w:val="46326E"/>
          <w:sz w:val="22"/>
        </w:rPr>
        <w:t xml:space="preserve">    Follow-up: What bicarbonate?</w:t>
      </w:r>
    </w:p>
    <w:p>
      <w:pPr>
        <w:spacing w:before="120" w:after="20" w:line="259" w:lineRule="auto"/>
        <w:shd w:fill="E8F5EC" w:val="clear"/>
      </w:pPr>
      <w:r>
        <w:rPr>
          <w:rFonts w:ascii="Calibri" w:hAnsi="Calibri" w:eastAsia="Calibri"/>
          <w:b/>
          <w:i w:val="0"/>
          <w:color w:val="146E3C"/>
          <w:sz w:val="22"/>
        </w:rPr>
        <w:t xml:space="preserve">    A. [CORRECT] Sodium bicarbonate 8.4% 50 mL IV</w:t>
      </w:r>
    </w:p>
    <w:p>
      <w:pPr>
        <w:spacing w:before="0" w:after="20" w:line="259" w:lineRule="auto"/>
      </w:pPr>
      <w:r>
        <w:rPr>
          <w:rFonts w:ascii="Calibri" w:hAnsi="Calibri" w:eastAsia="Calibri"/>
          <w:b w:val="0"/>
          <w:i/>
          <w:color w:val="282828"/>
          <w:sz w:val="22"/>
        </w:rPr>
        <w:t xml:space="preserve">       Bay: TOXBASE: 50 mL of 8.4% for wide QRS, hypotension or arrhythmia. Repeat towards a narrower QRS.</w:t>
      </w:r>
    </w:p>
    <w:p>
      <w:pPr>
        <w:spacing w:before="120" w:after="20" w:line="259" w:lineRule="auto"/>
        <w:shd w:fill="F8E8E8" w:val="clear"/>
      </w:pPr>
      <w:r>
        <w:rPr>
          <w:rFonts w:ascii="Calibri" w:hAnsi="Calibri" w:eastAsia="Calibri"/>
          <w:b w:val="0"/>
          <w:i w:val="0"/>
          <w:color w:val="A02828"/>
          <w:sz w:val="22"/>
        </w:rPr>
        <w:t xml:space="preserve">    B. [WRONG] Sodium bicarbonate 1.26% 1 L as the only alkali</w:t>
      </w:r>
    </w:p>
    <w:p>
      <w:pPr>
        <w:spacing w:before="0" w:after="20" w:line="259" w:lineRule="auto"/>
      </w:pPr>
      <w:r>
        <w:rPr>
          <w:rFonts w:ascii="Calibri" w:hAnsi="Calibri" w:eastAsia="Calibri"/>
          <w:b w:val="0"/>
          <w:i/>
          <w:color w:val="282828"/>
          <w:sz w:val="22"/>
        </w:rPr>
        <w:t xml:space="preserve">       Bay: You need 8.4% 50 mL boluses for cardiotoxicity, not a slow 1.26% drip as the only alkali.</w:t>
      </w:r>
    </w:p>
    <w:p>
      <w:pPr>
        <w:spacing w:before="120" w:after="20" w:line="259" w:lineRule="auto"/>
        <w:shd w:fill="F8E8E8" w:val="clear"/>
      </w:pPr>
      <w:r>
        <w:rPr>
          <w:rFonts w:ascii="Calibri" w:hAnsi="Calibri" w:eastAsia="Calibri"/>
          <w:b w:val="0"/>
          <w:i w:val="0"/>
          <w:color w:val="A02828"/>
          <w:sz w:val="22"/>
        </w:rPr>
        <w:t xml:space="preserve">    C. [WRONG] 8.4% 500 mL as a single rapid bolus</w:t>
      </w:r>
    </w:p>
    <w:p>
      <w:pPr>
        <w:spacing w:before="0" w:after="20" w:line="259" w:lineRule="auto"/>
      </w:pPr>
      <w:r>
        <w:rPr>
          <w:rFonts w:ascii="Calibri" w:hAnsi="Calibri" w:eastAsia="Calibri"/>
          <w:b w:val="0"/>
          <w:i/>
          <w:color w:val="282828"/>
          <w:sz w:val="22"/>
        </w:rPr>
        <w:t xml:space="preserve">       Bay: 50 mL aliquots, not half a litre of 8.4% in one go.</w:t>
      </w:r>
    </w:p>
    <w:p>
      <w:pPr>
        <w:spacing w:before="120" w:after="20" w:line="259" w:lineRule="auto"/>
        <w:shd w:fill="F8E8E8" w:val="clear"/>
      </w:pPr>
      <w:r>
        <w:rPr>
          <w:rFonts w:ascii="Calibri" w:hAnsi="Calibri" w:eastAsia="Calibri"/>
          <w:b w:val="0"/>
          <w:i w:val="0"/>
          <w:color w:val="A02828"/>
          <w:sz w:val="22"/>
        </w:rPr>
        <w:t xml:space="preserve">    D. [WRONG] Sodium bicarbonate 8.4% 10 mL once</w:t>
      </w:r>
    </w:p>
    <w:p>
      <w:pPr>
        <w:spacing w:before="0" w:after="20" w:line="259" w:lineRule="auto"/>
      </w:pPr>
      <w:r>
        <w:rPr>
          <w:rFonts w:ascii="Calibri" w:hAnsi="Calibri" w:eastAsia="Calibri"/>
          <w:b w:val="0"/>
          <w:i/>
          <w:color w:val="282828"/>
          <w:sz w:val="22"/>
        </w:rPr>
        <w:t xml:space="preserve">       Bay: Underdose. Start with 50 mL of 8.4%.</w:t>
      </w:r>
    </w:p>
    <w:p>
      <w:pPr>
        <w:spacing w:before="120" w:after="20" w:line="259" w:lineRule="auto"/>
        <w:shd w:fill="F8E8E8" w:val="clear"/>
      </w:pPr>
      <w:r>
        <w:rPr>
          <w:rFonts w:ascii="Calibri" w:hAnsi="Calibri" w:eastAsia="Calibri"/>
          <w:b w:val="0"/>
          <w:i w:val="0"/>
          <w:color w:val="A02828"/>
          <w:sz w:val="22"/>
        </w:rPr>
        <w:t xml:space="preserve">    E. [WRONG] Hold bicarbonate until a TCA level is back</w:t>
      </w:r>
    </w:p>
    <w:p>
      <w:pPr>
        <w:spacing w:before="0" w:after="20" w:line="259" w:lineRule="auto"/>
      </w:pPr>
      <w:r>
        <w:rPr>
          <w:rFonts w:ascii="Calibri" w:hAnsi="Calibri" w:eastAsia="Calibri"/>
          <w:b w:val="0"/>
          <w:i/>
          <w:color w:val="282828"/>
          <w:sz w:val="22"/>
        </w:rPr>
        <w:t xml:space="preserve">       Bay: Treat the ECG and the pH. A concentration will not arrive in time.</w:t>
      </w:r>
    </w:p>
    <w:p>
      <w:pPr>
        <w:spacing w:before="120" w:after="20" w:line="259" w:lineRule="auto"/>
        <w:shd w:fill="F8E8E8" w:val="clear"/>
      </w:pPr>
      <w:r>
        <w:rPr>
          <w:rFonts w:ascii="Calibri" w:hAnsi="Calibri" w:eastAsia="Calibri"/>
          <w:b w:val="0"/>
          <w:i w:val="0"/>
          <w:color w:val="A02828"/>
          <w:sz w:val="22"/>
        </w:rPr>
        <w:t>B. [WRONG] Amiodarone</w:t>
      </w:r>
    </w:p>
    <w:p>
      <w:pPr>
        <w:spacing w:before="0" w:after="20" w:line="259" w:lineRule="auto"/>
      </w:pPr>
      <w:r>
        <w:rPr>
          <w:rFonts w:ascii="Calibri" w:hAnsi="Calibri" w:eastAsia="Calibri"/>
          <w:b w:val="0"/>
          <w:i/>
          <w:color w:val="282828"/>
          <w:sz w:val="22"/>
        </w:rPr>
        <w:t>Bay: This is sodium-channel toxicity, not primary VT. Class III/I agents can worsen TCA block — bicarbonate first.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Lidocaine</w:t>
      </w:r>
    </w:p>
    <w:p>
      <w:pPr>
        <w:spacing w:before="0" w:after="20" w:line="259" w:lineRule="auto"/>
      </w:pPr>
      <w:r>
        <w:rPr>
          <w:rFonts w:ascii="Calibri" w:hAnsi="Calibri" w:eastAsia="Calibri"/>
          <w:b w:val="0"/>
          <w:i/>
          <w:color w:val="282828"/>
          <w:sz w:val="22"/>
        </w:rPr>
        <w:t>Bay: Class I agents worsen TCA sodium-channel block. Bicarbonate first, not another sodium-channel blocker.</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Flumazenil</w:t>
      </w:r>
    </w:p>
    <w:p>
      <w:pPr>
        <w:spacing w:before="0" w:after="20" w:line="259" w:lineRule="auto"/>
      </w:pPr>
      <w:r>
        <w:rPr>
          <w:rFonts w:ascii="Calibri" w:hAnsi="Calibri" w:eastAsia="Calibri"/>
          <w:b w:val="0"/>
          <w:i/>
          <w:color w:val="282828"/>
          <w:sz w:val="22"/>
        </w:rPr>
        <w:t>Bay: This is not isolated benzodiazepine toxicity. Flumazenil can precipitate seizures in TCA or mixed overdose.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Lipid emulsion</w:t>
      </w:r>
    </w:p>
    <w:p>
      <w:pPr>
        <w:spacing w:before="0" w:after="20" w:line="259" w:lineRule="auto"/>
      </w:pPr>
      <w:r>
        <w:rPr>
          <w:rFonts w:ascii="Calibri" w:hAnsi="Calibri" w:eastAsia="Calibri"/>
          <w:b w:val="0"/>
          <w:i/>
          <w:color w:val="282828"/>
          <w:sz w:val="22"/>
        </w:rPr>
        <w:t>Bay: Intralipid is a peri-arrest TOXBASE option, not the first syringe while she has output. Bicarbonate first.</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QRS is wide. BP 88. A brief twitch.</w:t>
      </w:r>
    </w:p>
    <w:p>
      <w:pPr>
        <w:spacing w:before="120" w:after="20" w:line="259" w:lineRule="auto"/>
        <w:shd w:fill="E8F5EC" w:val="clear"/>
      </w:pPr>
      <w:r>
        <w:rPr>
          <w:rFonts w:ascii="Calibri" w:hAnsi="Calibri" w:eastAsia="Calibri"/>
          <w:b/>
          <w:i w:val="0"/>
          <w:color w:val="146E3C"/>
          <w:sz w:val="22"/>
        </w:rPr>
        <w:t>A. [CORRECT] Bicarbonate boluses; hyperventilate if intubated</w:t>
      </w:r>
    </w:p>
    <w:p>
      <w:pPr>
        <w:spacing w:before="0" w:after="20" w:line="259" w:lineRule="auto"/>
      </w:pPr>
      <w:r>
        <w:rPr>
          <w:rFonts w:ascii="Calibri" w:hAnsi="Calibri" w:eastAsia="Calibri"/>
          <w:b w:val="0"/>
          <w:i/>
          <w:color w:val="282828"/>
          <w:sz w:val="22"/>
        </w:rPr>
        <w:t>Bay: Bicarbonate in. QRS narrows a fraction. BP 100. Repeat towards pH 7.45–7.55 and a narrower QRS.</w:t>
      </w:r>
    </w:p>
    <w:p>
      <w:pPr>
        <w:spacing w:before="0" w:after="40" w:line="259" w:lineRule="auto"/>
      </w:pPr>
      <w:r>
        <w:rPr>
          <w:rFonts w:ascii="Calibri" w:hAnsi="Calibri" w:eastAsia="Calibri"/>
          <w:b w:val="0"/>
          <w:i/>
          <w:color w:val="5A4614"/>
          <w:sz w:val="20"/>
        </w:rPr>
        <w:t>Reaction: hr -8, sbp +12</w:t>
      </w:r>
    </w:p>
    <w:p>
      <w:pPr>
        <w:spacing w:before="80" w:after="40" w:line="259" w:lineRule="auto"/>
      </w:pPr>
      <w:r>
        <w:rPr>
          <w:rFonts w:ascii="Calibri" w:hAnsi="Calibri" w:eastAsia="Calibri"/>
          <w:b/>
          <w:i w:val="0"/>
          <w:color w:val="46326E"/>
          <w:sz w:val="22"/>
        </w:rPr>
        <w:t xml:space="preserve">    Follow-up: What endpoint?</w:t>
      </w:r>
    </w:p>
    <w:p>
      <w:pPr>
        <w:spacing w:before="120" w:after="20" w:line="259" w:lineRule="auto"/>
        <w:shd w:fill="E8F5EC" w:val="clear"/>
      </w:pPr>
      <w:r>
        <w:rPr>
          <w:rFonts w:ascii="Calibri" w:hAnsi="Calibri" w:eastAsia="Calibri"/>
          <w:b/>
          <w:i w:val="0"/>
          <w:color w:val="146E3C"/>
          <w:sz w:val="22"/>
        </w:rPr>
        <w:t xml:space="preserve">    A. [CORRECT] Repeat towards pH 7.45–7.55 and a narrower QRS</w:t>
      </w:r>
    </w:p>
    <w:p>
      <w:pPr>
        <w:spacing w:before="0" w:after="20" w:line="259" w:lineRule="auto"/>
      </w:pPr>
      <w:r>
        <w:rPr>
          <w:rFonts w:ascii="Calibri" w:hAnsi="Calibri" w:eastAsia="Calibri"/>
          <w:b w:val="0"/>
          <w:i/>
          <w:color w:val="282828"/>
          <w:sz w:val="22"/>
        </w:rPr>
        <w:t xml:space="preserve">       Bay: TOXBASE: 50 mL 8.4% boluses, and hyperventilate if the tube is in.</w:t>
      </w:r>
    </w:p>
    <w:p>
      <w:pPr>
        <w:spacing w:before="120" w:after="20" w:line="259" w:lineRule="auto"/>
        <w:shd w:fill="F8E8E8" w:val="clear"/>
      </w:pPr>
      <w:r>
        <w:rPr>
          <w:rFonts w:ascii="Calibri" w:hAnsi="Calibri" w:eastAsia="Calibri"/>
          <w:b w:val="0"/>
          <w:i w:val="0"/>
          <w:color w:val="A02828"/>
          <w:sz w:val="22"/>
        </w:rPr>
        <w:t xml:space="preserve">    B. [WRONG] Single 50 mL bolus then stop regardless of QRS</w:t>
      </w:r>
    </w:p>
    <w:p>
      <w:pPr>
        <w:spacing w:before="0" w:after="20" w:line="259" w:lineRule="auto"/>
      </w:pPr>
      <w:r>
        <w:rPr>
          <w:rFonts w:ascii="Calibri" w:hAnsi="Calibri" w:eastAsia="Calibri"/>
          <w:b w:val="0"/>
          <w:i/>
          <w:color w:val="282828"/>
          <w:sz w:val="22"/>
        </w:rPr>
        <w:t xml:space="preserve">       Bay: Keep repeating while the QRS is wide and she is acidotic or hypotensive.</w:t>
      </w:r>
    </w:p>
    <w:p>
      <w:pPr>
        <w:spacing w:before="120" w:after="20" w:line="259" w:lineRule="auto"/>
        <w:shd w:fill="F8E8E8" w:val="clear"/>
      </w:pPr>
      <w:r>
        <w:rPr>
          <w:rFonts w:ascii="Calibri" w:hAnsi="Calibri" w:eastAsia="Calibri"/>
          <w:b w:val="0"/>
          <w:i w:val="0"/>
          <w:color w:val="A02828"/>
          <w:sz w:val="22"/>
        </w:rPr>
        <w:t xml:space="preserve">    C. [WRONG] Target pH 7.20</w:t>
      </w:r>
    </w:p>
    <w:p>
      <w:pPr>
        <w:spacing w:before="0" w:after="20" w:line="259" w:lineRule="auto"/>
      </w:pPr>
      <w:r>
        <w:rPr>
          <w:rFonts w:ascii="Calibri" w:hAnsi="Calibri" w:eastAsia="Calibri"/>
          <w:b w:val="0"/>
          <w:i/>
          <w:color w:val="282828"/>
          <w:sz w:val="22"/>
        </w:rPr>
        <w:t xml:space="preserve">       Bay: She is already 7.21. You are trying to alkalinise, not hold an acidosis.</w:t>
      </w:r>
    </w:p>
    <w:p>
      <w:pPr>
        <w:spacing w:before="120" w:after="20" w:line="259" w:lineRule="auto"/>
        <w:shd w:fill="F8E8E8" w:val="clear"/>
      </w:pPr>
      <w:r>
        <w:rPr>
          <w:rFonts w:ascii="Calibri" w:hAnsi="Calibri" w:eastAsia="Calibri"/>
          <w:b w:val="0"/>
          <w:i w:val="0"/>
          <w:color w:val="A02828"/>
          <w:sz w:val="22"/>
        </w:rPr>
        <w:t xml:space="preserve">    D. [WRONG] Hyperventilate to pH 7.70</w:t>
      </w:r>
    </w:p>
    <w:p>
      <w:pPr>
        <w:spacing w:before="0" w:after="20" w:line="259" w:lineRule="auto"/>
      </w:pPr>
      <w:r>
        <w:rPr>
          <w:rFonts w:ascii="Calibri" w:hAnsi="Calibri" w:eastAsia="Calibri"/>
          <w:b w:val="0"/>
          <w:i/>
          <w:color w:val="282828"/>
          <w:sz w:val="22"/>
        </w:rPr>
        <w:t xml:space="preserve">       Bay: Overshoot. 7.45–7.55 is the band.</w:t>
      </w:r>
    </w:p>
    <w:p>
      <w:pPr>
        <w:spacing w:before="120" w:after="20" w:line="259" w:lineRule="auto"/>
        <w:shd w:fill="F8E8E8" w:val="clear"/>
      </w:pPr>
      <w:r>
        <w:rPr>
          <w:rFonts w:ascii="Calibri" w:hAnsi="Calibri" w:eastAsia="Calibri"/>
          <w:b w:val="0"/>
          <w:i w:val="0"/>
          <w:color w:val="A02828"/>
          <w:sz w:val="22"/>
        </w:rPr>
        <w:t xml:space="preserve">    E. [WRONG] Stop once pH is 7.21</w:t>
      </w:r>
    </w:p>
    <w:p>
      <w:pPr>
        <w:spacing w:before="0" w:after="20" w:line="259" w:lineRule="auto"/>
      </w:pPr>
      <w:r>
        <w:rPr>
          <w:rFonts w:ascii="Calibri" w:hAnsi="Calibri" w:eastAsia="Calibri"/>
          <w:b w:val="0"/>
          <w:i/>
          <w:color w:val="282828"/>
          <w:sz w:val="22"/>
        </w:rPr>
        <w:t xml:space="preserve">       Bay: That is the current acidosis. Give bicarbonate.</w:t>
      </w:r>
    </w:p>
    <w:p>
      <w:pPr>
        <w:spacing w:before="120" w:after="20" w:line="259" w:lineRule="auto"/>
        <w:shd w:fill="F8E8E8" w:val="clear"/>
      </w:pPr>
      <w:r>
        <w:rPr>
          <w:rFonts w:ascii="Calibri" w:hAnsi="Calibri" w:eastAsia="Calibri"/>
          <w:b w:val="0"/>
          <w:i w:val="0"/>
          <w:color w:val="A02828"/>
          <w:sz w:val="22"/>
        </w:rPr>
        <w:t>B. [WRONG] Lidocaine as first-line anti-arrhythmic</w:t>
      </w:r>
    </w:p>
    <w:p>
      <w:pPr>
        <w:spacing w:before="0" w:after="20" w:line="259" w:lineRule="auto"/>
      </w:pPr>
      <w:r>
        <w:rPr>
          <w:rFonts w:ascii="Calibri" w:hAnsi="Calibri" w:eastAsia="Calibri"/>
          <w:b w:val="0"/>
          <w:i/>
          <w:color w:val="282828"/>
          <w:sz w:val="22"/>
        </w:rPr>
        <w:t>Bay: Bicarbonate (and hyperventilation if intubated) comes first. Lidocaine is a later consideration after alkalinisation, not the opening move.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Physostigmine to reverse anticholinergic features</w:t>
      </w:r>
    </w:p>
    <w:p>
      <w:pPr>
        <w:spacing w:before="0" w:after="20" w:line="259" w:lineRule="auto"/>
      </w:pPr>
      <w:r>
        <w:rPr>
          <w:rFonts w:ascii="Calibri" w:hAnsi="Calibri" w:eastAsia="Calibri"/>
          <w:b w:val="0"/>
          <w:i/>
          <w:color w:val="282828"/>
          <w:sz w:val="22"/>
        </w:rPr>
        <w:t>Bay: Physostigmine is not first-line in TCA with a wide QRS — it can precipitate seizures and bradyasystole.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Urgent haemodialysis for toxin removal</w:t>
      </w:r>
    </w:p>
    <w:p>
      <w:pPr>
        <w:spacing w:before="0" w:after="20" w:line="259" w:lineRule="auto"/>
      </w:pPr>
      <w:r>
        <w:rPr>
          <w:rFonts w:ascii="Calibri" w:hAnsi="Calibri" w:eastAsia="Calibri"/>
          <w:b w:val="0"/>
          <w:i/>
          <w:color w:val="282828"/>
          <w:sz w:val="22"/>
        </w:rPr>
        <w:t>Bay: TCAs have a large volume of distribution and are not dialysable. Alkalinise; do not wait on the dialysis catheter.</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Intravenous lipid emulsion as first-line while she still has a pulse</w:t>
      </w:r>
    </w:p>
    <w:p>
      <w:pPr>
        <w:spacing w:before="0" w:after="20" w:line="259" w:lineRule="auto"/>
      </w:pPr>
      <w:r>
        <w:rPr>
          <w:rFonts w:ascii="Calibri" w:hAnsi="Calibri" w:eastAsia="Calibri"/>
          <w:b w:val="0"/>
          <w:i/>
          <w:color w:val="282828"/>
          <w:sz w:val="22"/>
        </w:rPr>
        <w:t>Bay: TOXBASE reserves lipid for peri-arrest TCA. She has a pulse — bicarbonate is the drug, not routine lipid.</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QRS a little narrower. Send tests.</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7.21  pCO2 5.4  HCO3 16  BE −10  lactate 3.2  K+ 4.2  Hb 134</w:t>
      </w:r>
    </w:p>
    <w:p>
      <w:pPr>
        <w:spacing w:before="0" w:after="40" w:line="259" w:lineRule="auto"/>
      </w:pPr>
      <w:r>
        <w:rPr>
          <w:rFonts w:ascii="Calibri" w:hAnsi="Calibri" w:eastAsia="Calibri"/>
          <w:b w:val="0"/>
          <w:i w:val="0"/>
          <w:sz w:val="22"/>
        </w:rPr>
        <w:t>Acidotic. Keep alkalinising. Send a paracetamol level separately.</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6.2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tca</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Not obtained yet.</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ue: Na 139   K 4.2   urea 5.0   creat 70</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She remains drowsy with a broad complex. Review any results that have returned — then decide.</w:t>
      </w:r>
    </w:p>
    <w:p>
      <w:pPr>
        <w:spacing w:before="120" w:after="20" w:line="259" w:lineRule="auto"/>
        <w:shd w:fill="E8F5EC" w:val="clear"/>
      </w:pPr>
      <w:r>
        <w:rPr>
          <w:rFonts w:ascii="Calibri" w:hAnsi="Calibri" w:eastAsia="Calibri"/>
          <w:b/>
          <w:i w:val="0"/>
          <w:color w:val="146E3C"/>
          <w:sz w:val="22"/>
        </w:rPr>
        <w:t>A. [CORRECT] Further bicarbonate, call ICU, protect the airway</w:t>
      </w:r>
    </w:p>
    <w:p>
      <w:pPr>
        <w:spacing w:before="0" w:after="20" w:line="259" w:lineRule="auto"/>
      </w:pPr>
      <w:r>
        <w:rPr>
          <w:rFonts w:ascii="Calibri" w:hAnsi="Calibri" w:eastAsia="Calibri"/>
          <w:b w:val="0"/>
          <w:i/>
          <w:color w:val="282828"/>
          <w:sz w:val="22"/>
        </w:rPr>
        <w:t>Bay: Another bicarbonate bolus. ICU at the trolley. QRS 140 ms. Alkalinise and protect the airway if she drops.</w:t>
      </w:r>
    </w:p>
    <w:p>
      <w:pPr>
        <w:spacing w:before="0" w:after="40" w:line="259" w:lineRule="auto"/>
      </w:pPr>
      <w:r>
        <w:rPr>
          <w:rFonts w:ascii="Calibri" w:hAnsi="Calibri" w:eastAsia="Calibri"/>
          <w:b w:val="0"/>
          <w:i/>
          <w:color w:val="5A4614"/>
          <w:sz w:val="20"/>
        </w:rPr>
        <w:t>Reaction: sbp +8, gcs +1</w:t>
      </w:r>
    </w:p>
    <w:p>
      <w:pPr>
        <w:spacing w:before="80" w:after="40" w:line="259" w:lineRule="auto"/>
      </w:pPr>
      <w:r>
        <w:rPr>
          <w:rFonts w:ascii="Calibri" w:hAnsi="Calibri" w:eastAsia="Calibri"/>
          <w:b/>
          <w:i w:val="0"/>
          <w:color w:val="46326E"/>
          <w:sz w:val="22"/>
        </w:rPr>
        <w:t xml:space="preserve">    Follow-up: When to intubate?</w:t>
      </w:r>
    </w:p>
    <w:p>
      <w:pPr>
        <w:spacing w:before="120" w:after="20" w:line="259" w:lineRule="auto"/>
        <w:shd w:fill="E8F5EC" w:val="clear"/>
      </w:pPr>
      <w:r>
        <w:rPr>
          <w:rFonts w:ascii="Calibri" w:hAnsi="Calibri" w:eastAsia="Calibri"/>
          <w:b/>
          <w:i w:val="0"/>
          <w:color w:val="146E3C"/>
          <w:sz w:val="22"/>
        </w:rPr>
        <w:t xml:space="preserve">    A. [CORRECT] If GCS falls, she seizes, or the airway is not protected</w:t>
      </w:r>
    </w:p>
    <w:p>
      <w:pPr>
        <w:spacing w:before="0" w:after="20" w:line="259" w:lineRule="auto"/>
      </w:pPr>
      <w:r>
        <w:rPr>
          <w:rFonts w:ascii="Calibri" w:hAnsi="Calibri" w:eastAsia="Calibri"/>
          <w:b w:val="0"/>
          <w:i/>
          <w:color w:val="282828"/>
          <w:sz w:val="22"/>
        </w:rPr>
        <w:t xml:space="preserve">       Bay: Alkalinise in parallel. Hyperventilate once the tube is in.</w:t>
      </w:r>
    </w:p>
    <w:p>
      <w:pPr>
        <w:spacing w:before="120" w:after="20" w:line="259" w:lineRule="auto"/>
        <w:shd w:fill="F8E8E8" w:val="clear"/>
      </w:pPr>
      <w:r>
        <w:rPr>
          <w:rFonts w:ascii="Calibri" w:hAnsi="Calibri" w:eastAsia="Calibri"/>
          <w:b w:val="0"/>
          <w:i w:val="0"/>
          <w:color w:val="A02828"/>
          <w:sz w:val="22"/>
        </w:rPr>
        <w:t xml:space="preserve">    B. [WRONG] Intubate every TCA regardless of GCS 11</w:t>
      </w:r>
    </w:p>
    <w:p>
      <w:pPr>
        <w:spacing w:before="0" w:after="20" w:line="259" w:lineRule="auto"/>
      </w:pPr>
      <w:r>
        <w:rPr>
          <w:rFonts w:ascii="Calibri" w:hAnsi="Calibri" w:eastAsia="Calibri"/>
          <w:b w:val="0"/>
          <w:i/>
          <w:color w:val="282828"/>
          <w:sz w:val="22"/>
        </w:rPr>
        <w:t xml:space="preserve">       Bay: She is protecting for now. Intubate on trajectory, seizures or airway failure.</w:t>
      </w:r>
    </w:p>
    <w:p>
      <w:pPr>
        <w:spacing w:before="120" w:after="20" w:line="259" w:lineRule="auto"/>
        <w:shd w:fill="F8E8E8" w:val="clear"/>
      </w:pPr>
      <w:r>
        <w:rPr>
          <w:rFonts w:ascii="Calibri" w:hAnsi="Calibri" w:eastAsia="Calibri"/>
          <w:b w:val="0"/>
          <w:i w:val="0"/>
          <w:color w:val="A02828"/>
          <w:sz w:val="22"/>
        </w:rPr>
        <w:t xml:space="preserve">    C. [WRONG] Never intubate — it worsens the acidosis</w:t>
      </w:r>
    </w:p>
    <w:p>
      <w:pPr>
        <w:spacing w:before="0" w:after="20" w:line="259" w:lineRule="auto"/>
      </w:pPr>
      <w:r>
        <w:rPr>
          <w:rFonts w:ascii="Calibri" w:hAnsi="Calibri" w:eastAsia="Calibri"/>
          <w:b w:val="0"/>
          <w:i/>
          <w:color w:val="282828"/>
          <w:sz w:val="22"/>
        </w:rPr>
        <w:t xml:space="preserve">       Bay: A protected airway lets you hyperventilate. Do not withhold RSI if she drops.</w:t>
      </w:r>
    </w:p>
    <w:p>
      <w:pPr>
        <w:spacing w:before="120" w:after="20" w:line="259" w:lineRule="auto"/>
        <w:shd w:fill="F8E8E8" w:val="clear"/>
      </w:pPr>
      <w:r>
        <w:rPr>
          <w:rFonts w:ascii="Calibri" w:hAnsi="Calibri" w:eastAsia="Calibri"/>
          <w:b w:val="0"/>
          <w:i w:val="0"/>
          <w:color w:val="A02828"/>
          <w:sz w:val="22"/>
        </w:rPr>
        <w:t xml:space="preserve">    D. [WRONG] Only after intravenous lipid emulsion</w:t>
      </w:r>
    </w:p>
    <w:p>
      <w:pPr>
        <w:spacing w:before="0" w:after="20" w:line="259" w:lineRule="auto"/>
      </w:pPr>
      <w:r>
        <w:rPr>
          <w:rFonts w:ascii="Calibri" w:hAnsi="Calibri" w:eastAsia="Calibri"/>
          <w:b w:val="0"/>
          <w:i/>
          <w:color w:val="282828"/>
          <w:sz w:val="22"/>
        </w:rPr>
        <w:t xml:space="preserve">       Bay: Lipid is peri-arrest. Bicarbonate and airway come first.</w:t>
      </w:r>
    </w:p>
    <w:p>
      <w:pPr>
        <w:spacing w:before="120" w:after="20" w:line="259" w:lineRule="auto"/>
        <w:shd w:fill="F8E8E8" w:val="clear"/>
      </w:pPr>
      <w:r>
        <w:rPr>
          <w:rFonts w:ascii="Calibri" w:hAnsi="Calibri" w:eastAsia="Calibri"/>
          <w:b w:val="0"/>
          <w:i w:val="0"/>
          <w:color w:val="A02828"/>
          <w:sz w:val="22"/>
        </w:rPr>
        <w:t xml:space="preserve">    E. [WRONG] Wait for a confirmatory serum amitriptyline level</w:t>
      </w:r>
    </w:p>
    <w:p>
      <w:pPr>
        <w:spacing w:before="0" w:after="20" w:line="259" w:lineRule="auto"/>
      </w:pPr>
      <w:r>
        <w:rPr>
          <w:rFonts w:ascii="Calibri" w:hAnsi="Calibri" w:eastAsia="Calibri"/>
          <w:b w:val="0"/>
          <w:i/>
          <w:color w:val="282828"/>
          <w:sz w:val="22"/>
        </w:rPr>
        <w:t xml:space="preserve">       Bay: Treat the ECG, the pH and the airway. A level will not arrive in time.</w:t>
      </w:r>
    </w:p>
    <w:p>
      <w:pPr>
        <w:spacing w:before="120" w:after="20" w:line="259" w:lineRule="auto"/>
        <w:shd w:fill="F8E8E8" w:val="clear"/>
      </w:pPr>
      <w:r>
        <w:rPr>
          <w:rFonts w:ascii="Calibri" w:hAnsi="Calibri" w:eastAsia="Calibri"/>
          <w:b w:val="0"/>
          <w:i w:val="0"/>
          <w:color w:val="A02828"/>
          <w:sz w:val="22"/>
        </w:rPr>
        <w:t>B. [WRONG] Procainamide for the wide-complex rhythm</w:t>
      </w:r>
    </w:p>
    <w:p>
      <w:pPr>
        <w:spacing w:before="0" w:after="20" w:line="259" w:lineRule="auto"/>
      </w:pPr>
      <w:r>
        <w:rPr>
          <w:rFonts w:ascii="Calibri" w:hAnsi="Calibri" w:eastAsia="Calibri"/>
          <w:b w:val="0"/>
          <w:i/>
          <w:color w:val="282828"/>
          <w:sz w:val="22"/>
        </w:rPr>
        <w:t>Bay: Class Ia sodium-channel blockade will worsen TCA cardiotoxicity. Never use Ia/Ic drugs here.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Expectant observation — pack size suggests a modest ingestion</w:t>
      </w:r>
    </w:p>
    <w:p>
      <w:pPr>
        <w:spacing w:before="0" w:after="20" w:line="259" w:lineRule="auto"/>
      </w:pPr>
      <w:r>
        <w:rPr>
          <w:rFonts w:ascii="Calibri" w:hAnsi="Calibri" w:eastAsia="Calibri"/>
          <w:b w:val="0"/>
          <w:i/>
          <w:color w:val="282828"/>
          <w:sz w:val="22"/>
        </w:rPr>
        <w:t>Bay: QRS width, R in aVR and pH 7.21 are the severity markers, not the number of tablets on the floor.</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Refer for haemodialysis because the pH is 7.21</w:t>
      </w:r>
    </w:p>
    <w:p>
      <w:pPr>
        <w:spacing w:before="0" w:after="20" w:line="259" w:lineRule="auto"/>
      </w:pPr>
      <w:r>
        <w:rPr>
          <w:rFonts w:ascii="Calibri" w:hAnsi="Calibri" w:eastAsia="Calibri"/>
          <w:b w:val="0"/>
          <w:i/>
          <w:color w:val="282828"/>
          <w:sz w:val="22"/>
        </w:rPr>
        <w:t>Bay: Alkalinise with bicarbonate (and hyperventilate if intubated). Do not wait on dialysis for a TCA.</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Orogastric lavage and charcoal now, unprotected airway</w:t>
      </w:r>
    </w:p>
    <w:p>
      <w:pPr>
        <w:spacing w:before="0" w:after="20" w:line="259" w:lineRule="auto"/>
      </w:pPr>
      <w:r>
        <w:rPr>
          <w:rFonts w:ascii="Calibri" w:hAnsi="Calibri" w:eastAsia="Calibri"/>
          <w:b w:val="0"/>
          <w:i/>
          <w:color w:val="282828"/>
          <w:sz w:val="22"/>
        </w:rPr>
        <w:t>Bay: Ingestion time is unknown and the airway is unprotected. GI decontamination now risks aspiration without treating the QRS.</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Partner is outside.</w:t>
      </w:r>
    </w:p>
    <w:p>
      <w:pPr>
        <w:spacing w:before="120" w:after="20" w:line="259" w:lineRule="auto"/>
        <w:shd w:fill="E8F5EC" w:val="clear"/>
      </w:pPr>
      <w:r>
        <w:rPr>
          <w:rFonts w:ascii="Calibri" w:hAnsi="Calibri" w:eastAsia="Calibri"/>
          <w:b/>
          <w:i w:val="0"/>
          <w:color w:val="146E3C"/>
          <w:sz w:val="22"/>
        </w:rPr>
        <w:t>A. [CORRECT] Ask exactly what was taken, how many, when, alcohol, other packets</w:t>
      </w:r>
    </w:p>
    <w:p>
      <w:pPr>
        <w:spacing w:before="0" w:after="20" w:line="259" w:lineRule="auto"/>
      </w:pPr>
      <w:r>
        <w:rPr>
          <w:rFonts w:ascii="Calibri" w:hAnsi="Calibri" w:eastAsia="Calibri"/>
          <w:b w:val="0"/>
          <w:i/>
          <w:color w:val="282828"/>
          <w:sz w:val="22"/>
        </w:rPr>
        <w:t>Bay: Amitriptyline 50 mg × 28, maybe more from an old box. Vodka. Paracetamol unknown — send a level.</w:t>
      </w:r>
    </w:p>
    <w:p>
      <w:pPr>
        <w:spacing w:before="120" w:after="20" w:line="259" w:lineRule="auto"/>
        <w:shd w:fill="E8F5EC" w:val="clear"/>
      </w:pPr>
      <w:r>
        <w:rPr>
          <w:rFonts w:ascii="Calibri" w:hAnsi="Calibri" w:eastAsia="Calibri"/>
          <w:b/>
          <w:i w:val="0"/>
          <w:color w:val="146E3C"/>
          <w:sz w:val="22"/>
        </w:rPr>
        <w:t>B. [CORRECT] Check usual meds, previous overdoses, suicide intent, next of kin</w:t>
      </w:r>
    </w:p>
    <w:p>
      <w:pPr>
        <w:spacing w:before="0" w:after="20" w:line="259" w:lineRule="auto"/>
      </w:pPr>
      <w:r>
        <w:rPr>
          <w:rFonts w:ascii="Calibri" w:hAnsi="Calibri" w:eastAsia="Calibri"/>
          <w:b w:val="0"/>
          <w:i/>
          <w:color w:val="282828"/>
          <w:sz w:val="22"/>
        </w:rPr>
        <w:t>Bay: Depression, previous OD last year. Note on the table. Collateral now, psychiatry later.</w:t>
      </w:r>
    </w:p>
    <w:p>
      <w:pPr>
        <w:spacing w:before="120" w:after="20" w:line="259" w:lineRule="auto"/>
        <w:shd w:fill="E8F5EC" w:val="clear"/>
      </w:pPr>
      <w:r>
        <w:rPr>
          <w:rFonts w:ascii="Calibri" w:hAnsi="Calibri" w:eastAsia="Calibri"/>
          <w:b/>
          <w:i w:val="0"/>
          <w:color w:val="146E3C"/>
          <w:sz w:val="22"/>
        </w:rPr>
        <w:t>C. [CORRECT] Ask about seizures at the scene and time of last meal</w:t>
      </w:r>
    </w:p>
    <w:p>
      <w:pPr>
        <w:spacing w:before="0" w:after="20" w:line="259" w:lineRule="auto"/>
      </w:pPr>
      <w:r>
        <w:rPr>
          <w:rFonts w:ascii="Calibri" w:hAnsi="Calibri" w:eastAsia="Calibri"/>
          <w:b w:val="0"/>
          <w:i/>
          <w:color w:val="282828"/>
          <w:sz w:val="22"/>
        </w:rPr>
        <w:t>Bay: One brief twitch in the ambulance. Last ate at lunch. Seizure plus wide QRS is high-risk TCA.</w:t>
      </w:r>
    </w:p>
    <w:p>
      <w:pPr>
        <w:spacing w:before="120" w:after="20" w:line="259" w:lineRule="auto"/>
        <w:shd w:fill="F8E8E8" w:val="clear"/>
      </w:pPr>
      <w:r>
        <w:rPr>
          <w:rFonts w:ascii="Calibri" w:hAnsi="Calibri" w:eastAsia="Calibri"/>
          <w:b w:val="0"/>
          <w:i w:val="0"/>
          <w:color w:val="A02828"/>
          <w:sz w:val="22"/>
        </w:rPr>
        <w:t>D. [WRONG] Defer bicarbonate until a confirmatory serum amitriptyline level is back</w:t>
      </w:r>
    </w:p>
    <w:p>
      <w:pPr>
        <w:spacing w:before="0" w:after="20" w:line="259" w:lineRule="auto"/>
      </w:pPr>
      <w:r>
        <w:rPr>
          <w:rFonts w:ascii="Calibri" w:hAnsi="Calibri" w:eastAsia="Calibri"/>
          <w:b w:val="0"/>
          <w:i/>
          <w:color w:val="282828"/>
          <w:sz w:val="22"/>
        </w:rPr>
        <w:t>Bay: Treat the ECG and the pH. A TCA concentration is not a door-to-needle test and will not arrive in time.</w:t>
      </w:r>
    </w:p>
    <w:p>
      <w:pPr>
        <w:spacing w:before="120" w:after="20" w:line="259" w:lineRule="auto"/>
        <w:shd w:fill="F8E8E8" w:val="clear"/>
      </w:pPr>
      <w:r>
        <w:rPr>
          <w:rFonts w:ascii="Calibri" w:hAnsi="Calibri" w:eastAsia="Calibri"/>
          <w:b w:val="0"/>
          <w:i w:val="0"/>
          <w:color w:val="A02828"/>
          <w:sz w:val="22"/>
        </w:rPr>
        <w:t>E. [WRONG] Hold all treatment until a psychiatric risk assessment is completed</w:t>
      </w:r>
    </w:p>
    <w:p>
      <w:pPr>
        <w:spacing w:before="0" w:after="20" w:line="259" w:lineRule="auto"/>
      </w:pPr>
      <w:r>
        <w:rPr>
          <w:rFonts w:ascii="Calibri" w:hAnsi="Calibri" w:eastAsia="Calibri"/>
          <w:b w:val="0"/>
          <w:i/>
          <w:color w:val="282828"/>
          <w:sz w:val="22"/>
        </w:rPr>
        <w:t>Bay: Cardiotoxicity is treated first. Psychiatry reviews when she is metabolically and electrically stable.</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Empty TCA packs, anticholinergic features, wide QRS, hypotension.</w:t>
      </w:r>
    </w:p>
    <w:p>
      <w:pPr>
        <w:spacing w:before="120" w:after="20" w:line="259" w:lineRule="auto"/>
        <w:shd w:fill="E8F5EC" w:val="clear"/>
      </w:pPr>
      <w:r>
        <w:rPr>
          <w:rFonts w:ascii="Calibri" w:hAnsi="Calibri" w:eastAsia="Calibri"/>
          <w:b/>
          <w:i w:val="0"/>
          <w:color w:val="146E3C"/>
          <w:sz w:val="22"/>
        </w:rPr>
        <w:t>A. [CORRECT] Tricyclic antidepressant overdose</w:t>
      </w:r>
    </w:p>
    <w:p>
      <w:pPr>
        <w:spacing w:before="0" w:after="20" w:line="259" w:lineRule="auto"/>
      </w:pPr>
      <w:r>
        <w:rPr>
          <w:rFonts w:ascii="Calibri" w:hAnsi="Calibri" w:eastAsia="Calibri"/>
          <w:b w:val="0"/>
          <w:i/>
          <w:color w:val="282828"/>
          <w:sz w:val="22"/>
        </w:rPr>
        <w:t>Bay: Anticholinergic toxidrome plus wide QRS, terminal R in aVR and hypotension is TCA sodium-channel blockade.</w:t>
      </w:r>
    </w:p>
    <w:p>
      <w:pPr>
        <w:spacing w:before="120" w:after="20" w:line="259" w:lineRule="auto"/>
        <w:shd w:fill="F8E8E8" w:val="clear"/>
      </w:pPr>
      <w:r>
        <w:rPr>
          <w:rFonts w:ascii="Calibri" w:hAnsi="Calibri" w:eastAsia="Calibri"/>
          <w:b w:val="0"/>
          <w:i w:val="0"/>
          <w:color w:val="A02828"/>
          <w:sz w:val="22"/>
        </w:rPr>
        <w:t>B. [WRONG] Opioid toxicity</w:t>
      </w:r>
    </w:p>
    <w:p>
      <w:pPr>
        <w:spacing w:before="0" w:after="20" w:line="259" w:lineRule="auto"/>
      </w:pPr>
      <w:r>
        <w:rPr>
          <w:rFonts w:ascii="Calibri" w:hAnsi="Calibri" w:eastAsia="Calibri"/>
          <w:b w:val="0"/>
          <w:i/>
          <w:color w:val="282828"/>
          <w:sz w:val="22"/>
        </w:rPr>
        <w:t>Bay: Pupils are dilated, not pinpoint, and she is not hypoventilating. This is not opioid.</w:t>
      </w:r>
    </w:p>
    <w:p>
      <w:pPr>
        <w:spacing w:before="120" w:after="20" w:line="259" w:lineRule="auto"/>
        <w:shd w:fill="F8E8E8" w:val="clear"/>
      </w:pPr>
      <w:r>
        <w:rPr>
          <w:rFonts w:ascii="Calibri" w:hAnsi="Calibri" w:eastAsia="Calibri"/>
          <w:b w:val="0"/>
          <w:i w:val="0"/>
          <w:color w:val="A02828"/>
          <w:sz w:val="22"/>
        </w:rPr>
        <w:t>C. [WRONG] Anterior STEMI with ventricular tachycardia</w:t>
      </w:r>
    </w:p>
    <w:p>
      <w:pPr>
        <w:spacing w:before="0" w:after="20" w:line="259" w:lineRule="auto"/>
      </w:pPr>
      <w:r>
        <w:rPr>
          <w:rFonts w:ascii="Calibri" w:hAnsi="Calibri" w:eastAsia="Calibri"/>
          <w:b w:val="0"/>
          <w:i/>
          <w:color w:val="282828"/>
          <w:sz w:val="22"/>
        </w:rPr>
        <w:t>Bay: The tracing is toxicity (wide QRS, R in aVR), not territorial ST elevation. Do not send her to the lab.</w:t>
      </w:r>
    </w:p>
    <w:p>
      <w:pPr>
        <w:spacing w:before="120" w:after="20" w:line="259" w:lineRule="auto"/>
        <w:shd w:fill="F8E8E8" w:val="clear"/>
      </w:pPr>
      <w:r>
        <w:rPr>
          <w:rFonts w:ascii="Calibri" w:hAnsi="Calibri" w:eastAsia="Calibri"/>
          <w:b w:val="0"/>
          <w:i w:val="0"/>
          <w:color w:val="A02828"/>
          <w:sz w:val="22"/>
        </w:rPr>
        <w:t>D. [WRONG] Isolated benzodiazepine overdose</w:t>
      </w:r>
    </w:p>
    <w:p>
      <w:pPr>
        <w:spacing w:before="0" w:after="20" w:line="259" w:lineRule="auto"/>
      </w:pPr>
      <w:r>
        <w:rPr>
          <w:rFonts w:ascii="Calibri" w:hAnsi="Calibri" w:eastAsia="Calibri"/>
          <w:b w:val="0"/>
          <w:i/>
          <w:color w:val="282828"/>
          <w:sz w:val="22"/>
        </w:rPr>
        <w:t>Bay: Benzodiazepines do not widen the QRS or dry the skin. Mixed overdose is possible — still treat the TCA.</w:t>
      </w:r>
    </w:p>
    <w:p>
      <w:pPr>
        <w:spacing w:before="120" w:after="20" w:line="259" w:lineRule="auto"/>
        <w:shd w:fill="F8E8E8" w:val="clear"/>
      </w:pPr>
      <w:r>
        <w:rPr>
          <w:rFonts w:ascii="Calibri" w:hAnsi="Calibri" w:eastAsia="Calibri"/>
          <w:b w:val="0"/>
          <w:i w:val="0"/>
          <w:color w:val="A02828"/>
          <w:sz w:val="22"/>
        </w:rPr>
        <w:t>E. [WRONG] Serotonin syndrome</w:t>
      </w:r>
    </w:p>
    <w:p>
      <w:pPr>
        <w:spacing w:before="0" w:after="20" w:line="259" w:lineRule="auto"/>
      </w:pPr>
      <w:r>
        <w:rPr>
          <w:rFonts w:ascii="Calibri" w:hAnsi="Calibri" w:eastAsia="Calibri"/>
          <w:b w:val="0"/>
          <w:i/>
          <w:color w:val="282828"/>
          <w:sz w:val="22"/>
        </w:rPr>
        <w:t>Bay: She is dry and not dripping, rigid or hyperreflexic as the lead. The QRS is the disease.</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QRS 120 ms after bicarbonate. GCS 12.</w:t>
      </w:r>
    </w:p>
    <w:p>
      <w:pPr>
        <w:spacing w:before="120" w:after="20" w:line="259" w:lineRule="auto"/>
        <w:shd w:fill="E8F5EC" w:val="clear"/>
      </w:pPr>
      <w:r>
        <w:rPr>
          <w:rFonts w:ascii="Calibri" w:hAnsi="Calibri" w:eastAsia="Calibri"/>
          <w:b/>
          <w:i w:val="0"/>
          <w:color w:val="146E3C"/>
          <w:sz w:val="22"/>
        </w:rPr>
        <w:t>A. [CORRECT] ICU, serial ECGs, treat paracetamol</w:t>
      </w:r>
    </w:p>
    <w:p>
      <w:pPr>
        <w:spacing w:before="0" w:after="20" w:line="259" w:lineRule="auto"/>
      </w:pPr>
      <w:r>
        <w:rPr>
          <w:rFonts w:ascii="Calibri" w:hAnsi="Calibri" w:eastAsia="Calibri"/>
          <w:b w:val="0"/>
          <w:i/>
          <w:color w:val="282828"/>
          <w:sz w:val="22"/>
        </w:rPr>
        <w:t>Bay: ICU accept. Paracetamol being plotted. QRS 120 ms is improved, not discharged from monitoring.</w:t>
      </w:r>
    </w:p>
    <w:p>
      <w:pPr>
        <w:spacing w:before="0" w:after="40" w:line="259" w:lineRule="auto"/>
      </w:pPr>
      <w:r>
        <w:rPr>
          <w:rFonts w:ascii="Calibri" w:hAnsi="Calibri" w:eastAsia="Calibri"/>
          <w:b w:val="0"/>
          <w:i/>
          <w:color w:val="5A4614"/>
          <w:sz w:val="20"/>
        </w:rPr>
        <w:t>Reaction: sbp +6</w:t>
      </w:r>
    </w:p>
    <w:p>
      <w:pPr>
        <w:spacing w:before="80" w:after="40" w:line="259" w:lineRule="auto"/>
      </w:pPr>
      <w:r>
        <w:rPr>
          <w:rFonts w:ascii="Calibri" w:hAnsi="Calibri" w:eastAsia="Calibri"/>
          <w:b/>
          <w:i w:val="0"/>
          <w:color w:val="46326E"/>
          <w:sz w:val="22"/>
        </w:rPr>
        <w:t xml:space="preserve">    Follow-up: What else on the way?</w:t>
      </w:r>
    </w:p>
    <w:p>
      <w:pPr>
        <w:spacing w:before="120" w:after="20" w:line="259" w:lineRule="auto"/>
        <w:shd w:fill="E8F5EC" w:val="clear"/>
      </w:pPr>
      <w:r>
        <w:rPr>
          <w:rFonts w:ascii="Calibri" w:hAnsi="Calibri" w:eastAsia="Calibri"/>
          <w:b/>
          <w:i w:val="0"/>
          <w:color w:val="146E3C"/>
          <w:sz w:val="22"/>
        </w:rPr>
        <w:t xml:space="preserve">    A. [CORRECT] Keep alkalinised, serial ECGs, plot paracetamol</w:t>
      </w:r>
    </w:p>
    <w:p>
      <w:pPr>
        <w:spacing w:before="0" w:after="20" w:line="259" w:lineRule="auto"/>
      </w:pPr>
      <w:r>
        <w:rPr>
          <w:rFonts w:ascii="Calibri" w:hAnsi="Calibri" w:eastAsia="Calibri"/>
          <w:b w:val="0"/>
          <w:i/>
          <w:color w:val="282828"/>
          <w:sz w:val="22"/>
        </w:rPr>
        <w:t xml:space="preserve">       Bay: QRS 120 ms is improved, not a step-down. 1:1 to a monitored bed.</w:t>
      </w:r>
    </w:p>
    <w:p>
      <w:pPr>
        <w:spacing w:before="120" w:after="20" w:line="259" w:lineRule="auto"/>
        <w:shd w:fill="F8E8E8" w:val="clear"/>
      </w:pPr>
      <w:r>
        <w:rPr>
          <w:rFonts w:ascii="Calibri" w:hAnsi="Calibri" w:eastAsia="Calibri"/>
          <w:b w:val="0"/>
          <w:i w:val="0"/>
          <w:color w:val="A02828"/>
          <w:sz w:val="22"/>
        </w:rPr>
        <w:t xml:space="preserve">    B. [WRONG] Step down once QRS is 120 ms</w:t>
      </w:r>
    </w:p>
    <w:p>
      <w:pPr>
        <w:spacing w:before="0" w:after="20" w:line="259" w:lineRule="auto"/>
      </w:pPr>
      <w:r>
        <w:rPr>
          <w:rFonts w:ascii="Calibri" w:hAnsi="Calibri" w:eastAsia="Calibri"/>
          <w:b w:val="0"/>
          <w:i/>
          <w:color w:val="282828"/>
          <w:sz w:val="22"/>
        </w:rPr>
        <w:t xml:space="preserve">       Bay: QRS can re-widen. Continuous ECG until stably narrow and the pH is held.</w:t>
      </w:r>
    </w:p>
    <w:p>
      <w:pPr>
        <w:spacing w:before="120" w:after="20" w:line="259" w:lineRule="auto"/>
        <w:shd w:fill="F8E8E8" w:val="clear"/>
      </w:pPr>
      <w:r>
        <w:rPr>
          <w:rFonts w:ascii="Calibri" w:hAnsi="Calibri" w:eastAsia="Calibri"/>
          <w:b w:val="0"/>
          <w:i w:val="0"/>
          <w:color w:val="A02828"/>
          <w:sz w:val="22"/>
        </w:rPr>
        <w:t xml:space="preserve">    C. [WRONG] Start an amiodarone infusion overnight</w:t>
      </w:r>
    </w:p>
    <w:p>
      <w:pPr>
        <w:spacing w:before="0" w:after="20" w:line="259" w:lineRule="auto"/>
      </w:pPr>
      <w:r>
        <w:rPr>
          <w:rFonts w:ascii="Calibri" w:hAnsi="Calibri" w:eastAsia="Calibri"/>
          <w:b w:val="0"/>
          <w:i/>
          <w:color w:val="282828"/>
          <w:sz w:val="22"/>
        </w:rPr>
        <w:t xml:space="preserve">       Bay: Do not start a class III agent for TCA cardiotoxicity.</w:t>
      </w:r>
    </w:p>
    <w:p>
      <w:pPr>
        <w:spacing w:before="120" w:after="20" w:line="259" w:lineRule="auto"/>
        <w:shd w:fill="F8E8E8" w:val="clear"/>
      </w:pPr>
      <w:r>
        <w:rPr>
          <w:rFonts w:ascii="Calibri" w:hAnsi="Calibri" w:eastAsia="Calibri"/>
          <w:b w:val="0"/>
          <w:i w:val="0"/>
          <w:color w:val="A02828"/>
          <w:sz w:val="22"/>
        </w:rPr>
        <w:t xml:space="preserve">    D. [WRONG] Give lipid emulsion now as routine second-line</w:t>
      </w:r>
    </w:p>
    <w:p>
      <w:pPr>
        <w:spacing w:before="0" w:after="20" w:line="259" w:lineRule="auto"/>
      </w:pPr>
      <w:r>
        <w:rPr>
          <w:rFonts w:ascii="Calibri" w:hAnsi="Calibri" w:eastAsia="Calibri"/>
          <w:b w:val="0"/>
          <w:i/>
          <w:color w:val="282828"/>
          <w:sz w:val="22"/>
        </w:rPr>
        <w:t xml:space="preserve">       Bay: TOXBASE: lipid is peri-arrest, not a routine next step once bicarbonate has narrowed the QRS.</w:t>
      </w:r>
    </w:p>
    <w:p>
      <w:pPr>
        <w:spacing w:before="120" w:after="20" w:line="259" w:lineRule="auto"/>
        <w:shd w:fill="F8E8E8" w:val="clear"/>
      </w:pPr>
      <w:r>
        <w:rPr>
          <w:rFonts w:ascii="Calibri" w:hAnsi="Calibri" w:eastAsia="Calibri"/>
          <w:b w:val="0"/>
          <w:i w:val="0"/>
          <w:color w:val="A02828"/>
          <w:sz w:val="22"/>
        </w:rPr>
        <w:t xml:space="preserve">    E. [WRONG] Flumazenil 200 micrograms to take a history</w:t>
      </w:r>
    </w:p>
    <w:p>
      <w:pPr>
        <w:spacing w:before="0" w:after="20" w:line="259" w:lineRule="auto"/>
      </w:pPr>
      <w:r>
        <w:rPr>
          <w:rFonts w:ascii="Calibri" w:hAnsi="Calibri" w:eastAsia="Calibri"/>
          <w:b w:val="0"/>
          <w:i/>
          <w:color w:val="282828"/>
          <w:sz w:val="22"/>
        </w:rPr>
        <w:t xml:space="preserve">       Bay: Flumazenil can precipitate seizures in TCA or mixed overdose.</w:t>
      </w:r>
    </w:p>
    <w:p>
      <w:pPr>
        <w:spacing w:before="120" w:after="20" w:line="259" w:lineRule="auto"/>
        <w:shd w:fill="F8E8E8" w:val="clear"/>
      </w:pPr>
      <w:r>
        <w:rPr>
          <w:rFonts w:ascii="Calibri" w:hAnsi="Calibri" w:eastAsia="Calibri"/>
          <w:b w:val="0"/>
          <w:i w:val="0"/>
          <w:color w:val="A02828"/>
          <w:sz w:val="22"/>
        </w:rPr>
        <w:t>B. [WRONG] Step down to an unmonitored AMU bed now the QRS is 120 ms</w:t>
      </w:r>
    </w:p>
    <w:p>
      <w:pPr>
        <w:spacing w:before="0" w:after="20" w:line="259" w:lineRule="auto"/>
      </w:pPr>
      <w:r>
        <w:rPr>
          <w:rFonts w:ascii="Calibri" w:hAnsi="Calibri" w:eastAsia="Calibri"/>
          <w:b w:val="0"/>
          <w:i/>
          <w:color w:val="282828"/>
          <w:sz w:val="22"/>
        </w:rPr>
        <w:t>Bay: QRS can re-widen. She needs continuous ECG monitoring until stably narrow and the pH is held.</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Intravenous lipid emulsion now as routine second-line therapy</w:t>
      </w:r>
    </w:p>
    <w:p>
      <w:pPr>
        <w:spacing w:before="0" w:after="20" w:line="259" w:lineRule="auto"/>
      </w:pPr>
      <w:r>
        <w:rPr>
          <w:rFonts w:ascii="Calibri" w:hAnsi="Calibri" w:eastAsia="Calibri"/>
          <w:b w:val="0"/>
          <w:i/>
          <w:color w:val="282828"/>
          <w:sz w:val="22"/>
        </w:rPr>
        <w:t>Bay: TOXBASE: lipid is peri-arrest, not a routine next step once bicarbonate has narrowed the QRS.</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Amiodarone infusion overnight for residual broad-complex tachycardia</w:t>
      </w:r>
    </w:p>
    <w:p>
      <w:pPr>
        <w:spacing w:before="0" w:after="20" w:line="259" w:lineRule="auto"/>
      </w:pPr>
      <w:r>
        <w:rPr>
          <w:rFonts w:ascii="Calibri" w:hAnsi="Calibri" w:eastAsia="Calibri"/>
          <w:b w:val="0"/>
          <w:i/>
          <w:color w:val="282828"/>
          <w:sz w:val="22"/>
        </w:rPr>
        <w:t>Bay: Do not start a class III agent for TCA cardiotoxicity. Keep alkalinising; avoid anti-arrhythmics.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Flumazenil to facilitate a collateral history</w:t>
      </w:r>
    </w:p>
    <w:p>
      <w:pPr>
        <w:spacing w:before="0" w:after="20" w:line="259" w:lineRule="auto"/>
      </w:pPr>
      <w:r>
        <w:rPr>
          <w:rFonts w:ascii="Calibri" w:hAnsi="Calibri" w:eastAsia="Calibri"/>
          <w:b w:val="0"/>
          <w:i/>
          <w:color w:val="282828"/>
          <w:sz w:val="22"/>
        </w:rPr>
        <w:t>Bay: Flumazenil can precipitate seizures in TCA or mixed overdose. Wake her with time and supportive care, not flumazenil.</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She is still tachycardic.</w:t>
      </w:r>
    </w:p>
    <w:p>
      <w:pPr>
        <w:spacing w:before="120" w:after="20" w:line="259" w:lineRule="auto"/>
        <w:shd w:fill="E8F5EC" w:val="clear"/>
      </w:pPr>
      <w:r>
        <w:rPr>
          <w:rFonts w:ascii="Calibri" w:hAnsi="Calibri" w:eastAsia="Calibri"/>
          <w:b/>
          <w:i w:val="0"/>
          <w:color w:val="146E3C"/>
          <w:sz w:val="22"/>
        </w:rPr>
        <w:t>A. [CORRECT] Intensive care / HDU with continuous ECG monitoring</w:t>
      </w:r>
    </w:p>
    <w:p>
      <w:pPr>
        <w:spacing w:before="0" w:after="20" w:line="259" w:lineRule="auto"/>
      </w:pPr>
      <w:r>
        <w:rPr>
          <w:rFonts w:ascii="Calibri" w:hAnsi="Calibri" w:eastAsia="Calibri"/>
          <w:b w:val="0"/>
          <w:i/>
          <w:color w:val="282828"/>
          <w:sz w:val="22"/>
        </w:rPr>
        <w:t>Bay: Correct. TCA cardiotoxicity belongs on a monitored critical-care bed until the QRS is stably narrow.</w:t>
      </w:r>
    </w:p>
    <w:p>
      <w:pPr>
        <w:spacing w:before="120" w:after="20" w:line="259" w:lineRule="auto"/>
        <w:shd w:fill="F8E8E8" w:val="clear"/>
      </w:pPr>
      <w:r>
        <w:rPr>
          <w:rFonts w:ascii="Calibri" w:hAnsi="Calibri" w:eastAsia="Calibri"/>
          <w:b w:val="0"/>
          <w:i w:val="0"/>
          <w:color w:val="A02828"/>
          <w:sz w:val="22"/>
        </w:rPr>
        <w:t>B. [WRONG] Unmonitored acute medical ward bed</w:t>
      </w:r>
    </w:p>
    <w:p>
      <w:pPr>
        <w:spacing w:before="0" w:after="20" w:line="259" w:lineRule="auto"/>
      </w:pPr>
      <w:r>
        <w:rPr>
          <w:rFonts w:ascii="Calibri" w:hAnsi="Calibri" w:eastAsia="Calibri"/>
          <w:b w:val="0"/>
          <w:i/>
          <w:color w:val="282828"/>
          <w:sz w:val="22"/>
        </w:rPr>
        <w:t>Bay: Wide-complex sodium-channel toxicity can re-widen and seize. She is not an unmonitored AMU patient.</w:t>
      </w:r>
    </w:p>
    <w:p>
      <w:pPr>
        <w:spacing w:before="120" w:after="20" w:line="259" w:lineRule="auto"/>
        <w:shd w:fill="F8E8E8" w:val="clear"/>
      </w:pPr>
      <w:r>
        <w:rPr>
          <w:rFonts w:ascii="Calibri" w:hAnsi="Calibri" w:eastAsia="Calibri"/>
          <w:b w:val="0"/>
          <w:i w:val="0"/>
          <w:color w:val="A02828"/>
          <w:sz w:val="22"/>
        </w:rPr>
        <w:t>C. [WRONG] Coronary care for presumed ACS, without further bicarbonate</w:t>
      </w:r>
    </w:p>
    <w:p>
      <w:pPr>
        <w:spacing w:before="0" w:after="20" w:line="259" w:lineRule="auto"/>
      </w:pPr>
      <w:r>
        <w:rPr>
          <w:rFonts w:ascii="Calibri" w:hAnsi="Calibri" w:eastAsia="Calibri"/>
          <w:b w:val="0"/>
          <w:i/>
          <w:color w:val="282828"/>
          <w:sz w:val="22"/>
        </w:rPr>
        <w:t>Bay: This is toxicity, not ACS. CCU without a bicarbonate plan is the wrong framing.</w:t>
      </w:r>
    </w:p>
    <w:p>
      <w:pPr>
        <w:spacing w:before="120" w:after="20" w:line="259" w:lineRule="auto"/>
        <w:shd w:fill="F8E8E8" w:val="clear"/>
      </w:pPr>
      <w:r>
        <w:rPr>
          <w:rFonts w:ascii="Calibri" w:hAnsi="Calibri" w:eastAsia="Calibri"/>
          <w:b w:val="0"/>
          <w:i w:val="0"/>
          <w:color w:val="A02828"/>
          <w:sz w:val="22"/>
        </w:rPr>
        <w:t>D. [WRONG] Psychiatric decision unit from resus</w:t>
      </w:r>
    </w:p>
    <w:p>
      <w:pPr>
        <w:spacing w:before="0" w:after="20" w:line="259" w:lineRule="auto"/>
      </w:pPr>
      <w:r>
        <w:rPr>
          <w:rFonts w:ascii="Calibri" w:hAnsi="Calibri" w:eastAsia="Calibri"/>
          <w:b w:val="0"/>
          <w:i/>
          <w:color w:val="282828"/>
          <w:sz w:val="22"/>
        </w:rPr>
        <w:t>Bay: Psychiatry reviews when she is electrically and metabolically stable — not from a still-toxic trolley.</w:t>
      </w:r>
    </w:p>
    <w:p>
      <w:pPr>
        <w:spacing w:before="120" w:after="20" w:line="259" w:lineRule="auto"/>
        <w:shd w:fill="F8E8E8" w:val="clear"/>
      </w:pPr>
      <w:r>
        <w:rPr>
          <w:rFonts w:ascii="Calibri" w:hAnsi="Calibri" w:eastAsia="Calibri"/>
          <w:b w:val="0"/>
          <w:i w:val="0"/>
          <w:color w:val="A02828"/>
          <w:sz w:val="22"/>
        </w:rPr>
        <w:t>E. [WRONG] Cardiac catheter laboratory for primary PCI</w:t>
      </w:r>
    </w:p>
    <w:p>
      <w:pPr>
        <w:spacing w:before="0" w:after="20" w:line="259" w:lineRule="auto"/>
      </w:pPr>
      <w:r>
        <w:rPr>
          <w:rFonts w:ascii="Calibri" w:hAnsi="Calibri" w:eastAsia="Calibri"/>
          <w:b w:val="0"/>
          <w:i/>
          <w:color w:val="282828"/>
          <w:sz w:val="22"/>
        </w:rPr>
        <w:t>Bay: R in aVR and a wide QRS after TCA ingestion is not a territorial STEMI. Wrong table.</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she leaves the bay.</w:t>
      </w:r>
    </w:p>
    <w:p>
      <w:pPr>
        <w:spacing w:before="120" w:after="20" w:line="259" w:lineRule="auto"/>
        <w:shd w:fill="E8F5EC" w:val="clear"/>
      </w:pPr>
      <w:r>
        <w:rPr>
          <w:rFonts w:ascii="Calibri" w:hAnsi="Calibri" w:eastAsia="Calibri"/>
          <w:b/>
          <w:i w:val="0"/>
          <w:color w:val="146E3C"/>
          <w:sz w:val="22"/>
        </w:rPr>
        <w:t>A. [CORRECT] Serial ECGs, bicarbonate for transfer, treat paracetamol, 1:1 to ICU</w:t>
      </w:r>
    </w:p>
    <w:p>
      <w:pPr>
        <w:spacing w:before="0" w:after="20" w:line="259" w:lineRule="auto"/>
      </w:pPr>
      <w:r>
        <w:rPr>
          <w:rFonts w:ascii="Calibri" w:hAnsi="Calibri" w:eastAsia="Calibri"/>
          <w:b w:val="0"/>
          <w:i/>
          <w:color w:val="282828"/>
          <w:sz w:val="22"/>
        </w:rPr>
        <w:t>Bay: Pack ready. Partner updated. NAC started as a precaution pending time of ingestion.</w:t>
      </w:r>
    </w:p>
    <w:p>
      <w:pPr>
        <w:spacing w:before="80" w:after="40" w:line="259" w:lineRule="auto"/>
      </w:pPr>
      <w:r>
        <w:rPr>
          <w:rFonts w:ascii="Calibri" w:hAnsi="Calibri" w:eastAsia="Calibri"/>
          <w:b/>
          <w:i w:val="0"/>
          <w:color w:val="46326E"/>
          <w:sz w:val="22"/>
        </w:rPr>
        <w:t xml:space="preserve">    Follow-up: What is the bicarbonate pH target?</w:t>
      </w:r>
    </w:p>
    <w:p>
      <w:pPr>
        <w:spacing w:before="120" w:after="20" w:line="259" w:lineRule="auto"/>
        <w:shd w:fill="E8F5EC" w:val="clear"/>
      </w:pPr>
      <w:r>
        <w:rPr>
          <w:rFonts w:ascii="Calibri" w:hAnsi="Calibri" w:eastAsia="Calibri"/>
          <w:b/>
          <w:i w:val="0"/>
          <w:color w:val="146E3C"/>
          <w:sz w:val="22"/>
        </w:rPr>
        <w:t xml:space="preserve">    A. [CORRECT] pH greater than 7.45–7.55 and a narrowing QRS</w:t>
      </w:r>
    </w:p>
    <w:p>
      <w:pPr>
        <w:spacing w:before="0" w:after="20" w:line="259" w:lineRule="auto"/>
      </w:pPr>
      <w:r>
        <w:rPr>
          <w:rFonts w:ascii="Calibri" w:hAnsi="Calibri" w:eastAsia="Calibri"/>
          <w:b w:val="0"/>
          <w:i/>
          <w:color w:val="282828"/>
          <w:sz w:val="22"/>
        </w:rPr>
        <w:t xml:space="preserve">       Bay: Hyperventilate / bicarb to a slightly alkalaemic pH until the QRS narrows.</w:t>
      </w:r>
    </w:p>
    <w:p>
      <w:pPr>
        <w:spacing w:before="120" w:after="20" w:line="259" w:lineRule="auto"/>
        <w:shd w:fill="F8E8E8" w:val="clear"/>
      </w:pPr>
      <w:r>
        <w:rPr>
          <w:rFonts w:ascii="Calibri" w:hAnsi="Calibri" w:eastAsia="Calibri"/>
          <w:b w:val="0"/>
          <w:i w:val="0"/>
          <w:color w:val="A02828"/>
          <w:sz w:val="22"/>
        </w:rPr>
        <w:t xml:space="preserve">    B. [WRONG] pH 7.20 is enough</w:t>
      </w:r>
    </w:p>
    <w:p>
      <w:pPr>
        <w:spacing w:before="0" w:after="20" w:line="259" w:lineRule="auto"/>
      </w:pPr>
      <w:r>
        <w:rPr>
          <w:rFonts w:ascii="Calibri" w:hAnsi="Calibri" w:eastAsia="Calibri"/>
          <w:b w:val="0"/>
          <w:i/>
          <w:color w:val="282828"/>
          <w:sz w:val="22"/>
        </w:rPr>
        <w:t xml:space="preserve">       Bay: She is still acidotic. Keep going until the QRS improves.</w:t>
      </w:r>
    </w:p>
    <w:p>
      <w:pPr>
        <w:spacing w:before="120" w:after="20" w:line="259" w:lineRule="auto"/>
        <w:shd w:fill="F8E8E8" w:val="clear"/>
      </w:pPr>
      <w:r>
        <w:rPr>
          <w:rFonts w:ascii="Calibri" w:hAnsi="Calibri" w:eastAsia="Calibri"/>
          <w:b w:val="0"/>
          <w:i w:val="0"/>
          <w:color w:val="A02828"/>
          <w:sz w:val="22"/>
        </w:rPr>
        <w:t xml:space="preserve">    C. [WRONG] Stop once she is conversational, regardless of QRS</w:t>
      </w:r>
    </w:p>
    <w:p>
      <w:pPr>
        <w:spacing w:before="0" w:after="20" w:line="259" w:lineRule="auto"/>
      </w:pPr>
      <w:r>
        <w:rPr>
          <w:rFonts w:ascii="Calibri" w:hAnsi="Calibri" w:eastAsia="Calibri"/>
          <w:b w:val="0"/>
          <w:i/>
          <w:color w:val="282828"/>
          <w:sz w:val="22"/>
        </w:rPr>
        <w:t xml:space="preserve">       Bay: The ECG is the target, not speech.</w:t>
      </w:r>
    </w:p>
    <w:p>
      <w:pPr>
        <w:spacing w:before="120" w:after="20" w:line="259" w:lineRule="auto"/>
        <w:shd w:fill="F8E8E8" w:val="clear"/>
      </w:pPr>
      <w:r>
        <w:rPr>
          <w:rFonts w:ascii="Calibri" w:hAnsi="Calibri" w:eastAsia="Calibri"/>
          <w:b w:val="0"/>
          <w:i w:val="0"/>
          <w:color w:val="A02828"/>
          <w:sz w:val="22"/>
        </w:rPr>
        <w:t xml:space="preserve">    D. [WRONG] pH 7.70</w:t>
      </w:r>
    </w:p>
    <w:p>
      <w:pPr>
        <w:spacing w:before="0" w:after="20" w:line="259" w:lineRule="auto"/>
      </w:pPr>
      <w:r>
        <w:rPr>
          <w:rFonts w:ascii="Calibri" w:hAnsi="Calibri" w:eastAsia="Calibri"/>
          <w:b w:val="0"/>
          <w:i/>
          <w:color w:val="282828"/>
          <w:sz w:val="22"/>
        </w:rPr>
        <w:t xml:space="preserve">       Bay: Overshoot. You will cause tetany and arrhythmias.</w:t>
      </w:r>
    </w:p>
    <w:p>
      <w:pPr>
        <w:spacing w:before="120" w:after="20" w:line="259" w:lineRule="auto"/>
        <w:shd w:fill="F8E8E8" w:val="clear"/>
      </w:pPr>
      <w:r>
        <w:rPr>
          <w:rFonts w:ascii="Calibri" w:hAnsi="Calibri" w:eastAsia="Calibri"/>
          <w:b w:val="0"/>
          <w:i w:val="0"/>
          <w:color w:val="A02828"/>
          <w:sz w:val="22"/>
        </w:rPr>
        <w:t xml:space="preserve">    E. [WRONG] No further blood gas is needed</w:t>
      </w:r>
    </w:p>
    <w:p>
      <w:pPr>
        <w:spacing w:before="0" w:after="20" w:line="259" w:lineRule="auto"/>
      </w:pPr>
      <w:r>
        <w:rPr>
          <w:rFonts w:ascii="Calibri" w:hAnsi="Calibri" w:eastAsia="Calibri"/>
          <w:b w:val="0"/>
          <w:i/>
          <w:color w:val="282828"/>
          <w:sz w:val="22"/>
        </w:rPr>
        <w:t xml:space="preserve">       Bay: You cannot titrate without a gas.</w:t>
      </w:r>
    </w:p>
    <w:p>
      <w:pPr>
        <w:spacing w:before="120" w:after="20" w:line="259" w:lineRule="auto"/>
        <w:shd w:fill="F8E8E8" w:val="clear"/>
      </w:pPr>
      <w:r>
        <w:rPr>
          <w:rFonts w:ascii="Calibri" w:hAnsi="Calibri" w:eastAsia="Calibri"/>
          <w:b w:val="0"/>
          <w:i w:val="0"/>
          <w:color w:val="A02828"/>
          <w:sz w:val="22"/>
        </w:rPr>
        <w:t>B. [WRONG] Start a flecainide infusion for residual ventricular ectopy</w:t>
      </w:r>
    </w:p>
    <w:p>
      <w:pPr>
        <w:spacing w:before="0" w:after="20" w:line="259" w:lineRule="auto"/>
      </w:pPr>
      <w:r>
        <w:rPr>
          <w:rFonts w:ascii="Calibri" w:hAnsi="Calibri" w:eastAsia="Calibri"/>
          <w:b w:val="0"/>
          <w:i/>
          <w:color w:val="282828"/>
          <w:sz w:val="22"/>
        </w:rPr>
        <w:t>Bay: Class Ic sodium-channel blockade will worsen TCA cardiotoxicity. Stay with bicarbonate.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Stop bicarbonate once she is conversational, regardless of QRS width</w:t>
      </w:r>
    </w:p>
    <w:p>
      <w:pPr>
        <w:spacing w:before="0" w:after="20" w:line="259" w:lineRule="auto"/>
      </w:pPr>
      <w:r>
        <w:rPr>
          <w:rFonts w:ascii="Calibri" w:hAnsi="Calibri" w:eastAsia="Calibri"/>
          <w:b w:val="0"/>
          <w:i/>
          <w:color w:val="282828"/>
          <w:sz w:val="22"/>
        </w:rPr>
        <w:t>Bay: The endpoint is a narrow QRS and a pH around 7.45–7.55, not an apology or a sentence.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Allow an unescorted bathroom break while the QRS remains wide</w:t>
      </w:r>
    </w:p>
    <w:p>
      <w:pPr>
        <w:spacing w:before="0" w:after="20" w:line="259" w:lineRule="auto"/>
      </w:pPr>
      <w:r>
        <w:rPr>
          <w:rFonts w:ascii="Calibri" w:hAnsi="Calibri" w:eastAsia="Calibri"/>
          <w:b w:val="0"/>
          <w:i/>
          <w:color w:val="282828"/>
          <w:sz w:val="22"/>
        </w:rPr>
        <w:t>Bay: She may seize or arrest. 1:1 until a monitored ICU bed, including toileting.</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Activated charcoal now, GCS 11, unprotected airway, time unknown</w:t>
      </w:r>
    </w:p>
    <w:p>
      <w:pPr>
        <w:spacing w:before="0" w:after="20" w:line="259" w:lineRule="auto"/>
      </w:pPr>
      <w:r>
        <w:rPr>
          <w:rFonts w:ascii="Calibri" w:hAnsi="Calibri" w:eastAsia="Calibri"/>
          <w:b w:val="0"/>
          <w:i/>
          <w:color w:val="282828"/>
          <w:sz w:val="22"/>
        </w:rPr>
        <w:t>Bay: Too late and unsafe. Charcoal needs a protected airway and a recent ingestion.</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ICU later: QRS normalises as pH is held at 7.5.</w:t>
      </w:r>
    </w:p>
    <w:p>
      <w:pPr>
        <w:spacing w:before="120" w:after="20" w:line="259" w:lineRule="auto"/>
        <w:shd w:fill="E8F5EC" w:val="clear"/>
      </w:pPr>
      <w:r>
        <w:rPr>
          <w:rFonts w:ascii="Calibri" w:hAnsi="Calibri" w:eastAsia="Calibri"/>
          <w:b/>
          <w:i w:val="0"/>
          <w:color w:val="146E3C"/>
          <w:sz w:val="22"/>
        </w:rPr>
        <w:t>A. [CORRECT] Tricyclic antidepressant overdose</w:t>
      </w:r>
    </w:p>
    <w:p>
      <w:pPr>
        <w:spacing w:before="0" w:after="20" w:line="259" w:lineRule="auto"/>
      </w:pPr>
      <w:r>
        <w:rPr>
          <w:rFonts w:ascii="Calibri" w:hAnsi="Calibri" w:eastAsia="Calibri"/>
          <w:b w:val="0"/>
          <w:i/>
          <w:color w:val="282828"/>
          <w:sz w:val="22"/>
        </w:rPr>
        <w:t>Bay: QRS narrowing with alkalinisation confirms sodium-channel (TCA) toxicity rather than a primary arrhythmia.</w:t>
      </w:r>
    </w:p>
    <w:p>
      <w:pPr>
        <w:spacing w:before="120" w:after="20" w:line="259" w:lineRule="auto"/>
        <w:shd w:fill="F8E8E8" w:val="clear"/>
      </w:pPr>
      <w:r>
        <w:rPr>
          <w:rFonts w:ascii="Calibri" w:hAnsi="Calibri" w:eastAsia="Calibri"/>
          <w:b w:val="0"/>
          <w:i w:val="0"/>
          <w:color w:val="A02828"/>
          <w:sz w:val="22"/>
        </w:rPr>
        <w:t>B. [WRONG] Primary ventricular tachycardia</w:t>
      </w:r>
    </w:p>
    <w:p>
      <w:pPr>
        <w:spacing w:before="0" w:after="20" w:line="259" w:lineRule="auto"/>
      </w:pPr>
      <w:r>
        <w:rPr>
          <w:rFonts w:ascii="Calibri" w:hAnsi="Calibri" w:eastAsia="Calibri"/>
          <w:b w:val="0"/>
          <w:i/>
          <w:color w:val="282828"/>
          <w:sz w:val="22"/>
        </w:rPr>
        <w:t>Bay: It narrowed with bicarbonate, not with an anti-arrhythmic. That is toxicity, not primary VT.</w:t>
      </w:r>
    </w:p>
    <w:p>
      <w:pPr>
        <w:spacing w:before="120" w:after="20" w:line="259" w:lineRule="auto"/>
        <w:shd w:fill="F8E8E8" w:val="clear"/>
      </w:pPr>
      <w:r>
        <w:rPr>
          <w:rFonts w:ascii="Calibri" w:hAnsi="Calibri" w:eastAsia="Calibri"/>
          <w:b w:val="0"/>
          <w:i w:val="0"/>
          <w:color w:val="A02828"/>
          <w:sz w:val="22"/>
        </w:rPr>
        <w:t>C. [WRONG] Opioid toxicity</w:t>
      </w:r>
    </w:p>
    <w:p>
      <w:pPr>
        <w:spacing w:before="0" w:after="20" w:line="259" w:lineRule="auto"/>
      </w:pPr>
      <w:r>
        <w:rPr>
          <w:rFonts w:ascii="Calibri" w:hAnsi="Calibri" w:eastAsia="Calibri"/>
          <w:b w:val="0"/>
          <w:i/>
          <w:color w:val="282828"/>
          <w:sz w:val="22"/>
        </w:rPr>
        <w:t>Bay: Dilated pupils, dry skin and a wide QRS are the wrong toxidrome for opioid.</w:t>
      </w:r>
    </w:p>
    <w:p>
      <w:pPr>
        <w:spacing w:before="120" w:after="20" w:line="259" w:lineRule="auto"/>
        <w:shd w:fill="F8E8E8" w:val="clear"/>
      </w:pPr>
      <w:r>
        <w:rPr>
          <w:rFonts w:ascii="Calibri" w:hAnsi="Calibri" w:eastAsia="Calibri"/>
          <w:b w:val="0"/>
          <w:i w:val="0"/>
          <w:color w:val="A02828"/>
          <w:sz w:val="22"/>
        </w:rPr>
        <w:t>D. [WRONG] Hypoglycaemic coma</w:t>
      </w:r>
    </w:p>
    <w:p>
      <w:pPr>
        <w:spacing w:before="0" w:after="20" w:line="259" w:lineRule="auto"/>
      </w:pPr>
      <w:r>
        <w:rPr>
          <w:rFonts w:ascii="Calibri" w:hAnsi="Calibri" w:eastAsia="Calibri"/>
          <w:b w:val="0"/>
          <w:i/>
          <w:color w:val="282828"/>
          <w:sz w:val="22"/>
        </w:rPr>
        <w:t>Bay: Glucose was 6.2 mmol/L. The ECG, not the BM, was the disease.</w:t>
      </w:r>
    </w:p>
    <w:p>
      <w:pPr>
        <w:spacing w:before="120" w:after="20" w:line="259" w:lineRule="auto"/>
        <w:shd w:fill="F8E8E8" w:val="clear"/>
      </w:pPr>
      <w:r>
        <w:rPr>
          <w:rFonts w:ascii="Calibri" w:hAnsi="Calibri" w:eastAsia="Calibri"/>
          <w:b w:val="0"/>
          <w:i w:val="0"/>
          <w:color w:val="A02828"/>
          <w:sz w:val="22"/>
        </w:rPr>
        <w:t>E. [WRONG] High-risk pulmonary embolism</w:t>
      </w:r>
    </w:p>
    <w:p>
      <w:pPr>
        <w:spacing w:before="0" w:after="20" w:line="259" w:lineRule="auto"/>
      </w:pPr>
      <w:r>
        <w:rPr>
          <w:rFonts w:ascii="Calibri" w:hAnsi="Calibri" w:eastAsia="Calibri"/>
          <w:b w:val="0"/>
          <w:i/>
          <w:color w:val="282828"/>
          <w:sz w:val="22"/>
        </w:rPr>
        <w:t>Bay: Anticholinergic features and a terminal R in aVR are not PE. Alkalinisation would not fix a clot.</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Tricyclic antidepressant overdose</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Drowsy, dry, dilated pupils</w:t>
      </w:r>
    </w:p>
    <w:p>
      <w:pPr>
        <w:spacing w:before="0" w:after="40" w:line="259" w:lineRule="auto"/>
      </w:pPr>
      <w:r>
        <w:rPr>
          <w:rFonts w:ascii="Calibri" w:hAnsi="Calibri" w:eastAsia="Calibri"/>
          <w:b w:val="0"/>
          <w:i w:val="0"/>
          <w:sz w:val="22"/>
        </w:rPr>
        <w:t>• Hypotension, twitching</w:t>
      </w:r>
    </w:p>
    <w:p>
      <w:pPr>
        <w:spacing w:before="0" w:after="40" w:line="259" w:lineRule="auto"/>
      </w:pPr>
      <w:r>
        <w:rPr>
          <w:rFonts w:ascii="Calibri" w:hAnsi="Calibri" w:eastAsia="Calibri"/>
          <w:b w:val="0"/>
          <w:i w:val="0"/>
          <w:sz w:val="22"/>
        </w:rPr>
        <w:t>• Wide QRS, terminal R in aVR</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12-lead ECG is the key test</w:t>
      </w:r>
    </w:p>
    <w:p>
      <w:pPr>
        <w:spacing w:before="0" w:after="40" w:line="259" w:lineRule="auto"/>
      </w:pPr>
      <w:r>
        <w:rPr>
          <w:rFonts w:ascii="Calibri" w:hAnsi="Calibri" w:eastAsia="Calibri"/>
          <w:b w:val="0"/>
          <w:i w:val="0"/>
          <w:sz w:val="22"/>
        </w:rPr>
        <w:t>• VBG, paracetamol, glucose</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Airway, pads, sodium bicarbonate for wide QRS / acidosis / arrhythmias</w:t>
      </w:r>
    </w:p>
    <w:p>
      <w:pPr>
        <w:spacing w:before="0" w:after="40" w:line="259" w:lineRule="auto"/>
      </w:pPr>
      <w:r>
        <w:rPr>
          <w:rFonts w:ascii="Calibri" w:hAnsi="Calibri" w:eastAsia="Calibri"/>
          <w:b w:val="0"/>
          <w:i w:val="0"/>
          <w:sz w:val="22"/>
        </w:rPr>
        <w:t>• Avoid class I anti-arrhythmics</w:t>
      </w:r>
    </w:p>
    <w:p>
      <w:pPr>
        <w:spacing w:before="0" w:after="40" w:line="259" w:lineRule="auto"/>
      </w:pPr>
      <w:r>
        <w:rPr>
          <w:rFonts w:ascii="Calibri" w:hAnsi="Calibri" w:eastAsia="Calibri"/>
          <w:b w:val="0"/>
          <w:i w:val="0"/>
          <w:sz w:val="22"/>
        </w:rPr>
        <w:t>• ICU, serial ECGs</w:t>
      </w:r>
    </w:p>
    <w:p>
      <w:pPr>
        <w:spacing w:before="0" w:after="40" w:line="259" w:lineRule="auto"/>
      </w:pPr>
      <w:r>
        <w:rPr>
          <w:rFonts w:ascii="Calibri" w:hAnsi="Calibri" w:eastAsia="Calibri"/>
          <w:b w:val="0"/>
          <w:i w:val="0"/>
          <w:sz w:val="22"/>
        </w:rPr>
        <w:t>• Treat co-ingestants</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TOXBASE / NPIS TCA</w:t>
      </w:r>
    </w:p>
    <w:p>
      <w:pPr>
        <w:spacing w:before="0" w:after="40" w:line="259" w:lineRule="auto"/>
      </w:pPr>
      <w:r>
        <w:rPr>
          <w:rFonts w:ascii="Calibri" w:hAnsi="Calibri" w:eastAsia="Calibri"/>
          <w:b w:val="0"/>
          <w:i w:val="0"/>
          <w:sz w:val="22"/>
        </w:rPr>
        <w:t>• RCEM poisoning</w:t>
      </w:r>
    </w:p>
    <w:p>
      <w:pPr>
        <w:spacing w:before="0" w:after="40" w:line="259" w:lineRule="auto"/>
      </w:pPr>
      <w:r>
        <w:rPr>
          <w:rFonts w:ascii="Calibri" w:hAnsi="Calibri" w:eastAsia="Calibri"/>
          <w:b w:val="0"/>
          <w:i w:val="0"/>
          <w:sz w:val="22"/>
        </w:rPr>
        <w:t>• RCUK special circumstances — poisoning</w:t>
      </w:r>
    </w:p>
    <w:p>
      <w:r>
        <w:br w:type="page"/>
      </w:r>
    </w:p>
    <w:p>
      <w:pPr>
        <w:spacing w:before="120" w:after="160" w:line="259" w:lineRule="auto"/>
      </w:pPr>
      <w:r>
        <w:rPr>
          <w:rFonts w:ascii="Calibri" w:hAnsi="Calibri" w:eastAsia="Calibri"/>
          <w:b/>
          <w:i w:val="0"/>
          <w:color w:val="0C0E10"/>
          <w:sz w:val="36"/>
        </w:rPr>
        <w:t>Case 18 — Severe hypoglycaemia</w:t>
      </w:r>
    </w:p>
    <w:p>
      <w:pPr>
        <w:spacing w:before="0" w:after="40" w:line="259" w:lineRule="auto"/>
      </w:pPr>
      <w:r>
        <w:rPr>
          <w:rFonts w:ascii="Calibri" w:hAnsi="Calibri" w:eastAsia="Calibri"/>
          <w:b w:val="0"/>
          <w:i/>
          <w:color w:val="5A5A5A"/>
          <w:sz w:val="20"/>
        </w:rPr>
        <w:t>pre-alert · Scottish Ambulance Service — pre-alert · rhythm sinus</w:t>
      </w:r>
    </w:p>
    <w:p>
      <w:pPr>
        <w:spacing w:before="0" w:after="40" w:line="259" w:lineRule="auto"/>
      </w:pPr>
      <w:r>
        <w:rPr>
          <w:rFonts w:ascii="Calibri" w:hAnsi="Calibri" w:eastAsia="Calibri"/>
          <w:b w:val="0"/>
          <w:i/>
          <w:color w:val="5A5A5A"/>
          <w:sz w:val="20"/>
        </w:rPr>
        <w:t>HR 92   BP 128/74   RR 16   SpO2 97%   temp 36.4   GCS 10   BM 1.6</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68 years, male</w:t>
      </w:r>
    </w:p>
    <w:p>
      <w:pPr>
        <w:spacing w:before="0" w:after="40" w:line="259" w:lineRule="auto"/>
      </w:pPr>
      <w:r>
        <w:rPr>
          <w:rFonts w:ascii="Calibri" w:hAnsi="Calibri" w:eastAsia="Calibri"/>
          <w:b w:val="0"/>
          <w:i w:val="0"/>
          <w:sz w:val="22"/>
        </w:rPr>
        <w:t>T found on the kitchen floor by his wife, 'not himself'</w:t>
      </w:r>
    </w:p>
    <w:p>
      <w:pPr>
        <w:spacing w:before="0" w:after="40" w:line="259" w:lineRule="auto"/>
      </w:pPr>
      <w:r>
        <w:rPr>
          <w:rFonts w:ascii="Calibri" w:hAnsi="Calibri" w:eastAsia="Calibri"/>
          <w:b w:val="0"/>
          <w:i w:val="0"/>
          <w:sz w:val="22"/>
        </w:rPr>
        <w:t>M medical collapse, known diabetes on insulin</w:t>
      </w:r>
    </w:p>
    <w:p>
      <w:pPr>
        <w:spacing w:before="0" w:after="40" w:line="259" w:lineRule="auto"/>
      </w:pPr>
      <w:r>
        <w:rPr>
          <w:rFonts w:ascii="Calibri" w:hAnsi="Calibri" w:eastAsia="Calibri"/>
          <w:b w:val="0"/>
          <w:i w:val="0"/>
          <w:sz w:val="22"/>
        </w:rPr>
        <w:t>I small scalp laceration, no obvious fracture</w:t>
      </w:r>
    </w:p>
    <w:p>
      <w:pPr>
        <w:spacing w:before="0" w:after="40" w:line="259" w:lineRule="auto"/>
      </w:pPr>
      <w:r>
        <w:rPr>
          <w:rFonts w:ascii="Calibri" w:hAnsi="Calibri" w:eastAsia="Calibri"/>
          <w:b w:val="0"/>
          <w:i w:val="0"/>
          <w:sz w:val="22"/>
        </w:rPr>
        <w:t>S HR 92 BP 128/74 RR 16 SpO2 97% air GCS 10, sweaty</w:t>
      </w:r>
    </w:p>
    <w:p>
      <w:pPr>
        <w:spacing w:before="0" w:after="40" w:line="259" w:lineRule="auto"/>
      </w:pPr>
      <w:r>
        <w:rPr>
          <w:rFonts w:ascii="Calibri" w:hAnsi="Calibri" w:eastAsia="Calibri"/>
          <w:b w:val="0"/>
          <w:i w:val="0"/>
          <w:sz w:val="22"/>
        </w:rPr>
        <w:t>T 15 L O2, no BM done — the glucometer in the truck failed</w:t>
      </w:r>
    </w:p>
    <w:p>
      <w:pPr>
        <w:spacing w:before="0" w:after="40" w:line="259" w:lineRule="auto"/>
      </w:pPr>
      <w:r>
        <w:rPr>
          <w:rFonts w:ascii="Calibri" w:hAnsi="Calibri" w:eastAsia="Calibri"/>
          <w:b w:val="0"/>
          <w:i w:val="0"/>
          <w:sz w:val="22"/>
        </w:rPr>
        <w:t>ETA 5 minutes.</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snoring slightly, no soiling.</w:t>
      </w:r>
    </w:p>
    <w:p>
      <w:pPr>
        <w:spacing w:before="0" w:after="40" w:line="259" w:lineRule="auto"/>
      </w:pPr>
      <w:r>
        <w:rPr>
          <w:rFonts w:ascii="Calibri" w:hAnsi="Calibri" w:eastAsia="Calibri"/>
          <w:b w:val="0"/>
          <w:i w:val="0"/>
          <w:sz w:val="22"/>
        </w:rPr>
        <w:t>B — RR 16, equal air entry, SpO2 97% air. Trachea central. Chest clear.</w:t>
      </w:r>
    </w:p>
    <w:p>
      <w:pPr>
        <w:spacing w:before="0" w:after="40" w:line="259" w:lineRule="auto"/>
      </w:pPr>
      <w:r>
        <w:rPr>
          <w:rFonts w:ascii="Calibri" w:hAnsi="Calibri" w:eastAsia="Calibri"/>
          <w:b w:val="0"/>
          <w:i w:val="0"/>
          <w:sz w:val="22"/>
        </w:rPr>
        <w:t>C — HR 92, BP 128/74, CRT 2 s, sweaty. Heart sounds dual.</w:t>
      </w:r>
    </w:p>
    <w:p>
      <w:pPr>
        <w:spacing w:before="0" w:after="40" w:line="259" w:lineRule="auto"/>
      </w:pPr>
      <w:r>
        <w:rPr>
          <w:rFonts w:ascii="Calibri" w:hAnsi="Calibri" w:eastAsia="Calibri"/>
          <w:b w:val="0"/>
          <w:i w:val="0"/>
          <w:sz w:val="22"/>
        </w:rPr>
        <w:t>D — GCS 10, pupils equal, no obvious focal weakness. Sweaty, confused. Monitor BM 1.6 once you check.</w:t>
      </w:r>
    </w:p>
    <w:p>
      <w:pPr>
        <w:spacing w:before="0" w:after="40" w:line="259" w:lineRule="auto"/>
      </w:pPr>
      <w:r>
        <w:rPr>
          <w:rFonts w:ascii="Calibri" w:hAnsi="Calibri" w:eastAsia="Calibri"/>
          <w:b w:val="0"/>
          <w:i w:val="0"/>
          <w:sz w:val="22"/>
        </w:rPr>
        <w:t>E — small occipital laceration, not bleeding now. Medic-alert: insulin. No rash.</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Sweaty, GCS 10, insulin-treated. Truck BM failed.</w:t>
      </w:r>
    </w:p>
    <w:p>
      <w:pPr>
        <w:spacing w:before="120" w:after="20" w:line="259" w:lineRule="auto"/>
        <w:shd w:fill="E8F5EC" w:val="clear"/>
      </w:pPr>
      <w:r>
        <w:rPr>
          <w:rFonts w:ascii="Calibri" w:hAnsi="Calibri" w:eastAsia="Calibri"/>
          <w:b/>
          <w:i w:val="0"/>
          <w:color w:val="146E3C"/>
          <w:sz w:val="22"/>
        </w:rPr>
        <w:t>A. [CORRECT] Intravenous glucose</w:t>
      </w:r>
    </w:p>
    <w:p>
      <w:pPr>
        <w:spacing w:before="0" w:after="20" w:line="259" w:lineRule="auto"/>
      </w:pPr>
      <w:r>
        <w:rPr>
          <w:rFonts w:ascii="Calibri" w:hAnsi="Calibri" w:eastAsia="Calibri"/>
          <w:b w:val="0"/>
          <w:i/>
          <w:color w:val="282828"/>
          <w:sz w:val="22"/>
        </w:rPr>
        <w:t>Bay: BM 1.6. 100 mL of 10% glucose in. He starts to stir. JBDS: 10% 100–200 mL, or 20% 50–100 mL, into a large vein.</w:t>
      </w:r>
    </w:p>
    <w:p>
      <w:pPr>
        <w:spacing w:before="0" w:after="40" w:line="259" w:lineRule="auto"/>
      </w:pPr>
      <w:r>
        <w:rPr>
          <w:rFonts w:ascii="Calibri" w:hAnsi="Calibri" w:eastAsia="Calibri"/>
          <w:b w:val="0"/>
          <w:i/>
          <w:color w:val="5A4614"/>
          <w:sz w:val="20"/>
        </w:rPr>
        <w:t>Reaction: gcs +3, glucose +4.2</w:t>
      </w:r>
    </w:p>
    <w:p>
      <w:pPr>
        <w:spacing w:before="80" w:after="40" w:line="259" w:lineRule="auto"/>
      </w:pPr>
      <w:r>
        <w:rPr>
          <w:rFonts w:ascii="Calibri" w:hAnsi="Calibri" w:eastAsia="Calibri"/>
          <w:b/>
          <w:i w:val="0"/>
          <w:color w:val="46326E"/>
          <w:sz w:val="22"/>
        </w:rPr>
        <w:t xml:space="preserve">    Follow-up: What glucose?</w:t>
      </w:r>
    </w:p>
    <w:p>
      <w:pPr>
        <w:spacing w:before="120" w:after="20" w:line="259" w:lineRule="auto"/>
        <w:shd w:fill="E8F5EC" w:val="clear"/>
      </w:pPr>
      <w:r>
        <w:rPr>
          <w:rFonts w:ascii="Calibri" w:hAnsi="Calibri" w:eastAsia="Calibri"/>
          <w:b/>
          <w:i w:val="0"/>
          <w:color w:val="146E3C"/>
          <w:sz w:val="22"/>
        </w:rPr>
        <w:t xml:space="preserve">    A. [CORRECT] 10% glucose 100–200 mL IV into a large vein</w:t>
      </w:r>
    </w:p>
    <w:p>
      <w:pPr>
        <w:spacing w:before="0" w:after="20" w:line="259" w:lineRule="auto"/>
      </w:pPr>
      <w:r>
        <w:rPr>
          <w:rFonts w:ascii="Calibri" w:hAnsi="Calibri" w:eastAsia="Calibri"/>
          <w:b w:val="0"/>
          <w:i/>
          <w:color w:val="282828"/>
          <w:sz w:val="22"/>
        </w:rPr>
        <w:t xml:space="preserve">       Bay: JBDS: 10% 100–200 mL, or 20% 50–100 mL. Glucagon 1 mg IM only if there is no IV.</w:t>
      </w:r>
    </w:p>
    <w:p>
      <w:pPr>
        <w:spacing w:before="120" w:after="20" w:line="259" w:lineRule="auto"/>
        <w:shd w:fill="F8E8E8" w:val="clear"/>
      </w:pPr>
      <w:r>
        <w:rPr>
          <w:rFonts w:ascii="Calibri" w:hAnsi="Calibri" w:eastAsia="Calibri"/>
          <w:b w:val="0"/>
          <w:i w:val="0"/>
          <w:color w:val="A02828"/>
          <w:sz w:val="22"/>
        </w:rPr>
        <w:t xml:space="preserve">    B. [WRONG] 50 mL of 50% glucose into a small hand vein</w:t>
      </w:r>
    </w:p>
    <w:p>
      <w:pPr>
        <w:spacing w:before="0" w:after="20" w:line="259" w:lineRule="auto"/>
      </w:pPr>
      <w:r>
        <w:rPr>
          <w:rFonts w:ascii="Calibri" w:hAnsi="Calibri" w:eastAsia="Calibri"/>
          <w:b w:val="0"/>
          <w:i/>
          <w:color w:val="282828"/>
          <w:sz w:val="22"/>
        </w:rPr>
        <w:t xml:space="preserve">       Bay: 50% into small veins thromboses them and is out of favour.</w:t>
      </w:r>
    </w:p>
    <w:p>
      <w:pPr>
        <w:spacing w:before="120" w:after="20" w:line="259" w:lineRule="auto"/>
        <w:shd w:fill="F8E8E8" w:val="clear"/>
      </w:pPr>
      <w:r>
        <w:rPr>
          <w:rFonts w:ascii="Calibri" w:hAnsi="Calibri" w:eastAsia="Calibri"/>
          <w:b w:val="0"/>
          <w:i w:val="0"/>
          <w:color w:val="A02828"/>
          <w:sz w:val="22"/>
        </w:rPr>
        <w:t xml:space="preserve">    C. [WRONG] 5% glucose at 125 mL/h only</w:t>
      </w:r>
    </w:p>
    <w:p>
      <w:pPr>
        <w:spacing w:before="0" w:after="20" w:line="259" w:lineRule="auto"/>
      </w:pPr>
      <w:r>
        <w:rPr>
          <w:rFonts w:ascii="Calibri" w:hAnsi="Calibri" w:eastAsia="Calibri"/>
          <w:b w:val="0"/>
          <w:i/>
          <w:color w:val="282828"/>
          <w:sz w:val="22"/>
        </w:rPr>
        <w:t xml:space="preserve">       Bay: Too dilute to rescue a BM of 1.6.</w:t>
      </w:r>
    </w:p>
    <w:p>
      <w:pPr>
        <w:spacing w:before="120" w:after="20" w:line="259" w:lineRule="auto"/>
        <w:shd w:fill="F8E8E8" w:val="clear"/>
      </w:pPr>
      <w:r>
        <w:rPr>
          <w:rFonts w:ascii="Calibri" w:hAnsi="Calibri" w:eastAsia="Calibri"/>
          <w:b w:val="0"/>
          <w:i w:val="0"/>
          <w:color w:val="A02828"/>
          <w:sz w:val="22"/>
        </w:rPr>
        <w:t xml:space="preserve">    D. [WRONG] 20% glucose 500 mL as a single bolus</w:t>
      </w:r>
    </w:p>
    <w:p>
      <w:pPr>
        <w:spacing w:before="0" w:after="20" w:line="259" w:lineRule="auto"/>
      </w:pPr>
      <w:r>
        <w:rPr>
          <w:rFonts w:ascii="Calibri" w:hAnsi="Calibri" w:eastAsia="Calibri"/>
          <w:b w:val="0"/>
          <w:i/>
          <w:color w:val="282828"/>
          <w:sz w:val="22"/>
        </w:rPr>
        <w:t xml:space="preserve">       Bay: 50–100 mL of 20%, not half a litre.</w:t>
      </w:r>
    </w:p>
    <w:p>
      <w:pPr>
        <w:spacing w:before="120" w:after="20" w:line="259" w:lineRule="auto"/>
        <w:shd w:fill="F8E8E8" w:val="clear"/>
      </w:pPr>
      <w:r>
        <w:rPr>
          <w:rFonts w:ascii="Calibri" w:hAnsi="Calibri" w:eastAsia="Calibri"/>
          <w:b w:val="0"/>
          <w:i w:val="0"/>
          <w:color w:val="A02828"/>
          <w:sz w:val="22"/>
        </w:rPr>
        <w:t xml:space="preserve">    E. [WRONG] Glucagon 1 mg IM first even with IV access</w:t>
      </w:r>
    </w:p>
    <w:p>
      <w:pPr>
        <w:spacing w:before="0" w:after="20" w:line="259" w:lineRule="auto"/>
      </w:pPr>
      <w:r>
        <w:rPr>
          <w:rFonts w:ascii="Calibri" w:hAnsi="Calibri" w:eastAsia="Calibri"/>
          <w:b w:val="0"/>
          <w:i/>
          <w:color w:val="282828"/>
          <w:sz w:val="22"/>
        </w:rPr>
        <w:t xml:space="preserve">       Bay: Glucagon is for when there is no IV. Give IV glucose.</w:t>
      </w:r>
    </w:p>
    <w:p>
      <w:pPr>
        <w:spacing w:before="120" w:after="20" w:line="259" w:lineRule="auto"/>
        <w:shd w:fill="F8E8E8" w:val="clear"/>
      </w:pPr>
      <w:r>
        <w:rPr>
          <w:rFonts w:ascii="Calibri" w:hAnsi="Calibri" w:eastAsia="Calibri"/>
          <w:b w:val="0"/>
          <w:i w:val="0"/>
          <w:color w:val="A02828"/>
          <w:sz w:val="22"/>
        </w:rPr>
        <w:t>B. [WRONG] Intramuscular glucagon</w:t>
      </w:r>
    </w:p>
    <w:p>
      <w:pPr>
        <w:spacing w:before="0" w:after="20" w:line="259" w:lineRule="auto"/>
      </w:pPr>
      <w:r>
        <w:rPr>
          <w:rFonts w:ascii="Calibri" w:hAnsi="Calibri" w:eastAsia="Calibri"/>
          <w:b w:val="0"/>
          <w:i/>
          <w:color w:val="282828"/>
          <w:sz w:val="22"/>
        </w:rPr>
        <w:t>Bay: Glucagon is for when there is no IV. You can get access — give IV glucose.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Oral glucose</w:t>
      </w:r>
    </w:p>
    <w:p>
      <w:pPr>
        <w:spacing w:before="0" w:after="20" w:line="259" w:lineRule="auto"/>
      </w:pPr>
      <w:r>
        <w:rPr>
          <w:rFonts w:ascii="Calibri" w:hAnsi="Calibri" w:eastAsia="Calibri"/>
          <w:b w:val="0"/>
          <w:i/>
          <w:color w:val="282828"/>
          <w:sz w:val="22"/>
        </w:rPr>
        <w:t>Bay: GCS is 10. He cannot safely swallow. IV glucose into a large vein.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50% glucose into a small vein</w:t>
      </w:r>
    </w:p>
    <w:p>
      <w:pPr>
        <w:spacing w:before="0" w:after="20" w:line="259" w:lineRule="auto"/>
      </w:pPr>
      <w:r>
        <w:rPr>
          <w:rFonts w:ascii="Calibri" w:hAnsi="Calibri" w:eastAsia="Calibri"/>
          <w:b w:val="0"/>
          <w:i/>
          <w:color w:val="282828"/>
          <w:sz w:val="22"/>
        </w:rPr>
        <w:t>Bay: 50% into small veins thromboses them and is out of favour. Use 10% (or 20%) into a large vein.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5% glucose maintenance</w:t>
      </w:r>
    </w:p>
    <w:p>
      <w:pPr>
        <w:spacing w:before="0" w:after="20" w:line="259" w:lineRule="auto"/>
      </w:pPr>
      <w:r>
        <w:rPr>
          <w:rFonts w:ascii="Calibri" w:hAnsi="Calibri" w:eastAsia="Calibri"/>
          <w:b w:val="0"/>
          <w:i/>
          <w:color w:val="282828"/>
          <w:sz w:val="22"/>
        </w:rPr>
        <w:t>Bay: 5% is too dilute to rescue a BM of 1.6. You need 10% 100–200 mL (or 20% 50–100 mL) as a bolus.</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He is mumbling. BM now 3.1 after the first aliquot.</w:t>
      </w:r>
    </w:p>
    <w:p>
      <w:pPr>
        <w:spacing w:before="120" w:after="20" w:line="259" w:lineRule="auto"/>
        <w:shd w:fill="E8F5EC" w:val="clear"/>
      </w:pPr>
      <w:r>
        <w:rPr>
          <w:rFonts w:ascii="Calibri" w:hAnsi="Calibri" w:eastAsia="Calibri"/>
          <w:b/>
          <w:i w:val="0"/>
          <w:color w:val="146E3C"/>
          <w:sz w:val="22"/>
        </w:rPr>
        <w:t>A. [CORRECT] Repeat glucose until awake, then carbohydrate</w:t>
      </w:r>
    </w:p>
    <w:p>
      <w:pPr>
        <w:spacing w:before="0" w:after="20" w:line="259" w:lineRule="auto"/>
      </w:pPr>
      <w:r>
        <w:rPr>
          <w:rFonts w:ascii="Calibri" w:hAnsi="Calibri" w:eastAsia="Calibri"/>
          <w:b w:val="0"/>
          <w:i/>
          <w:color w:val="282828"/>
          <w:sz w:val="22"/>
        </w:rPr>
        <w:t>Bay: Further 100 mL. GCS 14. BM 5.8. Toast once he can swallow — not before the BM has recovered.</w:t>
      </w:r>
    </w:p>
    <w:p>
      <w:pPr>
        <w:spacing w:before="0" w:after="40" w:line="259" w:lineRule="auto"/>
      </w:pPr>
      <w:r>
        <w:rPr>
          <w:rFonts w:ascii="Calibri" w:hAnsi="Calibri" w:eastAsia="Calibri"/>
          <w:b w:val="0"/>
          <w:i/>
          <w:color w:val="5A4614"/>
          <w:sz w:val="20"/>
        </w:rPr>
        <w:t>Reaction: gcs +4, glucose +2.6</w:t>
      </w:r>
    </w:p>
    <w:p>
      <w:pPr>
        <w:spacing w:before="80" w:after="40" w:line="259" w:lineRule="auto"/>
      </w:pPr>
      <w:r>
        <w:rPr>
          <w:rFonts w:ascii="Calibri" w:hAnsi="Calibri" w:eastAsia="Calibri"/>
          <w:b/>
          <w:i w:val="0"/>
          <w:color w:val="46326E"/>
          <w:sz w:val="22"/>
        </w:rPr>
        <w:t xml:space="preserve">    Follow-up: When to feed?</w:t>
      </w:r>
    </w:p>
    <w:p>
      <w:pPr>
        <w:spacing w:before="120" w:after="20" w:line="259" w:lineRule="auto"/>
        <w:shd w:fill="E8F5EC" w:val="clear"/>
      </w:pPr>
      <w:r>
        <w:rPr>
          <w:rFonts w:ascii="Calibri" w:hAnsi="Calibri" w:eastAsia="Calibri"/>
          <w:b/>
          <w:i w:val="0"/>
          <w:color w:val="146E3C"/>
          <w:sz w:val="22"/>
        </w:rPr>
        <w:t xml:space="preserve">    A. [CORRECT] Once awake and able to swallow, then long-acting carbohydrate</w:t>
      </w:r>
    </w:p>
    <w:p>
      <w:pPr>
        <w:spacing w:before="0" w:after="20" w:line="259" w:lineRule="auto"/>
      </w:pPr>
      <w:r>
        <w:rPr>
          <w:rFonts w:ascii="Calibri" w:hAnsi="Calibri" w:eastAsia="Calibri"/>
          <w:b w:val="0"/>
          <w:i/>
          <w:color w:val="282828"/>
          <w:sz w:val="22"/>
        </w:rPr>
        <w:t xml:space="preserve">       Bay: Repeat 10% until he is awake. Do not feed at GCS 10 or stop IV at BM 3.1.</w:t>
      </w:r>
    </w:p>
    <w:p>
      <w:pPr>
        <w:spacing w:before="120" w:after="20" w:line="259" w:lineRule="auto"/>
        <w:shd w:fill="F8E8E8" w:val="clear"/>
      </w:pPr>
      <w:r>
        <w:rPr>
          <w:rFonts w:ascii="Calibri" w:hAnsi="Calibri" w:eastAsia="Calibri"/>
          <w:b w:val="0"/>
          <w:i w:val="0"/>
          <w:color w:val="A02828"/>
          <w:sz w:val="22"/>
        </w:rPr>
        <w:t xml:space="preserve">    B. [WRONG] Oral glucose now while GCS remains 10</w:t>
      </w:r>
    </w:p>
    <w:p>
      <w:pPr>
        <w:spacing w:before="0" w:after="20" w:line="259" w:lineRule="auto"/>
      </w:pPr>
      <w:r>
        <w:rPr>
          <w:rFonts w:ascii="Calibri" w:hAnsi="Calibri" w:eastAsia="Calibri"/>
          <w:b w:val="0"/>
          <w:i/>
          <w:color w:val="282828"/>
          <w:sz w:val="22"/>
        </w:rPr>
        <w:t xml:space="preserve">       Bay: He cannot safely swallow yet.</w:t>
      </w:r>
    </w:p>
    <w:p>
      <w:pPr>
        <w:spacing w:before="120" w:after="20" w:line="259" w:lineRule="auto"/>
        <w:shd w:fill="F8E8E8" w:val="clear"/>
      </w:pPr>
      <w:r>
        <w:rPr>
          <w:rFonts w:ascii="Calibri" w:hAnsi="Calibri" w:eastAsia="Calibri"/>
          <w:b w:val="0"/>
          <w:i w:val="0"/>
          <w:color w:val="A02828"/>
          <w:sz w:val="22"/>
        </w:rPr>
        <w:t xml:space="preserve">    C. [WRONG] Stop IV glucose once BM is 3.1</w:t>
      </w:r>
    </w:p>
    <w:p>
      <w:pPr>
        <w:spacing w:before="0" w:after="20" w:line="259" w:lineRule="auto"/>
      </w:pPr>
      <w:r>
        <w:rPr>
          <w:rFonts w:ascii="Calibri" w:hAnsi="Calibri" w:eastAsia="Calibri"/>
          <w:b w:val="0"/>
          <w:i/>
          <w:color w:val="282828"/>
          <w:sz w:val="22"/>
        </w:rPr>
        <w:t xml:space="preserve">       Bay: He is still hypoglycaemic. Repeat the bolus.</w:t>
      </w:r>
    </w:p>
    <w:p>
      <w:pPr>
        <w:spacing w:before="120" w:after="20" w:line="259" w:lineRule="auto"/>
        <w:shd w:fill="F8E8E8" w:val="clear"/>
      </w:pPr>
      <w:r>
        <w:rPr>
          <w:rFonts w:ascii="Calibri" w:hAnsi="Calibri" w:eastAsia="Calibri"/>
          <w:b w:val="0"/>
          <w:i w:val="0"/>
          <w:color w:val="A02828"/>
          <w:sz w:val="22"/>
        </w:rPr>
        <w:t xml:space="preserve">    D. [WRONG] Give 6 units Actrapid to blunt rebound</w:t>
      </w:r>
    </w:p>
    <w:p>
      <w:pPr>
        <w:spacing w:before="0" w:after="20" w:line="259" w:lineRule="auto"/>
      </w:pPr>
      <w:r>
        <w:rPr>
          <w:rFonts w:ascii="Calibri" w:hAnsi="Calibri" w:eastAsia="Calibri"/>
          <w:b w:val="0"/>
          <w:i/>
          <w:color w:val="282828"/>
          <w:sz w:val="22"/>
        </w:rPr>
        <w:t xml:space="preserve">       Bay: Do not give insulin to treat the treatment of hypoglycaemia.</w:t>
      </w:r>
    </w:p>
    <w:p>
      <w:pPr>
        <w:spacing w:before="120" w:after="20" w:line="259" w:lineRule="auto"/>
        <w:shd w:fill="F8E8E8" w:val="clear"/>
      </w:pPr>
      <w:r>
        <w:rPr>
          <w:rFonts w:ascii="Calibri" w:hAnsi="Calibri" w:eastAsia="Calibri"/>
          <w:b w:val="0"/>
          <w:i w:val="0"/>
          <w:color w:val="A02828"/>
          <w:sz w:val="22"/>
        </w:rPr>
        <w:t xml:space="preserve">    E. [WRONG] Keep NBM until CT head is reported</w:t>
      </w:r>
    </w:p>
    <w:p>
      <w:pPr>
        <w:spacing w:before="0" w:after="20" w:line="259" w:lineRule="auto"/>
      </w:pPr>
      <w:r>
        <w:rPr>
          <w:rFonts w:ascii="Calibri" w:hAnsi="Calibri" w:eastAsia="Calibri"/>
          <w:b w:val="0"/>
          <w:i/>
          <w:color w:val="282828"/>
          <w:sz w:val="22"/>
        </w:rPr>
        <w:t xml:space="preserve">       Bay: He needs carbohydrate once safe to swallow. CT only if he stays confused.</w:t>
      </w:r>
    </w:p>
    <w:p>
      <w:pPr>
        <w:spacing w:before="120" w:after="20" w:line="259" w:lineRule="auto"/>
        <w:shd w:fill="F8E8E8" w:val="clear"/>
      </w:pPr>
      <w:r>
        <w:rPr>
          <w:rFonts w:ascii="Calibri" w:hAnsi="Calibri" w:eastAsia="Calibri"/>
          <w:b w:val="0"/>
          <w:i w:val="0"/>
          <w:color w:val="A02828"/>
          <w:sz w:val="22"/>
        </w:rPr>
        <w:t>B. [WRONG] Give 6 units Actrapid IV to blunt rebound hyperglycaemia</w:t>
      </w:r>
    </w:p>
    <w:p>
      <w:pPr>
        <w:spacing w:before="0" w:after="20" w:line="259" w:lineRule="auto"/>
      </w:pPr>
      <w:r>
        <w:rPr>
          <w:rFonts w:ascii="Calibri" w:hAnsi="Calibri" w:eastAsia="Calibri"/>
          <w:b w:val="0"/>
          <w:i/>
          <w:color w:val="282828"/>
          <w:sz w:val="22"/>
        </w:rPr>
        <w:t>Bay: You will drop him again. Do not give insulin to treat the treatment of hypoglycaemia.</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Keep him nil by mouth and send for immediate CT head</w:t>
      </w:r>
    </w:p>
    <w:p>
      <w:pPr>
        <w:spacing w:before="0" w:after="20" w:line="259" w:lineRule="auto"/>
      </w:pPr>
      <w:r>
        <w:rPr>
          <w:rFonts w:ascii="Calibri" w:hAnsi="Calibri" w:eastAsia="Calibri"/>
          <w:b w:val="0"/>
          <w:i/>
          <w:color w:val="282828"/>
          <w:sz w:val="22"/>
        </w:rPr>
        <w:t>Bay: He needs carbohydrate once safe to swallow. CT only if he stays confused or meets head-injury criteria after the BM is up.</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Glucagon now he has IV access and is improving</w:t>
      </w:r>
    </w:p>
    <w:p>
      <w:pPr>
        <w:spacing w:before="0" w:after="20" w:line="259" w:lineRule="auto"/>
      </w:pPr>
      <w:r>
        <w:rPr>
          <w:rFonts w:ascii="Calibri" w:hAnsi="Calibri" w:eastAsia="Calibri"/>
          <w:b w:val="0"/>
          <w:i/>
          <w:color w:val="282828"/>
          <w:sz w:val="22"/>
        </w:rPr>
        <w:t>Bay: Glucagon is for when there is no IV. IV glucose is already working — do not add IM glucagon as a routine extra.</w:t>
      </w:r>
    </w:p>
    <w:p>
      <w:pPr>
        <w:spacing w:before="120" w:after="20" w:line="259" w:lineRule="auto"/>
        <w:shd w:fill="F8E8E8" w:val="clear"/>
      </w:pPr>
      <w:r>
        <w:rPr>
          <w:rFonts w:ascii="Calibri" w:hAnsi="Calibri" w:eastAsia="Calibri"/>
          <w:b w:val="0"/>
          <w:i w:val="0"/>
          <w:color w:val="A02828"/>
          <w:sz w:val="22"/>
        </w:rPr>
        <w:t>E. [WRONG] Give long-acting carbohydrate now and stop IV glucose while BM is 3.1</w:t>
      </w:r>
    </w:p>
    <w:p>
      <w:pPr>
        <w:spacing w:before="0" w:after="20" w:line="259" w:lineRule="auto"/>
      </w:pPr>
      <w:r>
        <w:rPr>
          <w:rFonts w:ascii="Calibri" w:hAnsi="Calibri" w:eastAsia="Calibri"/>
          <w:b w:val="0"/>
          <w:i/>
          <w:color w:val="282828"/>
          <w:sz w:val="22"/>
        </w:rPr>
        <w:t>Bay: Long-acting carbohydrate follows recovery, not while he is still hypoglycaemic and unsafe to swallow.</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He is talking. Send tests including a reliable glucose.</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7.39  pCO2 4.8  HCO3 23  BE −1  lactate 1.6  K+ 3.8  glucose 5.9  Hb 136</w:t>
      </w:r>
    </w:p>
    <w:p>
      <w:pPr>
        <w:spacing w:before="0" w:after="40" w:line="259" w:lineRule="auto"/>
      </w:pPr>
      <w:r>
        <w:rPr>
          <w:rFonts w:ascii="Calibri" w:hAnsi="Calibri" w:eastAsia="Calibri"/>
          <w:b w:val="0"/>
          <w:i w:val="0"/>
          <w:sz w:val="22"/>
        </w:rPr>
        <w:t>Glucose now 5.9 on the gas.</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5.8 mmol/L (was 1.6 on arrival)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normal</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No infection. Glucose now negative.</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136   WCC 7.4   Plt 240</w:t>
      </w:r>
    </w:p>
    <w:p>
      <w:pPr>
        <w:spacing w:before="0" w:after="40" w:line="259" w:lineRule="auto"/>
      </w:pPr>
      <w:r>
        <w:rPr>
          <w:rFonts w:ascii="Calibri" w:hAnsi="Calibri" w:eastAsia="Calibri"/>
          <w:b w:val="0"/>
          <w:i w:val="0"/>
          <w:sz w:val="22"/>
        </w:rPr>
        <w:t>ue: Na 138   K 3.8   urea 6.2   creat 88</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BM 5.8. Small scalp wound. He wants to go home. Review any results that have returned.</w:t>
      </w:r>
    </w:p>
    <w:p>
      <w:pPr>
        <w:spacing w:before="120" w:after="20" w:line="259" w:lineRule="auto"/>
        <w:shd w:fill="E8F5EC" w:val="clear"/>
      </w:pPr>
      <w:r>
        <w:rPr>
          <w:rFonts w:ascii="Calibri" w:hAnsi="Calibri" w:eastAsia="Calibri"/>
          <w:b/>
          <w:i w:val="0"/>
          <w:color w:val="146E3C"/>
          <w:sz w:val="22"/>
        </w:rPr>
        <w:t>A. [CORRECT] Feed, observe, find the cause; CT if indicated</w:t>
      </w:r>
    </w:p>
    <w:p>
      <w:pPr>
        <w:spacing w:before="0" w:after="20" w:line="259" w:lineRule="auto"/>
      </w:pPr>
      <w:r>
        <w:rPr>
          <w:rFonts w:ascii="Calibri" w:hAnsi="Calibri" w:eastAsia="Calibri"/>
          <w:b w:val="0"/>
          <w:i/>
          <w:color w:val="282828"/>
          <w:sz w:val="22"/>
        </w:rPr>
        <w:t>Bay: He eats. GCS 15. Wound glued. He remembers missing lunch after a double dose. Cause found — that is the discharge work.</w:t>
      </w:r>
    </w:p>
    <w:p>
      <w:pPr>
        <w:spacing w:before="0" w:after="40" w:line="259" w:lineRule="auto"/>
      </w:pPr>
      <w:r>
        <w:rPr>
          <w:rFonts w:ascii="Calibri" w:hAnsi="Calibri" w:eastAsia="Calibri"/>
          <w:b w:val="0"/>
          <w:i/>
          <w:color w:val="5A4614"/>
          <w:sz w:val="20"/>
        </w:rPr>
        <w:t>Reaction: gcs +1, glucose +1.4</w:t>
      </w:r>
    </w:p>
    <w:p>
      <w:pPr>
        <w:spacing w:before="80" w:after="40" w:line="259" w:lineRule="auto"/>
      </w:pPr>
      <w:r>
        <w:rPr>
          <w:rFonts w:ascii="Calibri" w:hAnsi="Calibri" w:eastAsia="Calibri"/>
          <w:b/>
          <w:i w:val="0"/>
          <w:color w:val="46326E"/>
          <w:sz w:val="22"/>
        </w:rPr>
        <w:t xml:space="preserve">    Follow-up: When is CT indicated?</w:t>
      </w:r>
    </w:p>
    <w:p>
      <w:pPr>
        <w:spacing w:before="120" w:after="20" w:line="259" w:lineRule="auto"/>
        <w:shd w:fill="E8F5EC" w:val="clear"/>
      </w:pPr>
      <w:r>
        <w:rPr>
          <w:rFonts w:ascii="Calibri" w:hAnsi="Calibri" w:eastAsia="Calibri"/>
          <w:b/>
          <w:i w:val="0"/>
          <w:color w:val="146E3C"/>
          <w:sz w:val="22"/>
        </w:rPr>
        <w:t xml:space="preserve">    A. [CORRECT] Only if still confused after glucose, or NICE head-injury criteria</w:t>
      </w:r>
    </w:p>
    <w:p>
      <w:pPr>
        <w:spacing w:before="0" w:after="20" w:line="259" w:lineRule="auto"/>
      </w:pPr>
      <w:r>
        <w:rPr>
          <w:rFonts w:ascii="Calibri" w:hAnsi="Calibri" w:eastAsia="Calibri"/>
          <w:b w:val="0"/>
          <w:i/>
          <w:color w:val="282828"/>
          <w:sz w:val="22"/>
        </w:rPr>
        <w:t xml:space="preserve">       Bay: He has recovered fully. Cause found — that is the discharge work.</w:t>
      </w:r>
    </w:p>
    <w:p>
      <w:pPr>
        <w:spacing w:before="120" w:after="20" w:line="259" w:lineRule="auto"/>
        <w:shd w:fill="F8E8E8" w:val="clear"/>
      </w:pPr>
      <w:r>
        <w:rPr>
          <w:rFonts w:ascii="Calibri" w:hAnsi="Calibri" w:eastAsia="Calibri"/>
          <w:b w:val="0"/>
          <w:i w:val="0"/>
          <w:color w:val="A02828"/>
          <w:sz w:val="22"/>
        </w:rPr>
        <w:t xml:space="preserve">    B. [WRONG] Every insulin-treated patient with a scalp laceration</w:t>
      </w:r>
    </w:p>
    <w:p>
      <w:pPr>
        <w:spacing w:before="0" w:after="20" w:line="259" w:lineRule="auto"/>
      </w:pPr>
      <w:r>
        <w:rPr>
          <w:rFonts w:ascii="Calibri" w:hAnsi="Calibri" w:eastAsia="Calibri"/>
          <w:b w:val="0"/>
          <w:i/>
          <w:color w:val="282828"/>
          <w:sz w:val="22"/>
        </w:rPr>
        <w:t xml:space="preserve">       Bay: Use NICE head-injury rules, not a blanket scan for insulin and a bump.</w:t>
      </w:r>
    </w:p>
    <w:p>
      <w:pPr>
        <w:spacing w:before="120" w:after="20" w:line="259" w:lineRule="auto"/>
        <w:shd w:fill="F8E8E8" w:val="clear"/>
      </w:pPr>
      <w:r>
        <w:rPr>
          <w:rFonts w:ascii="Calibri" w:hAnsi="Calibri" w:eastAsia="Calibri"/>
          <w:b w:val="0"/>
          <w:i w:val="0"/>
          <w:color w:val="A02828"/>
          <w:sz w:val="22"/>
        </w:rPr>
        <w:t xml:space="preserve">    C. [WRONG] Age over 65 as a sole indication</w:t>
      </w:r>
    </w:p>
    <w:p>
      <w:pPr>
        <w:spacing w:before="0" w:after="20" w:line="259" w:lineRule="auto"/>
      </w:pPr>
      <w:r>
        <w:rPr>
          <w:rFonts w:ascii="Calibri" w:hAnsi="Calibri" w:eastAsia="Calibri"/>
          <w:b w:val="0"/>
          <w:i/>
          <w:color w:val="282828"/>
          <w:sz w:val="22"/>
        </w:rPr>
        <w:t xml:space="preserve">       Bay: Full recovery and a small laceration do not mandate a scan on age alone.</w:t>
      </w:r>
    </w:p>
    <w:p>
      <w:pPr>
        <w:spacing w:before="120" w:after="20" w:line="259" w:lineRule="auto"/>
        <w:shd w:fill="F8E8E8" w:val="clear"/>
      </w:pPr>
      <w:r>
        <w:rPr>
          <w:rFonts w:ascii="Calibri" w:hAnsi="Calibri" w:eastAsia="Calibri"/>
          <w:b w:val="0"/>
          <w:i w:val="0"/>
          <w:color w:val="A02828"/>
          <w:sz w:val="22"/>
        </w:rPr>
        <w:t xml:space="preserve">    D. [WRONG] Never CT after a hypo, even with a residual deficit</w:t>
      </w:r>
    </w:p>
    <w:p>
      <w:pPr>
        <w:spacing w:before="0" w:after="20" w:line="259" w:lineRule="auto"/>
      </w:pPr>
      <w:r>
        <w:rPr>
          <w:rFonts w:ascii="Calibri" w:hAnsi="Calibri" w:eastAsia="Calibri"/>
          <w:b w:val="0"/>
          <w:i/>
          <w:color w:val="282828"/>
          <w:sz w:val="22"/>
        </w:rPr>
        <w:t xml:space="preserve">       Bay: If he stays confused or meets head-injury criteria, scan.</w:t>
      </w:r>
    </w:p>
    <w:p>
      <w:pPr>
        <w:spacing w:before="120" w:after="20" w:line="259" w:lineRule="auto"/>
        <w:shd w:fill="F8E8E8" w:val="clear"/>
      </w:pPr>
      <w:r>
        <w:rPr>
          <w:rFonts w:ascii="Calibri" w:hAnsi="Calibri" w:eastAsia="Calibri"/>
          <w:b w:val="0"/>
          <w:i w:val="0"/>
          <w:color w:val="A02828"/>
          <w:sz w:val="22"/>
        </w:rPr>
        <w:t xml:space="preserve">    E. [WRONG] CT before feeding or observation</w:t>
      </w:r>
    </w:p>
    <w:p>
      <w:pPr>
        <w:spacing w:before="0" w:after="20" w:line="259" w:lineRule="auto"/>
      </w:pPr>
      <w:r>
        <w:rPr>
          <w:rFonts w:ascii="Calibri" w:hAnsi="Calibri" w:eastAsia="Calibri"/>
          <w:b w:val="0"/>
          <w:i/>
          <w:color w:val="282828"/>
          <w:sz w:val="22"/>
        </w:rPr>
        <w:t xml:space="preserve">       Bay: Feed and observe. Scan is not the first recovered-hypo move.</w:t>
      </w:r>
    </w:p>
    <w:p>
      <w:pPr>
        <w:spacing w:before="120" w:after="20" w:line="259" w:lineRule="auto"/>
        <w:shd w:fill="F8E8E8" w:val="clear"/>
      </w:pPr>
      <w:r>
        <w:rPr>
          <w:rFonts w:ascii="Calibri" w:hAnsi="Calibri" w:eastAsia="Calibri"/>
          <w:b w:val="0"/>
          <w:i w:val="0"/>
          <w:color w:val="A02828"/>
          <w:sz w:val="22"/>
        </w:rPr>
        <w:t>B. [WRONG] CT every insulin-treated patient with a scalp laceration, even if fully recovered</w:t>
      </w:r>
    </w:p>
    <w:p>
      <w:pPr>
        <w:spacing w:before="0" w:after="20" w:line="259" w:lineRule="auto"/>
      </w:pPr>
      <w:r>
        <w:rPr>
          <w:rFonts w:ascii="Calibri" w:hAnsi="Calibri" w:eastAsia="Calibri"/>
          <w:b w:val="0"/>
          <w:i/>
          <w:color w:val="282828"/>
          <w:sz w:val="22"/>
        </w:rPr>
        <w:t>Bay: He has recovered fully. Use NICE head-injury rules, not a blanket scan for insulin and a bump.</w:t>
      </w:r>
    </w:p>
    <w:p>
      <w:pPr>
        <w:spacing w:before="120" w:after="20" w:line="259" w:lineRule="auto"/>
        <w:shd w:fill="F8E8E8" w:val="clear"/>
      </w:pPr>
      <w:r>
        <w:rPr>
          <w:rFonts w:ascii="Calibri" w:hAnsi="Calibri" w:eastAsia="Calibri"/>
          <w:b w:val="0"/>
          <w:i w:val="0"/>
          <w:color w:val="A02828"/>
          <w:sz w:val="22"/>
        </w:rPr>
        <w:t>C. [WRONG] Discharge from resus now without carbohydrate, because BM is 5.8</w:t>
      </w:r>
    </w:p>
    <w:p>
      <w:pPr>
        <w:spacing w:before="0" w:after="20" w:line="259" w:lineRule="auto"/>
      </w:pPr>
      <w:r>
        <w:rPr>
          <w:rFonts w:ascii="Calibri" w:hAnsi="Calibri" w:eastAsia="Calibri"/>
          <w:b w:val="0"/>
          <w:i/>
          <w:color w:val="282828"/>
          <w:sz w:val="22"/>
        </w:rPr>
        <w:t>Bay: BM will fall again without long-acting carbohydrate and a period of observation, especially after a double insulin dose.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Start a variable-rate insulin infusion because BM is now 5.8</w:t>
      </w:r>
    </w:p>
    <w:p>
      <w:pPr>
        <w:spacing w:before="0" w:after="20" w:line="259" w:lineRule="auto"/>
      </w:pPr>
      <w:r>
        <w:rPr>
          <w:rFonts w:ascii="Calibri" w:hAnsi="Calibri" w:eastAsia="Calibri"/>
          <w:b w:val="0"/>
          <w:i/>
          <w:color w:val="282828"/>
          <w:sz w:val="22"/>
        </w:rPr>
        <w:t>Bay: He presented hypoglycaemic. A VRII will drop him. Feed and observe; do not start insulin.</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Give gliclazide to cover overnight glycaemia</w:t>
      </w:r>
    </w:p>
    <w:p>
      <w:pPr>
        <w:spacing w:before="0" w:after="20" w:line="259" w:lineRule="auto"/>
      </w:pPr>
      <w:r>
        <w:rPr>
          <w:rFonts w:ascii="Calibri" w:hAnsi="Calibri" w:eastAsia="Calibri"/>
          <w:b w:val="0"/>
          <w:i/>
          <w:color w:val="282828"/>
          <w:sz w:val="22"/>
        </w:rPr>
        <w:t>Bay: He is insulin-treated, not on a sulphonylurea. A sulphonylurea will cause further hypoglycaemia.</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Wife is in the bay.</w:t>
      </w:r>
    </w:p>
    <w:p>
      <w:pPr>
        <w:spacing w:before="120" w:after="20" w:line="259" w:lineRule="auto"/>
        <w:shd w:fill="E8F5EC" w:val="clear"/>
      </w:pPr>
      <w:r>
        <w:rPr>
          <w:rFonts w:ascii="Calibri" w:hAnsi="Calibri" w:eastAsia="Calibri"/>
          <w:b/>
          <w:i w:val="0"/>
          <w:color w:val="146E3C"/>
          <w:sz w:val="22"/>
        </w:rPr>
        <w:t>A. [CORRECT] Ask about insulin doses, missed meals, alcohol, exercise, recent illness</w:t>
      </w:r>
    </w:p>
    <w:p>
      <w:pPr>
        <w:spacing w:before="0" w:after="20" w:line="259" w:lineRule="auto"/>
      </w:pPr>
      <w:r>
        <w:rPr>
          <w:rFonts w:ascii="Calibri" w:hAnsi="Calibri" w:eastAsia="Calibri"/>
          <w:b w:val="0"/>
          <w:i/>
          <w:color w:val="282828"/>
          <w:sz w:val="22"/>
        </w:rPr>
        <w:t>Bay: Took his evening insulin twice. Missed lunch. No alcohol. That is the cause.</w:t>
      </w:r>
    </w:p>
    <w:p>
      <w:pPr>
        <w:spacing w:before="120" w:after="20" w:line="259" w:lineRule="auto"/>
        <w:shd w:fill="E8F5EC" w:val="clear"/>
      </w:pPr>
      <w:r>
        <w:rPr>
          <w:rFonts w:ascii="Calibri" w:hAnsi="Calibri" w:eastAsia="Calibri"/>
          <w:b/>
          <w:i w:val="0"/>
          <w:color w:val="146E3C"/>
          <w:sz w:val="22"/>
        </w:rPr>
        <w:t>B. [CORRECT] Check usual BM diary, hypo awareness, and driving status</w:t>
      </w:r>
    </w:p>
    <w:p>
      <w:pPr>
        <w:spacing w:before="0" w:after="20" w:line="259" w:lineRule="auto"/>
      </w:pPr>
      <w:r>
        <w:rPr>
          <w:rFonts w:ascii="Calibri" w:hAnsi="Calibri" w:eastAsia="Calibri"/>
          <w:b w:val="0"/>
          <w:i/>
          <w:color w:val="282828"/>
          <w:sz w:val="22"/>
        </w:rPr>
        <w:t>Bay: Drives. No hypo-awareness teaching recently. DVLA advice applies once he is treated.</w:t>
      </w:r>
    </w:p>
    <w:p>
      <w:pPr>
        <w:spacing w:before="120" w:after="20" w:line="259" w:lineRule="auto"/>
        <w:shd w:fill="E8F5EC" w:val="clear"/>
      </w:pPr>
      <w:r>
        <w:rPr>
          <w:rFonts w:ascii="Calibri" w:hAnsi="Calibri" w:eastAsia="Calibri"/>
          <w:b/>
          <w:i w:val="0"/>
          <w:color w:val="146E3C"/>
          <w:sz w:val="22"/>
        </w:rPr>
        <w:t>C. [CORRECT] Ask about sulphonylureas, renal function, and sepsis symptoms</w:t>
      </w:r>
    </w:p>
    <w:p>
      <w:pPr>
        <w:spacing w:before="0" w:after="20" w:line="259" w:lineRule="auto"/>
      </w:pPr>
      <w:r>
        <w:rPr>
          <w:rFonts w:ascii="Calibri" w:hAnsi="Calibri" w:eastAsia="Calibri"/>
          <w:b w:val="0"/>
          <w:i/>
          <w:color w:val="282828"/>
          <w:sz w:val="22"/>
        </w:rPr>
        <w:t>Bay: Insulin only. No fever. Octreotide is not first-line here — that is for recurrent SU hypo.</w:t>
      </w:r>
    </w:p>
    <w:p>
      <w:pPr>
        <w:spacing w:before="120" w:after="20" w:line="259" w:lineRule="auto"/>
        <w:shd w:fill="F8E8E8" w:val="clear"/>
      </w:pPr>
      <w:r>
        <w:rPr>
          <w:rFonts w:ascii="Calibri" w:hAnsi="Calibri" w:eastAsia="Calibri"/>
          <w:b w:val="0"/>
          <w:i w:val="0"/>
          <w:color w:val="A02828"/>
          <w:sz w:val="22"/>
        </w:rPr>
        <w:t>D. [WRONG] Defer IV glucose until a laboratory glucose result is back</w:t>
      </w:r>
    </w:p>
    <w:p>
      <w:pPr>
        <w:spacing w:before="0" w:after="20" w:line="259" w:lineRule="auto"/>
      </w:pPr>
      <w:r>
        <w:rPr>
          <w:rFonts w:ascii="Calibri" w:hAnsi="Calibri" w:eastAsia="Calibri"/>
          <w:b w:val="0"/>
          <w:i/>
          <w:color w:val="282828"/>
          <w:sz w:val="22"/>
        </w:rPr>
        <w:t>Bay: Treat on the capillary reading. Waiting for the lab leaves a GCS 10 patient untreated.</w:t>
      </w:r>
    </w:p>
    <w:p>
      <w:pPr>
        <w:spacing w:before="120" w:after="20" w:line="259" w:lineRule="auto"/>
        <w:shd w:fill="F8E8E8" w:val="clear"/>
      </w:pPr>
      <w:r>
        <w:rPr>
          <w:rFonts w:ascii="Calibri" w:hAnsi="Calibri" w:eastAsia="Calibri"/>
          <w:b w:val="0"/>
          <w:i w:val="0"/>
          <w:color w:val="A02828"/>
          <w:sz w:val="22"/>
        </w:rPr>
        <w:t>E. [WRONG] Withhold treatment until the diabetes specialist nurse attends</w:t>
      </w:r>
    </w:p>
    <w:p>
      <w:pPr>
        <w:spacing w:before="0" w:after="20" w:line="259" w:lineRule="auto"/>
      </w:pPr>
      <w:r>
        <w:rPr>
          <w:rFonts w:ascii="Calibri" w:hAnsi="Calibri" w:eastAsia="Calibri"/>
          <w:b w:val="0"/>
          <w:i/>
          <w:color w:val="282828"/>
          <w:sz w:val="22"/>
        </w:rPr>
        <w:t>Bay: Give glucose now. DSN review follows recovery — it is not a gate on the first bolus.</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Insulin, sweaty, GCS 10, BM 1.6, recovered with glucose.</w:t>
      </w:r>
    </w:p>
    <w:p>
      <w:pPr>
        <w:spacing w:before="120" w:after="20" w:line="259" w:lineRule="auto"/>
        <w:shd w:fill="E8F5EC" w:val="clear"/>
      </w:pPr>
      <w:r>
        <w:rPr>
          <w:rFonts w:ascii="Calibri" w:hAnsi="Calibri" w:eastAsia="Calibri"/>
          <w:b/>
          <w:i w:val="0"/>
          <w:color w:val="146E3C"/>
          <w:sz w:val="22"/>
        </w:rPr>
        <w:t>A. [CORRECT] Severe hypoglycaemia</w:t>
      </w:r>
    </w:p>
    <w:p>
      <w:pPr>
        <w:spacing w:before="0" w:after="20" w:line="259" w:lineRule="auto"/>
      </w:pPr>
      <w:r>
        <w:rPr>
          <w:rFonts w:ascii="Calibri" w:hAnsi="Calibri" w:eastAsia="Calibri"/>
          <w:b w:val="0"/>
          <w:i/>
          <w:color w:val="282828"/>
          <w:sz w:val="22"/>
        </w:rPr>
        <w:t>Bay: Whipple's triad: low BM, compatible symptoms, recovery with glucose. Severe because GCS was 10 and he needed IV treatment.</w:t>
      </w:r>
    </w:p>
    <w:p>
      <w:pPr>
        <w:spacing w:before="120" w:after="20" w:line="259" w:lineRule="auto"/>
        <w:shd w:fill="F8E8E8" w:val="clear"/>
      </w:pPr>
      <w:r>
        <w:rPr>
          <w:rFonts w:ascii="Calibri" w:hAnsi="Calibri" w:eastAsia="Calibri"/>
          <w:b w:val="0"/>
          <w:i w:val="0"/>
          <w:color w:val="A02828"/>
          <w:sz w:val="22"/>
        </w:rPr>
        <w:t>B. [WRONG] Acute ischaemic stroke as the only diagnosis</w:t>
      </w:r>
    </w:p>
    <w:p>
      <w:pPr>
        <w:spacing w:before="0" w:after="20" w:line="259" w:lineRule="auto"/>
      </w:pPr>
      <w:r>
        <w:rPr>
          <w:rFonts w:ascii="Calibri" w:hAnsi="Calibri" w:eastAsia="Calibri"/>
          <w:b w:val="0"/>
          <w:i/>
          <w:color w:val="282828"/>
          <w:sz w:val="22"/>
        </w:rPr>
        <w:t>Bay: It reversed with glucose. Do not hang the working diagnosis on stroke until the BM is treated and a deficit remains.</w:t>
      </w:r>
    </w:p>
    <w:p>
      <w:pPr>
        <w:spacing w:before="120" w:after="20" w:line="259" w:lineRule="auto"/>
        <w:shd w:fill="F8E8E8" w:val="clear"/>
      </w:pPr>
      <w:r>
        <w:rPr>
          <w:rFonts w:ascii="Calibri" w:hAnsi="Calibri" w:eastAsia="Calibri"/>
          <w:b w:val="0"/>
          <w:i w:val="0"/>
          <w:color w:val="A02828"/>
          <w:sz w:val="22"/>
        </w:rPr>
        <w:t>C. [WRONG] Opioid toxicity</w:t>
      </w:r>
    </w:p>
    <w:p>
      <w:pPr>
        <w:spacing w:before="0" w:after="20" w:line="259" w:lineRule="auto"/>
      </w:pPr>
      <w:r>
        <w:rPr>
          <w:rFonts w:ascii="Calibri" w:hAnsi="Calibri" w:eastAsia="Calibri"/>
          <w:b w:val="0"/>
          <w:i/>
          <w:color w:val="282828"/>
          <w:sz w:val="22"/>
        </w:rPr>
        <w:t>Bay: He is sweaty, not pinpoint and hypoventilating. The medic-alert says insulin.</w:t>
      </w:r>
    </w:p>
    <w:p>
      <w:pPr>
        <w:spacing w:before="120" w:after="20" w:line="259" w:lineRule="auto"/>
        <w:shd w:fill="F8E8E8" w:val="clear"/>
      </w:pPr>
      <w:r>
        <w:rPr>
          <w:rFonts w:ascii="Calibri" w:hAnsi="Calibri" w:eastAsia="Calibri"/>
          <w:b w:val="0"/>
          <w:i w:val="0"/>
          <w:color w:val="A02828"/>
          <w:sz w:val="22"/>
        </w:rPr>
        <w:t>D. [WRONG] Prolonged post-ictal state after an unprovoked seizure</w:t>
      </w:r>
    </w:p>
    <w:p>
      <w:pPr>
        <w:spacing w:before="0" w:after="20" w:line="259" w:lineRule="auto"/>
      </w:pPr>
      <w:r>
        <w:rPr>
          <w:rFonts w:ascii="Calibri" w:hAnsi="Calibri" w:eastAsia="Calibri"/>
          <w:b w:val="0"/>
          <w:i/>
          <w:color w:val="282828"/>
          <w:sz w:val="22"/>
        </w:rPr>
        <w:t>Bay: BM was 1.6. A seizure, if it occurred, was secondary to hypoglycaemia — treat the BM.</w:t>
      </w:r>
    </w:p>
    <w:p>
      <w:pPr>
        <w:spacing w:before="120" w:after="20" w:line="259" w:lineRule="auto"/>
        <w:shd w:fill="F8E8E8" w:val="clear"/>
      </w:pPr>
      <w:r>
        <w:rPr>
          <w:rFonts w:ascii="Calibri" w:hAnsi="Calibri" w:eastAsia="Calibri"/>
          <w:b w:val="0"/>
          <w:i w:val="0"/>
          <w:color w:val="A02828"/>
          <w:sz w:val="22"/>
        </w:rPr>
        <w:t>E. [WRONG] Diabetic ketoacidosis</w:t>
      </w:r>
    </w:p>
    <w:p>
      <w:pPr>
        <w:spacing w:before="0" w:after="20" w:line="259" w:lineRule="auto"/>
      </w:pPr>
      <w:r>
        <w:rPr>
          <w:rFonts w:ascii="Calibri" w:hAnsi="Calibri" w:eastAsia="Calibri"/>
          <w:b w:val="0"/>
          <w:i/>
          <w:color w:val="282828"/>
          <w:sz w:val="22"/>
        </w:rPr>
        <w:t>Bay: Glucose was 1.6 mmol/L, not high. DKA is the opposite metabolic emergency.</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He is eating. BM 7.2.</w:t>
      </w:r>
    </w:p>
    <w:p>
      <w:pPr>
        <w:spacing w:before="120" w:after="20" w:line="259" w:lineRule="auto"/>
        <w:shd w:fill="E8F5EC" w:val="clear"/>
      </w:pPr>
      <w:r>
        <w:rPr>
          <w:rFonts w:ascii="Calibri" w:hAnsi="Calibri" w:eastAsia="Calibri"/>
          <w:b/>
          <w:i w:val="0"/>
          <w:color w:val="146E3C"/>
          <w:sz w:val="22"/>
        </w:rPr>
        <w:t>A. [CORRECT] Observe, DSN, driving advice</w:t>
      </w:r>
    </w:p>
    <w:p>
      <w:pPr>
        <w:spacing w:before="0" w:after="20" w:line="259" w:lineRule="auto"/>
      </w:pPr>
      <w:r>
        <w:rPr>
          <w:rFonts w:ascii="Calibri" w:hAnsi="Calibri" w:eastAsia="Calibri"/>
          <w:b w:val="0"/>
          <w:i/>
          <w:color w:val="282828"/>
          <w:sz w:val="22"/>
        </w:rPr>
        <w:t>Bay: DSN will review. He stays until the evening BM is stable after a double-dose of insulin.</w:t>
      </w:r>
    </w:p>
    <w:p>
      <w:pPr>
        <w:spacing w:before="0" w:after="40" w:line="259" w:lineRule="auto"/>
      </w:pPr>
      <w:r>
        <w:rPr>
          <w:rFonts w:ascii="Calibri" w:hAnsi="Calibri" w:eastAsia="Calibri"/>
          <w:b w:val="0"/>
          <w:i/>
          <w:color w:val="5A4614"/>
          <w:sz w:val="20"/>
        </w:rPr>
        <w:t>Reaction: glucose +0.8</w:t>
      </w:r>
    </w:p>
    <w:p>
      <w:pPr>
        <w:spacing w:before="80" w:after="40" w:line="259" w:lineRule="auto"/>
      </w:pPr>
      <w:r>
        <w:rPr>
          <w:rFonts w:ascii="Calibri" w:hAnsi="Calibri" w:eastAsia="Calibri"/>
          <w:b/>
          <w:i w:val="0"/>
          <w:color w:val="46326E"/>
          <w:sz w:val="22"/>
        </w:rPr>
        <w:t xml:space="preserve">    Follow-up: Driving advice?</w:t>
      </w:r>
    </w:p>
    <w:p>
      <w:pPr>
        <w:spacing w:before="120" w:after="20" w:line="259" w:lineRule="auto"/>
        <w:shd w:fill="E8F5EC" w:val="clear"/>
      </w:pPr>
      <w:r>
        <w:rPr>
          <w:rFonts w:ascii="Calibri" w:hAnsi="Calibri" w:eastAsia="Calibri"/>
          <w:b/>
          <w:i w:val="0"/>
          <w:color w:val="146E3C"/>
          <w:sz w:val="22"/>
        </w:rPr>
        <w:t xml:space="preserve">    A. [CORRECT] Do not drive for at least 1 hour after a severe hypo</w:t>
      </w:r>
    </w:p>
    <w:p>
      <w:pPr>
        <w:spacing w:before="0" w:after="20" w:line="259" w:lineRule="auto"/>
      </w:pPr>
      <w:r>
        <w:rPr>
          <w:rFonts w:ascii="Calibri" w:hAnsi="Calibri" w:eastAsia="Calibri"/>
          <w:b w:val="0"/>
          <w:i/>
          <w:color w:val="282828"/>
          <w:sz w:val="22"/>
        </w:rPr>
        <w:t xml:space="preserve">       Bay: Longer if hypo-unaware. He does not drive from resus. DSN follow-up.</w:t>
      </w:r>
    </w:p>
    <w:p>
      <w:pPr>
        <w:spacing w:before="120" w:after="20" w:line="259" w:lineRule="auto"/>
        <w:shd w:fill="F8E8E8" w:val="clear"/>
      </w:pPr>
      <w:r>
        <w:rPr>
          <w:rFonts w:ascii="Calibri" w:hAnsi="Calibri" w:eastAsia="Calibri"/>
          <w:b w:val="0"/>
          <w:i w:val="0"/>
          <w:color w:val="A02828"/>
          <w:sz w:val="22"/>
        </w:rPr>
        <w:t xml:space="preserve">    B. [WRONG] Drive himself home now BM is 7.2</w:t>
      </w:r>
    </w:p>
    <w:p>
      <w:pPr>
        <w:spacing w:before="0" w:after="20" w:line="259" w:lineRule="auto"/>
      </w:pPr>
      <w:r>
        <w:rPr>
          <w:rFonts w:ascii="Calibri" w:hAnsi="Calibri" w:eastAsia="Calibri"/>
          <w:b w:val="0"/>
          <w:i/>
          <w:color w:val="282828"/>
          <w:sz w:val="22"/>
        </w:rPr>
        <w:t xml:space="preserve">       Bay: Group 1: at least 1 hour after a severe hypo, and he double-dosed.</w:t>
      </w:r>
    </w:p>
    <w:p>
      <w:pPr>
        <w:spacing w:before="120" w:after="20" w:line="259" w:lineRule="auto"/>
        <w:shd w:fill="F8E8E8" w:val="clear"/>
      </w:pPr>
      <w:r>
        <w:rPr>
          <w:rFonts w:ascii="Calibri" w:hAnsi="Calibri" w:eastAsia="Calibri"/>
          <w:b w:val="0"/>
          <w:i w:val="0"/>
          <w:color w:val="A02828"/>
          <w:sz w:val="22"/>
        </w:rPr>
        <w:t xml:space="preserve">    C. [WRONG] Lifetime ban after one severe hypo</w:t>
      </w:r>
    </w:p>
    <w:p>
      <w:pPr>
        <w:spacing w:before="0" w:after="20" w:line="259" w:lineRule="auto"/>
      </w:pPr>
      <w:r>
        <w:rPr>
          <w:rFonts w:ascii="Calibri" w:hAnsi="Calibri" w:eastAsia="Calibri"/>
          <w:b w:val="0"/>
          <w:i/>
          <w:color w:val="282828"/>
          <w:sz w:val="22"/>
        </w:rPr>
        <w:t xml:space="preserve">       Bay: That is not DVLA advice after a single explained insulin error.</w:t>
      </w:r>
    </w:p>
    <w:p>
      <w:pPr>
        <w:spacing w:before="120" w:after="20" w:line="259" w:lineRule="auto"/>
        <w:shd w:fill="F8E8E8" w:val="clear"/>
      </w:pPr>
      <w:r>
        <w:rPr>
          <w:rFonts w:ascii="Calibri" w:hAnsi="Calibri" w:eastAsia="Calibri"/>
          <w:b w:val="0"/>
          <w:i w:val="0"/>
          <w:color w:val="A02828"/>
          <w:sz w:val="22"/>
        </w:rPr>
        <w:t xml:space="preserve">    D. [WRONG] Group 1 drivers may drive immediately if GCS 15</w:t>
      </w:r>
    </w:p>
    <w:p>
      <w:pPr>
        <w:spacing w:before="0" w:after="20" w:line="259" w:lineRule="auto"/>
      </w:pPr>
      <w:r>
        <w:rPr>
          <w:rFonts w:ascii="Calibri" w:hAnsi="Calibri" w:eastAsia="Calibri"/>
          <w:b w:val="0"/>
          <w:i/>
          <w:color w:val="282828"/>
          <w:sz w:val="22"/>
        </w:rPr>
        <w:t xml:space="preserve">       Bay: Severe hypo still has a stand-down period.</w:t>
      </w:r>
    </w:p>
    <w:p>
      <w:pPr>
        <w:spacing w:before="120" w:after="20" w:line="259" w:lineRule="auto"/>
        <w:shd w:fill="F8E8E8" w:val="clear"/>
      </w:pPr>
      <w:r>
        <w:rPr>
          <w:rFonts w:ascii="Calibri" w:hAnsi="Calibri" w:eastAsia="Calibri"/>
          <w:b w:val="0"/>
          <w:i w:val="0"/>
          <w:color w:val="A02828"/>
          <w:sz w:val="22"/>
        </w:rPr>
        <w:t xml:space="preserve">    E. [WRONG] No advice needed if he is not an HGV driver</w:t>
      </w:r>
    </w:p>
    <w:p>
      <w:pPr>
        <w:spacing w:before="0" w:after="20" w:line="259" w:lineRule="auto"/>
      </w:pPr>
      <w:r>
        <w:rPr>
          <w:rFonts w:ascii="Calibri" w:hAnsi="Calibri" w:eastAsia="Calibri"/>
          <w:b w:val="0"/>
          <w:i/>
          <w:color w:val="282828"/>
          <w:sz w:val="22"/>
        </w:rPr>
        <w:t xml:space="preserve">       Bay: Group 1 drivers still get advice. Ask, document, and keep him off the road tonight.</w:t>
      </w:r>
    </w:p>
    <w:p>
      <w:pPr>
        <w:spacing w:before="120" w:after="20" w:line="259" w:lineRule="auto"/>
        <w:shd w:fill="F8E8E8" w:val="clear"/>
      </w:pPr>
      <w:r>
        <w:rPr>
          <w:rFonts w:ascii="Calibri" w:hAnsi="Calibri" w:eastAsia="Calibri"/>
          <w:b w:val="0"/>
          <w:i w:val="0"/>
          <w:color w:val="A02828"/>
          <w:sz w:val="22"/>
        </w:rPr>
        <w:t>B. [WRONG] Discharge now and allow him to drive himself home</w:t>
      </w:r>
    </w:p>
    <w:p>
      <w:pPr>
        <w:spacing w:before="0" w:after="20" w:line="259" w:lineRule="auto"/>
      </w:pPr>
      <w:r>
        <w:rPr>
          <w:rFonts w:ascii="Calibri" w:hAnsi="Calibri" w:eastAsia="Calibri"/>
          <w:b w:val="0"/>
          <w:i/>
          <w:color w:val="282828"/>
          <w:sz w:val="22"/>
        </w:rPr>
        <w:t>Bay: Group 1: do not drive for at least 24 hours after a severe hypo needing help. He does not drive from resus.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Give 6 units of rapid-acting insulin because BM is 7.2</w:t>
      </w:r>
    </w:p>
    <w:p>
      <w:pPr>
        <w:spacing w:before="0" w:after="20" w:line="259" w:lineRule="auto"/>
      </w:pPr>
      <w:r>
        <w:rPr>
          <w:rFonts w:ascii="Calibri" w:hAnsi="Calibri" w:eastAsia="Calibri"/>
          <w:b w:val="0"/>
          <w:i/>
          <w:color w:val="282828"/>
          <w:sz w:val="22"/>
        </w:rPr>
        <w:t>Bay: That is a recovered hypoglycaemia BM. Further insulin will drop him again.</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No driving advice — he is not an HGV driver</w:t>
      </w:r>
    </w:p>
    <w:p>
      <w:pPr>
        <w:spacing w:before="0" w:after="20" w:line="259" w:lineRule="auto"/>
      </w:pPr>
      <w:r>
        <w:rPr>
          <w:rFonts w:ascii="Calibri" w:hAnsi="Calibri" w:eastAsia="Calibri"/>
          <w:b w:val="0"/>
          <w:i/>
          <w:color w:val="282828"/>
          <w:sz w:val="22"/>
        </w:rPr>
        <w:t>Bay: Group 1 drivers need the 24-hour advice too. He needed IV glucose. He does not drive today.</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Increase tonight's insulin because he missed lunch</w:t>
      </w:r>
    </w:p>
    <w:p>
      <w:pPr>
        <w:spacing w:before="0" w:after="20" w:line="259" w:lineRule="auto"/>
      </w:pPr>
      <w:r>
        <w:rPr>
          <w:rFonts w:ascii="Calibri" w:hAnsi="Calibri" w:eastAsia="Calibri"/>
          <w:b w:val="0"/>
          <w:i/>
          <w:color w:val="282828"/>
          <w:sz w:val="22"/>
        </w:rPr>
        <w:t>Bay: He double-dosed and had a severe hypo. Do not increase insulin tonight.</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Wound glued. GCS 15.</w:t>
      </w:r>
    </w:p>
    <w:p>
      <w:pPr>
        <w:spacing w:before="120" w:after="20" w:line="259" w:lineRule="auto"/>
        <w:shd w:fill="E8F5EC" w:val="clear"/>
      </w:pPr>
      <w:r>
        <w:rPr>
          <w:rFonts w:ascii="Calibri" w:hAnsi="Calibri" w:eastAsia="Calibri"/>
          <w:b/>
          <w:i w:val="0"/>
          <w:color w:val="146E3C"/>
          <w:sz w:val="22"/>
        </w:rPr>
        <w:t>A. [CORRECT] ED observation or medical bed if long-acting insulin or unclear cause</w:t>
      </w:r>
    </w:p>
    <w:p>
      <w:pPr>
        <w:spacing w:before="0" w:after="20" w:line="259" w:lineRule="auto"/>
      </w:pPr>
      <w:r>
        <w:rPr>
          <w:rFonts w:ascii="Calibri" w:hAnsi="Calibri" w:eastAsia="Calibri"/>
          <w:b w:val="0"/>
          <w:i/>
          <w:color w:val="282828"/>
          <w:sz w:val="22"/>
        </w:rPr>
        <w:t>Bay: Correct. Double-dose insulin needs a period of observation — not a drive home from resus.</w:t>
      </w:r>
    </w:p>
    <w:p>
      <w:pPr>
        <w:spacing w:before="120" w:after="20" w:line="259" w:lineRule="auto"/>
        <w:shd w:fill="F8E8E8" w:val="clear"/>
      </w:pPr>
      <w:r>
        <w:rPr>
          <w:rFonts w:ascii="Calibri" w:hAnsi="Calibri" w:eastAsia="Calibri"/>
          <w:b w:val="0"/>
          <w:i w:val="0"/>
          <w:color w:val="A02828"/>
          <w:sz w:val="22"/>
        </w:rPr>
        <w:t>B. [WRONG] Same-day discharge from resus, driving himself</w:t>
      </w:r>
    </w:p>
    <w:p>
      <w:pPr>
        <w:spacing w:before="0" w:after="20" w:line="259" w:lineRule="auto"/>
      </w:pPr>
      <w:r>
        <w:rPr>
          <w:rFonts w:ascii="Calibri" w:hAnsi="Calibri" w:eastAsia="Calibri"/>
          <w:b w:val="0"/>
          <w:i/>
          <w:color w:val="282828"/>
          <w:sz w:val="22"/>
        </w:rPr>
        <w:t>Bay: Severe hypo, insulin dosing error, and he drives. He stays until stable and does not drive himself.</w:t>
      </w:r>
    </w:p>
    <w:p>
      <w:pPr>
        <w:spacing w:before="120" w:after="20" w:line="259" w:lineRule="auto"/>
        <w:shd w:fill="F8E8E8" w:val="clear"/>
      </w:pPr>
      <w:r>
        <w:rPr>
          <w:rFonts w:ascii="Calibri" w:hAnsi="Calibri" w:eastAsia="Calibri"/>
          <w:b w:val="0"/>
          <w:i w:val="0"/>
          <w:color w:val="A02828"/>
          <w:sz w:val="22"/>
        </w:rPr>
        <w:t>C. [WRONG] Hyperacute stroke unit, bypassing documented glucose recovery</w:t>
      </w:r>
    </w:p>
    <w:p>
      <w:pPr>
        <w:spacing w:before="0" w:after="20" w:line="259" w:lineRule="auto"/>
      </w:pPr>
      <w:r>
        <w:rPr>
          <w:rFonts w:ascii="Calibri" w:hAnsi="Calibri" w:eastAsia="Calibri"/>
          <w:b w:val="0"/>
          <w:i/>
          <w:color w:val="282828"/>
          <w:sz w:val="22"/>
        </w:rPr>
        <w:t>Bay: The deficit reversed with glucose. Stroke unit without a treated BM is the wrong pathway.</w:t>
      </w:r>
    </w:p>
    <w:p>
      <w:pPr>
        <w:spacing w:before="120" w:after="20" w:line="259" w:lineRule="auto"/>
        <w:shd w:fill="F8E8E8" w:val="clear"/>
      </w:pPr>
      <w:r>
        <w:rPr>
          <w:rFonts w:ascii="Calibri" w:hAnsi="Calibri" w:eastAsia="Calibri"/>
          <w:b w:val="0"/>
          <w:i w:val="0"/>
          <w:color w:val="A02828"/>
          <w:sz w:val="22"/>
        </w:rPr>
        <w:t>D. [WRONG] ICU as routine for every recovered hypoglycaemic presentation</w:t>
      </w:r>
    </w:p>
    <w:p>
      <w:pPr>
        <w:spacing w:before="0" w:after="20" w:line="259" w:lineRule="auto"/>
      </w:pPr>
      <w:r>
        <w:rPr>
          <w:rFonts w:ascii="Calibri" w:hAnsi="Calibri" w:eastAsia="Calibri"/>
          <w:b w:val="0"/>
          <w:i/>
          <w:color w:val="282828"/>
          <w:sz w:val="22"/>
        </w:rPr>
        <w:t>Bay: He has recovered and is eating. ICU is for ongoing reduced GCS, seizures or a cause you cannot reverse.</w:t>
      </w:r>
    </w:p>
    <w:p>
      <w:pPr>
        <w:spacing w:before="120" w:after="20" w:line="259" w:lineRule="auto"/>
        <w:shd w:fill="F8E8E8" w:val="clear"/>
      </w:pPr>
      <w:r>
        <w:rPr>
          <w:rFonts w:ascii="Calibri" w:hAnsi="Calibri" w:eastAsia="Calibri"/>
          <w:b w:val="0"/>
          <w:i w:val="0"/>
          <w:color w:val="A02828"/>
          <w:sz w:val="22"/>
        </w:rPr>
        <w:t>E. [WRONG] Ambulatory medical unit discharge within the hour, next insulin dose still due</w:t>
      </w:r>
    </w:p>
    <w:p>
      <w:pPr>
        <w:spacing w:before="0" w:after="20" w:line="259" w:lineRule="auto"/>
      </w:pPr>
      <w:r>
        <w:rPr>
          <w:rFonts w:ascii="Calibri" w:hAnsi="Calibri" w:eastAsia="Calibri"/>
          <w:b w:val="0"/>
          <w:i/>
          <w:color w:val="282828"/>
          <w:sz w:val="22"/>
        </w:rPr>
        <w:t>Bay: A long-acting or double-dosed insulin needs longer observation than a one-hour ambulatory slot.</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he leaves the bay.</w:t>
      </w:r>
    </w:p>
    <w:p>
      <w:pPr>
        <w:spacing w:before="120" w:after="20" w:line="259" w:lineRule="auto"/>
        <w:shd w:fill="E8F5EC" w:val="clear"/>
      </w:pPr>
      <w:r>
        <w:rPr>
          <w:rFonts w:ascii="Calibri" w:hAnsi="Calibri" w:eastAsia="Calibri"/>
          <w:b/>
          <w:i w:val="0"/>
          <w:color w:val="146E3C"/>
          <w:sz w:val="22"/>
        </w:rPr>
        <w:t>A. [CORRECT] Hypo education, driving advice, glucagon kit, DSN follow-up</w:t>
      </w:r>
    </w:p>
    <w:p>
      <w:pPr>
        <w:spacing w:before="0" w:after="20" w:line="259" w:lineRule="auto"/>
      </w:pPr>
      <w:r>
        <w:rPr>
          <w:rFonts w:ascii="Calibri" w:hAnsi="Calibri" w:eastAsia="Calibri"/>
          <w:b w:val="0"/>
          <w:i/>
          <w:color w:val="282828"/>
          <w:sz w:val="22"/>
        </w:rPr>
        <w:t>Bay: Wife taught. He will not drive for the advised period. DSN in the morning.</w:t>
      </w:r>
    </w:p>
    <w:p>
      <w:pPr>
        <w:spacing w:before="80" w:after="40" w:line="259" w:lineRule="auto"/>
      </w:pPr>
      <w:r>
        <w:rPr>
          <w:rFonts w:ascii="Calibri" w:hAnsi="Calibri" w:eastAsia="Calibri"/>
          <w:b/>
          <w:i w:val="0"/>
          <w:color w:val="46326E"/>
          <w:sz w:val="22"/>
        </w:rPr>
        <w:t xml:space="preserve">    Follow-up: When may he drive a car again?</w:t>
      </w:r>
    </w:p>
    <w:p>
      <w:pPr>
        <w:spacing w:before="120" w:after="20" w:line="259" w:lineRule="auto"/>
        <w:shd w:fill="E8F5EC" w:val="clear"/>
      </w:pPr>
      <w:r>
        <w:rPr>
          <w:rFonts w:ascii="Calibri" w:hAnsi="Calibri" w:eastAsia="Calibri"/>
          <w:b/>
          <w:i w:val="0"/>
          <w:color w:val="146E3C"/>
          <w:sz w:val="22"/>
        </w:rPr>
        <w:t xml:space="preserve">    A. [CORRECT] Not for at least 24 hours; DVLA if Group 2 or recurrent severe hypos</w:t>
      </w:r>
    </w:p>
    <w:p>
      <w:pPr>
        <w:spacing w:before="0" w:after="20" w:line="259" w:lineRule="auto"/>
      </w:pPr>
      <w:r>
        <w:rPr>
          <w:rFonts w:ascii="Calibri" w:hAnsi="Calibri" w:eastAsia="Calibri"/>
          <w:b w:val="0"/>
          <w:i/>
          <w:color w:val="282828"/>
          <w:sz w:val="22"/>
        </w:rPr>
        <w:t xml:space="preserve">       Bay: DVLA Group 1: no driving for 24 h after a severe hypo needing help. Group 2 is stricter.</w:t>
      </w:r>
    </w:p>
    <w:p>
      <w:pPr>
        <w:spacing w:before="120" w:after="20" w:line="259" w:lineRule="auto"/>
        <w:shd w:fill="F8E8E8" w:val="clear"/>
      </w:pPr>
      <w:r>
        <w:rPr>
          <w:rFonts w:ascii="Calibri" w:hAnsi="Calibri" w:eastAsia="Calibri"/>
          <w:b w:val="0"/>
          <w:i w:val="0"/>
          <w:color w:val="A02828"/>
          <w:sz w:val="22"/>
        </w:rPr>
        <w:t xml:space="preserve">    B. [WRONG] Immediately if GCS is 15</w:t>
      </w:r>
    </w:p>
    <w:p>
      <w:pPr>
        <w:spacing w:before="0" w:after="20" w:line="259" w:lineRule="auto"/>
      </w:pPr>
      <w:r>
        <w:rPr>
          <w:rFonts w:ascii="Calibri" w:hAnsi="Calibri" w:eastAsia="Calibri"/>
          <w:b w:val="0"/>
          <w:i/>
          <w:color w:val="282828"/>
          <w:sz w:val="22"/>
        </w:rPr>
        <w:t xml:space="preserve">       Bay: A severe hypo bans Group 1 driving for at least 24 hours.</w:t>
      </w:r>
    </w:p>
    <w:p>
      <w:pPr>
        <w:spacing w:before="120" w:after="20" w:line="259" w:lineRule="auto"/>
        <w:shd w:fill="F8E8E8" w:val="clear"/>
      </w:pPr>
      <w:r>
        <w:rPr>
          <w:rFonts w:ascii="Calibri" w:hAnsi="Calibri" w:eastAsia="Calibri"/>
          <w:b w:val="0"/>
          <w:i w:val="0"/>
          <w:color w:val="A02828"/>
          <w:sz w:val="22"/>
        </w:rPr>
        <w:t xml:space="preserve">    C. [WRONG] After one hour if he has eaten</w:t>
      </w:r>
    </w:p>
    <w:p>
      <w:pPr>
        <w:spacing w:before="0" w:after="20" w:line="259" w:lineRule="auto"/>
      </w:pPr>
      <w:r>
        <w:rPr>
          <w:rFonts w:ascii="Calibri" w:hAnsi="Calibri" w:eastAsia="Calibri"/>
          <w:b w:val="0"/>
          <w:i/>
          <w:color w:val="282828"/>
          <w:sz w:val="22"/>
        </w:rPr>
        <w:t xml:space="preserve">       Bay: Too soon.</w:t>
      </w:r>
    </w:p>
    <w:p>
      <w:pPr>
        <w:spacing w:before="120" w:after="20" w:line="259" w:lineRule="auto"/>
        <w:shd w:fill="F8E8E8" w:val="clear"/>
      </w:pPr>
      <w:r>
        <w:rPr>
          <w:rFonts w:ascii="Calibri" w:hAnsi="Calibri" w:eastAsia="Calibri"/>
          <w:b w:val="0"/>
          <w:i w:val="0"/>
          <w:color w:val="A02828"/>
          <w:sz w:val="22"/>
        </w:rPr>
        <w:t xml:space="preserve">    D. [WRONG] Lifetime ban after one severe hypo</w:t>
      </w:r>
    </w:p>
    <w:p>
      <w:pPr>
        <w:spacing w:before="0" w:after="20" w:line="259" w:lineRule="auto"/>
      </w:pPr>
      <w:r>
        <w:rPr>
          <w:rFonts w:ascii="Calibri" w:hAnsi="Calibri" w:eastAsia="Calibri"/>
          <w:b w:val="0"/>
          <w:i/>
          <w:color w:val="282828"/>
          <w:sz w:val="22"/>
        </w:rPr>
        <w:t xml:space="preserve">       Bay: One event is not a lifetime ban for Group 1.</w:t>
      </w:r>
    </w:p>
    <w:p>
      <w:pPr>
        <w:spacing w:before="120" w:after="20" w:line="259" w:lineRule="auto"/>
        <w:shd w:fill="F8E8E8" w:val="clear"/>
      </w:pPr>
      <w:r>
        <w:rPr>
          <w:rFonts w:ascii="Calibri" w:hAnsi="Calibri" w:eastAsia="Calibri"/>
          <w:b w:val="0"/>
          <w:i w:val="0"/>
          <w:color w:val="A02828"/>
          <w:sz w:val="22"/>
        </w:rPr>
        <w:t xml:space="preserve">    E. [WRONG] Only HGV drivers need advice</w:t>
      </w:r>
    </w:p>
    <w:p>
      <w:pPr>
        <w:spacing w:before="0" w:after="20" w:line="259" w:lineRule="auto"/>
      </w:pPr>
      <w:r>
        <w:rPr>
          <w:rFonts w:ascii="Calibri" w:hAnsi="Calibri" w:eastAsia="Calibri"/>
          <w:b w:val="0"/>
          <w:i/>
          <w:color w:val="282828"/>
          <w:sz w:val="22"/>
        </w:rPr>
        <w:t xml:space="preserve">       Bay: Group 1 drivers need the 24-hour advice too.</w:t>
      </w:r>
    </w:p>
    <w:p>
      <w:pPr>
        <w:spacing w:before="120" w:after="20" w:line="259" w:lineRule="auto"/>
        <w:shd w:fill="F8E8E8" w:val="clear"/>
      </w:pPr>
      <w:r>
        <w:rPr>
          <w:rFonts w:ascii="Calibri" w:hAnsi="Calibri" w:eastAsia="Calibri"/>
          <w:b w:val="0"/>
          <w:i w:val="0"/>
          <w:color w:val="A02828"/>
          <w:sz w:val="22"/>
        </w:rPr>
        <w:t>B. [WRONG] Increase tonight's insulin to replace the missed lunch</w:t>
      </w:r>
    </w:p>
    <w:p>
      <w:pPr>
        <w:spacing w:before="0" w:after="20" w:line="259" w:lineRule="auto"/>
      </w:pPr>
      <w:r>
        <w:rPr>
          <w:rFonts w:ascii="Calibri" w:hAnsi="Calibri" w:eastAsia="Calibri"/>
          <w:b w:val="0"/>
          <w:i/>
          <w:color w:val="282828"/>
          <w:sz w:val="22"/>
        </w:rPr>
        <w:t>Bay: He double-dosed and hypo'd. Increasing insulin is the opposite of the required adjustment.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Discharge without long-acting carbohydrate once BM is 7.2</w:t>
      </w:r>
    </w:p>
    <w:p>
      <w:pPr>
        <w:spacing w:before="0" w:after="20" w:line="259" w:lineRule="auto"/>
      </w:pPr>
      <w:r>
        <w:rPr>
          <w:rFonts w:ascii="Calibri" w:hAnsi="Calibri" w:eastAsia="Calibri"/>
          <w:b w:val="0"/>
          <w:i/>
          <w:color w:val="282828"/>
          <w:sz w:val="22"/>
        </w:rPr>
        <w:t>Bay: Without a meal or starchy carbohydrate he will rebound, especially after extra insulin.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CT head solely because he is over 65, despite full neurological recovery</w:t>
      </w:r>
    </w:p>
    <w:p>
      <w:pPr>
        <w:spacing w:before="0" w:after="20" w:line="259" w:lineRule="auto"/>
      </w:pPr>
      <w:r>
        <w:rPr>
          <w:rFonts w:ascii="Calibri" w:hAnsi="Calibri" w:eastAsia="Calibri"/>
          <w:b w:val="0"/>
          <w:i/>
          <w:color w:val="282828"/>
          <w:sz w:val="22"/>
        </w:rPr>
        <w:t>Bay: Use NICE head-injury rules. Full recovery and a small laceration do not mandate a scan on age alone.</w:t>
      </w:r>
    </w:p>
    <w:p>
      <w:pPr>
        <w:spacing w:before="120" w:after="20" w:line="259" w:lineRule="auto"/>
        <w:shd w:fill="F8E8E8" w:val="clear"/>
      </w:pPr>
      <w:r>
        <w:rPr>
          <w:rFonts w:ascii="Calibri" w:hAnsi="Calibri" w:eastAsia="Calibri"/>
          <w:b w:val="0"/>
          <w:i w:val="0"/>
          <w:color w:val="A02828"/>
          <w:sz w:val="22"/>
        </w:rPr>
        <w:t>E. [WRONG] Start empirical hydrocortisone for presumed Addisonian crisis</w:t>
      </w:r>
    </w:p>
    <w:p>
      <w:pPr>
        <w:spacing w:before="0" w:after="20" w:line="259" w:lineRule="auto"/>
      </w:pPr>
      <w:r>
        <w:rPr>
          <w:rFonts w:ascii="Calibri" w:hAnsi="Calibri" w:eastAsia="Calibri"/>
          <w:b w:val="0"/>
          <w:i/>
          <w:color w:val="282828"/>
          <w:sz w:val="22"/>
        </w:rPr>
        <w:t>Bay: The history is a double insulin dose after a missed meal. Do not treat as adrenal failure first-line.</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DSN review: double dose after a missed meal.</w:t>
      </w:r>
    </w:p>
    <w:p>
      <w:pPr>
        <w:spacing w:before="120" w:after="20" w:line="259" w:lineRule="auto"/>
        <w:shd w:fill="E8F5EC" w:val="clear"/>
      </w:pPr>
      <w:r>
        <w:rPr>
          <w:rFonts w:ascii="Calibri" w:hAnsi="Calibri" w:eastAsia="Calibri"/>
          <w:b/>
          <w:i w:val="0"/>
          <w:color w:val="146E3C"/>
          <w:sz w:val="22"/>
        </w:rPr>
        <w:t>A. [CORRECT] Severe hypoglycaemia due to insulin dosing error</w:t>
      </w:r>
    </w:p>
    <w:p>
      <w:pPr>
        <w:spacing w:before="0" w:after="20" w:line="259" w:lineRule="auto"/>
      </w:pPr>
      <w:r>
        <w:rPr>
          <w:rFonts w:ascii="Calibri" w:hAnsi="Calibri" w:eastAsia="Calibri"/>
          <w:b w:val="0"/>
          <w:i/>
          <w:color w:val="282828"/>
          <w:sz w:val="22"/>
        </w:rPr>
        <w:t>Bay: Double dose, missed meal, BM 1.6, recovered with IV glucose. That is the diagnosis.</w:t>
      </w:r>
    </w:p>
    <w:p>
      <w:pPr>
        <w:spacing w:before="120" w:after="20" w:line="259" w:lineRule="auto"/>
        <w:shd w:fill="F8E8E8" w:val="clear"/>
      </w:pPr>
      <w:r>
        <w:rPr>
          <w:rFonts w:ascii="Calibri" w:hAnsi="Calibri" w:eastAsia="Calibri"/>
          <w:b w:val="0"/>
          <w:i w:val="0"/>
          <w:color w:val="A02828"/>
          <w:sz w:val="22"/>
        </w:rPr>
        <w:t>B. [WRONG] Acute ischaemic stroke</w:t>
      </w:r>
    </w:p>
    <w:p>
      <w:pPr>
        <w:spacing w:before="0" w:after="20" w:line="259" w:lineRule="auto"/>
      </w:pPr>
      <w:r>
        <w:rPr>
          <w:rFonts w:ascii="Calibri" w:hAnsi="Calibri" w:eastAsia="Calibri"/>
          <w:b w:val="0"/>
          <w:i/>
          <w:color w:val="282828"/>
          <w:sz w:val="22"/>
        </w:rPr>
        <w:t>Bay: No residual neurology once the BM was restored. Stroke was the mimic, not the disease.</w:t>
      </w:r>
    </w:p>
    <w:p>
      <w:pPr>
        <w:spacing w:before="120" w:after="20" w:line="259" w:lineRule="auto"/>
        <w:shd w:fill="F8E8E8" w:val="clear"/>
      </w:pPr>
      <w:r>
        <w:rPr>
          <w:rFonts w:ascii="Calibri" w:hAnsi="Calibri" w:eastAsia="Calibri"/>
          <w:b w:val="0"/>
          <w:i w:val="0"/>
          <w:color w:val="A02828"/>
          <w:sz w:val="22"/>
        </w:rPr>
        <w:t>C. [WRONG] First presentation of diabetic ketoacidosis</w:t>
      </w:r>
    </w:p>
    <w:p>
      <w:pPr>
        <w:spacing w:before="0" w:after="20" w:line="259" w:lineRule="auto"/>
      </w:pPr>
      <w:r>
        <w:rPr>
          <w:rFonts w:ascii="Calibri" w:hAnsi="Calibri" w:eastAsia="Calibri"/>
          <w:b w:val="0"/>
          <w:i/>
          <w:color w:val="282828"/>
          <w:sz w:val="22"/>
        </w:rPr>
        <w:t>Bay: Glucose was low, not high, and there was no acidosis on the gas.</w:t>
      </w:r>
    </w:p>
    <w:p>
      <w:pPr>
        <w:spacing w:before="120" w:after="20" w:line="259" w:lineRule="auto"/>
        <w:shd w:fill="F8E8E8" w:val="clear"/>
      </w:pPr>
      <w:r>
        <w:rPr>
          <w:rFonts w:ascii="Calibri" w:hAnsi="Calibri" w:eastAsia="Calibri"/>
          <w:b w:val="0"/>
          <w:i w:val="0"/>
          <w:color w:val="A02828"/>
          <w:sz w:val="22"/>
        </w:rPr>
        <w:t>D. [WRONG] Addisonian crisis as the only diagnosis</w:t>
      </w:r>
    </w:p>
    <w:p>
      <w:pPr>
        <w:spacing w:before="0" w:after="20" w:line="259" w:lineRule="auto"/>
      </w:pPr>
      <w:r>
        <w:rPr>
          <w:rFonts w:ascii="Calibri" w:hAnsi="Calibri" w:eastAsia="Calibri"/>
          <w:b w:val="0"/>
          <w:i/>
          <w:color w:val="282828"/>
          <w:sz w:val="22"/>
        </w:rPr>
        <w:t>Bay: Clear insulin error in a known diabetic. Do not default to adrenal failure when the dosing history explains it.</w:t>
      </w:r>
    </w:p>
    <w:p>
      <w:pPr>
        <w:spacing w:before="120" w:after="20" w:line="259" w:lineRule="auto"/>
        <w:shd w:fill="F8E8E8" w:val="clear"/>
      </w:pPr>
      <w:r>
        <w:rPr>
          <w:rFonts w:ascii="Calibri" w:hAnsi="Calibri" w:eastAsia="Calibri"/>
          <w:b w:val="0"/>
          <w:i w:val="0"/>
          <w:color w:val="A02828"/>
          <w:sz w:val="22"/>
        </w:rPr>
        <w:t>E. [WRONG] Intracranial haemorrhage</w:t>
      </w:r>
    </w:p>
    <w:p>
      <w:pPr>
        <w:spacing w:before="0" w:after="20" w:line="259" w:lineRule="auto"/>
      </w:pPr>
      <w:r>
        <w:rPr>
          <w:rFonts w:ascii="Calibri" w:hAnsi="Calibri" w:eastAsia="Calibri"/>
          <w:b w:val="0"/>
          <w:i/>
          <w:color w:val="282828"/>
          <w:sz w:val="22"/>
        </w:rPr>
        <w:t>Bay: Recovered fully with glucose. The scalp wound is not an ICH story once the BM is treated and he is GCS 15.</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Severe hypoglycaemia</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Insulin-treated, sweaty, reduced GCS</w:t>
      </w:r>
    </w:p>
    <w:p>
      <w:pPr>
        <w:spacing w:before="0" w:after="40" w:line="259" w:lineRule="auto"/>
      </w:pPr>
      <w:r>
        <w:rPr>
          <w:rFonts w:ascii="Calibri" w:hAnsi="Calibri" w:eastAsia="Calibri"/>
          <w:b w:val="0"/>
          <w:i w:val="0"/>
          <w:sz w:val="22"/>
        </w:rPr>
        <w:t>• BM 1.6, recovered with IV glucose</w:t>
      </w:r>
    </w:p>
    <w:p>
      <w:pPr>
        <w:spacing w:before="0" w:after="40" w:line="259" w:lineRule="auto"/>
      </w:pPr>
      <w:r>
        <w:rPr>
          <w:rFonts w:ascii="Calibri" w:hAnsi="Calibri" w:eastAsia="Calibri"/>
          <w:b w:val="0"/>
          <w:i w:val="0"/>
          <w:sz w:val="22"/>
        </w:rPr>
        <w:t>• Dosing error / missed meal</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Capillary and laboratory glucose</w:t>
      </w:r>
    </w:p>
    <w:p>
      <w:pPr>
        <w:spacing w:before="0" w:after="40" w:line="259" w:lineRule="auto"/>
      </w:pPr>
      <w:r>
        <w:rPr>
          <w:rFonts w:ascii="Calibri" w:hAnsi="Calibri" w:eastAsia="Calibri"/>
          <w:b w:val="0"/>
          <w:i w:val="0"/>
          <w:sz w:val="22"/>
        </w:rPr>
        <w:t>• VBG, U&amp;E, ECG</w:t>
      </w:r>
    </w:p>
    <w:p>
      <w:pPr>
        <w:spacing w:before="0" w:after="40" w:line="259" w:lineRule="auto"/>
      </w:pPr>
      <w:r>
        <w:rPr>
          <w:rFonts w:ascii="Calibri" w:hAnsi="Calibri" w:eastAsia="Calibri"/>
          <w:b w:val="0"/>
          <w:i w:val="0"/>
          <w:sz w:val="22"/>
        </w:rPr>
        <w:t>• CT only if still confused or head-injury criteria</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10% glucose IV (or IM glucagon if no IV)</w:t>
      </w:r>
    </w:p>
    <w:p>
      <w:pPr>
        <w:spacing w:before="0" w:after="40" w:line="259" w:lineRule="auto"/>
      </w:pPr>
      <w:r>
        <w:rPr>
          <w:rFonts w:ascii="Calibri" w:hAnsi="Calibri" w:eastAsia="Calibri"/>
          <w:b w:val="0"/>
          <w:i w:val="0"/>
          <w:sz w:val="22"/>
        </w:rPr>
        <w:t>• Repeat until awake, then carbohydrate</w:t>
      </w:r>
    </w:p>
    <w:p>
      <w:pPr>
        <w:spacing w:before="0" w:after="40" w:line="259" w:lineRule="auto"/>
      </w:pPr>
      <w:r>
        <w:rPr>
          <w:rFonts w:ascii="Calibri" w:hAnsi="Calibri" w:eastAsia="Calibri"/>
          <w:b w:val="0"/>
          <w:i w:val="0"/>
          <w:sz w:val="22"/>
        </w:rPr>
        <w:t>• Find the cause, driving advice, DSN</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JBDS hypoglycaemia</w:t>
      </w:r>
    </w:p>
    <w:p>
      <w:pPr>
        <w:spacing w:before="0" w:after="40" w:line="259" w:lineRule="auto"/>
      </w:pPr>
      <w:r>
        <w:rPr>
          <w:rFonts w:ascii="Calibri" w:hAnsi="Calibri" w:eastAsia="Calibri"/>
          <w:b w:val="0"/>
          <w:i w:val="0"/>
          <w:sz w:val="22"/>
        </w:rPr>
        <w:t>• NICE NG17 / NG28</w:t>
      </w:r>
    </w:p>
    <w:p>
      <w:pPr>
        <w:spacing w:before="0" w:after="40" w:line="259" w:lineRule="auto"/>
      </w:pPr>
      <w:r>
        <w:rPr>
          <w:rFonts w:ascii="Calibri" w:hAnsi="Calibri" w:eastAsia="Calibri"/>
          <w:b w:val="0"/>
          <w:i w:val="0"/>
          <w:sz w:val="22"/>
        </w:rPr>
        <w:t>• RCEM diabetes</w:t>
      </w:r>
    </w:p>
    <w:p>
      <w:r>
        <w:br w:type="page"/>
      </w:r>
    </w:p>
    <w:p>
      <w:pPr>
        <w:spacing w:before="120" w:after="160" w:line="259" w:lineRule="auto"/>
      </w:pPr>
      <w:r>
        <w:rPr>
          <w:rFonts w:ascii="Calibri" w:hAnsi="Calibri" w:eastAsia="Calibri"/>
          <w:b/>
          <w:i w:val="0"/>
          <w:color w:val="0C0E10"/>
          <w:sz w:val="36"/>
        </w:rPr>
        <w:t>Case 19 — Neutropenic sepsis</w:t>
      </w:r>
    </w:p>
    <w:p>
      <w:pPr>
        <w:spacing w:before="0" w:after="40" w:line="259" w:lineRule="auto"/>
      </w:pPr>
      <w:r>
        <w:rPr>
          <w:rFonts w:ascii="Calibri" w:hAnsi="Calibri" w:eastAsia="Calibri"/>
          <w:b w:val="0"/>
          <w:i/>
          <w:color w:val="5A5A5A"/>
          <w:sz w:val="20"/>
        </w:rPr>
        <w:t>buzzer · Emergency buzzer — Majors · rhythm sinus-tach</w:t>
      </w:r>
    </w:p>
    <w:p>
      <w:pPr>
        <w:spacing w:before="0" w:after="40" w:line="259" w:lineRule="auto"/>
      </w:pPr>
      <w:r>
        <w:rPr>
          <w:rFonts w:ascii="Calibri" w:hAnsi="Calibri" w:eastAsia="Calibri"/>
          <w:b w:val="0"/>
          <w:i/>
          <w:color w:val="5A5A5A"/>
          <w:sz w:val="20"/>
        </w:rPr>
        <w:t>HR 130   BP 86/50   RR 28   SpO2 94%   temp 38.9   GCS 15   BM 6.4</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Emergency buzzer — Majors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Oncology called ten minutes ago to say she was coming. She is 54, on chemotherapy for lymphoma, fever at home. She sat in the waiting room and now looks dreadful.</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The nurse: "She's 38.9, HR 130, I can't get a proper BP. I need her in resus."</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talking, no stridor, dry mouth.</w:t>
      </w:r>
    </w:p>
    <w:p>
      <w:pPr>
        <w:spacing w:before="0" w:after="40" w:line="259" w:lineRule="auto"/>
      </w:pPr>
      <w:r>
        <w:rPr>
          <w:rFonts w:ascii="Calibri" w:hAnsi="Calibri" w:eastAsia="Calibri"/>
          <w:b w:val="0"/>
          <w:i w:val="0"/>
          <w:sz w:val="22"/>
        </w:rPr>
        <w:t>B — RR 28, a few left basal crackles, SpO2 94% air. Trachea central.</w:t>
      </w:r>
    </w:p>
    <w:p>
      <w:pPr>
        <w:spacing w:before="0" w:after="40" w:line="259" w:lineRule="auto"/>
      </w:pPr>
      <w:r>
        <w:rPr>
          <w:rFonts w:ascii="Calibri" w:hAnsi="Calibri" w:eastAsia="Calibri"/>
          <w:b w:val="0"/>
          <w:i w:val="0"/>
          <w:sz w:val="22"/>
        </w:rPr>
        <w:t>C — HR 130, BP 86/50, CRT 4 s. Heart sounds dual. PICC in the right arm, not obviously infected.</w:t>
      </w:r>
    </w:p>
    <w:p>
      <w:pPr>
        <w:spacing w:before="0" w:after="40" w:line="259" w:lineRule="auto"/>
      </w:pPr>
      <w:r>
        <w:rPr>
          <w:rFonts w:ascii="Calibri" w:hAnsi="Calibri" w:eastAsia="Calibri"/>
          <w:b w:val="0"/>
          <w:i w:val="0"/>
          <w:sz w:val="22"/>
        </w:rPr>
        <w:t>D — GCS 15, BM 6.4, no focal neurology. Feels 'awful'.</w:t>
      </w:r>
    </w:p>
    <w:p>
      <w:pPr>
        <w:spacing w:before="0" w:after="40" w:line="259" w:lineRule="auto"/>
      </w:pPr>
      <w:r>
        <w:rPr>
          <w:rFonts w:ascii="Calibri" w:hAnsi="Calibri" w:eastAsia="Calibri"/>
          <w:b w:val="0"/>
          <w:i w:val="0"/>
          <w:sz w:val="22"/>
        </w:rPr>
        <w:t>E — feverish, no rash, no meningism, abdomen soft, Hickman not present. Last chemo 8 days ago.</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Chemo 8 days ago, fever, hypotensive.</w:t>
      </w:r>
    </w:p>
    <w:p>
      <w:pPr>
        <w:spacing w:before="120" w:after="20" w:line="259" w:lineRule="auto"/>
        <w:shd w:fill="E8F5EC" w:val="clear"/>
      </w:pPr>
      <w:r>
        <w:rPr>
          <w:rFonts w:ascii="Calibri" w:hAnsi="Calibri" w:eastAsia="Calibri"/>
          <w:b/>
          <w:i w:val="0"/>
          <w:color w:val="146E3C"/>
          <w:sz w:val="22"/>
        </w:rPr>
        <w:t>A. [CORRECT] Piperacillin–tazobactam</w:t>
      </w:r>
    </w:p>
    <w:p>
      <w:pPr>
        <w:spacing w:before="0" w:after="20" w:line="259" w:lineRule="auto"/>
      </w:pPr>
      <w:r>
        <w:rPr>
          <w:rFonts w:ascii="Calibri" w:hAnsi="Calibri" w:eastAsia="Calibri"/>
          <w:b w:val="0"/>
          <w:i/>
          <w:color w:val="282828"/>
          <w:sz w:val="22"/>
        </w:rPr>
        <w:t>Bay: Piperacillin–tazobactam 4.5 g (or local anti-pseudomonal) going in. Cultures off the first cannula. Door-to-needle clock stopped.</w:t>
      </w:r>
    </w:p>
    <w:p>
      <w:pPr>
        <w:spacing w:before="0" w:after="40" w:line="259" w:lineRule="auto"/>
      </w:pPr>
      <w:r>
        <w:rPr>
          <w:rFonts w:ascii="Calibri" w:hAnsi="Calibri" w:eastAsia="Calibri"/>
          <w:b w:val="0"/>
          <w:i/>
          <w:color w:val="5A4614"/>
          <w:sz w:val="20"/>
        </w:rPr>
        <w:t>Reaction: spo2 +2, O2 15 L</w:t>
      </w:r>
    </w:p>
    <w:p>
      <w:pPr>
        <w:spacing w:before="80" w:after="40" w:line="259" w:lineRule="auto"/>
      </w:pPr>
      <w:r>
        <w:rPr>
          <w:rFonts w:ascii="Calibri" w:hAnsi="Calibri" w:eastAsia="Calibri"/>
          <w:b/>
          <w:i w:val="0"/>
          <w:color w:val="46326E"/>
          <w:sz w:val="22"/>
        </w:rPr>
        <w:t xml:space="preserve">    Follow-up: What antibiotic?</w:t>
      </w:r>
    </w:p>
    <w:p>
      <w:pPr>
        <w:spacing w:before="120" w:after="20" w:line="259" w:lineRule="auto"/>
        <w:shd w:fill="E8F5EC" w:val="clear"/>
      </w:pPr>
      <w:r>
        <w:rPr>
          <w:rFonts w:ascii="Calibri" w:hAnsi="Calibri" w:eastAsia="Calibri"/>
          <w:b/>
          <w:i w:val="0"/>
          <w:color w:val="146E3C"/>
          <w:sz w:val="22"/>
        </w:rPr>
        <w:t xml:space="preserve">    A. [CORRECT] Piperacillin–tazobactam 4.5 g IV</w:t>
      </w:r>
    </w:p>
    <w:p>
      <w:pPr>
        <w:spacing w:before="0" w:after="20" w:line="259" w:lineRule="auto"/>
      </w:pPr>
      <w:r>
        <w:rPr>
          <w:rFonts w:ascii="Calibri" w:hAnsi="Calibri" w:eastAsia="Calibri"/>
          <w:b w:val="0"/>
          <w:i/>
          <w:color w:val="282828"/>
          <w:sz w:val="22"/>
        </w:rPr>
        <w:t xml:space="preserve">       Bay: NICE / UKONS: Tazocin 4.5 g (or local anti-pseudomonal). Cultures off the first cannula if they do not delay the dose.</w:t>
      </w:r>
    </w:p>
    <w:p>
      <w:pPr>
        <w:spacing w:before="120" w:after="20" w:line="259" w:lineRule="auto"/>
        <w:shd w:fill="F8E8E8" w:val="clear"/>
      </w:pPr>
      <w:r>
        <w:rPr>
          <w:rFonts w:ascii="Calibri" w:hAnsi="Calibri" w:eastAsia="Calibri"/>
          <w:b w:val="0"/>
          <w:i w:val="0"/>
          <w:color w:val="A02828"/>
          <w:sz w:val="22"/>
        </w:rPr>
        <w:t xml:space="preserve">    B. [WRONG] Gentamicin as monotherapy</w:t>
      </w:r>
    </w:p>
    <w:p>
      <w:pPr>
        <w:spacing w:before="0" w:after="20" w:line="259" w:lineRule="auto"/>
      </w:pPr>
      <w:r>
        <w:rPr>
          <w:rFonts w:ascii="Calibri" w:hAnsi="Calibri" w:eastAsia="Calibri"/>
          <w:b w:val="0"/>
          <w:i/>
          <w:color w:val="282828"/>
          <w:sz w:val="22"/>
        </w:rPr>
        <w:t xml:space="preserve">       Bay: Aminoglycoside monotherapy is not first-line anti-pseudomonal cover.</w:t>
      </w:r>
    </w:p>
    <w:p>
      <w:pPr>
        <w:spacing w:before="120" w:after="20" w:line="259" w:lineRule="auto"/>
        <w:shd w:fill="F8E8E8" w:val="clear"/>
      </w:pPr>
      <w:r>
        <w:rPr>
          <w:rFonts w:ascii="Calibri" w:hAnsi="Calibri" w:eastAsia="Calibri"/>
          <w:b w:val="0"/>
          <w:i w:val="0"/>
          <w:color w:val="A02828"/>
          <w:sz w:val="22"/>
        </w:rPr>
        <w:t xml:space="preserve">    C. [WRONG] Oral ciprofloxacin first-line in shock</w:t>
      </w:r>
    </w:p>
    <w:p>
      <w:pPr>
        <w:spacing w:before="0" w:after="20" w:line="259" w:lineRule="auto"/>
      </w:pPr>
      <w:r>
        <w:rPr>
          <w:rFonts w:ascii="Calibri" w:hAnsi="Calibri" w:eastAsia="Calibri"/>
          <w:b w:val="0"/>
          <w:i/>
          <w:color w:val="282828"/>
          <w:sz w:val="22"/>
        </w:rPr>
        <w:t xml:space="preserve">       Bay: She is hypotensive. IV Tazocin, not an oral MASCC regimen.</w:t>
      </w:r>
    </w:p>
    <w:p>
      <w:pPr>
        <w:spacing w:before="120" w:after="20" w:line="259" w:lineRule="auto"/>
        <w:shd w:fill="F8E8E8" w:val="clear"/>
      </w:pPr>
      <w:r>
        <w:rPr>
          <w:rFonts w:ascii="Calibri" w:hAnsi="Calibri" w:eastAsia="Calibri"/>
          <w:b w:val="0"/>
          <w:i w:val="0"/>
          <w:color w:val="A02828"/>
          <w:sz w:val="22"/>
        </w:rPr>
        <w:t xml:space="preserve">    D. [WRONG] Tazocin 2.25 g as a reduced ED dose</w:t>
      </w:r>
    </w:p>
    <w:p>
      <w:pPr>
        <w:spacing w:before="0" w:after="20" w:line="259" w:lineRule="auto"/>
      </w:pPr>
      <w:r>
        <w:rPr>
          <w:rFonts w:ascii="Calibri" w:hAnsi="Calibri" w:eastAsia="Calibri"/>
          <w:b w:val="0"/>
          <w:i/>
          <w:color w:val="282828"/>
          <w:sz w:val="22"/>
        </w:rPr>
        <w:t xml:space="preserve">       Bay: Adult dose is 4.5 g unless there is a documented renal protocol saying otherwise.</w:t>
      </w:r>
    </w:p>
    <w:p>
      <w:pPr>
        <w:spacing w:before="120" w:after="20" w:line="259" w:lineRule="auto"/>
        <w:shd w:fill="F8E8E8" w:val="clear"/>
      </w:pPr>
      <w:r>
        <w:rPr>
          <w:rFonts w:ascii="Calibri" w:hAnsi="Calibri" w:eastAsia="Calibri"/>
          <w:b w:val="0"/>
          <w:i w:val="0"/>
          <w:color w:val="A02828"/>
          <w:sz w:val="22"/>
        </w:rPr>
        <w:t xml:space="preserve">    E. [WRONG] Wait for today's neutrophil count</w:t>
      </w:r>
    </w:p>
    <w:p>
      <w:pPr>
        <w:spacing w:before="0" w:after="20" w:line="259" w:lineRule="auto"/>
      </w:pPr>
      <w:r>
        <w:rPr>
          <w:rFonts w:ascii="Calibri" w:hAnsi="Calibri" w:eastAsia="Calibri"/>
          <w:b w:val="0"/>
          <w:i/>
          <w:color w:val="282828"/>
          <w:sz w:val="22"/>
        </w:rPr>
        <w:t xml:space="preserve">       Bay: Treat on the chemo-plus-fever-plus-shock story. Do not wait for the laboratory.</w:t>
      </w:r>
    </w:p>
    <w:p>
      <w:pPr>
        <w:spacing w:before="120" w:after="20" w:line="259" w:lineRule="auto"/>
        <w:shd w:fill="F8E8E8" w:val="clear"/>
      </w:pPr>
      <w:r>
        <w:rPr>
          <w:rFonts w:ascii="Calibri" w:hAnsi="Calibri" w:eastAsia="Calibri"/>
          <w:b w:val="0"/>
          <w:i w:val="0"/>
          <w:color w:val="A02828"/>
          <w:sz w:val="22"/>
        </w:rPr>
        <w:t>B. [WRONG] Await the neutrophil count</w:t>
      </w:r>
    </w:p>
    <w:p>
      <w:pPr>
        <w:spacing w:before="0" w:after="20" w:line="259" w:lineRule="auto"/>
      </w:pPr>
      <w:r>
        <w:rPr>
          <w:rFonts w:ascii="Calibri" w:hAnsi="Calibri" w:eastAsia="Calibri"/>
          <w:b w:val="0"/>
          <w:i/>
          <w:color w:val="282828"/>
          <w:sz w:val="22"/>
        </w:rPr>
        <w:t>Bay: Treat as neutropenic sepsis on the chemo-plus-fever-plus-shock story. Do not wait for the laboratory to confirm the count.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Gentamicin monotherapy</w:t>
      </w:r>
    </w:p>
    <w:p>
      <w:pPr>
        <w:spacing w:before="0" w:after="20" w:line="259" w:lineRule="auto"/>
      </w:pPr>
      <w:r>
        <w:rPr>
          <w:rFonts w:ascii="Calibri" w:hAnsi="Calibri" w:eastAsia="Calibri"/>
          <w:b w:val="0"/>
          <w:i/>
          <w:color w:val="282828"/>
          <w:sz w:val="22"/>
        </w:rPr>
        <w:t>Bay: Aminoglycoside monotherapy is not first-line anti-pseudomonal cover.</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Ceftriaxone</w:t>
      </w:r>
    </w:p>
    <w:p>
      <w:pPr>
        <w:spacing w:before="0" w:after="20" w:line="259" w:lineRule="auto"/>
      </w:pPr>
      <w:r>
        <w:rPr>
          <w:rFonts w:ascii="Calibri" w:hAnsi="Calibri" w:eastAsia="Calibri"/>
          <w:b w:val="0"/>
          <w:i/>
          <w:color w:val="282828"/>
          <w:sz w:val="22"/>
        </w:rPr>
        <w:t>Bay: Ceftriaxone does not cover Pseudomonas. She needs Tazocin (or meropenem) now.</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Vancomycin monotherapy</w:t>
      </w:r>
    </w:p>
    <w:p>
      <w:pPr>
        <w:spacing w:before="0" w:after="20" w:line="259" w:lineRule="auto"/>
      </w:pPr>
      <w:r>
        <w:rPr>
          <w:rFonts w:ascii="Calibri" w:hAnsi="Calibri" w:eastAsia="Calibri"/>
          <w:b w:val="0"/>
          <w:i/>
          <w:color w:val="282828"/>
          <w:sz w:val="22"/>
        </w:rPr>
        <w:t>Bay: Gram-positive cover alone is not enough. Anti-pseudomonal beta-lactam first.</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Antibiotics are in. Still 86 systolic.</w:t>
      </w:r>
    </w:p>
    <w:p>
      <w:pPr>
        <w:spacing w:before="120" w:after="20" w:line="259" w:lineRule="auto"/>
        <w:shd w:fill="E8F5EC" w:val="clear"/>
      </w:pPr>
      <w:r>
        <w:rPr>
          <w:rFonts w:ascii="Calibri" w:hAnsi="Calibri" w:eastAsia="Calibri"/>
          <w:b/>
          <w:i w:val="0"/>
          <w:color w:val="146E3C"/>
          <w:sz w:val="22"/>
        </w:rPr>
        <w:t>A. [CORRECT] Crystalloid, lactate, call ICU and haematology</w:t>
      </w:r>
    </w:p>
    <w:p>
      <w:pPr>
        <w:spacing w:before="0" w:after="20" w:line="259" w:lineRule="auto"/>
      </w:pPr>
      <w:r>
        <w:rPr>
          <w:rFonts w:ascii="Calibri" w:hAnsi="Calibri" w:eastAsia="Calibri"/>
          <w:b w:val="0"/>
          <w:i/>
          <w:color w:val="282828"/>
          <w:sz w:val="22"/>
        </w:rPr>
        <w:t>Bay: Fluid up. Oncology registrar running. ICU aware. Reverse-barrier isolation as you go.</w:t>
      </w:r>
    </w:p>
    <w:p>
      <w:pPr>
        <w:spacing w:before="0" w:after="40" w:line="259" w:lineRule="auto"/>
      </w:pPr>
      <w:r>
        <w:rPr>
          <w:rFonts w:ascii="Calibri" w:hAnsi="Calibri" w:eastAsia="Calibri"/>
          <w:b w:val="0"/>
          <w:i/>
          <w:color w:val="5A4614"/>
          <w:sz w:val="20"/>
        </w:rPr>
        <w:t>Reaction: hr -8, sbp +10</w:t>
      </w:r>
    </w:p>
    <w:p>
      <w:pPr>
        <w:spacing w:before="80" w:after="40" w:line="259" w:lineRule="auto"/>
      </w:pPr>
      <w:r>
        <w:rPr>
          <w:rFonts w:ascii="Calibri" w:hAnsi="Calibri" w:eastAsia="Calibri"/>
          <w:b/>
          <w:i w:val="0"/>
          <w:color w:val="46326E"/>
          <w:sz w:val="22"/>
        </w:rPr>
        <w:t xml:space="preserve">    Follow-up: What volume?</w:t>
      </w:r>
    </w:p>
    <w:p>
      <w:pPr>
        <w:spacing w:before="120" w:after="20" w:line="259" w:lineRule="auto"/>
        <w:shd w:fill="E8F5EC" w:val="clear"/>
      </w:pPr>
      <w:r>
        <w:rPr>
          <w:rFonts w:ascii="Calibri" w:hAnsi="Calibri" w:eastAsia="Calibri"/>
          <w:b/>
          <w:i w:val="0"/>
          <w:color w:val="146E3C"/>
          <w:sz w:val="22"/>
        </w:rPr>
        <w:t xml:space="preserve">    A. [CORRECT] 500 mL crystalloid now, then reassess</w:t>
      </w:r>
    </w:p>
    <w:p>
      <w:pPr>
        <w:spacing w:before="0" w:after="20" w:line="259" w:lineRule="auto"/>
      </w:pPr>
      <w:r>
        <w:rPr>
          <w:rFonts w:ascii="Calibri" w:hAnsi="Calibri" w:eastAsia="Calibri"/>
          <w:b w:val="0"/>
          <w:i/>
          <w:color w:val="282828"/>
          <w:sz w:val="22"/>
        </w:rPr>
        <w:t xml:space="preserve">       Bay: Sepsis Six. Call ICU and haematology / oncology. Reverse-barrier as you go.</w:t>
      </w:r>
    </w:p>
    <w:p>
      <w:pPr>
        <w:spacing w:before="120" w:after="20" w:line="259" w:lineRule="auto"/>
        <w:shd w:fill="F8E8E8" w:val="clear"/>
      </w:pPr>
      <w:r>
        <w:rPr>
          <w:rFonts w:ascii="Calibri" w:hAnsi="Calibri" w:eastAsia="Calibri"/>
          <w:b w:val="0"/>
          <w:i w:val="0"/>
          <w:color w:val="A02828"/>
          <w:sz w:val="22"/>
        </w:rPr>
        <w:t xml:space="preserve">    B. [WRONG] 100 mL/h maintenance only</w:t>
      </w:r>
    </w:p>
    <w:p>
      <w:pPr>
        <w:spacing w:before="0" w:after="20" w:line="259" w:lineRule="auto"/>
      </w:pPr>
      <w:r>
        <w:rPr>
          <w:rFonts w:ascii="Calibri" w:hAnsi="Calibri" w:eastAsia="Calibri"/>
          <w:b w:val="0"/>
          <w:i/>
          <w:color w:val="282828"/>
          <w:sz w:val="22"/>
        </w:rPr>
        <w:t xml:space="preserve">       Bay: She is shocked. She needs a bolus.</w:t>
      </w:r>
    </w:p>
    <w:p>
      <w:pPr>
        <w:spacing w:before="120" w:after="20" w:line="259" w:lineRule="auto"/>
        <w:shd w:fill="F8E8E8" w:val="clear"/>
      </w:pPr>
      <w:r>
        <w:rPr>
          <w:rFonts w:ascii="Calibri" w:hAnsi="Calibri" w:eastAsia="Calibri"/>
          <w:b w:val="0"/>
          <w:i w:val="0"/>
          <w:color w:val="A02828"/>
          <w:sz w:val="22"/>
        </w:rPr>
        <w:t xml:space="preserve">    C. [WRONG] 2 L colloid before calling anyone</w:t>
      </w:r>
    </w:p>
    <w:p>
      <w:pPr>
        <w:spacing w:before="0" w:after="20" w:line="259" w:lineRule="auto"/>
      </w:pPr>
      <w:r>
        <w:rPr>
          <w:rFonts w:ascii="Calibri" w:hAnsi="Calibri" w:eastAsia="Calibri"/>
          <w:b w:val="0"/>
          <w:i/>
          <w:color w:val="282828"/>
          <w:sz w:val="22"/>
        </w:rPr>
        <w:t xml:space="preserve">       Bay: Give 500 mL, reassess, and get help. Do not dump 2 L of colloid.</w:t>
      </w:r>
    </w:p>
    <w:p>
      <w:pPr>
        <w:spacing w:before="120" w:after="20" w:line="259" w:lineRule="auto"/>
        <w:shd w:fill="F8E8E8" w:val="clear"/>
      </w:pPr>
      <w:r>
        <w:rPr>
          <w:rFonts w:ascii="Calibri" w:hAnsi="Calibri" w:eastAsia="Calibri"/>
          <w:b w:val="0"/>
          <w:i w:val="0"/>
          <w:color w:val="A02828"/>
          <w:sz w:val="22"/>
        </w:rPr>
        <w:t xml:space="preserve">    D. [WRONG] No fluid until a new central line is in</w:t>
      </w:r>
    </w:p>
    <w:p>
      <w:pPr>
        <w:spacing w:before="0" w:after="20" w:line="259" w:lineRule="auto"/>
      </w:pPr>
      <w:r>
        <w:rPr>
          <w:rFonts w:ascii="Calibri" w:hAnsi="Calibri" w:eastAsia="Calibri"/>
          <w:b w:val="0"/>
          <w:i/>
          <w:color w:val="282828"/>
          <w:sz w:val="22"/>
        </w:rPr>
        <w:t xml:space="preserve">       Bay: You already have a PICC. Give the fluid.</w:t>
      </w:r>
    </w:p>
    <w:p>
      <w:pPr>
        <w:spacing w:before="120" w:after="20" w:line="259" w:lineRule="auto"/>
        <w:shd w:fill="F8E8E8" w:val="clear"/>
      </w:pPr>
      <w:r>
        <w:rPr>
          <w:rFonts w:ascii="Calibri" w:hAnsi="Calibri" w:eastAsia="Calibri"/>
          <w:b w:val="0"/>
          <w:i w:val="0"/>
          <w:color w:val="A02828"/>
          <w:sz w:val="22"/>
        </w:rPr>
        <w:t xml:space="preserve">    E. [WRONG] G-CSF 300 micrograms as the fluid substitute</w:t>
      </w:r>
    </w:p>
    <w:p>
      <w:pPr>
        <w:spacing w:before="0" w:after="20" w:line="259" w:lineRule="auto"/>
      </w:pPr>
      <w:r>
        <w:rPr>
          <w:rFonts w:ascii="Calibri" w:hAnsi="Calibri" w:eastAsia="Calibri"/>
          <w:b w:val="0"/>
          <w:i/>
          <w:color w:val="282828"/>
          <w:sz w:val="22"/>
        </w:rPr>
        <w:t xml:space="preserve">       Bay: Antibiotics and volume first. G-CSF is a haematology decision.</w:t>
      </w:r>
    </w:p>
    <w:p>
      <w:pPr>
        <w:spacing w:before="120" w:after="20" w:line="259" w:lineRule="auto"/>
        <w:shd w:fill="F8E8E8" w:val="clear"/>
      </w:pPr>
      <w:r>
        <w:rPr>
          <w:rFonts w:ascii="Calibri" w:hAnsi="Calibri" w:eastAsia="Calibri"/>
          <w:b w:val="0"/>
          <w:i w:val="0"/>
          <w:color w:val="A02828"/>
          <w:sz w:val="22"/>
        </w:rPr>
        <w:t>B. [WRONG] G-CSF as the only further ED treatment</w:t>
      </w:r>
    </w:p>
    <w:p>
      <w:pPr>
        <w:spacing w:before="0" w:after="20" w:line="259" w:lineRule="auto"/>
      </w:pPr>
      <w:r>
        <w:rPr>
          <w:rFonts w:ascii="Calibri" w:hAnsi="Calibri" w:eastAsia="Calibri"/>
          <w:b w:val="0"/>
          <w:i/>
          <w:color w:val="282828"/>
          <w:sz w:val="22"/>
        </w:rPr>
        <w:t>Bay: Antibiotics, fluids and source control first. G-CSF is a haematology decision, not an ED monotherapy.</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Paracetamol and transfer back to majors for the count</w:t>
      </w:r>
    </w:p>
    <w:p>
      <w:pPr>
        <w:spacing w:before="0" w:after="20" w:line="259" w:lineRule="auto"/>
      </w:pPr>
      <w:r>
        <w:rPr>
          <w:rFonts w:ascii="Calibri" w:hAnsi="Calibri" w:eastAsia="Calibri"/>
          <w:b w:val="0"/>
          <w:i/>
          <w:color w:val="282828"/>
          <w:sz w:val="22"/>
        </w:rPr>
        <w:t>Bay: She is shocked. Neutropenic sepsis stays in resus until the pressure and the source are addressed.</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Stop antibiotics until the laboratory telephones the neutrophil count</w:t>
      </w:r>
    </w:p>
    <w:p>
      <w:pPr>
        <w:spacing w:before="0" w:after="20" w:line="259" w:lineRule="auto"/>
      </w:pPr>
      <w:r>
        <w:rPr>
          <w:rFonts w:ascii="Calibri" w:hAnsi="Calibri" w:eastAsia="Calibri"/>
          <w:b w:val="0"/>
          <w:i/>
          <w:color w:val="282828"/>
          <w:sz w:val="22"/>
        </w:rPr>
        <w:t>Bay: The first dose is already indicated. Do not reverse it for a pending FBC.</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Insert a fresh central line before giving any fluid through the PICC</w:t>
      </w:r>
    </w:p>
    <w:p>
      <w:pPr>
        <w:spacing w:before="0" w:after="20" w:line="259" w:lineRule="auto"/>
      </w:pPr>
      <w:r>
        <w:rPr>
          <w:rFonts w:ascii="Calibri" w:hAnsi="Calibri" w:eastAsia="Calibri"/>
          <w:b w:val="0"/>
          <w:i/>
          <w:color w:val="282828"/>
          <w:sz w:val="22"/>
        </w:rPr>
        <w:t>Bay: You already have a PICC. Give the fluid. A new central line is not a prerequisite for the first 500 mL.</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Oncology are coming. Send tests.</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7.30  pCO2 3.9  HCO3 16  BE −8  lactate 4.4  K+ 3.7  Hb 98</w:t>
      </w:r>
    </w:p>
    <w:p>
      <w:pPr>
        <w:spacing w:before="0" w:after="40" w:line="259" w:lineRule="auto"/>
      </w:pPr>
      <w:r>
        <w:rPr>
          <w:rFonts w:ascii="Calibri" w:hAnsi="Calibri" w:eastAsia="Calibri"/>
          <w:b w:val="0"/>
          <w:i w:val="0"/>
          <w:sz w:val="22"/>
        </w:rPr>
        <w:t>Lactate 4.4.</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6.4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sinus-tach</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Trace protein. No nitrites.</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98   WCC 0.4   neutrophils 0.1   Plt 42</w:t>
      </w:r>
    </w:p>
    <w:p>
      <w:pPr>
        <w:spacing w:before="0" w:after="40" w:line="259" w:lineRule="auto"/>
      </w:pPr>
      <w:r>
        <w:rPr>
          <w:rFonts w:ascii="Calibri" w:hAnsi="Calibri" w:eastAsia="Calibri"/>
          <w:b w:val="0"/>
          <w:i w:val="0"/>
          <w:sz w:val="22"/>
        </w:rPr>
        <w:t>ue: Na 134   K 3.7   urea 8.8   creat 92</w:t>
      </w:r>
    </w:p>
    <w:p>
      <w:pPr>
        <w:spacing w:before="0" w:after="40" w:line="259" w:lineRule="auto"/>
      </w:pPr>
      <w:r>
        <w:rPr>
          <w:rFonts w:ascii="Calibri" w:hAnsi="Calibri" w:eastAsia="Calibri"/>
          <w:b w:val="0"/>
          <w:i w:val="0"/>
          <w:sz w:val="22"/>
        </w:rPr>
        <w:t>crp: 180 mg/L</w:t>
      </w:r>
    </w:p>
    <w:p>
      <w:pPr>
        <w:spacing w:before="0" w:after="40" w:line="259" w:lineRule="auto"/>
      </w:pPr>
      <w:r>
        <w:rPr>
          <w:rFonts w:ascii="Calibri" w:hAnsi="Calibri" w:eastAsia="Calibri"/>
          <w:b w:val="0"/>
          <w:i w:val="0"/>
          <w:sz w:val="22"/>
        </w:rPr>
        <w:t>coag: PT 13 s   APTT 34 s</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Still febrile and shocked. Review any results that have returned — then decide.</w:t>
      </w:r>
    </w:p>
    <w:p>
      <w:pPr>
        <w:spacing w:before="120" w:after="20" w:line="259" w:lineRule="auto"/>
        <w:shd w:fill="E8F5EC" w:val="clear"/>
      </w:pPr>
      <w:r>
        <w:rPr>
          <w:rFonts w:ascii="Calibri" w:hAnsi="Calibri" w:eastAsia="Calibri"/>
          <w:b/>
          <w:i w:val="0"/>
          <w:color w:val="146E3C"/>
          <w:sz w:val="22"/>
        </w:rPr>
        <w:t>A. [CORRECT] Further fluid, isolation, stay in resus</w:t>
      </w:r>
    </w:p>
    <w:p>
      <w:pPr>
        <w:spacing w:before="0" w:after="20" w:line="259" w:lineRule="auto"/>
      </w:pPr>
      <w:r>
        <w:rPr>
          <w:rFonts w:ascii="Calibri" w:hAnsi="Calibri" w:eastAsia="Calibri"/>
          <w:b w:val="0"/>
          <w:i/>
          <w:color w:val="282828"/>
          <w:sz w:val="22"/>
        </w:rPr>
        <w:t>Bay: Second bolus. Side-room plan. She is 98 systolic. Isolation and a monitored bed, not a step-down.</w:t>
      </w:r>
    </w:p>
    <w:p>
      <w:pPr>
        <w:spacing w:before="0" w:after="40" w:line="259" w:lineRule="auto"/>
      </w:pPr>
      <w:r>
        <w:rPr>
          <w:rFonts w:ascii="Calibri" w:hAnsi="Calibri" w:eastAsia="Calibri"/>
          <w:b w:val="0"/>
          <w:i/>
          <w:color w:val="5A4614"/>
          <w:sz w:val="20"/>
        </w:rPr>
        <w:t>Reaction: hr -10, sbp +12</w:t>
      </w:r>
    </w:p>
    <w:p>
      <w:pPr>
        <w:spacing w:before="80" w:after="40" w:line="259" w:lineRule="auto"/>
      </w:pPr>
      <w:r>
        <w:rPr>
          <w:rFonts w:ascii="Calibri" w:hAnsi="Calibri" w:eastAsia="Calibri"/>
          <w:b/>
          <w:i w:val="0"/>
          <w:color w:val="46326E"/>
          <w:sz w:val="22"/>
        </w:rPr>
        <w:t xml:space="preserve">    Follow-up: Where and isolation?</w:t>
      </w:r>
    </w:p>
    <w:p>
      <w:pPr>
        <w:spacing w:before="120" w:after="20" w:line="259" w:lineRule="auto"/>
        <w:shd w:fill="E8F5EC" w:val="clear"/>
      </w:pPr>
      <w:r>
        <w:rPr>
          <w:rFonts w:ascii="Calibri" w:hAnsi="Calibri" w:eastAsia="Calibri"/>
          <w:b/>
          <w:i w:val="0"/>
          <w:color w:val="146E3C"/>
          <w:sz w:val="22"/>
        </w:rPr>
        <w:t xml:space="preserve">    A. [CORRECT] Stay in resus with reverse-barrier; ICU if she re-shocks</w:t>
      </w:r>
    </w:p>
    <w:p>
      <w:pPr>
        <w:spacing w:before="0" w:after="20" w:line="259" w:lineRule="auto"/>
      </w:pPr>
      <w:r>
        <w:rPr>
          <w:rFonts w:ascii="Calibri" w:hAnsi="Calibri" w:eastAsia="Calibri"/>
          <w:b w:val="0"/>
          <w:i/>
          <w:color w:val="282828"/>
          <w:sz w:val="22"/>
        </w:rPr>
        <w:t xml:space="preserve">       Bay: Neutrophils 0.1 and she presented shocked. Not a MASCC outpatient pathway.</w:t>
      </w:r>
    </w:p>
    <w:p>
      <w:pPr>
        <w:spacing w:before="120" w:after="20" w:line="259" w:lineRule="auto"/>
        <w:shd w:fill="F8E8E8" w:val="clear"/>
      </w:pPr>
      <w:r>
        <w:rPr>
          <w:rFonts w:ascii="Calibri" w:hAnsi="Calibri" w:eastAsia="Calibri"/>
          <w:b w:val="0"/>
          <w:i w:val="0"/>
          <w:color w:val="A02828"/>
          <w:sz w:val="22"/>
        </w:rPr>
        <w:t xml:space="preserve">    B. [WRONG] Oral ciprofloxacin and MASCC discharge</w:t>
      </w:r>
    </w:p>
    <w:p>
      <w:pPr>
        <w:spacing w:before="0" w:after="20" w:line="259" w:lineRule="auto"/>
      </w:pPr>
      <w:r>
        <w:rPr>
          <w:rFonts w:ascii="Calibri" w:hAnsi="Calibri" w:eastAsia="Calibri"/>
          <w:b w:val="0"/>
          <w:i/>
          <w:color w:val="282828"/>
          <w:sz w:val="22"/>
        </w:rPr>
        <w:t xml:space="preserve">       Bay: She presented shocked. This is not low-risk discharge.</w:t>
      </w:r>
    </w:p>
    <w:p>
      <w:pPr>
        <w:spacing w:before="120" w:after="20" w:line="259" w:lineRule="auto"/>
        <w:shd w:fill="F8E8E8" w:val="clear"/>
      </w:pPr>
      <w:r>
        <w:rPr>
          <w:rFonts w:ascii="Calibri" w:hAnsi="Calibri" w:eastAsia="Calibri"/>
          <w:b w:val="0"/>
          <w:i w:val="0"/>
          <w:color w:val="A02828"/>
          <w:sz w:val="22"/>
        </w:rPr>
        <w:t xml:space="preserve">    C. [WRONG] General AMU bay next to influenza</w:t>
      </w:r>
    </w:p>
    <w:p>
      <w:pPr>
        <w:spacing w:before="0" w:after="20" w:line="259" w:lineRule="auto"/>
      </w:pPr>
      <w:r>
        <w:rPr>
          <w:rFonts w:ascii="Calibri" w:hAnsi="Calibri" w:eastAsia="Calibri"/>
          <w:b w:val="0"/>
          <w:i/>
          <w:color w:val="282828"/>
          <w:sz w:val="22"/>
        </w:rPr>
        <w:t xml:space="preserve">       Bay: Profound neutropenia needs reverse-barrier isolation.</w:t>
      </w:r>
    </w:p>
    <w:p>
      <w:pPr>
        <w:spacing w:before="120" w:after="20" w:line="259" w:lineRule="auto"/>
        <w:shd w:fill="F8E8E8" w:val="clear"/>
      </w:pPr>
      <w:r>
        <w:rPr>
          <w:rFonts w:ascii="Calibri" w:hAnsi="Calibri" w:eastAsia="Calibri"/>
          <w:b w:val="0"/>
          <w:i w:val="0"/>
          <w:color w:val="A02828"/>
          <w:sz w:val="22"/>
        </w:rPr>
        <w:t xml:space="preserve">    D. [WRONG] Stand down isolation after the first dose</w:t>
      </w:r>
    </w:p>
    <w:p>
      <w:pPr>
        <w:spacing w:before="0" w:after="20" w:line="259" w:lineRule="auto"/>
      </w:pPr>
      <w:r>
        <w:rPr>
          <w:rFonts w:ascii="Calibri" w:hAnsi="Calibri" w:eastAsia="Calibri"/>
          <w:b w:val="0"/>
          <w:i/>
          <w:color w:val="282828"/>
          <w:sz w:val="22"/>
        </w:rPr>
        <w:t xml:space="preserve">       Bay: One dose of antibiotic does not restore neutrophils.</w:t>
      </w:r>
    </w:p>
    <w:p>
      <w:pPr>
        <w:spacing w:before="120" w:after="20" w:line="259" w:lineRule="auto"/>
        <w:shd w:fill="F8E8E8" w:val="clear"/>
      </w:pPr>
      <w:r>
        <w:rPr>
          <w:rFonts w:ascii="Calibri" w:hAnsi="Calibri" w:eastAsia="Calibri"/>
          <w:b w:val="0"/>
          <w:i w:val="0"/>
          <w:color w:val="A02828"/>
          <w:sz w:val="22"/>
        </w:rPr>
        <w:t xml:space="preserve">    E. [WRONG] Platelet transfusion to 100 ×10⁹/L first</w:t>
      </w:r>
    </w:p>
    <w:p>
      <w:pPr>
        <w:spacing w:before="0" w:after="20" w:line="259" w:lineRule="auto"/>
      </w:pPr>
      <w:r>
        <w:rPr>
          <w:rFonts w:ascii="Calibri" w:hAnsi="Calibri" w:eastAsia="Calibri"/>
          <w:b w:val="0"/>
          <w:i/>
          <w:color w:val="282828"/>
          <w:sz w:val="22"/>
        </w:rPr>
        <w:t xml:space="preserve">       Bay: Platelets 42 and she is not bleeding. Treat the sepsis.</w:t>
      </w:r>
    </w:p>
    <w:p>
      <w:pPr>
        <w:spacing w:before="120" w:after="20" w:line="259" w:lineRule="auto"/>
        <w:shd w:fill="F8E8E8" w:val="clear"/>
      </w:pPr>
      <w:r>
        <w:rPr>
          <w:rFonts w:ascii="Calibri" w:hAnsi="Calibri" w:eastAsia="Calibri"/>
          <w:b w:val="0"/>
          <w:i w:val="0"/>
          <w:color w:val="A02828"/>
          <w:sz w:val="22"/>
        </w:rPr>
        <w:t>B. [WRONG] Oral ciprofloxacin and MASCC low-risk discharge because BP has nudged up</w:t>
      </w:r>
    </w:p>
    <w:p>
      <w:pPr>
        <w:spacing w:before="0" w:after="20" w:line="259" w:lineRule="auto"/>
      </w:pPr>
      <w:r>
        <w:rPr>
          <w:rFonts w:ascii="Calibri" w:hAnsi="Calibri" w:eastAsia="Calibri"/>
          <w:b w:val="0"/>
          <w:i/>
          <w:color w:val="282828"/>
          <w:sz w:val="22"/>
        </w:rPr>
        <w:t>Bay: Neutrophils 0.1 and she presented shocked. This is not a MASCC outpatient pathway.</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Hold further antibiotics until 48-hour culture results are back</w:t>
      </w:r>
    </w:p>
    <w:p>
      <w:pPr>
        <w:spacing w:before="0" w:after="20" w:line="259" w:lineRule="auto"/>
      </w:pPr>
      <w:r>
        <w:rPr>
          <w:rFonts w:ascii="Calibri" w:hAnsi="Calibri" w:eastAsia="Calibri"/>
          <w:b w:val="0"/>
          <w:i/>
          <w:color w:val="282828"/>
          <w:sz w:val="22"/>
        </w:rPr>
        <w:t>Bay: First-line cover is already in. Do not pause a neutropenic regimen for the culture clock.</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Platelet transfusion to 100 ×10⁹/L before any other treatment</w:t>
      </w:r>
    </w:p>
    <w:p>
      <w:pPr>
        <w:spacing w:before="0" w:after="20" w:line="259" w:lineRule="auto"/>
      </w:pPr>
      <w:r>
        <w:rPr>
          <w:rFonts w:ascii="Calibri" w:hAnsi="Calibri" w:eastAsia="Calibri"/>
          <w:b w:val="0"/>
          <w:i/>
          <w:color w:val="282828"/>
          <w:sz w:val="22"/>
        </w:rPr>
        <w:t>Bay: Platelets 42 and she is not bleeding. Treat the sepsis; transfusion thresholds are a later haematology call.</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Stop piperacillin–tazobactam on a theoretical penicillin-allergy risk, no history</w:t>
      </w:r>
    </w:p>
    <w:p>
      <w:pPr>
        <w:spacing w:before="0" w:after="20" w:line="259" w:lineRule="auto"/>
      </w:pPr>
      <w:r>
        <w:rPr>
          <w:rFonts w:ascii="Calibri" w:hAnsi="Calibri" w:eastAsia="Calibri"/>
          <w:b w:val="0"/>
          <w:i/>
          <w:color w:val="282828"/>
          <w:sz w:val="22"/>
        </w:rPr>
        <w:t>Bay: Do not stop first-line cover without an allergy history. If genuine anaphylaxis, use local alternative anti-pseudomonal cover.</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Husband has the chemo diary.</w:t>
      </w:r>
    </w:p>
    <w:p>
      <w:pPr>
        <w:spacing w:before="120" w:after="20" w:line="259" w:lineRule="auto"/>
        <w:shd w:fill="E8F5EC" w:val="clear"/>
      </w:pPr>
      <w:r>
        <w:rPr>
          <w:rFonts w:ascii="Calibri" w:hAnsi="Calibri" w:eastAsia="Calibri"/>
          <w:b/>
          <w:i w:val="0"/>
          <w:color w:val="146E3C"/>
          <w:sz w:val="22"/>
        </w:rPr>
        <w:t>A. [CORRECT] Ask about last chemo, G-CSF, lines, sick-day plan, allergies</w:t>
      </w:r>
    </w:p>
    <w:p>
      <w:pPr>
        <w:spacing w:before="0" w:after="20" w:line="259" w:lineRule="auto"/>
      </w:pPr>
      <w:r>
        <w:rPr>
          <w:rFonts w:ascii="Calibri" w:hAnsi="Calibri" w:eastAsia="Calibri"/>
          <w:b w:val="0"/>
          <w:i/>
          <w:color w:val="282828"/>
          <w:sz w:val="22"/>
        </w:rPr>
        <w:t>Bay: R-CHOP day 8. No G-CSF. PICC week 3. NKDA. Peak neutropenia timing fits.</w:t>
      </w:r>
    </w:p>
    <w:p>
      <w:pPr>
        <w:spacing w:before="120" w:after="20" w:line="259" w:lineRule="auto"/>
        <w:shd w:fill="E8F5EC" w:val="clear"/>
      </w:pPr>
      <w:r>
        <w:rPr>
          <w:rFonts w:ascii="Calibri" w:hAnsi="Calibri" w:eastAsia="Calibri"/>
          <w:b/>
          <w:i w:val="0"/>
          <w:color w:val="146E3C"/>
          <w:sz w:val="22"/>
        </w:rPr>
        <w:t>B. [CORRECT] Ask about cough, diarrhoea, mucositis, urinary symptoms</w:t>
      </w:r>
    </w:p>
    <w:p>
      <w:pPr>
        <w:spacing w:before="0" w:after="20" w:line="259" w:lineRule="auto"/>
      </w:pPr>
      <w:r>
        <w:rPr>
          <w:rFonts w:ascii="Calibri" w:hAnsi="Calibri" w:eastAsia="Calibri"/>
          <w:b w:val="0"/>
          <w:i/>
          <w:color w:val="282828"/>
          <w:sz w:val="22"/>
        </w:rPr>
        <w:t>Bay: Loose stool yesterday. Mouth sore. Source screen is part of Sepsis Six, not a delay to the first dose.</w:t>
      </w:r>
    </w:p>
    <w:p>
      <w:pPr>
        <w:spacing w:before="120" w:after="20" w:line="259" w:lineRule="auto"/>
        <w:shd w:fill="E8F5EC" w:val="clear"/>
      </w:pPr>
      <w:r>
        <w:rPr>
          <w:rFonts w:ascii="Calibri" w:hAnsi="Calibri" w:eastAsia="Calibri"/>
          <w:b/>
          <w:i w:val="0"/>
          <w:color w:val="146E3C"/>
          <w:sz w:val="22"/>
        </w:rPr>
        <w:t>C. [CORRECT] Check the oncology alert card and local first-line protocol</w:t>
      </w:r>
    </w:p>
    <w:p>
      <w:pPr>
        <w:spacing w:before="0" w:after="20" w:line="259" w:lineRule="auto"/>
      </w:pPr>
      <w:r>
        <w:rPr>
          <w:rFonts w:ascii="Calibri" w:hAnsi="Calibri" w:eastAsia="Calibri"/>
          <w:b w:val="0"/>
          <w:i/>
          <w:color w:val="282828"/>
          <w:sz w:val="22"/>
        </w:rPr>
        <w:t>Bay: Alert card in her purse. Tazocin first-line locally. Use the card, not a guessed regimen.</w:t>
      </w:r>
    </w:p>
    <w:p>
      <w:pPr>
        <w:spacing w:before="120" w:after="20" w:line="259" w:lineRule="auto"/>
        <w:shd w:fill="F8E8E8" w:val="clear"/>
      </w:pPr>
      <w:r>
        <w:rPr>
          <w:rFonts w:ascii="Calibri" w:hAnsi="Calibri" w:eastAsia="Calibri"/>
          <w:b w:val="0"/>
          <w:i w:val="0"/>
          <w:color w:val="A02828"/>
          <w:sz w:val="22"/>
        </w:rPr>
        <w:t>D. [WRONG] Delay the haematology call until a CT TAP has proven a source</w:t>
      </w:r>
    </w:p>
    <w:p>
      <w:pPr>
        <w:spacing w:before="0" w:after="20" w:line="259" w:lineRule="auto"/>
      </w:pPr>
      <w:r>
        <w:rPr>
          <w:rFonts w:ascii="Calibri" w:hAnsi="Calibri" w:eastAsia="Calibri"/>
          <w:b w:val="0"/>
          <w:i/>
          <w:color w:val="282828"/>
          <w:sz w:val="22"/>
        </w:rPr>
        <w:t>Bay: Call haematology/oncology now. Source imaging follows antibiotics; it does not gate the referral.</w:t>
      </w:r>
    </w:p>
    <w:p>
      <w:pPr>
        <w:spacing w:before="120" w:after="20" w:line="259" w:lineRule="auto"/>
        <w:shd w:fill="F8E8E8" w:val="clear"/>
      </w:pPr>
      <w:r>
        <w:rPr>
          <w:rFonts w:ascii="Calibri" w:hAnsi="Calibri" w:eastAsia="Calibri"/>
          <w:b w:val="0"/>
          <w:i w:val="0"/>
          <w:color w:val="A02828"/>
          <w:sz w:val="22"/>
        </w:rPr>
        <w:t>E. [WRONG] Hold antibiotics until the morning MDT confirms the regimen</w:t>
      </w:r>
    </w:p>
    <w:p>
      <w:pPr>
        <w:spacing w:before="0" w:after="20" w:line="259" w:lineRule="auto"/>
      </w:pPr>
      <w:r>
        <w:rPr>
          <w:rFonts w:ascii="Calibri" w:hAnsi="Calibri" w:eastAsia="Calibri"/>
          <w:b w:val="0"/>
          <w:i/>
          <w:color w:val="282828"/>
          <w:sz w:val="22"/>
        </w:rPr>
        <w:t>Bay: Door-to-needle is 60 minutes. Morning MDT is not an antimicrobial stewardship step in shocked neutropenia.</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Chemo, fever, shock, neutrophils 0.1.</w:t>
      </w:r>
    </w:p>
    <w:p>
      <w:pPr>
        <w:spacing w:before="120" w:after="20" w:line="259" w:lineRule="auto"/>
        <w:shd w:fill="E8F5EC" w:val="clear"/>
      </w:pPr>
      <w:r>
        <w:rPr>
          <w:rFonts w:ascii="Calibri" w:hAnsi="Calibri" w:eastAsia="Calibri"/>
          <w:b/>
          <w:i w:val="0"/>
          <w:color w:val="146E3C"/>
          <w:sz w:val="22"/>
        </w:rPr>
        <w:t>A. [CORRECT] Neutropenic sepsis</w:t>
      </w:r>
    </w:p>
    <w:p>
      <w:pPr>
        <w:spacing w:before="0" w:after="20" w:line="259" w:lineRule="auto"/>
      </w:pPr>
      <w:r>
        <w:rPr>
          <w:rFonts w:ascii="Calibri" w:hAnsi="Calibri" w:eastAsia="Calibri"/>
          <w:b w:val="0"/>
          <w:i/>
          <w:color w:val="282828"/>
          <w:sz w:val="22"/>
        </w:rPr>
        <w:t>Bay: Fever or shock within the expected nadir after chemotherapy, neutrophils 0.1. Treat as neutropenic sepsis.</w:t>
      </w:r>
    </w:p>
    <w:p>
      <w:pPr>
        <w:spacing w:before="120" w:after="20" w:line="259" w:lineRule="auto"/>
        <w:shd w:fill="F8E8E8" w:val="clear"/>
      </w:pPr>
      <w:r>
        <w:rPr>
          <w:rFonts w:ascii="Calibri" w:hAnsi="Calibri" w:eastAsia="Calibri"/>
          <w:b w:val="0"/>
          <w:i w:val="0"/>
          <w:color w:val="A02828"/>
          <w:sz w:val="22"/>
        </w:rPr>
        <w:t>B. [WRONG] Pulmonary embolism as the only diagnosis</w:t>
      </w:r>
    </w:p>
    <w:p>
      <w:pPr>
        <w:spacing w:before="0" w:after="20" w:line="259" w:lineRule="auto"/>
      </w:pPr>
      <w:r>
        <w:rPr>
          <w:rFonts w:ascii="Calibri" w:hAnsi="Calibri" w:eastAsia="Calibri"/>
          <w:b w:val="0"/>
          <w:i/>
          <w:color w:val="282828"/>
          <w:sz w:val="22"/>
        </w:rPr>
        <w:t>Bay: Cancer plus tachypnoea is a PE risk, but fever, shock and neutrophils 0.1 are treated as neutropenic sepsis first.</w:t>
      </w:r>
    </w:p>
    <w:p>
      <w:pPr>
        <w:spacing w:before="120" w:after="20" w:line="259" w:lineRule="auto"/>
        <w:shd w:fill="F8E8E8" w:val="clear"/>
      </w:pPr>
      <w:r>
        <w:rPr>
          <w:rFonts w:ascii="Calibri" w:hAnsi="Calibri" w:eastAsia="Calibri"/>
          <w:b w:val="0"/>
          <w:i w:val="0"/>
          <w:color w:val="A02828"/>
          <w:sz w:val="22"/>
        </w:rPr>
        <w:t>C. [WRONG] Acute transfusion reaction</w:t>
      </w:r>
    </w:p>
    <w:p>
      <w:pPr>
        <w:spacing w:before="0" w:after="20" w:line="259" w:lineRule="auto"/>
      </w:pPr>
      <w:r>
        <w:rPr>
          <w:rFonts w:ascii="Calibri" w:hAnsi="Calibri" w:eastAsia="Calibri"/>
          <w:b w:val="0"/>
          <w:i/>
          <w:color w:val="282828"/>
          <w:sz w:val="22"/>
        </w:rPr>
        <w:t>Bay: She has not been transfused today. This is not a blood-product reaction.</w:t>
      </w:r>
    </w:p>
    <w:p>
      <w:pPr>
        <w:spacing w:before="120" w:after="20" w:line="259" w:lineRule="auto"/>
        <w:shd w:fill="F8E8E8" w:val="clear"/>
      </w:pPr>
      <w:r>
        <w:rPr>
          <w:rFonts w:ascii="Calibri" w:hAnsi="Calibri" w:eastAsia="Calibri"/>
          <w:b w:val="0"/>
          <w:i w:val="0"/>
          <w:color w:val="A02828"/>
          <w:sz w:val="22"/>
        </w:rPr>
        <w:t>D. [WRONG] Uncomplicated viral illness</w:t>
      </w:r>
    </w:p>
    <w:p>
      <w:pPr>
        <w:spacing w:before="0" w:after="20" w:line="259" w:lineRule="auto"/>
      </w:pPr>
      <w:r>
        <w:rPr>
          <w:rFonts w:ascii="Calibri" w:hAnsi="Calibri" w:eastAsia="Calibri"/>
          <w:b w:val="0"/>
          <w:i/>
          <w:color w:val="282828"/>
          <w:sz w:val="22"/>
        </w:rPr>
        <w:t>Bay: Shock plus neutrophils 0.1 is not a discharge viral diagnosis, even at a chemo nadir.</w:t>
      </w:r>
    </w:p>
    <w:p>
      <w:pPr>
        <w:spacing w:before="120" w:after="20" w:line="259" w:lineRule="auto"/>
        <w:shd w:fill="F8E8E8" w:val="clear"/>
      </w:pPr>
      <w:r>
        <w:rPr>
          <w:rFonts w:ascii="Calibri" w:hAnsi="Calibri" w:eastAsia="Calibri"/>
          <w:b w:val="0"/>
          <w:i w:val="0"/>
          <w:color w:val="A02828"/>
          <w:sz w:val="22"/>
        </w:rPr>
        <w:t>E. [WRONG] Adrenal crisis as the sole diagnosis</w:t>
      </w:r>
    </w:p>
    <w:p>
      <w:pPr>
        <w:spacing w:before="0" w:after="20" w:line="259" w:lineRule="auto"/>
      </w:pPr>
      <w:r>
        <w:rPr>
          <w:rFonts w:ascii="Calibri" w:hAnsi="Calibri" w:eastAsia="Calibri"/>
          <w:b w:val="0"/>
          <w:i/>
          <w:color w:val="282828"/>
          <w:sz w:val="22"/>
        </w:rPr>
        <w:t>Bay: Steroid-containing regimens can contribute, but the working diagnosis remains neutropenic sepsis until cultures and the count say otherwise.</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Haematology accept.</w:t>
      </w:r>
    </w:p>
    <w:p>
      <w:pPr>
        <w:spacing w:before="120" w:after="20" w:line="259" w:lineRule="auto"/>
        <w:shd w:fill="E8F5EC" w:val="clear"/>
      </w:pPr>
      <w:r>
        <w:rPr>
          <w:rFonts w:ascii="Calibri" w:hAnsi="Calibri" w:eastAsia="Calibri"/>
          <w:b/>
          <w:i w:val="0"/>
          <w:color w:val="146E3C"/>
          <w:sz w:val="22"/>
        </w:rPr>
        <w:t>A. [CORRECT] Continue antibiotics and source screen</w:t>
      </w:r>
    </w:p>
    <w:p>
      <w:pPr>
        <w:spacing w:before="0" w:after="20" w:line="259" w:lineRule="auto"/>
      </w:pPr>
      <w:r>
        <w:rPr>
          <w:rFonts w:ascii="Calibri" w:hAnsi="Calibri" w:eastAsia="Calibri"/>
          <w:b w:val="0"/>
          <w:i/>
          <w:color w:val="282828"/>
          <w:sz w:val="22"/>
        </w:rPr>
        <w:t>Bay: They will take her. G-CSF prescribed by them — not as an unsupervised ED extra.</w:t>
      </w:r>
    </w:p>
    <w:p>
      <w:pPr>
        <w:spacing w:before="0" w:after="40" w:line="259" w:lineRule="auto"/>
      </w:pPr>
      <w:r>
        <w:rPr>
          <w:rFonts w:ascii="Calibri" w:hAnsi="Calibri" w:eastAsia="Calibri"/>
          <w:b w:val="0"/>
          <w:i/>
          <w:color w:val="5A4614"/>
          <w:sz w:val="20"/>
        </w:rPr>
        <w:t>Reaction: sbp +6</w:t>
      </w:r>
    </w:p>
    <w:p>
      <w:pPr>
        <w:spacing w:before="80" w:after="40" w:line="259" w:lineRule="auto"/>
      </w:pPr>
      <w:r>
        <w:rPr>
          <w:rFonts w:ascii="Calibri" w:hAnsi="Calibri" w:eastAsia="Calibri"/>
          <w:b/>
          <w:i w:val="0"/>
          <w:color w:val="46326E"/>
          <w:sz w:val="22"/>
        </w:rPr>
        <w:t xml:space="preserve">    Follow-up: G-CSF now?</w:t>
      </w:r>
    </w:p>
    <w:p>
      <w:pPr>
        <w:spacing w:before="120" w:after="20" w:line="259" w:lineRule="auto"/>
        <w:shd w:fill="E8F5EC" w:val="clear"/>
      </w:pPr>
      <w:r>
        <w:rPr>
          <w:rFonts w:ascii="Calibri" w:hAnsi="Calibri" w:eastAsia="Calibri"/>
          <w:b/>
          <w:i w:val="0"/>
          <w:color w:val="146E3C"/>
          <w:sz w:val="22"/>
        </w:rPr>
        <w:t xml:space="preserve">    A. [CORRECT] Only if haematology advise — not an unsupervised ED extra</w:t>
      </w:r>
    </w:p>
    <w:p>
      <w:pPr>
        <w:spacing w:before="0" w:after="20" w:line="259" w:lineRule="auto"/>
      </w:pPr>
      <w:r>
        <w:rPr>
          <w:rFonts w:ascii="Calibri" w:hAnsi="Calibri" w:eastAsia="Calibri"/>
          <w:b w:val="0"/>
          <w:i/>
          <w:color w:val="282828"/>
          <w:sz w:val="22"/>
        </w:rPr>
        <w:t xml:space="preserve">       Bay: Continue Tazocin and the source screen. They own G-CSF.</w:t>
      </w:r>
    </w:p>
    <w:p>
      <w:pPr>
        <w:spacing w:before="120" w:after="20" w:line="259" w:lineRule="auto"/>
        <w:shd w:fill="F8E8E8" w:val="clear"/>
      </w:pPr>
      <w:r>
        <w:rPr>
          <w:rFonts w:ascii="Calibri" w:hAnsi="Calibri" w:eastAsia="Calibri"/>
          <w:b w:val="0"/>
          <w:i w:val="0"/>
          <w:color w:val="A02828"/>
          <w:sz w:val="22"/>
        </w:rPr>
        <w:t xml:space="preserve">    B. [WRONG] G-CSF 300 micrograms SC for every febrile neutropenic in ED</w:t>
      </w:r>
    </w:p>
    <w:p>
      <w:pPr>
        <w:spacing w:before="0" w:after="20" w:line="259" w:lineRule="auto"/>
      </w:pPr>
      <w:r>
        <w:rPr>
          <w:rFonts w:ascii="Calibri" w:hAnsi="Calibri" w:eastAsia="Calibri"/>
          <w:b w:val="0"/>
          <w:i/>
          <w:color w:val="282828"/>
          <w:sz w:val="22"/>
        </w:rPr>
        <w:t xml:space="preserve">       Bay: Not an unsupervised ED extra.</w:t>
      </w:r>
    </w:p>
    <w:p>
      <w:pPr>
        <w:spacing w:before="120" w:after="20" w:line="259" w:lineRule="auto"/>
        <w:shd w:fill="F8E8E8" w:val="clear"/>
      </w:pPr>
      <w:r>
        <w:rPr>
          <w:rFonts w:ascii="Calibri" w:hAnsi="Calibri" w:eastAsia="Calibri"/>
          <w:b w:val="0"/>
          <w:i w:val="0"/>
          <w:color w:val="A02828"/>
          <w:sz w:val="22"/>
        </w:rPr>
        <w:t xml:space="preserve">    C. [WRONG] Stop Tazocin and start G-CSF monotherapy</w:t>
      </w:r>
    </w:p>
    <w:p>
      <w:pPr>
        <w:spacing w:before="0" w:after="20" w:line="259" w:lineRule="auto"/>
      </w:pPr>
      <w:r>
        <w:rPr>
          <w:rFonts w:ascii="Calibri" w:hAnsi="Calibri" w:eastAsia="Calibri"/>
          <w:b w:val="0"/>
          <w:i/>
          <w:color w:val="282828"/>
          <w:sz w:val="22"/>
        </w:rPr>
        <w:t xml:space="preserve">       Bay: Do not convert first-line anti-pseudomonal cover to a growth factor.</w:t>
      </w:r>
    </w:p>
    <w:p>
      <w:pPr>
        <w:spacing w:before="120" w:after="20" w:line="259" w:lineRule="auto"/>
        <w:shd w:fill="F8E8E8" w:val="clear"/>
      </w:pPr>
      <w:r>
        <w:rPr>
          <w:rFonts w:ascii="Calibri" w:hAnsi="Calibri" w:eastAsia="Calibri"/>
          <w:b w:val="0"/>
          <w:i w:val="0"/>
          <w:color w:val="A02828"/>
          <w:sz w:val="22"/>
        </w:rPr>
        <w:t xml:space="preserve">    D. [WRONG] Give G-CSF IM because platelets are 42</w:t>
      </w:r>
    </w:p>
    <w:p>
      <w:pPr>
        <w:spacing w:before="0" w:after="20" w:line="259" w:lineRule="auto"/>
      </w:pPr>
      <w:r>
        <w:rPr>
          <w:rFonts w:ascii="Calibri" w:hAnsi="Calibri" w:eastAsia="Calibri"/>
          <w:b w:val="0"/>
          <w:i/>
          <w:color w:val="282828"/>
          <w:sz w:val="22"/>
        </w:rPr>
        <w:t xml:space="preserve">       Bay: Avoid IM injections when platelets are 42.</w:t>
      </w:r>
    </w:p>
    <w:p>
      <w:pPr>
        <w:spacing w:before="120" w:after="20" w:line="259" w:lineRule="auto"/>
        <w:shd w:fill="F8E8E8" w:val="clear"/>
      </w:pPr>
      <w:r>
        <w:rPr>
          <w:rFonts w:ascii="Calibri" w:hAnsi="Calibri" w:eastAsia="Calibri"/>
          <w:b w:val="0"/>
          <w:i w:val="0"/>
          <w:color w:val="A02828"/>
          <w:sz w:val="22"/>
        </w:rPr>
        <w:t xml:space="preserve">    E. [WRONG] Withhold further treatment until G-CSF arrives</w:t>
      </w:r>
    </w:p>
    <w:p>
      <w:pPr>
        <w:spacing w:before="0" w:after="20" w:line="259" w:lineRule="auto"/>
      </w:pPr>
      <w:r>
        <w:rPr>
          <w:rFonts w:ascii="Calibri" w:hAnsi="Calibri" w:eastAsia="Calibri"/>
          <w:b w:val="0"/>
          <w:i/>
          <w:color w:val="282828"/>
          <w:sz w:val="22"/>
        </w:rPr>
        <w:t xml:space="preserve">       Bay: Antibiotics and source control continue. G-CSF is not the rate-limiting step.</w:t>
      </w:r>
    </w:p>
    <w:p>
      <w:pPr>
        <w:spacing w:before="120" w:after="20" w:line="259" w:lineRule="auto"/>
        <w:shd w:fill="F8E8E8" w:val="clear"/>
      </w:pPr>
      <w:r>
        <w:rPr>
          <w:rFonts w:ascii="Calibri" w:hAnsi="Calibri" w:eastAsia="Calibri"/>
          <w:b w:val="0"/>
          <w:i w:val="0"/>
          <w:color w:val="A02828"/>
          <w:sz w:val="22"/>
        </w:rPr>
        <w:t>B. [WRONG] Stop antibiotics at 24 hours if cultures remain negative</w:t>
      </w:r>
    </w:p>
    <w:p>
      <w:pPr>
        <w:spacing w:before="0" w:after="20" w:line="259" w:lineRule="auto"/>
      </w:pPr>
      <w:r>
        <w:rPr>
          <w:rFonts w:ascii="Calibri" w:hAnsi="Calibri" w:eastAsia="Calibri"/>
          <w:b w:val="0"/>
          <w:i/>
          <w:color w:val="282828"/>
          <w:sz w:val="22"/>
        </w:rPr>
        <w:t>Bay: Neutropenic protocols run well beyond the first culture-negative day. Do not stop at 24 hours.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Step down to oral ciprofloxacin and discharge as MASCC low-risk</w:t>
      </w:r>
    </w:p>
    <w:p>
      <w:pPr>
        <w:spacing w:before="0" w:after="20" w:line="259" w:lineRule="auto"/>
      </w:pPr>
      <w:r>
        <w:rPr>
          <w:rFonts w:ascii="Calibri" w:hAnsi="Calibri" w:eastAsia="Calibri"/>
          <w:b w:val="0"/>
          <w:i/>
          <w:color w:val="282828"/>
          <w:sz w:val="22"/>
        </w:rPr>
        <w:t>Bay: She presented shocked. MASCC outpatient pathways are for selected stable patients, not this trolley.</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Add gentamicin as monotherapy and stop Tazocin to narrow early</w:t>
      </w:r>
    </w:p>
    <w:p>
      <w:pPr>
        <w:spacing w:before="0" w:after="20" w:line="259" w:lineRule="auto"/>
      </w:pPr>
      <w:r>
        <w:rPr>
          <w:rFonts w:ascii="Calibri" w:hAnsi="Calibri" w:eastAsia="Calibri"/>
          <w:b w:val="0"/>
          <w:i/>
          <w:color w:val="282828"/>
          <w:sz w:val="22"/>
        </w:rPr>
        <w:t>Bay: Do not convert first-line anti-pseudomonal cover to aminoglycoside monotherapy in the ED.</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Remove the PICC now without a haematology plan</w:t>
      </w:r>
    </w:p>
    <w:p>
      <w:pPr>
        <w:spacing w:before="0" w:after="20" w:line="259" w:lineRule="auto"/>
      </w:pPr>
      <w:r>
        <w:rPr>
          <w:rFonts w:ascii="Calibri" w:hAnsi="Calibri" w:eastAsia="Calibri"/>
          <w:b w:val="0"/>
          <w:i/>
          <w:color w:val="282828"/>
          <w:sz w:val="22"/>
        </w:rPr>
        <w:t>Bay: Line cultures are already sent. Removal is a haematology/infection decision, not an unsupervised ED pull.</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She is 104 systolic.</w:t>
      </w:r>
    </w:p>
    <w:p>
      <w:pPr>
        <w:spacing w:before="120" w:after="20" w:line="259" w:lineRule="auto"/>
        <w:shd w:fill="E8F5EC" w:val="clear"/>
      </w:pPr>
      <w:r>
        <w:rPr>
          <w:rFonts w:ascii="Calibri" w:hAnsi="Calibri" w:eastAsia="Calibri"/>
          <w:b/>
          <w:i w:val="0"/>
          <w:color w:val="146E3C"/>
          <w:sz w:val="22"/>
        </w:rPr>
        <w:t>A. [CORRECT] Haematology / oncology isolation bed with HDU capability</w:t>
      </w:r>
    </w:p>
    <w:p>
      <w:pPr>
        <w:spacing w:before="0" w:after="20" w:line="259" w:lineRule="auto"/>
      </w:pPr>
      <w:r>
        <w:rPr>
          <w:rFonts w:ascii="Calibri" w:hAnsi="Calibri" w:eastAsia="Calibri"/>
          <w:b w:val="0"/>
          <w:i/>
          <w:color w:val="282828"/>
          <w:sz w:val="22"/>
        </w:rPr>
        <w:t>Bay: Correct. Reverse-barrier, source screen, and a unit that can escalate if she dumps again.</w:t>
      </w:r>
    </w:p>
    <w:p>
      <w:pPr>
        <w:spacing w:before="120" w:after="20" w:line="259" w:lineRule="auto"/>
        <w:shd w:fill="F8E8E8" w:val="clear"/>
      </w:pPr>
      <w:r>
        <w:rPr>
          <w:rFonts w:ascii="Calibri" w:hAnsi="Calibri" w:eastAsia="Calibri"/>
          <w:b w:val="0"/>
          <w:i w:val="0"/>
          <w:color w:val="A02828"/>
          <w:sz w:val="22"/>
        </w:rPr>
        <w:t>B. [WRONG] General AMU bay adjacent to influenza patients</w:t>
      </w:r>
    </w:p>
    <w:p>
      <w:pPr>
        <w:spacing w:before="0" w:after="20" w:line="259" w:lineRule="auto"/>
      </w:pPr>
      <w:r>
        <w:rPr>
          <w:rFonts w:ascii="Calibri" w:hAnsi="Calibri" w:eastAsia="Calibri"/>
          <w:b w:val="0"/>
          <w:i/>
          <w:color w:val="282828"/>
          <w:sz w:val="22"/>
        </w:rPr>
        <w:t>Bay: She is profoundly neutropenic. Reverse-barrier isolation — not a bay next to community respiratory viruses.</w:t>
      </w:r>
    </w:p>
    <w:p>
      <w:pPr>
        <w:spacing w:before="120" w:after="20" w:line="259" w:lineRule="auto"/>
        <w:shd w:fill="F8E8E8" w:val="clear"/>
      </w:pPr>
      <w:r>
        <w:rPr>
          <w:rFonts w:ascii="Calibri" w:hAnsi="Calibri" w:eastAsia="Calibri"/>
          <w:b w:val="0"/>
          <w:i w:val="0"/>
          <w:color w:val="A02828"/>
          <w:sz w:val="22"/>
        </w:rPr>
        <w:t>C. [WRONG] ICU intubation as routine for every febrile neutropenic</w:t>
      </w:r>
    </w:p>
    <w:p>
      <w:pPr>
        <w:spacing w:before="0" w:after="20" w:line="259" w:lineRule="auto"/>
      </w:pPr>
      <w:r>
        <w:rPr>
          <w:rFonts w:ascii="Calibri" w:hAnsi="Calibri" w:eastAsia="Calibri"/>
          <w:b w:val="0"/>
          <w:i/>
          <w:color w:val="282828"/>
          <w:sz w:val="22"/>
        </w:rPr>
        <w:t>Bay: She is holding a pressure and talking. ICU if she re-shocks or tiring — not a default tube.</w:t>
      </w:r>
    </w:p>
    <w:p>
      <w:pPr>
        <w:spacing w:before="120" w:after="20" w:line="259" w:lineRule="auto"/>
        <w:shd w:fill="F8E8E8" w:val="clear"/>
      </w:pPr>
      <w:r>
        <w:rPr>
          <w:rFonts w:ascii="Calibri" w:hAnsi="Calibri" w:eastAsia="Calibri"/>
          <w:b w:val="0"/>
          <w:i w:val="0"/>
          <w:color w:val="A02828"/>
          <w:sz w:val="22"/>
        </w:rPr>
        <w:t>D. [WRONG] Oncology day-unit review the following morning</w:t>
      </w:r>
    </w:p>
    <w:p>
      <w:pPr>
        <w:spacing w:before="0" w:after="20" w:line="259" w:lineRule="auto"/>
      </w:pPr>
      <w:r>
        <w:rPr>
          <w:rFonts w:ascii="Calibri" w:hAnsi="Calibri" w:eastAsia="Calibri"/>
          <w:b w:val="0"/>
          <w:i/>
          <w:color w:val="282828"/>
          <w:sz w:val="22"/>
        </w:rPr>
        <w:t>Bay: She was shocked with neutrophils 0.1. That is an inpatient haematology pathway, not a next-day chair.</w:t>
      </w:r>
    </w:p>
    <w:p>
      <w:pPr>
        <w:spacing w:before="120" w:after="20" w:line="259" w:lineRule="auto"/>
        <w:shd w:fill="F8E8E8" w:val="clear"/>
      </w:pPr>
      <w:r>
        <w:rPr>
          <w:rFonts w:ascii="Calibri" w:hAnsi="Calibri" w:eastAsia="Calibri"/>
          <w:b w:val="0"/>
          <w:i w:val="0"/>
          <w:color w:val="A02828"/>
          <w:sz w:val="22"/>
        </w:rPr>
        <w:t>E. [WRONG] Short-stay medical ward without isolation or continuous monitoring</w:t>
      </w:r>
    </w:p>
    <w:p>
      <w:pPr>
        <w:spacing w:before="0" w:after="20" w:line="259" w:lineRule="auto"/>
      </w:pPr>
      <w:r>
        <w:rPr>
          <w:rFonts w:ascii="Calibri" w:hAnsi="Calibri" w:eastAsia="Calibri"/>
          <w:b w:val="0"/>
          <w:i/>
          <w:color w:val="282828"/>
          <w:sz w:val="22"/>
        </w:rPr>
        <w:t>Bay: Neutropenic shock needs isolation and a monitored bed, not a four-hour short-stay trolley.</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she leaves the bay.</w:t>
      </w:r>
    </w:p>
    <w:p>
      <w:pPr>
        <w:spacing w:before="120" w:after="20" w:line="259" w:lineRule="auto"/>
        <w:shd w:fill="E8F5EC" w:val="clear"/>
      </w:pPr>
      <w:r>
        <w:rPr>
          <w:rFonts w:ascii="Calibri" w:hAnsi="Calibri" w:eastAsia="Calibri"/>
          <w:b/>
          <w:i w:val="0"/>
          <w:color w:val="146E3C"/>
          <w:sz w:val="22"/>
        </w:rPr>
        <w:t>A. [CORRECT] Document door-to-needle, isolation, labelled cultures, hold chemo</w:t>
      </w:r>
    </w:p>
    <w:p>
      <w:pPr>
        <w:spacing w:before="0" w:after="20" w:line="259" w:lineRule="auto"/>
      </w:pPr>
      <w:r>
        <w:rPr>
          <w:rFonts w:ascii="Calibri" w:hAnsi="Calibri" w:eastAsia="Calibri"/>
          <w:b w:val="0"/>
          <w:i/>
          <w:color w:val="282828"/>
          <w:sz w:val="22"/>
        </w:rPr>
        <w:t>Bay: Door-to-needle 18 minutes. Chemo held. Husband updated.</w:t>
      </w:r>
    </w:p>
    <w:p>
      <w:pPr>
        <w:spacing w:before="80" w:after="40" w:line="259" w:lineRule="auto"/>
      </w:pPr>
      <w:r>
        <w:rPr>
          <w:rFonts w:ascii="Calibri" w:hAnsi="Calibri" w:eastAsia="Calibri"/>
          <w:b/>
          <w:i w:val="0"/>
          <w:color w:val="46326E"/>
          <w:sz w:val="22"/>
        </w:rPr>
        <w:t xml:space="preserve">    Follow-up: What happens to tonight's chemotherapy?</w:t>
      </w:r>
    </w:p>
    <w:p>
      <w:pPr>
        <w:spacing w:before="120" w:after="20" w:line="259" w:lineRule="auto"/>
        <w:shd w:fill="E8F5EC" w:val="clear"/>
      </w:pPr>
      <w:r>
        <w:rPr>
          <w:rFonts w:ascii="Calibri" w:hAnsi="Calibri" w:eastAsia="Calibri"/>
          <w:b/>
          <w:i w:val="0"/>
          <w:color w:val="146E3C"/>
          <w:sz w:val="22"/>
        </w:rPr>
        <w:t xml:space="preserve">    A. [CORRECT] Hold further cycles until haematology advise</w:t>
      </w:r>
    </w:p>
    <w:p>
      <w:pPr>
        <w:spacing w:before="0" w:after="20" w:line="259" w:lineRule="auto"/>
      </w:pPr>
      <w:r>
        <w:rPr>
          <w:rFonts w:ascii="Calibri" w:hAnsi="Calibri" w:eastAsia="Calibri"/>
          <w:b w:val="0"/>
          <w:i/>
          <w:color w:val="282828"/>
          <w:sz w:val="22"/>
        </w:rPr>
        <w:t xml:space="preserve">       Bay: Neutropenic sepsis — do not give tonight's cycle.</w:t>
      </w:r>
    </w:p>
    <w:p>
      <w:pPr>
        <w:spacing w:before="120" w:after="20" w:line="259" w:lineRule="auto"/>
        <w:shd w:fill="F8E8E8" w:val="clear"/>
      </w:pPr>
      <w:r>
        <w:rPr>
          <w:rFonts w:ascii="Calibri" w:hAnsi="Calibri" w:eastAsia="Calibri"/>
          <w:b w:val="0"/>
          <w:i w:val="0"/>
          <w:color w:val="A02828"/>
          <w:sz w:val="22"/>
        </w:rPr>
        <w:t xml:space="preserve">    B. [WRONG] Give tonight's cycle so she stays on schedule</w:t>
      </w:r>
    </w:p>
    <w:p>
      <w:pPr>
        <w:spacing w:before="0" w:after="20" w:line="259" w:lineRule="auto"/>
      </w:pPr>
      <w:r>
        <w:rPr>
          <w:rFonts w:ascii="Calibri" w:hAnsi="Calibri" w:eastAsia="Calibri"/>
          <w:b w:val="0"/>
          <w:i/>
          <w:color w:val="282828"/>
          <w:sz w:val="22"/>
        </w:rPr>
        <w:t xml:space="preserve">       Bay: That is how you kill her.</w:t>
      </w:r>
    </w:p>
    <w:p>
      <w:pPr>
        <w:spacing w:before="120" w:after="20" w:line="259" w:lineRule="auto"/>
        <w:shd w:fill="F8E8E8" w:val="clear"/>
      </w:pPr>
      <w:r>
        <w:rPr>
          <w:rFonts w:ascii="Calibri" w:hAnsi="Calibri" w:eastAsia="Calibri"/>
          <w:b w:val="0"/>
          <w:i w:val="0"/>
          <w:color w:val="A02828"/>
          <w:sz w:val="22"/>
        </w:rPr>
        <w:t xml:space="preserve">    C. [WRONG] Give at half dose</w:t>
      </w:r>
    </w:p>
    <w:p>
      <w:pPr>
        <w:spacing w:before="0" w:after="20" w:line="259" w:lineRule="auto"/>
      </w:pPr>
      <w:r>
        <w:rPr>
          <w:rFonts w:ascii="Calibri" w:hAnsi="Calibri" w:eastAsia="Calibri"/>
          <w:b w:val="0"/>
          <w:i/>
          <w:color w:val="282828"/>
          <w:sz w:val="22"/>
        </w:rPr>
        <w:t xml:space="preserve">       Bay: Hold it. Haematology decide.</w:t>
      </w:r>
    </w:p>
    <w:p>
      <w:pPr>
        <w:spacing w:before="120" w:after="20" w:line="259" w:lineRule="auto"/>
        <w:shd w:fill="F8E8E8" w:val="clear"/>
      </w:pPr>
      <w:r>
        <w:rPr>
          <w:rFonts w:ascii="Calibri" w:hAnsi="Calibri" w:eastAsia="Calibri"/>
          <w:b w:val="0"/>
          <w:i w:val="0"/>
          <w:color w:val="A02828"/>
          <w:sz w:val="22"/>
        </w:rPr>
        <w:t xml:space="preserve">    D. [WRONG] Convert to oral capecitabine in ED</w:t>
      </w:r>
    </w:p>
    <w:p>
      <w:pPr>
        <w:spacing w:before="0" w:after="20" w:line="259" w:lineRule="auto"/>
      </w:pPr>
      <w:r>
        <w:rPr>
          <w:rFonts w:ascii="Calibri" w:hAnsi="Calibri" w:eastAsia="Calibri"/>
          <w:b w:val="0"/>
          <w:i/>
          <w:color w:val="282828"/>
          <w:sz w:val="22"/>
        </w:rPr>
        <w:t xml:space="preserve">       Bay: Do not rewrite a chemo regimen in resus.</w:t>
      </w:r>
    </w:p>
    <w:p>
      <w:pPr>
        <w:spacing w:before="120" w:after="20" w:line="259" w:lineRule="auto"/>
        <w:shd w:fill="F8E8E8" w:val="clear"/>
      </w:pPr>
      <w:r>
        <w:rPr>
          <w:rFonts w:ascii="Calibri" w:hAnsi="Calibri" w:eastAsia="Calibri"/>
          <w:b w:val="0"/>
          <w:i w:val="0"/>
          <w:color w:val="A02828"/>
          <w:sz w:val="22"/>
        </w:rPr>
        <w:t xml:space="preserve">    E. [WRONG] Delay one hour then give</w:t>
      </w:r>
    </w:p>
    <w:p>
      <w:pPr>
        <w:spacing w:before="0" w:after="20" w:line="259" w:lineRule="auto"/>
      </w:pPr>
      <w:r>
        <w:rPr>
          <w:rFonts w:ascii="Calibri" w:hAnsi="Calibri" w:eastAsia="Calibri"/>
          <w:b w:val="0"/>
          <w:i/>
          <w:color w:val="282828"/>
          <w:sz w:val="22"/>
        </w:rPr>
        <w:t xml:space="preserve">       Bay: Hold it. Not a one-hour pause.</w:t>
      </w:r>
    </w:p>
    <w:p>
      <w:pPr>
        <w:spacing w:before="120" w:after="20" w:line="259" w:lineRule="auto"/>
        <w:shd w:fill="F8E8E8" w:val="clear"/>
      </w:pPr>
      <w:r>
        <w:rPr>
          <w:rFonts w:ascii="Calibri" w:hAnsi="Calibri" w:eastAsia="Calibri"/>
          <w:b w:val="0"/>
          <w:i w:val="0"/>
          <w:color w:val="A02828"/>
          <w:sz w:val="22"/>
        </w:rPr>
        <w:t>B. [WRONG] Give tonight's next cycle so she stays on the chemotherapy schedule</w:t>
      </w:r>
    </w:p>
    <w:p>
      <w:pPr>
        <w:spacing w:before="0" w:after="20" w:line="259" w:lineRule="auto"/>
      </w:pPr>
      <w:r>
        <w:rPr>
          <w:rFonts w:ascii="Calibri" w:hAnsi="Calibri" w:eastAsia="Calibri"/>
          <w:b w:val="0"/>
          <w:i/>
          <w:color w:val="282828"/>
          <w:sz w:val="22"/>
        </w:rPr>
        <w:t>Bay: Hold further myelosuppressive chemotherapy in active neutropenic sepsis. Schedule is secondary to survival.</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Stand down isolation once the first dose of Tazocin is in</w:t>
      </w:r>
    </w:p>
    <w:p>
      <w:pPr>
        <w:spacing w:before="0" w:after="20" w:line="259" w:lineRule="auto"/>
      </w:pPr>
      <w:r>
        <w:rPr>
          <w:rFonts w:ascii="Calibri" w:hAnsi="Calibri" w:eastAsia="Calibri"/>
          <w:b w:val="0"/>
          <w:i/>
          <w:color w:val="282828"/>
          <w:sz w:val="22"/>
        </w:rPr>
        <w:t>Bay: Keep reverse-barrier until haematology say otherwise. One dose of antibiotic does not restore neutrophils.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Delay further care for an overnight restaging CT TAP</w:t>
      </w:r>
    </w:p>
    <w:p>
      <w:pPr>
        <w:spacing w:before="0" w:after="20" w:line="259" w:lineRule="auto"/>
      </w:pPr>
      <w:r>
        <w:rPr>
          <w:rFonts w:ascii="Calibri" w:hAnsi="Calibri" w:eastAsia="Calibri"/>
          <w:b w:val="0"/>
          <w:i/>
          <w:color w:val="282828"/>
          <w:sz w:val="22"/>
        </w:rPr>
        <w:t>Bay: She does not need overnight staging. Source imaging is targeted, not a PET/CT detour.</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Give the next antibiotic intramuscularly because of line-related thrombocytopenia</w:t>
      </w:r>
    </w:p>
    <w:p>
      <w:pPr>
        <w:spacing w:before="0" w:after="20" w:line="259" w:lineRule="auto"/>
      </w:pPr>
      <w:r>
        <w:rPr>
          <w:rFonts w:ascii="Calibri" w:hAnsi="Calibri" w:eastAsia="Calibri"/>
          <w:b w:val="0"/>
          <w:i/>
          <w:color w:val="282828"/>
          <w:sz w:val="22"/>
        </w:rPr>
        <w:t>Bay: Avoid IM injections when platelets are 42. Use the PICC or a peripheral cannula.</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Cultures later: PICC-associated gram-negative bacteraemia.</w:t>
      </w:r>
    </w:p>
    <w:p>
      <w:pPr>
        <w:spacing w:before="120" w:after="20" w:line="259" w:lineRule="auto"/>
        <w:shd w:fill="E8F5EC" w:val="clear"/>
      </w:pPr>
      <w:r>
        <w:rPr>
          <w:rFonts w:ascii="Calibri" w:hAnsi="Calibri" w:eastAsia="Calibri"/>
          <w:b/>
          <w:i w:val="0"/>
          <w:color w:val="146E3C"/>
          <w:sz w:val="22"/>
        </w:rPr>
        <w:t>A. [CORRECT] Neutropenic sepsis</w:t>
      </w:r>
    </w:p>
    <w:p>
      <w:pPr>
        <w:spacing w:before="0" w:after="20" w:line="259" w:lineRule="auto"/>
      </w:pPr>
      <w:r>
        <w:rPr>
          <w:rFonts w:ascii="Calibri" w:hAnsi="Calibri" w:eastAsia="Calibri"/>
          <w:b w:val="0"/>
          <w:i/>
          <w:color w:val="282828"/>
          <w:sz w:val="22"/>
        </w:rPr>
        <w:t>Bay: Fever, shock, neutrophils 0.1, then line-associated gram-negative bacteraemia. That is the diagnosis.</w:t>
      </w:r>
    </w:p>
    <w:p>
      <w:pPr>
        <w:spacing w:before="120" w:after="20" w:line="259" w:lineRule="auto"/>
        <w:shd w:fill="F8E8E8" w:val="clear"/>
      </w:pPr>
      <w:r>
        <w:rPr>
          <w:rFonts w:ascii="Calibri" w:hAnsi="Calibri" w:eastAsia="Calibri"/>
          <w:b w:val="0"/>
          <w:i w:val="0"/>
          <w:color w:val="A02828"/>
          <w:sz w:val="22"/>
        </w:rPr>
        <w:t>B. [WRONG] Uncomplicated viral upper respiratory tract infection</w:t>
      </w:r>
    </w:p>
    <w:p>
      <w:pPr>
        <w:spacing w:before="0" w:after="20" w:line="259" w:lineRule="auto"/>
      </w:pPr>
      <w:r>
        <w:rPr>
          <w:rFonts w:ascii="Calibri" w:hAnsi="Calibri" w:eastAsia="Calibri"/>
          <w:b w:val="0"/>
          <w:i/>
          <w:color w:val="282828"/>
          <w:sz w:val="22"/>
        </w:rPr>
        <w:t>Bay: Gram-negative bacteraemia and shock are not a viral URTI.</w:t>
      </w:r>
    </w:p>
    <w:p>
      <w:pPr>
        <w:spacing w:before="120" w:after="20" w:line="259" w:lineRule="auto"/>
        <w:shd w:fill="F8E8E8" w:val="clear"/>
      </w:pPr>
      <w:r>
        <w:rPr>
          <w:rFonts w:ascii="Calibri" w:hAnsi="Calibri" w:eastAsia="Calibri"/>
          <w:b w:val="0"/>
          <w:i w:val="0"/>
          <w:color w:val="A02828"/>
          <w:sz w:val="22"/>
        </w:rPr>
        <w:t>C. [WRONG] Pulmonary embolism as the sole diagnosis</w:t>
      </w:r>
    </w:p>
    <w:p>
      <w:pPr>
        <w:spacing w:before="0" w:after="20" w:line="259" w:lineRule="auto"/>
      </w:pPr>
      <w:r>
        <w:rPr>
          <w:rFonts w:ascii="Calibri" w:hAnsi="Calibri" w:eastAsia="Calibri"/>
          <w:b w:val="0"/>
          <w:i/>
          <w:color w:val="282828"/>
          <w:sz w:val="22"/>
        </w:rPr>
        <w:t>Bay: A PE can coexist in cancer, but cultures grew a line organism. Sepsis was the disease.</w:t>
      </w:r>
    </w:p>
    <w:p>
      <w:pPr>
        <w:spacing w:before="120" w:after="20" w:line="259" w:lineRule="auto"/>
        <w:shd w:fill="F8E8E8" w:val="clear"/>
      </w:pPr>
      <w:r>
        <w:rPr>
          <w:rFonts w:ascii="Calibri" w:hAnsi="Calibri" w:eastAsia="Calibri"/>
          <w:b w:val="0"/>
          <w:i w:val="0"/>
          <w:color w:val="A02828"/>
          <w:sz w:val="22"/>
        </w:rPr>
        <w:t>D. [WRONG] Chemotherapy-related drug fever only</w:t>
      </w:r>
    </w:p>
    <w:p>
      <w:pPr>
        <w:spacing w:before="0" w:after="20" w:line="259" w:lineRule="auto"/>
      </w:pPr>
      <w:r>
        <w:rPr>
          <w:rFonts w:ascii="Calibri" w:hAnsi="Calibri" w:eastAsia="Calibri"/>
          <w:b w:val="0"/>
          <w:i/>
          <w:color w:val="282828"/>
          <w:sz w:val="22"/>
        </w:rPr>
        <w:t>Bay: She was shocked with a count of 0.1 and a proven bacteraemia — not isolated drug fever.</w:t>
      </w:r>
    </w:p>
    <w:p>
      <w:pPr>
        <w:spacing w:before="120" w:after="20" w:line="259" w:lineRule="auto"/>
        <w:shd w:fill="F8E8E8" w:val="clear"/>
      </w:pPr>
      <w:r>
        <w:rPr>
          <w:rFonts w:ascii="Calibri" w:hAnsi="Calibri" w:eastAsia="Calibri"/>
          <w:b w:val="0"/>
          <w:i w:val="0"/>
          <w:color w:val="A02828"/>
          <w:sz w:val="22"/>
        </w:rPr>
        <w:t>E. [WRONG] Addisonian crisis as the only diagnosis</w:t>
      </w:r>
    </w:p>
    <w:p>
      <w:pPr>
        <w:spacing w:before="0" w:after="20" w:line="259" w:lineRule="auto"/>
      </w:pPr>
      <w:r>
        <w:rPr>
          <w:rFonts w:ascii="Calibri" w:hAnsi="Calibri" w:eastAsia="Calibri"/>
          <w:b w:val="0"/>
          <w:i/>
          <w:color w:val="282828"/>
          <w:sz w:val="22"/>
        </w:rPr>
        <w:t>Bay: Bacteraemia found. Treat any steroid cover as an adjunct, not as the sole diagnosis.</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Neutropenic sepsis</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Fever 8 days after chemotherapy</w:t>
      </w:r>
    </w:p>
    <w:p>
      <w:pPr>
        <w:spacing w:before="0" w:after="40" w:line="259" w:lineRule="auto"/>
      </w:pPr>
      <w:r>
        <w:rPr>
          <w:rFonts w:ascii="Calibri" w:hAnsi="Calibri" w:eastAsia="Calibri"/>
          <w:b w:val="0"/>
          <w:i w:val="0"/>
          <w:sz w:val="22"/>
        </w:rPr>
        <w:t>• Shock</w:t>
      </w:r>
    </w:p>
    <w:p>
      <w:pPr>
        <w:spacing w:before="0" w:after="40" w:line="259" w:lineRule="auto"/>
      </w:pPr>
      <w:r>
        <w:rPr>
          <w:rFonts w:ascii="Calibri" w:hAnsi="Calibri" w:eastAsia="Calibri"/>
          <w:b w:val="0"/>
          <w:i w:val="0"/>
          <w:sz w:val="22"/>
        </w:rPr>
        <w:t>• Neutrophils 0.1</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Do not wait for FBC to give antibiotics</w:t>
      </w:r>
    </w:p>
    <w:p>
      <w:pPr>
        <w:spacing w:before="0" w:after="40" w:line="259" w:lineRule="auto"/>
      </w:pPr>
      <w:r>
        <w:rPr>
          <w:rFonts w:ascii="Calibri" w:hAnsi="Calibri" w:eastAsia="Calibri"/>
          <w:b w:val="0"/>
          <w:i w:val="0"/>
          <w:sz w:val="22"/>
        </w:rPr>
        <w:t>• Cultures from line and periphery, VBG/lactate, FBC, CXR</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Door-to-needle: anti-pseudomonal cover as per local protocol</w:t>
      </w:r>
    </w:p>
    <w:p>
      <w:pPr>
        <w:spacing w:before="0" w:after="40" w:line="259" w:lineRule="auto"/>
      </w:pPr>
      <w:r>
        <w:rPr>
          <w:rFonts w:ascii="Calibri" w:hAnsi="Calibri" w:eastAsia="Calibri"/>
          <w:b w:val="0"/>
          <w:i w:val="0"/>
          <w:sz w:val="22"/>
        </w:rPr>
        <w:t>• Sepsis Six, isolation</w:t>
      </w:r>
    </w:p>
    <w:p>
      <w:pPr>
        <w:spacing w:before="0" w:after="40" w:line="259" w:lineRule="auto"/>
      </w:pPr>
      <w:r>
        <w:rPr>
          <w:rFonts w:ascii="Calibri" w:hAnsi="Calibri" w:eastAsia="Calibri"/>
          <w:b w:val="0"/>
          <w:i w:val="0"/>
          <w:sz w:val="22"/>
        </w:rPr>
        <w:t>• Haematology / ICU</w:t>
      </w:r>
    </w:p>
    <w:p>
      <w:pPr>
        <w:spacing w:before="0" w:after="40" w:line="259" w:lineRule="auto"/>
      </w:pPr>
      <w:r>
        <w:rPr>
          <w:rFonts w:ascii="Calibri" w:hAnsi="Calibri" w:eastAsia="Calibri"/>
          <w:b w:val="0"/>
          <w:i w:val="0"/>
          <w:sz w:val="22"/>
        </w:rPr>
        <w:t>• G-CSF only with specialist advice</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NICE CG151 Neutropenic sepsis</w:t>
      </w:r>
    </w:p>
    <w:p>
      <w:pPr>
        <w:spacing w:before="0" w:after="40" w:line="259" w:lineRule="auto"/>
      </w:pPr>
      <w:r>
        <w:rPr>
          <w:rFonts w:ascii="Calibri" w:hAnsi="Calibri" w:eastAsia="Calibri"/>
          <w:b w:val="0"/>
          <w:i w:val="0"/>
          <w:sz w:val="22"/>
        </w:rPr>
        <w:t>• NICE NG51 Sepsis</w:t>
      </w:r>
    </w:p>
    <w:p>
      <w:pPr>
        <w:spacing w:before="0" w:after="40" w:line="259" w:lineRule="auto"/>
      </w:pPr>
      <w:r>
        <w:rPr>
          <w:rFonts w:ascii="Calibri" w:hAnsi="Calibri" w:eastAsia="Calibri"/>
          <w:b w:val="0"/>
          <w:i w:val="0"/>
          <w:sz w:val="22"/>
        </w:rPr>
        <w:t>• RCEM / UKONS acute oncology</w:t>
      </w:r>
    </w:p>
    <w:p>
      <w:r>
        <w:br w:type="page"/>
      </w:r>
    </w:p>
    <w:p>
      <w:pPr>
        <w:spacing w:before="120" w:after="160" w:line="259" w:lineRule="auto"/>
      </w:pPr>
      <w:r>
        <w:rPr>
          <w:rFonts w:ascii="Calibri" w:hAnsi="Calibri" w:eastAsia="Calibri"/>
          <w:b/>
          <w:i w:val="0"/>
          <w:color w:val="0C0E10"/>
          <w:sz w:val="36"/>
        </w:rPr>
        <w:t>Case 20 — Type A acute aortic dissection</w:t>
      </w:r>
    </w:p>
    <w:p>
      <w:pPr>
        <w:spacing w:before="0" w:after="40" w:line="259" w:lineRule="auto"/>
      </w:pPr>
      <w:r>
        <w:rPr>
          <w:rFonts w:ascii="Calibri" w:hAnsi="Calibri" w:eastAsia="Calibri"/>
          <w:b w:val="0"/>
          <w:i/>
          <w:color w:val="5A5A5A"/>
          <w:sz w:val="20"/>
        </w:rPr>
        <w:t>pre-alert · Scottish Ambulance Service — pre-alert · rhythm sinus-tach</w:t>
      </w:r>
    </w:p>
    <w:p>
      <w:pPr>
        <w:spacing w:before="0" w:after="40" w:line="259" w:lineRule="auto"/>
      </w:pPr>
      <w:r>
        <w:rPr>
          <w:rFonts w:ascii="Calibri" w:hAnsi="Calibri" w:eastAsia="Calibri"/>
          <w:b w:val="0"/>
          <w:i/>
          <w:color w:val="5A5A5A"/>
          <w:sz w:val="20"/>
        </w:rPr>
        <w:t>HR 108   BP 168/94   RR 22   SpO2 96%   temp 36.6   GCS 15   BM 6.9</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61 years, male</w:t>
      </w:r>
    </w:p>
    <w:p>
      <w:pPr>
        <w:spacing w:before="0" w:after="40" w:line="259" w:lineRule="auto"/>
      </w:pPr>
      <w:r>
        <w:rPr>
          <w:rFonts w:ascii="Calibri" w:hAnsi="Calibri" w:eastAsia="Calibri"/>
          <w:b w:val="0"/>
          <w:i w:val="0"/>
          <w:sz w:val="22"/>
        </w:rPr>
        <w:t>T sudden tearing pain between the shoulder blades 20 minutes ago, while lifting</w:t>
      </w:r>
    </w:p>
    <w:p>
      <w:pPr>
        <w:spacing w:before="0" w:after="40" w:line="259" w:lineRule="auto"/>
      </w:pPr>
      <w:r>
        <w:rPr>
          <w:rFonts w:ascii="Calibri" w:hAnsi="Calibri" w:eastAsia="Calibri"/>
          <w:b w:val="0"/>
          <w:i w:val="0"/>
          <w:sz w:val="22"/>
        </w:rPr>
        <w:t>M medical — worst pain of his life, sweating</w:t>
      </w:r>
    </w:p>
    <w:p>
      <w:pPr>
        <w:spacing w:before="0" w:after="40" w:line="259" w:lineRule="auto"/>
      </w:pPr>
      <w:r>
        <w:rPr>
          <w:rFonts w:ascii="Calibri" w:hAnsi="Calibri" w:eastAsia="Calibri"/>
          <w:b w:val="0"/>
          <w:i w:val="0"/>
          <w:sz w:val="22"/>
        </w:rPr>
        <w:t>I none</w:t>
      </w:r>
    </w:p>
    <w:p>
      <w:pPr>
        <w:spacing w:before="0" w:after="40" w:line="259" w:lineRule="auto"/>
      </w:pPr>
      <w:r>
        <w:rPr>
          <w:rFonts w:ascii="Calibri" w:hAnsi="Calibri" w:eastAsia="Calibri"/>
          <w:b w:val="0"/>
          <w:i w:val="0"/>
          <w:sz w:val="22"/>
        </w:rPr>
        <w:t>S HR 108 BP 168/94 right arm, they did not get a left, RR 22 SpO2 96% air GCS 15</w:t>
      </w:r>
    </w:p>
    <w:p>
      <w:pPr>
        <w:spacing w:before="0" w:after="40" w:line="259" w:lineRule="auto"/>
      </w:pPr>
      <w:r>
        <w:rPr>
          <w:rFonts w:ascii="Calibri" w:hAnsi="Calibri" w:eastAsia="Calibri"/>
          <w:b w:val="0"/>
          <w:i w:val="0"/>
          <w:sz w:val="22"/>
        </w:rPr>
        <w:t>T GTN spray ×1, pain still 9/10, aspirin not given</w:t>
      </w:r>
    </w:p>
    <w:p>
      <w:pPr>
        <w:spacing w:before="0" w:after="40" w:line="259" w:lineRule="auto"/>
      </w:pPr>
      <w:r>
        <w:rPr>
          <w:rFonts w:ascii="Calibri" w:hAnsi="Calibri" w:eastAsia="Calibri"/>
          <w:b w:val="0"/>
          <w:i w:val="0"/>
          <w:sz w:val="22"/>
        </w:rPr>
        <w:t>ETA 5 minutes. Crew: "He says it feels like something ripped."</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talking, no stridor.</w:t>
      </w:r>
    </w:p>
    <w:p>
      <w:pPr>
        <w:spacing w:before="0" w:after="40" w:line="259" w:lineRule="auto"/>
      </w:pPr>
      <w:r>
        <w:rPr>
          <w:rFonts w:ascii="Calibri" w:hAnsi="Calibri" w:eastAsia="Calibri"/>
          <w:b w:val="0"/>
          <w:i w:val="0"/>
          <w:sz w:val="22"/>
        </w:rPr>
        <w:t>B — RR 22, equal air entry, SpO2 96% air. Trachea central. No crackles.</w:t>
      </w:r>
    </w:p>
    <w:p>
      <w:pPr>
        <w:spacing w:before="0" w:after="40" w:line="259" w:lineRule="auto"/>
      </w:pPr>
      <w:r>
        <w:rPr>
          <w:rFonts w:ascii="Calibri" w:hAnsi="Calibri" w:eastAsia="Calibri"/>
          <w:b w:val="0"/>
          <w:i w:val="0"/>
          <w:sz w:val="22"/>
        </w:rPr>
        <w:t>C — HR 108, BP 168/94 right arm, 132/80 left arm. CRT 2 s. Heart sounds: you think there is a new murmur. Radial pulse weaker on the left.</w:t>
      </w:r>
    </w:p>
    <w:p>
      <w:pPr>
        <w:spacing w:before="0" w:after="40" w:line="259" w:lineRule="auto"/>
      </w:pPr>
      <w:r>
        <w:rPr>
          <w:rFonts w:ascii="Calibri" w:hAnsi="Calibri" w:eastAsia="Calibri"/>
          <w:b w:val="0"/>
          <w:i w:val="0"/>
          <w:sz w:val="22"/>
        </w:rPr>
        <w:t>D — GCS 15, BM 6.9, no focal neurology yet.</w:t>
      </w:r>
    </w:p>
    <w:p>
      <w:pPr>
        <w:spacing w:before="0" w:after="40" w:line="259" w:lineRule="auto"/>
      </w:pPr>
      <w:r>
        <w:rPr>
          <w:rFonts w:ascii="Calibri" w:hAnsi="Calibri" w:eastAsia="Calibri"/>
          <w:b w:val="0"/>
          <w:i w:val="0"/>
          <w:sz w:val="22"/>
        </w:rPr>
        <w:t>E — no rash, abdomen soft, no back swelling visible. Pale and sweaty.</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Tearing interscapular pain. Arms not equal. Aspirin not given.</w:t>
      </w:r>
    </w:p>
    <w:p>
      <w:pPr>
        <w:spacing w:before="120" w:after="20" w:line="259" w:lineRule="auto"/>
        <w:shd w:fill="E8F5EC" w:val="clear"/>
      </w:pPr>
      <w:r>
        <w:rPr>
          <w:rFonts w:ascii="Calibri" w:hAnsi="Calibri" w:eastAsia="Calibri"/>
          <w:b/>
          <w:i w:val="0"/>
          <w:color w:val="146E3C"/>
          <w:sz w:val="22"/>
        </w:rPr>
        <w:t>A. [CORRECT] Both-arm blood pressure and ECG</w:t>
      </w:r>
    </w:p>
    <w:p>
      <w:pPr>
        <w:spacing w:before="0" w:after="20" w:line="259" w:lineRule="auto"/>
      </w:pPr>
      <w:r>
        <w:rPr>
          <w:rFonts w:ascii="Calibri" w:hAnsi="Calibri" w:eastAsia="Calibri"/>
          <w:b w:val="0"/>
          <w:i/>
          <w:color w:val="282828"/>
          <w:sz w:val="22"/>
        </w:rPr>
        <w:t>Bay: Access in. Both-arm BPs confirmed. ECG printing. Aspirin and ticagrelor held until the aorta is imaged.</w:t>
      </w:r>
    </w:p>
    <w:p>
      <w:pPr>
        <w:spacing w:before="80" w:after="40" w:line="259" w:lineRule="auto"/>
      </w:pPr>
      <w:r>
        <w:rPr>
          <w:rFonts w:ascii="Calibri" w:hAnsi="Calibri" w:eastAsia="Calibri"/>
          <w:b/>
          <w:i w:val="0"/>
          <w:color w:val="46326E"/>
          <w:sz w:val="22"/>
        </w:rPr>
        <w:t xml:space="preserve">    Follow-up: What do you hold?</w:t>
      </w:r>
    </w:p>
    <w:p>
      <w:pPr>
        <w:spacing w:before="120" w:after="20" w:line="259" w:lineRule="auto"/>
        <w:shd w:fill="E8F5EC" w:val="clear"/>
      </w:pPr>
      <w:r>
        <w:rPr>
          <w:rFonts w:ascii="Calibri" w:hAnsi="Calibri" w:eastAsia="Calibri"/>
          <w:b/>
          <w:i w:val="0"/>
          <w:color w:val="146E3C"/>
          <w:sz w:val="22"/>
        </w:rPr>
        <w:t xml:space="preserve">    A. [CORRECT] Hold DAPT, heparin and lytics until the aorta is imaged</w:t>
      </w:r>
    </w:p>
    <w:p>
      <w:pPr>
        <w:spacing w:before="0" w:after="20" w:line="259" w:lineRule="auto"/>
      </w:pPr>
      <w:r>
        <w:rPr>
          <w:rFonts w:ascii="Calibri" w:hAnsi="Calibri" w:eastAsia="Calibri"/>
          <w:b w:val="0"/>
          <w:i/>
          <w:color w:val="282828"/>
          <w:sz w:val="22"/>
        </w:rPr>
        <w:t xml:space="preserve">       Bay: Tearing pain and unequal BPs. Do not send him to theatre bleeding.</w:t>
      </w:r>
    </w:p>
    <w:p>
      <w:pPr>
        <w:spacing w:before="120" w:after="20" w:line="259" w:lineRule="auto"/>
        <w:shd w:fill="F8E8E8" w:val="clear"/>
      </w:pPr>
      <w:r>
        <w:rPr>
          <w:rFonts w:ascii="Calibri" w:hAnsi="Calibri" w:eastAsia="Calibri"/>
          <w:b w:val="0"/>
          <w:i w:val="0"/>
          <w:color w:val="A02828"/>
          <w:sz w:val="22"/>
        </w:rPr>
        <w:t xml:space="preserve">    B. [WRONG] Aspirin 300 mg and ticagrelor 180 mg now</w:t>
      </w:r>
    </w:p>
    <w:p>
      <w:pPr>
        <w:spacing w:before="0" w:after="20" w:line="259" w:lineRule="auto"/>
      </w:pPr>
      <w:r>
        <w:rPr>
          <w:rFonts w:ascii="Calibri" w:hAnsi="Calibri" w:eastAsia="Calibri"/>
          <w:b w:val="0"/>
          <w:i/>
          <w:color w:val="282828"/>
          <w:sz w:val="22"/>
        </w:rPr>
        <w:t xml:space="preserve">       Bay: Do not load dual antiplatelets until Type A is excluded.</w:t>
      </w:r>
    </w:p>
    <w:p>
      <w:pPr>
        <w:spacing w:before="120" w:after="20" w:line="259" w:lineRule="auto"/>
        <w:shd w:fill="F8E8E8" w:val="clear"/>
      </w:pPr>
      <w:r>
        <w:rPr>
          <w:rFonts w:ascii="Calibri" w:hAnsi="Calibri" w:eastAsia="Calibri"/>
          <w:b w:val="0"/>
          <w:i w:val="0"/>
          <w:color w:val="A02828"/>
          <w:sz w:val="22"/>
        </w:rPr>
        <w:t xml:space="preserve">    C. [WRONG] Unfractionated heparin 5000 units while awaiting the ECG</w:t>
      </w:r>
    </w:p>
    <w:p>
      <w:pPr>
        <w:spacing w:before="0" w:after="20" w:line="259" w:lineRule="auto"/>
      </w:pPr>
      <w:r>
        <w:rPr>
          <w:rFonts w:ascii="Calibri" w:hAnsi="Calibri" w:eastAsia="Calibri"/>
          <w:b w:val="0"/>
          <w:i/>
          <w:color w:val="282828"/>
          <w:sz w:val="22"/>
        </w:rPr>
        <w:t xml:space="preserve">       Bay: Do not anticoagulate a suspected dissection.</w:t>
      </w:r>
    </w:p>
    <w:p>
      <w:pPr>
        <w:spacing w:before="120" w:after="20" w:line="259" w:lineRule="auto"/>
        <w:shd w:fill="F8E8E8" w:val="clear"/>
      </w:pPr>
      <w:r>
        <w:rPr>
          <w:rFonts w:ascii="Calibri" w:hAnsi="Calibri" w:eastAsia="Calibri"/>
          <w:b w:val="0"/>
          <w:i w:val="0"/>
          <w:color w:val="A02828"/>
          <w:sz w:val="22"/>
        </w:rPr>
        <w:t xml:space="preserve">    D. [WRONG] Tenecteplase on the trolley</w:t>
      </w:r>
    </w:p>
    <w:p>
      <w:pPr>
        <w:spacing w:before="0" w:after="20" w:line="259" w:lineRule="auto"/>
      </w:pPr>
      <w:r>
        <w:rPr>
          <w:rFonts w:ascii="Calibri" w:hAnsi="Calibri" w:eastAsia="Calibri"/>
          <w:b w:val="0"/>
          <w:i/>
          <w:color w:val="282828"/>
          <w:sz w:val="22"/>
        </w:rPr>
        <w:t xml:space="preserve">       Bay: If this is dissection, thrombolysis is catastrophic.</w:t>
      </w:r>
    </w:p>
    <w:p>
      <w:pPr>
        <w:spacing w:before="120" w:after="20" w:line="259" w:lineRule="auto"/>
        <w:shd w:fill="F8E8E8" w:val="clear"/>
      </w:pPr>
      <w:r>
        <w:rPr>
          <w:rFonts w:ascii="Calibri" w:hAnsi="Calibri" w:eastAsia="Calibri"/>
          <w:b w:val="0"/>
          <w:i w:val="0"/>
          <w:color w:val="A02828"/>
          <w:sz w:val="22"/>
        </w:rPr>
        <w:t xml:space="preserve">    E. [WRONG] GTN infusion as the only agent</w:t>
      </w:r>
    </w:p>
    <w:p>
      <w:pPr>
        <w:spacing w:before="0" w:after="20" w:line="259" w:lineRule="auto"/>
      </w:pPr>
      <w:r>
        <w:rPr>
          <w:rFonts w:ascii="Calibri" w:hAnsi="Calibri" w:eastAsia="Calibri"/>
          <w:b w:val="0"/>
          <w:i/>
          <w:color w:val="282828"/>
          <w:sz w:val="22"/>
        </w:rPr>
        <w:t xml:space="preserve">       Bay: GTN alone causes reflex tachycardia. Beta-block first (labetalol).</w:t>
      </w:r>
    </w:p>
    <w:p>
      <w:pPr>
        <w:spacing w:before="120" w:after="20" w:line="259" w:lineRule="auto"/>
        <w:shd w:fill="F8E8E8" w:val="clear"/>
      </w:pPr>
      <w:r>
        <w:rPr>
          <w:rFonts w:ascii="Calibri" w:hAnsi="Calibri" w:eastAsia="Calibri"/>
          <w:b w:val="0"/>
          <w:i w:val="0"/>
          <w:color w:val="A02828"/>
          <w:sz w:val="22"/>
        </w:rPr>
        <w:t>B. [WRONG] Dual antiplatelet therapy</w:t>
      </w:r>
    </w:p>
    <w:p>
      <w:pPr>
        <w:spacing w:before="0" w:after="20" w:line="259" w:lineRule="auto"/>
      </w:pPr>
      <w:r>
        <w:rPr>
          <w:rFonts w:ascii="Calibri" w:hAnsi="Calibri" w:eastAsia="Calibri"/>
          <w:b w:val="0"/>
          <w:i/>
          <w:color w:val="282828"/>
          <w:sz w:val="22"/>
        </w:rPr>
        <w:t>Bay: Tearing pain and unequal BPs. Do not load dual antiplatelets until Type A dissection is excluded — you will send him to theatre bleeding.</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Tenecteplase</w:t>
      </w:r>
    </w:p>
    <w:p>
      <w:pPr>
        <w:spacing w:before="0" w:after="20" w:line="259" w:lineRule="auto"/>
      </w:pPr>
      <w:r>
        <w:rPr>
          <w:rFonts w:ascii="Calibri" w:hAnsi="Calibri" w:eastAsia="Calibri"/>
          <w:b w:val="0"/>
          <w:i/>
          <w:color w:val="282828"/>
          <w:sz w:val="22"/>
        </w:rPr>
        <w:t>Bay: If this is dissection, thrombolysis is catastrophic. Get the ECG, then image the aorta — do not lyse on a tearing story.</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GTN as the sole agent</w:t>
      </w:r>
    </w:p>
    <w:p>
      <w:pPr>
        <w:spacing w:before="0" w:after="20" w:line="259" w:lineRule="auto"/>
      </w:pPr>
      <w:r>
        <w:rPr>
          <w:rFonts w:ascii="Calibri" w:hAnsi="Calibri" w:eastAsia="Calibri"/>
          <w:b w:val="0"/>
          <w:i/>
          <w:color w:val="282828"/>
          <w:sz w:val="22"/>
        </w:rPr>
        <w:t>Bay: GTN alone causes reflex tachycardia and an uncontrolled dump. Beta-block first (labetalol), then a vasodilator if needed.</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Unfractionated heparin</w:t>
      </w:r>
    </w:p>
    <w:p>
      <w:pPr>
        <w:spacing w:before="0" w:after="20" w:line="259" w:lineRule="auto"/>
      </w:pPr>
      <w:r>
        <w:rPr>
          <w:rFonts w:ascii="Calibri" w:hAnsi="Calibri" w:eastAsia="Calibri"/>
          <w:b w:val="0"/>
          <w:i/>
          <w:color w:val="282828"/>
          <w:sz w:val="22"/>
        </w:rPr>
        <w:t>Bay: Do not anticoagulate a suspected dissection. Heparin is for ACS/PE once the aorta is off the table.</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ECG does not show a clear STEMI. Pain still 9/10. BP difference 30 mmHg.</w:t>
      </w:r>
    </w:p>
    <w:p>
      <w:pPr>
        <w:spacing w:before="120" w:after="20" w:line="259" w:lineRule="auto"/>
        <w:shd w:fill="E8F5EC" w:val="clear"/>
      </w:pPr>
      <w:r>
        <w:rPr>
          <w:rFonts w:ascii="Calibri" w:hAnsi="Calibri" w:eastAsia="Calibri"/>
          <w:b/>
          <w:i w:val="0"/>
          <w:color w:val="146E3C"/>
          <w:sz w:val="22"/>
        </w:rPr>
        <w:t>A. [CORRECT] Urgent CT aortogram, call cardiothoracics</w:t>
      </w:r>
    </w:p>
    <w:p>
      <w:pPr>
        <w:spacing w:before="0" w:after="20" w:line="259" w:lineRule="auto"/>
      </w:pPr>
      <w:r>
        <w:rPr>
          <w:rFonts w:ascii="Calibri" w:hAnsi="Calibri" w:eastAsia="Calibri"/>
          <w:b w:val="0"/>
          <w:i/>
          <w:color w:val="282828"/>
          <w:sz w:val="22"/>
        </w:rPr>
        <w:t>Bay: CT is being held. Cardiothoracics bleeped. Morphine in small aliquots. He stays in resus.</w:t>
      </w:r>
    </w:p>
    <w:p>
      <w:pPr>
        <w:spacing w:before="0" w:after="40" w:line="259" w:lineRule="auto"/>
      </w:pPr>
      <w:r>
        <w:rPr>
          <w:rFonts w:ascii="Calibri" w:hAnsi="Calibri" w:eastAsia="Calibri"/>
          <w:b w:val="0"/>
          <w:i/>
          <w:color w:val="5A4614"/>
          <w:sz w:val="20"/>
        </w:rPr>
        <w:t>Reaction: hr -8</w:t>
      </w:r>
    </w:p>
    <w:p>
      <w:pPr>
        <w:spacing w:before="80" w:after="40" w:line="259" w:lineRule="auto"/>
      </w:pPr>
      <w:r>
        <w:rPr>
          <w:rFonts w:ascii="Calibri" w:hAnsi="Calibri" w:eastAsia="Calibri"/>
          <w:b/>
          <w:i w:val="0"/>
          <w:color w:val="46326E"/>
          <w:sz w:val="22"/>
        </w:rPr>
        <w:t xml:space="preserve">    Follow-up: Which scan?</w:t>
      </w:r>
    </w:p>
    <w:p>
      <w:pPr>
        <w:spacing w:before="120" w:after="20" w:line="259" w:lineRule="auto"/>
        <w:shd w:fill="E8F5EC" w:val="clear"/>
      </w:pPr>
      <w:r>
        <w:rPr>
          <w:rFonts w:ascii="Calibri" w:hAnsi="Calibri" w:eastAsia="Calibri"/>
          <w:b/>
          <w:i w:val="0"/>
          <w:color w:val="146E3C"/>
          <w:sz w:val="22"/>
        </w:rPr>
        <w:t xml:space="preserve">    A. [CORRECT] CT aortogram (ECG-gated if available), or TOE if too unstable</w:t>
      </w:r>
    </w:p>
    <w:p>
      <w:pPr>
        <w:spacing w:before="0" w:after="20" w:line="259" w:lineRule="auto"/>
      </w:pPr>
      <w:r>
        <w:rPr>
          <w:rFonts w:ascii="Calibri" w:hAnsi="Calibri" w:eastAsia="Calibri"/>
          <w:b w:val="0"/>
          <w:i/>
          <w:color w:val="282828"/>
          <w:sz w:val="22"/>
        </w:rPr>
        <w:t xml:space="preserve">       Bay: Not a PE protocol alone. Cardiothoracics now.</w:t>
      </w:r>
    </w:p>
    <w:p>
      <w:pPr>
        <w:spacing w:before="120" w:after="20" w:line="259" w:lineRule="auto"/>
        <w:shd w:fill="F8E8E8" w:val="clear"/>
      </w:pPr>
      <w:r>
        <w:rPr>
          <w:rFonts w:ascii="Calibri" w:hAnsi="Calibri" w:eastAsia="Calibri"/>
          <w:b w:val="0"/>
          <w:i w:val="0"/>
          <w:color w:val="A02828"/>
          <w:sz w:val="22"/>
        </w:rPr>
        <w:t xml:space="preserve">    B. [WRONG] CT pulmonary angiogram only</w:t>
      </w:r>
    </w:p>
    <w:p>
      <w:pPr>
        <w:spacing w:before="0" w:after="20" w:line="259" w:lineRule="auto"/>
      </w:pPr>
      <w:r>
        <w:rPr>
          <w:rFonts w:ascii="Calibri" w:hAnsi="Calibri" w:eastAsia="Calibri"/>
          <w:b w:val="0"/>
          <w:i/>
          <w:color w:val="282828"/>
          <w:sz w:val="22"/>
        </w:rPr>
        <w:t xml:space="preserve">       Bay: CTPA will miss or under-call a Type A.</w:t>
      </w:r>
    </w:p>
    <w:p>
      <w:pPr>
        <w:spacing w:before="120" w:after="20" w:line="259" w:lineRule="auto"/>
        <w:shd w:fill="F8E8E8" w:val="clear"/>
      </w:pPr>
      <w:r>
        <w:rPr>
          <w:rFonts w:ascii="Calibri" w:hAnsi="Calibri" w:eastAsia="Calibri"/>
          <w:b w:val="0"/>
          <w:i w:val="0"/>
          <w:color w:val="A02828"/>
          <w:sz w:val="22"/>
        </w:rPr>
        <w:t xml:space="preserve">    C. [WRONG] Next-day aortogram after serial troponin</w:t>
      </w:r>
    </w:p>
    <w:p>
      <w:pPr>
        <w:spacing w:before="0" w:after="20" w:line="259" w:lineRule="auto"/>
      </w:pPr>
      <w:r>
        <w:rPr>
          <w:rFonts w:ascii="Calibri" w:hAnsi="Calibri" w:eastAsia="Calibri"/>
          <w:b w:val="0"/>
          <w:i/>
          <w:color w:val="282828"/>
          <w:sz w:val="22"/>
        </w:rPr>
        <w:t xml:space="preserve">       Bay: This is a time-critical aortic emergency, not a trop clock.</w:t>
      </w:r>
    </w:p>
    <w:p>
      <w:pPr>
        <w:spacing w:before="120" w:after="20" w:line="259" w:lineRule="auto"/>
        <w:shd w:fill="F8E8E8" w:val="clear"/>
      </w:pPr>
      <w:r>
        <w:rPr>
          <w:rFonts w:ascii="Calibri" w:hAnsi="Calibri" w:eastAsia="Calibri"/>
          <w:b w:val="0"/>
          <w:i w:val="0"/>
          <w:color w:val="A02828"/>
          <w:sz w:val="22"/>
        </w:rPr>
        <w:t xml:space="preserve">    D. [WRONG] No imaging — activate the cath lab</w:t>
      </w:r>
    </w:p>
    <w:p>
      <w:pPr>
        <w:spacing w:before="0" w:after="20" w:line="259" w:lineRule="auto"/>
      </w:pPr>
      <w:r>
        <w:rPr>
          <w:rFonts w:ascii="Calibri" w:hAnsi="Calibri" w:eastAsia="Calibri"/>
          <w:b w:val="0"/>
          <w:i/>
          <w:color w:val="282828"/>
          <w:sz w:val="22"/>
        </w:rPr>
        <w:t xml:space="preserve">       Bay: Tearing pain and a 30 mmHg arm difference. Image the aorta before a catheter.</w:t>
      </w:r>
    </w:p>
    <w:p>
      <w:pPr>
        <w:spacing w:before="120" w:after="20" w:line="259" w:lineRule="auto"/>
        <w:shd w:fill="F8E8E8" w:val="clear"/>
      </w:pPr>
      <w:r>
        <w:rPr>
          <w:rFonts w:ascii="Calibri" w:hAnsi="Calibri" w:eastAsia="Calibri"/>
          <w:b w:val="0"/>
          <w:i w:val="0"/>
          <w:color w:val="A02828"/>
          <w:sz w:val="22"/>
        </w:rPr>
        <w:t xml:space="preserve">    E. [WRONG] Abdominal ultrasound for AAA only</w:t>
      </w:r>
    </w:p>
    <w:p>
      <w:pPr>
        <w:spacing w:before="0" w:after="20" w:line="259" w:lineRule="auto"/>
      </w:pPr>
      <w:r>
        <w:rPr>
          <w:rFonts w:ascii="Calibri" w:hAnsi="Calibri" w:eastAsia="Calibri"/>
          <w:b w:val="0"/>
          <w:i/>
          <w:color w:val="282828"/>
          <w:sz w:val="22"/>
        </w:rPr>
        <w:t xml:space="preserve">       Bay: The pain started between the shoulders. This is thoracic until imaged.</w:t>
      </w:r>
    </w:p>
    <w:p>
      <w:pPr>
        <w:spacing w:before="120" w:after="20" w:line="259" w:lineRule="auto"/>
        <w:shd w:fill="F8E8E8" w:val="clear"/>
      </w:pPr>
      <w:r>
        <w:rPr>
          <w:rFonts w:ascii="Calibri" w:hAnsi="Calibri" w:eastAsia="Calibri"/>
          <w:b w:val="0"/>
          <w:i w:val="0"/>
          <w:color w:val="A02828"/>
          <w:sz w:val="22"/>
        </w:rPr>
        <w:t>B. [WRONG] Activate the cath lab as code STEMI without imaging the aorta</w:t>
      </w:r>
    </w:p>
    <w:p>
      <w:pPr>
        <w:spacing w:before="0" w:after="20" w:line="259" w:lineRule="auto"/>
      </w:pPr>
      <w:r>
        <w:rPr>
          <w:rFonts w:ascii="Calibri" w:hAnsi="Calibri" w:eastAsia="Calibri"/>
          <w:b w:val="0"/>
          <w:i/>
          <w:color w:val="282828"/>
          <w:sz w:val="22"/>
        </w:rPr>
        <w:t>Bay: Tearing pain and a 30 mmHg arm difference. Image the aorta before a catheter. A Type A on the table is a disaster.</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Unfractionated heparin infusion for ACS or PE cover</w:t>
      </w:r>
    </w:p>
    <w:p>
      <w:pPr>
        <w:spacing w:before="0" w:after="20" w:line="259" w:lineRule="auto"/>
      </w:pPr>
      <w:r>
        <w:rPr>
          <w:rFonts w:ascii="Calibri" w:hAnsi="Calibri" w:eastAsia="Calibri"/>
          <w:b w:val="0"/>
          <w:i/>
          <w:color w:val="282828"/>
          <w:sz w:val="22"/>
        </w:rPr>
        <w:t>Bay: Do not anticoagulate a probable dissection. Heparin after the aorta is cleared, not before.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CT pulmonary angiogram only, treating this as PE</w:t>
      </w:r>
    </w:p>
    <w:p>
      <w:pPr>
        <w:spacing w:before="0" w:after="20" w:line="259" w:lineRule="auto"/>
      </w:pPr>
      <w:r>
        <w:rPr>
          <w:rFonts w:ascii="Calibri" w:hAnsi="Calibri" w:eastAsia="Calibri"/>
          <w:b w:val="0"/>
          <w:i/>
          <w:color w:val="282828"/>
          <w:sz w:val="22"/>
        </w:rPr>
        <w:t>Bay: CTPA will miss or under-call a Type A. Request a CT aortogram (ECG-gated if available), not a PE protocol alone.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Admit to AMU for serial troponin and a next-day aortogram</w:t>
      </w:r>
    </w:p>
    <w:p>
      <w:pPr>
        <w:spacing w:before="0" w:after="20" w:line="259" w:lineRule="auto"/>
      </w:pPr>
      <w:r>
        <w:rPr>
          <w:rFonts w:ascii="Calibri" w:hAnsi="Calibri" w:eastAsia="Calibri"/>
          <w:b w:val="0"/>
          <w:i/>
          <w:color w:val="282828"/>
          <w:sz w:val="22"/>
        </w:rPr>
        <w:t>Bay: This is a time-critical aortic emergency. Serial trop and a next-day slot are not a dissection pathway.</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CT is 10 minutes away if he stays stable. Send tests.</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7.36  pCO2 4.6  HCO3 22  BE −2  lactate 2.0  K+ 4.1  Hb 138</w:t>
      </w:r>
    </w:p>
    <w:p>
      <w:pPr>
        <w:spacing w:before="0" w:after="40" w:line="259" w:lineRule="auto"/>
      </w:pPr>
      <w:r>
        <w:rPr>
          <w:rFonts w:ascii="Calibri" w:hAnsi="Calibri" w:eastAsia="Calibri"/>
          <w:b w:val="0"/>
          <w:i w:val="0"/>
          <w:sz w:val="22"/>
        </w:rPr>
        <w:t>Not a massive bleed picture yet.</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6.9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nonspecific</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No blood. Not an abdominal AAA picture first.</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138   WCC 10.2   Plt 230</w:t>
      </w:r>
    </w:p>
    <w:p>
      <w:pPr>
        <w:spacing w:before="0" w:after="40" w:line="259" w:lineRule="auto"/>
      </w:pPr>
      <w:r>
        <w:rPr>
          <w:rFonts w:ascii="Calibri" w:hAnsi="Calibri" w:eastAsia="Calibri"/>
          <w:b w:val="0"/>
          <w:i w:val="0"/>
          <w:sz w:val="22"/>
        </w:rPr>
        <w:t>coag: PT 12 s   APTT 30 s</w:t>
      </w:r>
    </w:p>
    <w:p>
      <w:pPr>
        <w:spacing w:before="0" w:after="40" w:line="259" w:lineRule="auto"/>
      </w:pPr>
      <w:r>
        <w:rPr>
          <w:rFonts w:ascii="Calibri" w:hAnsi="Calibri" w:eastAsia="Calibri"/>
          <w:b w:val="0"/>
          <w:i w:val="0"/>
          <w:sz w:val="22"/>
        </w:rPr>
        <w:t>trop: 14 ng/L</w:t>
      </w:r>
    </w:p>
    <w:p>
      <w:pPr>
        <w:spacing w:before="0" w:after="40" w:line="259" w:lineRule="auto"/>
      </w:pPr>
      <w:r>
        <w:rPr>
          <w:rFonts w:ascii="Calibri" w:hAnsi="Calibri" w:eastAsia="Calibri"/>
          <w:b w:val="0"/>
          <w:i w:val="0"/>
          <w:sz w:val="22"/>
        </w:rPr>
        <w:t>ddimer: 1.8 mg/L FEU — raised, not specific</w:t>
      </w:r>
    </w:p>
    <w:p>
      <w:pPr>
        <w:spacing w:before="40" w:after="40" w:line="259" w:lineRule="auto"/>
      </w:pPr>
      <w:r>
        <w:rPr>
          <w:rFonts w:ascii="Calibri" w:hAnsi="Calibri" w:eastAsia="Calibri"/>
          <w:b w:val="0"/>
          <w:i w:val="0"/>
          <w:sz w:val="22"/>
        </w:rPr>
        <w:t>cxr (REQUIRED)</w:t>
      </w:r>
    </w:p>
    <w:p>
      <w:pPr>
        <w:spacing w:before="0" w:after="40" w:line="259" w:lineRule="auto"/>
      </w:pPr>
      <w:r>
        <w:rPr>
          <w:rFonts w:ascii="Calibri" w:hAnsi="Calibri" w:eastAsia="Calibri"/>
          <w:b w:val="0"/>
          <w:i w:val="0"/>
          <w:sz w:val="22"/>
        </w:rPr>
        <w:t>CXR: wide-mediastinum</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Still in pain. CT is being arranged. Review any results that have returned — then decide.</w:t>
      </w:r>
    </w:p>
    <w:p>
      <w:pPr>
        <w:spacing w:before="120" w:after="20" w:line="259" w:lineRule="auto"/>
        <w:shd w:fill="E8F5EC" w:val="clear"/>
      </w:pPr>
      <w:r>
        <w:rPr>
          <w:rFonts w:ascii="Calibri" w:hAnsi="Calibri" w:eastAsia="Calibri"/>
          <w:b/>
          <w:i w:val="0"/>
          <w:color w:val="146E3C"/>
          <w:sz w:val="22"/>
        </w:rPr>
        <w:t>A. [CORRECT] Doctor-escorted CT, then theatre; start labetalol</w:t>
      </w:r>
    </w:p>
    <w:p>
      <w:pPr>
        <w:spacing w:before="0" w:after="20" w:line="259" w:lineRule="auto"/>
      </w:pPr>
      <w:r>
        <w:rPr>
          <w:rFonts w:ascii="Calibri" w:hAnsi="Calibri" w:eastAsia="Calibri"/>
          <w:b w:val="0"/>
          <w:i/>
          <w:color w:val="282828"/>
          <w:sz w:val="22"/>
        </w:rPr>
        <w:t>Bay: You go with him. Type A on the scout. Cardiothoracics are in theatre. Labetalol for HR then BP.</w:t>
      </w:r>
    </w:p>
    <w:p>
      <w:pPr>
        <w:spacing w:before="0" w:after="40" w:line="259" w:lineRule="auto"/>
      </w:pPr>
      <w:r>
        <w:rPr>
          <w:rFonts w:ascii="Calibri" w:hAnsi="Calibri" w:eastAsia="Calibri"/>
          <w:b w:val="0"/>
          <w:i/>
          <w:color w:val="5A4614"/>
          <w:sz w:val="20"/>
        </w:rPr>
        <w:t>Reaction: hr -10, sbp -18</w:t>
      </w:r>
    </w:p>
    <w:p>
      <w:pPr>
        <w:spacing w:before="80" w:after="40" w:line="259" w:lineRule="auto"/>
      </w:pPr>
      <w:r>
        <w:rPr>
          <w:rFonts w:ascii="Calibri" w:hAnsi="Calibri" w:eastAsia="Calibri"/>
          <w:b/>
          <w:i w:val="0"/>
          <w:color w:val="46326E"/>
          <w:sz w:val="22"/>
        </w:rPr>
        <w:t xml:space="preserve">    Follow-up: What first for HR / BP?</w:t>
      </w:r>
    </w:p>
    <w:p>
      <w:pPr>
        <w:spacing w:before="120" w:after="20" w:line="259" w:lineRule="auto"/>
        <w:shd w:fill="E8F5EC" w:val="clear"/>
      </w:pPr>
      <w:r>
        <w:rPr>
          <w:rFonts w:ascii="Calibri" w:hAnsi="Calibri" w:eastAsia="Calibri"/>
          <w:b/>
          <w:i w:val="0"/>
          <w:color w:val="146E3C"/>
          <w:sz w:val="22"/>
        </w:rPr>
        <w:t xml:space="preserve">    A. [CORRECT] Labetalol first to blunt HR, then a vasodilator if still hypertensive</w:t>
      </w:r>
    </w:p>
    <w:p>
      <w:pPr>
        <w:spacing w:before="0" w:after="20" w:line="259" w:lineRule="auto"/>
      </w:pPr>
      <w:r>
        <w:rPr>
          <w:rFonts w:ascii="Calibri" w:hAnsi="Calibri" w:eastAsia="Calibri"/>
          <w:b w:val="0"/>
          <w:i/>
          <w:color w:val="282828"/>
          <w:sz w:val="22"/>
        </w:rPr>
        <w:t xml:space="preserve">       Bay: Beta-block first. GTN or nitroprusside alone causes reflex tachycardia.</w:t>
      </w:r>
    </w:p>
    <w:p>
      <w:pPr>
        <w:spacing w:before="120" w:after="20" w:line="259" w:lineRule="auto"/>
        <w:shd w:fill="F8E8E8" w:val="clear"/>
      </w:pPr>
      <w:r>
        <w:rPr>
          <w:rFonts w:ascii="Calibri" w:hAnsi="Calibri" w:eastAsia="Calibri"/>
          <w:b w:val="0"/>
          <w:i w:val="0"/>
          <w:color w:val="A02828"/>
          <w:sz w:val="22"/>
        </w:rPr>
        <w:t xml:space="preserve">    B. [WRONG] GTN as the sole agent, target SBP 80 mmHg</w:t>
      </w:r>
    </w:p>
    <w:p>
      <w:pPr>
        <w:spacing w:before="0" w:after="20" w:line="259" w:lineRule="auto"/>
      </w:pPr>
      <w:r>
        <w:rPr>
          <w:rFonts w:ascii="Calibri" w:hAnsi="Calibri" w:eastAsia="Calibri"/>
          <w:b w:val="0"/>
          <w:i/>
          <w:color w:val="282828"/>
          <w:sz w:val="22"/>
        </w:rPr>
        <w:t xml:space="preserve">       Bay: Uncontrolled dump plus reflex tachycardia. Labetalol first.</w:t>
      </w:r>
    </w:p>
    <w:p>
      <w:pPr>
        <w:spacing w:before="120" w:after="20" w:line="259" w:lineRule="auto"/>
        <w:shd w:fill="F8E8E8" w:val="clear"/>
      </w:pPr>
      <w:r>
        <w:rPr>
          <w:rFonts w:ascii="Calibri" w:hAnsi="Calibri" w:eastAsia="Calibri"/>
          <w:b w:val="0"/>
          <w:i w:val="0"/>
          <w:color w:val="A02828"/>
          <w:sz w:val="22"/>
        </w:rPr>
        <w:t xml:space="preserve">    C. [WRONG] Nitroprusside before any beta-blockade</w:t>
      </w:r>
    </w:p>
    <w:p>
      <w:pPr>
        <w:spacing w:before="0" w:after="20" w:line="259" w:lineRule="auto"/>
      </w:pPr>
      <w:r>
        <w:rPr>
          <w:rFonts w:ascii="Calibri" w:hAnsi="Calibri" w:eastAsia="Calibri"/>
          <w:b w:val="0"/>
          <w:i/>
          <w:color w:val="282828"/>
          <w:sz w:val="22"/>
        </w:rPr>
        <w:t xml:space="preserve">       Bay: Vasodilate after the HR is blunted, not before.</w:t>
      </w:r>
    </w:p>
    <w:p>
      <w:pPr>
        <w:spacing w:before="120" w:after="20" w:line="259" w:lineRule="auto"/>
        <w:shd w:fill="F8E8E8" w:val="clear"/>
      </w:pPr>
      <w:r>
        <w:rPr>
          <w:rFonts w:ascii="Calibri" w:hAnsi="Calibri" w:eastAsia="Calibri"/>
          <w:b w:val="0"/>
          <w:i w:val="0"/>
          <w:color w:val="A02828"/>
          <w:sz w:val="22"/>
        </w:rPr>
        <w:t xml:space="preserve">    D. [WRONG] Atropine 500 micrograms because HR is 108</w:t>
      </w:r>
    </w:p>
    <w:p>
      <w:pPr>
        <w:spacing w:before="0" w:after="20" w:line="259" w:lineRule="auto"/>
      </w:pPr>
      <w:r>
        <w:rPr>
          <w:rFonts w:ascii="Calibri" w:hAnsi="Calibri" w:eastAsia="Calibri"/>
          <w:b w:val="0"/>
          <w:i/>
          <w:color w:val="282828"/>
          <w:sz w:val="22"/>
        </w:rPr>
        <w:t xml:space="preserve">       Bay: He is tachycardic. You want to slow him with labetalol, not give atropine.</w:t>
      </w:r>
    </w:p>
    <w:p>
      <w:pPr>
        <w:spacing w:before="120" w:after="20" w:line="259" w:lineRule="auto"/>
        <w:shd w:fill="F8E8E8" w:val="clear"/>
      </w:pPr>
      <w:r>
        <w:rPr>
          <w:rFonts w:ascii="Calibri" w:hAnsi="Calibri" w:eastAsia="Calibri"/>
          <w:b w:val="0"/>
          <w:i w:val="0"/>
          <w:color w:val="A02828"/>
          <w:sz w:val="22"/>
        </w:rPr>
        <w:t xml:space="preserve">    E. [WRONG] No BP control until after the graft</w:t>
      </w:r>
    </w:p>
    <w:p>
      <w:pPr>
        <w:spacing w:before="0" w:after="20" w:line="259" w:lineRule="auto"/>
      </w:pPr>
      <w:r>
        <w:rPr>
          <w:rFonts w:ascii="Calibri" w:hAnsi="Calibri" w:eastAsia="Calibri"/>
          <w:b w:val="0"/>
          <w:i/>
          <w:color w:val="282828"/>
          <w:sz w:val="22"/>
        </w:rPr>
        <w:t xml:space="preserve">       Bay: Control HR then BP as a bridge to theatre. Do not leave 168 systolic untreated.</w:t>
      </w:r>
    </w:p>
    <w:p>
      <w:pPr>
        <w:spacing w:before="120" w:after="20" w:line="259" w:lineRule="auto"/>
        <w:shd w:fill="F8E8E8" w:val="clear"/>
      </w:pPr>
      <w:r>
        <w:rPr>
          <w:rFonts w:ascii="Calibri" w:hAnsi="Calibri" w:eastAsia="Calibri"/>
          <w:b w:val="0"/>
          <w:i w:val="0"/>
          <w:color w:val="A02828"/>
          <w:sz w:val="22"/>
        </w:rPr>
        <w:t>B. [WRONG] Load ticagrelor while waiting for the scanner</w:t>
      </w:r>
    </w:p>
    <w:p>
      <w:pPr>
        <w:spacing w:before="0" w:after="20" w:line="259" w:lineRule="auto"/>
      </w:pPr>
      <w:r>
        <w:rPr>
          <w:rFonts w:ascii="Calibri" w:hAnsi="Calibri" w:eastAsia="Calibri"/>
          <w:b w:val="0"/>
          <w:i/>
          <w:color w:val="282828"/>
          <w:sz w:val="22"/>
        </w:rPr>
        <w:t>Bay: DAPT will not help a dissection and will complicate theatre. Hold antiplatelets.</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Give tenecteplase because troponin is 14 ng/L</w:t>
      </w:r>
    </w:p>
    <w:p>
      <w:pPr>
        <w:spacing w:before="0" w:after="20" w:line="259" w:lineRule="auto"/>
      </w:pPr>
      <w:r>
        <w:rPr>
          <w:rFonts w:ascii="Calibri" w:hAnsi="Calibri" w:eastAsia="Calibri"/>
          <w:b w:val="0"/>
          <w:i/>
          <w:color w:val="282828"/>
          <w:sz w:val="22"/>
        </w:rPr>
        <w:t>Bay: A trop of 14 is not an indication to lyse, and lysis in Type A is fatal. Image, then theatre.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Porter-only transfer to CT, no doctor escort</w:t>
      </w:r>
    </w:p>
    <w:p>
      <w:pPr>
        <w:spacing w:before="0" w:after="20" w:line="259" w:lineRule="auto"/>
      </w:pPr>
      <w:r>
        <w:rPr>
          <w:rFonts w:ascii="Calibri" w:hAnsi="Calibri" w:eastAsia="Calibri"/>
          <w:b w:val="0"/>
          <w:i/>
          <w:color w:val="282828"/>
          <w:sz w:val="22"/>
        </w:rPr>
        <w:t>Bay: He may tamponade or extend in the ring. A doctor goes with him, with blood and a plan.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Start GTN as the sole BP agent and defer beta-blockade</w:t>
      </w:r>
    </w:p>
    <w:p>
      <w:pPr>
        <w:spacing w:before="0" w:after="20" w:line="259" w:lineRule="auto"/>
      </w:pPr>
      <w:r>
        <w:rPr>
          <w:rFonts w:ascii="Calibri" w:hAnsi="Calibri" w:eastAsia="Calibri"/>
          <w:b w:val="0"/>
          <w:i/>
          <w:color w:val="282828"/>
          <w:sz w:val="22"/>
        </w:rPr>
        <w:t>Bay: Beta-block first to blunt reflex tachycardia, then a vasodilator if still hypertensive. GTN alone is the wrong sequence.</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Wife is outside.</w:t>
      </w:r>
    </w:p>
    <w:p>
      <w:pPr>
        <w:spacing w:before="120" w:after="20" w:line="259" w:lineRule="auto"/>
        <w:shd w:fill="E8F5EC" w:val="clear"/>
      </w:pPr>
      <w:r>
        <w:rPr>
          <w:rFonts w:ascii="Calibri" w:hAnsi="Calibri" w:eastAsia="Calibri"/>
          <w:b/>
          <w:i w:val="0"/>
          <w:color w:val="146E3C"/>
          <w:sz w:val="22"/>
        </w:rPr>
        <w:t>A. [CORRECT] Ask about Marfan / family aortic disease, previous BP, cocaine, lifting</w:t>
      </w:r>
    </w:p>
    <w:p>
      <w:pPr>
        <w:spacing w:before="0" w:after="20" w:line="259" w:lineRule="auto"/>
      </w:pPr>
      <w:r>
        <w:rPr>
          <w:rFonts w:ascii="Calibri" w:hAnsi="Calibri" w:eastAsia="Calibri"/>
          <w:b w:val="0"/>
          <w:i/>
          <w:color w:val="282828"/>
          <w:sz w:val="22"/>
        </w:rPr>
        <w:t>Bay: Father died 'of a burst aorta'. Hypertensive, ran out of ramipril. Classic risk cluster.</w:t>
      </w:r>
    </w:p>
    <w:p>
      <w:pPr>
        <w:spacing w:before="120" w:after="20" w:line="259" w:lineRule="auto"/>
        <w:shd w:fill="E8F5EC" w:val="clear"/>
      </w:pPr>
      <w:r>
        <w:rPr>
          <w:rFonts w:ascii="Calibri" w:hAnsi="Calibri" w:eastAsia="Calibri"/>
          <w:b/>
          <w:i w:val="0"/>
          <w:color w:val="146E3C"/>
          <w:sz w:val="22"/>
        </w:rPr>
        <w:t>B. [CORRECT] Ask about neurological symptoms, syncope, abdominal pain, collapse</w:t>
      </w:r>
    </w:p>
    <w:p>
      <w:pPr>
        <w:spacing w:before="0" w:after="20" w:line="259" w:lineRule="auto"/>
      </w:pPr>
      <w:r>
        <w:rPr>
          <w:rFonts w:ascii="Calibri" w:hAnsi="Calibri" w:eastAsia="Calibri"/>
          <w:b w:val="0"/>
          <w:i/>
          <w:color w:val="282828"/>
          <w:sz w:val="22"/>
        </w:rPr>
        <w:t>Bay: Left arm felt 'dead' for a minute. No syncope. Pulse deficit and a transient deficit support dissection.</w:t>
      </w:r>
    </w:p>
    <w:p>
      <w:pPr>
        <w:spacing w:before="120" w:after="20" w:line="259" w:lineRule="auto"/>
        <w:shd w:fill="E8F5EC" w:val="clear"/>
      </w:pPr>
      <w:r>
        <w:rPr>
          <w:rFonts w:ascii="Calibri" w:hAnsi="Calibri" w:eastAsia="Calibri"/>
          <w:b/>
          <w:i w:val="0"/>
          <w:color w:val="146E3C"/>
          <w:sz w:val="22"/>
        </w:rPr>
        <w:t>C. [CORRECT] Check last clinic BP and whether he is anticoagulated</w:t>
      </w:r>
    </w:p>
    <w:p>
      <w:pPr>
        <w:spacing w:before="0" w:after="20" w:line="259" w:lineRule="auto"/>
      </w:pPr>
      <w:r>
        <w:rPr>
          <w:rFonts w:ascii="Calibri" w:hAnsi="Calibri" w:eastAsia="Calibri"/>
          <w:b w:val="0"/>
          <w:i/>
          <w:color w:val="282828"/>
          <w:sz w:val="22"/>
        </w:rPr>
        <w:t>Bay: Not anticoagulated. Last BP 168 in GP. Anticoagulation would change the theatre conversation, not the diagnosis.</w:t>
      </w:r>
    </w:p>
    <w:p>
      <w:pPr>
        <w:spacing w:before="120" w:after="20" w:line="259" w:lineRule="auto"/>
        <w:shd w:fill="F8E8E8" w:val="clear"/>
      </w:pPr>
      <w:r>
        <w:rPr>
          <w:rFonts w:ascii="Calibri" w:hAnsi="Calibri" w:eastAsia="Calibri"/>
          <w:b w:val="0"/>
          <w:i w:val="0"/>
          <w:color w:val="A02828"/>
          <w:sz w:val="22"/>
        </w:rPr>
        <w:t>D. [WRONG] Withhold CT until a high-sensitivity troponin has ruled out ACS</w:t>
      </w:r>
    </w:p>
    <w:p>
      <w:pPr>
        <w:spacing w:before="0" w:after="20" w:line="259" w:lineRule="auto"/>
      </w:pPr>
      <w:r>
        <w:rPr>
          <w:rFonts w:ascii="Calibri" w:hAnsi="Calibri" w:eastAsia="Calibri"/>
          <w:b w:val="0"/>
          <w:i/>
          <w:color w:val="282828"/>
          <w:sz w:val="22"/>
        </w:rPr>
        <w:t>Bay: A trop of 14 neither rules in STEMI nor rules out dissection. Do not delay the aortogram for a clocked biomarker.</w:t>
      </w:r>
    </w:p>
    <w:p>
      <w:pPr>
        <w:spacing w:before="120" w:after="20" w:line="259" w:lineRule="auto"/>
        <w:shd w:fill="F8E8E8" w:val="clear"/>
      </w:pPr>
      <w:r>
        <w:rPr>
          <w:rFonts w:ascii="Calibri" w:hAnsi="Calibri" w:eastAsia="Calibri"/>
          <w:b w:val="0"/>
          <w:i w:val="0"/>
          <w:color w:val="A02828"/>
          <w:sz w:val="22"/>
        </w:rPr>
        <w:t>E. [WRONG] Delay CT until family arrive from another city to consent for theatre</w:t>
      </w:r>
    </w:p>
    <w:p>
      <w:pPr>
        <w:spacing w:before="0" w:after="20" w:line="259" w:lineRule="auto"/>
      </w:pPr>
      <w:r>
        <w:rPr>
          <w:rFonts w:ascii="Calibri" w:hAnsi="Calibri" w:eastAsia="Calibri"/>
          <w:b w:val="0"/>
          <w:i/>
          <w:color w:val="282828"/>
          <w:sz w:val="22"/>
        </w:rPr>
        <w:t>Bay: Consent can be taken from him — he is GCS 15 — or as emergency treatment. Do not wait on relatives for a Type A.</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Tearing pain, unequal BPs, wide mediastinum, new murmur.</w:t>
      </w:r>
    </w:p>
    <w:p>
      <w:pPr>
        <w:spacing w:before="120" w:after="20" w:line="259" w:lineRule="auto"/>
        <w:shd w:fill="E8F5EC" w:val="clear"/>
      </w:pPr>
      <w:r>
        <w:rPr>
          <w:rFonts w:ascii="Calibri" w:hAnsi="Calibri" w:eastAsia="Calibri"/>
          <w:b/>
          <w:i w:val="0"/>
          <w:color w:val="146E3C"/>
          <w:sz w:val="22"/>
        </w:rPr>
        <w:t>A. [CORRECT] Acute Type A aortic dissection (until imaged)</w:t>
      </w:r>
    </w:p>
    <w:p>
      <w:pPr>
        <w:spacing w:before="0" w:after="20" w:line="259" w:lineRule="auto"/>
      </w:pPr>
      <w:r>
        <w:rPr>
          <w:rFonts w:ascii="Calibri" w:hAnsi="Calibri" w:eastAsia="Calibri"/>
          <w:b w:val="0"/>
          <w:i/>
          <w:color w:val="282828"/>
          <w:sz w:val="22"/>
        </w:rPr>
        <w:t>Bay: Tearing interscapular pain, pulse deficit, new murmur, wide mediastinum. Treat as Type A until the CT says otherwise.</w:t>
      </w:r>
    </w:p>
    <w:p>
      <w:pPr>
        <w:spacing w:before="120" w:after="20" w:line="259" w:lineRule="auto"/>
        <w:shd w:fill="F8E8E8" w:val="clear"/>
      </w:pPr>
      <w:r>
        <w:rPr>
          <w:rFonts w:ascii="Calibri" w:hAnsi="Calibri" w:eastAsia="Calibri"/>
          <w:b w:val="0"/>
          <w:i w:val="0"/>
          <w:color w:val="A02828"/>
          <w:sz w:val="22"/>
        </w:rPr>
        <w:t>B. [WRONG] STEMI as the sole diagnosis</w:t>
      </w:r>
    </w:p>
    <w:p>
      <w:pPr>
        <w:spacing w:before="0" w:after="20" w:line="259" w:lineRule="auto"/>
      </w:pPr>
      <w:r>
        <w:rPr>
          <w:rFonts w:ascii="Calibri" w:hAnsi="Calibri" w:eastAsia="Calibri"/>
          <w:b w:val="0"/>
          <w:i/>
          <w:color w:val="282828"/>
          <w:sz w:val="22"/>
        </w:rPr>
        <w:t>Bay: The ECG is non-specific and the story is tearing with unequal BPs. Coronary ostial involvement can mimic STEMI — still image the aorta.</w:t>
      </w:r>
    </w:p>
    <w:p>
      <w:pPr>
        <w:spacing w:before="120" w:after="20" w:line="259" w:lineRule="auto"/>
        <w:shd w:fill="F8E8E8" w:val="clear"/>
      </w:pPr>
      <w:r>
        <w:rPr>
          <w:rFonts w:ascii="Calibri" w:hAnsi="Calibri" w:eastAsia="Calibri"/>
          <w:b w:val="0"/>
          <w:i w:val="0"/>
          <w:color w:val="A02828"/>
          <w:sz w:val="22"/>
        </w:rPr>
        <w:t>C. [WRONG] High-risk pulmonary embolism</w:t>
      </w:r>
    </w:p>
    <w:p>
      <w:pPr>
        <w:spacing w:before="0" w:after="20" w:line="259" w:lineRule="auto"/>
      </w:pPr>
      <w:r>
        <w:rPr>
          <w:rFonts w:ascii="Calibri" w:hAnsi="Calibri" w:eastAsia="Calibri"/>
          <w:b w:val="0"/>
          <w:i/>
          <w:color w:val="282828"/>
          <w:sz w:val="22"/>
        </w:rPr>
        <w:t>Bay: PE can shock and strain, but it does not produce a 30 mmHg arm gap, a new murmur and a wide mediastinum as the lead.</w:t>
      </w:r>
    </w:p>
    <w:p>
      <w:pPr>
        <w:spacing w:before="120" w:after="20" w:line="259" w:lineRule="auto"/>
        <w:shd w:fill="F8E8E8" w:val="clear"/>
      </w:pPr>
      <w:r>
        <w:rPr>
          <w:rFonts w:ascii="Calibri" w:hAnsi="Calibri" w:eastAsia="Calibri"/>
          <w:b w:val="0"/>
          <w:i w:val="0"/>
          <w:color w:val="A02828"/>
          <w:sz w:val="22"/>
        </w:rPr>
        <w:t>D. [WRONG] Musculoskeletal thoracic strain</w:t>
      </w:r>
    </w:p>
    <w:p>
      <w:pPr>
        <w:spacing w:before="0" w:after="20" w:line="259" w:lineRule="auto"/>
      </w:pPr>
      <w:r>
        <w:rPr>
          <w:rFonts w:ascii="Calibri" w:hAnsi="Calibri" w:eastAsia="Calibri"/>
          <w:b w:val="0"/>
          <w:i/>
          <w:color w:val="282828"/>
          <w:sz w:val="22"/>
        </w:rPr>
        <w:t>Bay: Lifting is a trigger for dissection, not a reason to diagnose strain when BPs are unequal and the mediastinum is wide.</w:t>
      </w:r>
    </w:p>
    <w:p>
      <w:pPr>
        <w:spacing w:before="120" w:after="20" w:line="259" w:lineRule="auto"/>
        <w:shd w:fill="F8E8E8" w:val="clear"/>
      </w:pPr>
      <w:r>
        <w:rPr>
          <w:rFonts w:ascii="Calibri" w:hAnsi="Calibri" w:eastAsia="Calibri"/>
          <w:b w:val="0"/>
          <w:i w:val="0"/>
          <w:color w:val="A02828"/>
          <w:sz w:val="22"/>
        </w:rPr>
        <w:t>E. [WRONG] Boerhaave syndrome (oesophageal rupture)</w:t>
      </w:r>
    </w:p>
    <w:p>
      <w:pPr>
        <w:spacing w:before="0" w:after="20" w:line="259" w:lineRule="auto"/>
      </w:pPr>
      <w:r>
        <w:rPr>
          <w:rFonts w:ascii="Calibri" w:hAnsi="Calibri" w:eastAsia="Calibri"/>
          <w:b w:val="0"/>
          <w:i/>
          <w:color w:val="282828"/>
          <w:sz w:val="22"/>
        </w:rPr>
        <w:t>Bay: A close mimic after a strain, but unequal arm BPs, pulse deficit and a new murmur point to aorta, not oesophagus.</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CT: Type A dissection involving the root.</w:t>
      </w:r>
    </w:p>
    <w:p>
      <w:pPr>
        <w:spacing w:before="120" w:after="20" w:line="259" w:lineRule="auto"/>
        <w:shd w:fill="E8F5EC" w:val="clear"/>
      </w:pPr>
      <w:r>
        <w:rPr>
          <w:rFonts w:ascii="Calibri" w:hAnsi="Calibri" w:eastAsia="Calibri"/>
          <w:b/>
          <w:i w:val="0"/>
          <w:color w:val="146E3C"/>
          <w:sz w:val="22"/>
        </w:rPr>
        <w:t>A. [CORRECT] NBM, continue labetalol, escort to cardiothoracics</w:t>
      </w:r>
    </w:p>
    <w:p>
      <w:pPr>
        <w:spacing w:before="0" w:after="20" w:line="259" w:lineRule="auto"/>
      </w:pPr>
      <w:r>
        <w:rPr>
          <w:rFonts w:ascii="Calibri" w:hAnsi="Calibri" w:eastAsia="Calibri"/>
          <w:b w:val="0"/>
          <w:i/>
          <w:color w:val="282828"/>
          <w:sz w:val="22"/>
        </w:rPr>
        <w:t>Bay: He is going. BP 128 systolic on labetalol. Type A is an operating-theatre disease.</w:t>
      </w:r>
    </w:p>
    <w:p>
      <w:pPr>
        <w:spacing w:before="0" w:after="40" w:line="259" w:lineRule="auto"/>
      </w:pPr>
      <w:r>
        <w:rPr>
          <w:rFonts w:ascii="Calibri" w:hAnsi="Calibri" w:eastAsia="Calibri"/>
          <w:b w:val="0"/>
          <w:i/>
          <w:color w:val="5A4614"/>
          <w:sz w:val="20"/>
        </w:rPr>
        <w:t>Reaction: sbp -12</w:t>
      </w:r>
    </w:p>
    <w:p>
      <w:pPr>
        <w:spacing w:before="80" w:after="40" w:line="259" w:lineRule="auto"/>
      </w:pPr>
      <w:r>
        <w:rPr>
          <w:rFonts w:ascii="Calibri" w:hAnsi="Calibri" w:eastAsia="Calibri"/>
          <w:b/>
          <w:i w:val="0"/>
          <w:color w:val="46326E"/>
          <w:sz w:val="22"/>
        </w:rPr>
        <w:t xml:space="preserve">    Follow-up: What do you not give?</w:t>
      </w:r>
    </w:p>
    <w:p>
      <w:pPr>
        <w:spacing w:before="120" w:after="20" w:line="259" w:lineRule="auto"/>
        <w:shd w:fill="E8F5EC" w:val="clear"/>
      </w:pPr>
      <w:r>
        <w:rPr>
          <w:rFonts w:ascii="Calibri" w:hAnsi="Calibri" w:eastAsia="Calibri"/>
          <w:b/>
          <w:i w:val="0"/>
          <w:color w:val="146E3C"/>
          <w:sz w:val="22"/>
        </w:rPr>
        <w:t xml:space="preserve">    A. [CORRECT] No heparin, no DAPT, no lytics — labetalol continues to theatre</w:t>
      </w:r>
    </w:p>
    <w:p>
      <w:pPr>
        <w:spacing w:before="0" w:after="20" w:line="259" w:lineRule="auto"/>
      </w:pPr>
      <w:r>
        <w:rPr>
          <w:rFonts w:ascii="Calibri" w:hAnsi="Calibri" w:eastAsia="Calibri"/>
          <w:b w:val="0"/>
          <w:i/>
          <w:color w:val="282828"/>
          <w:sz w:val="22"/>
        </w:rPr>
        <w:t xml:space="preserve">       Bay: Type A involving the root is open cardiac surgery, not an ED TEVAR.</w:t>
      </w:r>
    </w:p>
    <w:p>
      <w:pPr>
        <w:spacing w:before="120" w:after="20" w:line="259" w:lineRule="auto"/>
        <w:shd w:fill="F8E8E8" w:val="clear"/>
      </w:pPr>
      <w:r>
        <w:rPr>
          <w:rFonts w:ascii="Calibri" w:hAnsi="Calibri" w:eastAsia="Calibri"/>
          <w:b w:val="0"/>
          <w:i w:val="0"/>
          <w:color w:val="A02828"/>
          <w:sz w:val="22"/>
        </w:rPr>
        <w:t xml:space="preserve">    B. [WRONG] Heparin infusion because the root is involved</w:t>
      </w:r>
    </w:p>
    <w:p>
      <w:pPr>
        <w:spacing w:before="0" w:after="20" w:line="259" w:lineRule="auto"/>
      </w:pPr>
      <w:r>
        <w:rPr>
          <w:rFonts w:ascii="Calibri" w:hAnsi="Calibri" w:eastAsia="Calibri"/>
          <w:b w:val="0"/>
          <w:i/>
          <w:color w:val="282828"/>
          <w:sz w:val="22"/>
        </w:rPr>
        <w:t xml:space="preserve">       Bay: Root involvement can occlude a coronary ostium. That is still a surgical aorta — do not anticoagulate.</w:t>
      </w:r>
    </w:p>
    <w:p>
      <w:pPr>
        <w:spacing w:before="120" w:after="20" w:line="259" w:lineRule="auto"/>
        <w:shd w:fill="F8E8E8" w:val="clear"/>
      </w:pPr>
      <w:r>
        <w:rPr>
          <w:rFonts w:ascii="Calibri" w:hAnsi="Calibri" w:eastAsia="Calibri"/>
          <w:b w:val="0"/>
          <w:i w:val="0"/>
          <w:color w:val="A02828"/>
          <w:sz w:val="22"/>
        </w:rPr>
        <w:t xml:space="preserve">    C. [WRONG] Tenecteplase because an ostium may be involved</w:t>
      </w:r>
    </w:p>
    <w:p>
      <w:pPr>
        <w:spacing w:before="0" w:after="20" w:line="259" w:lineRule="auto"/>
      </w:pPr>
      <w:r>
        <w:rPr>
          <w:rFonts w:ascii="Calibri" w:hAnsi="Calibri" w:eastAsia="Calibri"/>
          <w:b w:val="0"/>
          <w:i/>
          <w:color w:val="282828"/>
          <w:sz w:val="22"/>
        </w:rPr>
        <w:t xml:space="preserve">       Bay: Lysis in Type A is fatal. The coronary is dealt with on bypass.</w:t>
      </w:r>
    </w:p>
    <w:p>
      <w:pPr>
        <w:spacing w:before="120" w:after="20" w:line="259" w:lineRule="auto"/>
        <w:shd w:fill="F8E8E8" w:val="clear"/>
      </w:pPr>
      <w:r>
        <w:rPr>
          <w:rFonts w:ascii="Calibri" w:hAnsi="Calibri" w:eastAsia="Calibri"/>
          <w:b w:val="0"/>
          <w:i w:val="0"/>
          <w:color w:val="A02828"/>
          <w:sz w:val="22"/>
        </w:rPr>
        <w:t xml:space="preserve">    D. [WRONG] Aspirin and ticagrelor for ostial coverage</w:t>
      </w:r>
    </w:p>
    <w:p>
      <w:pPr>
        <w:spacing w:before="0" w:after="20" w:line="259" w:lineRule="auto"/>
      </w:pPr>
      <w:r>
        <w:rPr>
          <w:rFonts w:ascii="Calibri" w:hAnsi="Calibri" w:eastAsia="Calibri"/>
          <w:b w:val="0"/>
          <w:i/>
          <w:color w:val="282828"/>
          <w:sz w:val="22"/>
        </w:rPr>
        <w:t xml:space="preserve">       Bay: Ostial involvement is a surgical finding, not an ED dual-antiplatelet load.</w:t>
      </w:r>
    </w:p>
    <w:p>
      <w:pPr>
        <w:spacing w:before="120" w:after="20" w:line="259" w:lineRule="auto"/>
        <w:shd w:fill="F8E8E8" w:val="clear"/>
      </w:pPr>
      <w:r>
        <w:rPr>
          <w:rFonts w:ascii="Calibri" w:hAnsi="Calibri" w:eastAsia="Calibri"/>
          <w:b w:val="0"/>
          <w:i w:val="0"/>
          <w:color w:val="A02828"/>
          <w:sz w:val="22"/>
        </w:rPr>
        <w:t xml:space="preserve">    E. [WRONG] Stop labetalol so he can mobilise</w:t>
      </w:r>
    </w:p>
    <w:p>
      <w:pPr>
        <w:spacing w:before="0" w:after="20" w:line="259" w:lineRule="auto"/>
      </w:pPr>
      <w:r>
        <w:rPr>
          <w:rFonts w:ascii="Calibri" w:hAnsi="Calibri" w:eastAsia="Calibri"/>
          <w:b w:val="0"/>
          <w:i/>
          <w:color w:val="282828"/>
          <w:sz w:val="22"/>
        </w:rPr>
        <w:t xml:space="preserve">       Bay: Keep HR and BP control through transfer. Walking a Type A off labetalol risks extension.</w:t>
      </w:r>
    </w:p>
    <w:p>
      <w:pPr>
        <w:spacing w:before="120" w:after="20" w:line="259" w:lineRule="auto"/>
        <w:shd w:fill="F8E8E8" w:val="clear"/>
      </w:pPr>
      <w:r>
        <w:rPr>
          <w:rFonts w:ascii="Calibri" w:hAnsi="Calibri" w:eastAsia="Calibri"/>
          <w:b w:val="0"/>
          <w:i w:val="0"/>
          <w:color w:val="A02828"/>
          <w:sz w:val="22"/>
        </w:rPr>
        <w:t>B. [WRONG] Heparin infusion for ACS overlap because the root is involved</w:t>
      </w:r>
    </w:p>
    <w:p>
      <w:pPr>
        <w:spacing w:before="0" w:after="20" w:line="259" w:lineRule="auto"/>
      </w:pPr>
      <w:r>
        <w:rPr>
          <w:rFonts w:ascii="Calibri" w:hAnsi="Calibri" w:eastAsia="Calibri"/>
          <w:b w:val="0"/>
          <w:i/>
          <w:color w:val="282828"/>
          <w:sz w:val="22"/>
        </w:rPr>
        <w:t>Bay: Root involvement can occlude a coronary ostium. That is still a surgical aorta — do not anticoagulate.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Tenecteplase because a coronary ostium may be involved</w:t>
      </w:r>
    </w:p>
    <w:p>
      <w:pPr>
        <w:spacing w:before="0" w:after="20" w:line="259" w:lineRule="auto"/>
      </w:pPr>
      <w:r>
        <w:rPr>
          <w:rFonts w:ascii="Calibri" w:hAnsi="Calibri" w:eastAsia="Calibri"/>
          <w:b w:val="0"/>
          <w:i/>
          <w:color w:val="282828"/>
          <w:sz w:val="22"/>
        </w:rPr>
        <w:t>Bay: Lysis in Type A is fatal. The coronary is dealt with on bypass, not with TNK.</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Transfer to a medical HDU in a hospital without cardiac surgery</w:t>
      </w:r>
    </w:p>
    <w:p>
      <w:pPr>
        <w:spacing w:before="0" w:after="20" w:line="259" w:lineRule="auto"/>
      </w:pPr>
      <w:r>
        <w:rPr>
          <w:rFonts w:ascii="Calibri" w:hAnsi="Calibri" w:eastAsia="Calibri"/>
          <w:b w:val="0"/>
          <w:i/>
          <w:color w:val="282828"/>
          <w:sz w:val="22"/>
        </w:rPr>
        <w:t>Bay: Type A needs a cardiothoracic centre tonight, not a medical HDU in a non-surgical site.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Attempt unsupervised endovascular repair in the emergency department</w:t>
      </w:r>
    </w:p>
    <w:p>
      <w:pPr>
        <w:spacing w:before="0" w:after="20" w:line="259" w:lineRule="auto"/>
      </w:pPr>
      <w:r>
        <w:rPr>
          <w:rFonts w:ascii="Calibri" w:hAnsi="Calibri" w:eastAsia="Calibri"/>
          <w:b w:val="0"/>
          <w:i/>
          <w:color w:val="282828"/>
          <w:sz w:val="22"/>
        </w:rPr>
        <w:t>Bay: Type A involving the root is open cardiac surgery, not an ED TEVAR. Type B is the endovascular conversation.</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He is still talking.</w:t>
      </w:r>
    </w:p>
    <w:p>
      <w:pPr>
        <w:spacing w:before="120" w:after="20" w:line="259" w:lineRule="auto"/>
        <w:shd w:fill="E8F5EC" w:val="clear"/>
      </w:pPr>
      <w:r>
        <w:rPr>
          <w:rFonts w:ascii="Calibri" w:hAnsi="Calibri" w:eastAsia="Calibri"/>
          <w:b/>
          <w:i w:val="0"/>
          <w:color w:val="146E3C"/>
          <w:sz w:val="22"/>
        </w:rPr>
        <w:t>A. [CORRECT] Cardiothoracic theatre / cardiac surgical ICU</w:t>
      </w:r>
    </w:p>
    <w:p>
      <w:pPr>
        <w:spacing w:before="0" w:after="20" w:line="259" w:lineRule="auto"/>
      </w:pPr>
      <w:r>
        <w:rPr>
          <w:rFonts w:ascii="Calibri" w:hAnsi="Calibri" w:eastAsia="Calibri"/>
          <w:b w:val="0"/>
          <w:i/>
          <w:color w:val="282828"/>
          <w:sz w:val="22"/>
        </w:rPr>
        <w:t>Bay: Correct. Type A involving the root is an immediate cardiac-surgical repair.</w:t>
      </w:r>
    </w:p>
    <w:p>
      <w:pPr>
        <w:spacing w:before="120" w:after="20" w:line="259" w:lineRule="auto"/>
        <w:shd w:fill="F8E8E8" w:val="clear"/>
      </w:pPr>
      <w:r>
        <w:rPr>
          <w:rFonts w:ascii="Calibri" w:hAnsi="Calibri" w:eastAsia="Calibri"/>
          <w:b w:val="0"/>
          <w:i w:val="0"/>
          <w:color w:val="A02828"/>
          <w:sz w:val="22"/>
        </w:rPr>
        <w:t>B. [WRONG] PCI-capable catheter laboratory as the planned destination</w:t>
      </w:r>
    </w:p>
    <w:p>
      <w:pPr>
        <w:spacing w:before="0" w:after="20" w:line="259" w:lineRule="auto"/>
      </w:pPr>
      <w:r>
        <w:rPr>
          <w:rFonts w:ascii="Calibri" w:hAnsi="Calibri" w:eastAsia="Calibri"/>
          <w:b w:val="0"/>
          <w:i/>
          <w:color w:val="282828"/>
          <w:sz w:val="22"/>
        </w:rPr>
        <w:t>Bay: Wrong table. Even if an ostium is involved, the aorta is repaired under bypass, not stented as a primary PCI.</w:t>
      </w:r>
    </w:p>
    <w:p>
      <w:pPr>
        <w:spacing w:before="120" w:after="20" w:line="259" w:lineRule="auto"/>
        <w:shd w:fill="F8E8E8" w:val="clear"/>
      </w:pPr>
      <w:r>
        <w:rPr>
          <w:rFonts w:ascii="Calibri" w:hAnsi="Calibri" w:eastAsia="Calibri"/>
          <w:b w:val="0"/>
          <w:i w:val="0"/>
          <w:color w:val="A02828"/>
          <w:sz w:val="22"/>
        </w:rPr>
        <w:t>C. [WRONG] Medical HDU in a hospital without on-site cardiac surgery</w:t>
      </w:r>
    </w:p>
    <w:p>
      <w:pPr>
        <w:spacing w:before="0" w:after="20" w:line="259" w:lineRule="auto"/>
      </w:pPr>
      <w:r>
        <w:rPr>
          <w:rFonts w:ascii="Calibri" w:hAnsi="Calibri" w:eastAsia="Calibri"/>
          <w:b w:val="0"/>
          <w:i/>
          <w:color w:val="282828"/>
          <w:sz w:val="22"/>
        </w:rPr>
        <w:t>Bay: Do not transfer Type A to a non-surgical centre for 'BP control'. He needs a pump and a surgeon.</w:t>
      </w:r>
    </w:p>
    <w:p>
      <w:pPr>
        <w:spacing w:before="120" w:after="20" w:line="259" w:lineRule="auto"/>
        <w:shd w:fill="F8E8E8" w:val="clear"/>
      </w:pPr>
      <w:r>
        <w:rPr>
          <w:rFonts w:ascii="Calibri" w:hAnsi="Calibri" w:eastAsia="Calibri"/>
          <w:b w:val="0"/>
          <w:i w:val="0"/>
          <w:color w:val="A02828"/>
          <w:sz w:val="22"/>
        </w:rPr>
        <w:t>D. [WRONG] Vascular ward for conservative Type B management</w:t>
      </w:r>
    </w:p>
    <w:p>
      <w:pPr>
        <w:spacing w:before="0" w:after="20" w:line="259" w:lineRule="auto"/>
      </w:pPr>
      <w:r>
        <w:rPr>
          <w:rFonts w:ascii="Calibri" w:hAnsi="Calibri" w:eastAsia="Calibri"/>
          <w:b w:val="0"/>
          <w:i/>
          <w:color w:val="282828"/>
          <w:sz w:val="22"/>
        </w:rPr>
        <w:t>Bay: The root is involved — that is Stanford Type A, not Type B. Conservative BP control is the wrong pathway.</w:t>
      </w:r>
    </w:p>
    <w:p>
      <w:pPr>
        <w:spacing w:before="120" w:after="20" w:line="259" w:lineRule="auto"/>
        <w:shd w:fill="F8E8E8" w:val="clear"/>
      </w:pPr>
      <w:r>
        <w:rPr>
          <w:rFonts w:ascii="Calibri" w:hAnsi="Calibri" w:eastAsia="Calibri"/>
          <w:b w:val="0"/>
          <w:i w:val="0"/>
          <w:color w:val="A02828"/>
          <w:sz w:val="22"/>
        </w:rPr>
        <w:t>E. [WRONG] Coronary care for medical BP control without a surgical referral</w:t>
      </w:r>
    </w:p>
    <w:p>
      <w:pPr>
        <w:spacing w:before="0" w:after="20" w:line="259" w:lineRule="auto"/>
      </w:pPr>
      <w:r>
        <w:rPr>
          <w:rFonts w:ascii="Calibri" w:hAnsi="Calibri" w:eastAsia="Calibri"/>
          <w:b w:val="0"/>
          <w:i/>
          <w:color w:val="282828"/>
          <w:sz w:val="22"/>
        </w:rPr>
        <w:t>Bay: Labetalol is a bridge to theatre, not the destination. Type A does not stay on CCU overnight.</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he leaves.</w:t>
      </w:r>
    </w:p>
    <w:p>
      <w:pPr>
        <w:spacing w:before="120" w:after="20" w:line="259" w:lineRule="auto"/>
        <w:shd w:fill="E8F5EC" w:val="clear"/>
      </w:pPr>
      <w:r>
        <w:rPr>
          <w:rFonts w:ascii="Calibri" w:hAnsi="Calibri" w:eastAsia="Calibri"/>
          <w:b/>
          <w:i w:val="0"/>
          <w:color w:val="146E3C"/>
          <w:sz w:val="22"/>
        </w:rPr>
        <w:t>A. [CORRECT] G&amp;S, keep lines, continue BP control, family update, take the CT, pads on</w:t>
      </w:r>
    </w:p>
    <w:p>
      <w:pPr>
        <w:spacing w:before="0" w:after="20" w:line="259" w:lineRule="auto"/>
      </w:pPr>
      <w:r>
        <w:rPr>
          <w:rFonts w:ascii="Calibri" w:hAnsi="Calibri" w:eastAsia="Calibri"/>
          <w:b w:val="0"/>
          <w:i/>
          <w:color w:val="282828"/>
          <w:sz w:val="22"/>
        </w:rPr>
        <w:t>Bay: Wife spoken to. Disc in the bag. Labetalol running. He goes escorted.</w:t>
      </w:r>
    </w:p>
    <w:p>
      <w:pPr>
        <w:spacing w:before="80" w:after="40" w:line="259" w:lineRule="auto"/>
      </w:pPr>
      <w:r>
        <w:rPr>
          <w:rFonts w:ascii="Calibri" w:hAnsi="Calibri" w:eastAsia="Calibri"/>
          <w:b/>
          <w:i w:val="0"/>
          <w:color w:val="46326E"/>
          <w:sz w:val="22"/>
        </w:rPr>
        <w:t xml:space="preserve">    Follow-up: What is the blood-pressure target on the way to theatre?</w:t>
      </w:r>
    </w:p>
    <w:p>
      <w:pPr>
        <w:spacing w:before="120" w:after="20" w:line="259" w:lineRule="auto"/>
        <w:shd w:fill="E8F5EC" w:val="clear"/>
      </w:pPr>
      <w:r>
        <w:rPr>
          <w:rFonts w:ascii="Calibri" w:hAnsi="Calibri" w:eastAsia="Calibri"/>
          <w:b/>
          <w:i w:val="0"/>
          <w:color w:val="146E3C"/>
          <w:sz w:val="22"/>
        </w:rPr>
        <w:t xml:space="preserve">    A. [CORRECT] SBP 100–120 mmHg and HR under 60, labetalol first</w:t>
      </w:r>
    </w:p>
    <w:p>
      <w:pPr>
        <w:spacing w:before="0" w:after="20" w:line="259" w:lineRule="auto"/>
      </w:pPr>
      <w:r>
        <w:rPr>
          <w:rFonts w:ascii="Calibri" w:hAnsi="Calibri" w:eastAsia="Calibri"/>
          <w:b w:val="0"/>
          <w:i/>
          <w:color w:val="282828"/>
          <w:sz w:val="22"/>
        </w:rPr>
        <w:t xml:space="preserve">       Bay: Beta-block first, then a vasodilator if still hypertensive. Do not use GTN alone.</w:t>
      </w:r>
    </w:p>
    <w:p>
      <w:pPr>
        <w:spacing w:before="120" w:after="20" w:line="259" w:lineRule="auto"/>
        <w:shd w:fill="F8E8E8" w:val="clear"/>
      </w:pPr>
      <w:r>
        <w:rPr>
          <w:rFonts w:ascii="Calibri" w:hAnsi="Calibri" w:eastAsia="Calibri"/>
          <w:b w:val="0"/>
          <w:i w:val="0"/>
          <w:color w:val="A02828"/>
          <w:sz w:val="22"/>
        </w:rPr>
        <w:t xml:space="preserve">    B. [WRONG] SBP 80 mmHg with GTN as the sole agent</w:t>
      </w:r>
    </w:p>
    <w:p>
      <w:pPr>
        <w:spacing w:before="0" w:after="20" w:line="259" w:lineRule="auto"/>
      </w:pPr>
      <w:r>
        <w:rPr>
          <w:rFonts w:ascii="Calibri" w:hAnsi="Calibri" w:eastAsia="Calibri"/>
          <w:b w:val="0"/>
          <w:i/>
          <w:color w:val="282828"/>
          <w:sz w:val="22"/>
        </w:rPr>
        <w:t xml:space="preserve">       Bay: Overshoot, and vasodilating before beta-blockade can extend the flap.</w:t>
      </w:r>
    </w:p>
    <w:p>
      <w:pPr>
        <w:spacing w:before="120" w:after="20" w:line="259" w:lineRule="auto"/>
        <w:shd w:fill="F8E8E8" w:val="clear"/>
      </w:pPr>
      <w:r>
        <w:rPr>
          <w:rFonts w:ascii="Calibri" w:hAnsi="Calibri" w:eastAsia="Calibri"/>
          <w:b w:val="0"/>
          <w:i w:val="0"/>
          <w:color w:val="A02828"/>
          <w:sz w:val="22"/>
        </w:rPr>
        <w:t xml:space="preserve">    C. [WRONG] No target until after the graft</w:t>
      </w:r>
    </w:p>
    <w:p>
      <w:pPr>
        <w:spacing w:before="0" w:after="20" w:line="259" w:lineRule="auto"/>
      </w:pPr>
      <w:r>
        <w:rPr>
          <w:rFonts w:ascii="Calibri" w:hAnsi="Calibri" w:eastAsia="Calibri"/>
          <w:b w:val="0"/>
          <w:i/>
          <w:color w:val="282828"/>
          <w:sz w:val="22"/>
        </w:rPr>
        <w:t xml:space="preserve">       Bay: You will blow the false lumen in the corridor.</w:t>
      </w:r>
    </w:p>
    <w:p>
      <w:pPr>
        <w:spacing w:before="120" w:after="20" w:line="259" w:lineRule="auto"/>
        <w:shd w:fill="F8E8E8" w:val="clear"/>
      </w:pPr>
      <w:r>
        <w:rPr>
          <w:rFonts w:ascii="Calibri" w:hAnsi="Calibri" w:eastAsia="Calibri"/>
          <w:b w:val="0"/>
          <w:i w:val="0"/>
          <w:color w:val="A02828"/>
          <w:sz w:val="22"/>
        </w:rPr>
        <w:t xml:space="preserve">    D. [WRONG] SBP 160 is acceptable</w:t>
      </w:r>
    </w:p>
    <w:p>
      <w:pPr>
        <w:spacing w:before="0" w:after="20" w:line="259" w:lineRule="auto"/>
      </w:pPr>
      <w:r>
        <w:rPr>
          <w:rFonts w:ascii="Calibri" w:hAnsi="Calibri" w:eastAsia="Calibri"/>
          <w:b w:val="0"/>
          <w:i/>
          <w:color w:val="282828"/>
          <w:sz w:val="22"/>
        </w:rPr>
        <w:t xml:space="preserve">       Bay: Too high for a Type A.</w:t>
      </w:r>
    </w:p>
    <w:p>
      <w:pPr>
        <w:spacing w:before="120" w:after="20" w:line="259" w:lineRule="auto"/>
        <w:shd w:fill="F8E8E8" w:val="clear"/>
      </w:pPr>
      <w:r>
        <w:rPr>
          <w:rFonts w:ascii="Calibri" w:hAnsi="Calibri" w:eastAsia="Calibri"/>
          <w:b w:val="0"/>
          <w:i w:val="0"/>
          <w:color w:val="A02828"/>
          <w:sz w:val="22"/>
        </w:rPr>
        <w:t xml:space="preserve">    E. [WRONG] Stop labetalol so he can mobilise</w:t>
      </w:r>
    </w:p>
    <w:p>
      <w:pPr>
        <w:spacing w:before="0" w:after="20" w:line="259" w:lineRule="auto"/>
      </w:pPr>
      <w:r>
        <w:rPr>
          <w:rFonts w:ascii="Calibri" w:hAnsi="Calibri" w:eastAsia="Calibri"/>
          <w:b w:val="0"/>
          <w:i/>
          <w:color w:val="282828"/>
          <w:sz w:val="22"/>
        </w:rPr>
        <w:t xml:space="preserve">       Bay: The infusion stays up.</w:t>
      </w:r>
    </w:p>
    <w:p>
      <w:pPr>
        <w:spacing w:before="120" w:after="20" w:line="259" w:lineRule="auto"/>
        <w:shd w:fill="F8E8E8" w:val="clear"/>
      </w:pPr>
      <w:r>
        <w:rPr>
          <w:rFonts w:ascii="Calibri" w:hAnsi="Calibri" w:eastAsia="Calibri"/>
          <w:b w:val="0"/>
          <w:i w:val="0"/>
          <w:color w:val="A02828"/>
          <w:sz w:val="22"/>
        </w:rPr>
        <w:t>B. [WRONG] Aspirin plus ticagrelor because the coronary ostia may be involved</w:t>
      </w:r>
    </w:p>
    <w:p>
      <w:pPr>
        <w:spacing w:before="0" w:after="20" w:line="259" w:lineRule="auto"/>
      </w:pPr>
      <w:r>
        <w:rPr>
          <w:rFonts w:ascii="Calibri" w:hAnsi="Calibri" w:eastAsia="Calibri"/>
          <w:b w:val="0"/>
          <w:i/>
          <w:color w:val="282828"/>
          <w:sz w:val="22"/>
        </w:rPr>
        <w:t>Bay: Ostial involvement is a surgical finding, not an ED dual-antiplatelet load. DAPT will complicate bypass.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Stop the labetalol infusion so he can mobilise to theatre</w:t>
      </w:r>
    </w:p>
    <w:p>
      <w:pPr>
        <w:spacing w:before="0" w:after="20" w:line="259" w:lineRule="auto"/>
      </w:pPr>
      <w:r>
        <w:rPr>
          <w:rFonts w:ascii="Calibri" w:hAnsi="Calibri" w:eastAsia="Calibri"/>
          <w:b w:val="0"/>
          <w:i/>
          <w:color w:val="282828"/>
          <w:sz w:val="22"/>
        </w:rPr>
        <w:t>Bay: Keep HR and BP control through transfer. Walking a Type A off labetalol risks extension.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Unfractionated heparin infusion to prevent false-lumen thrombosis</w:t>
      </w:r>
    </w:p>
    <w:p>
      <w:pPr>
        <w:spacing w:before="0" w:after="20" w:line="259" w:lineRule="auto"/>
      </w:pPr>
      <w:r>
        <w:rPr>
          <w:rFonts w:ascii="Calibri" w:hAnsi="Calibri" w:eastAsia="Calibri"/>
          <w:b w:val="0"/>
          <w:i/>
          <w:color w:val="282828"/>
          <w:sz w:val="22"/>
        </w:rPr>
        <w:t>Bay: Heparin does not 'protect' a false lumen; it turns a contained dissection into a bleed. Hold anticoagulation.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Unescorted porter transfer without arterial monitoring or a doctor</w:t>
      </w:r>
    </w:p>
    <w:p>
      <w:pPr>
        <w:spacing w:before="0" w:after="20" w:line="259" w:lineRule="auto"/>
      </w:pPr>
      <w:r>
        <w:rPr>
          <w:rFonts w:ascii="Calibri" w:hAnsi="Calibri" w:eastAsia="Calibri"/>
          <w:b w:val="0"/>
          <w:i/>
          <w:color w:val="282828"/>
          <w:sz w:val="22"/>
        </w:rPr>
        <w:t>Bay: He may tamponade in the corridor. A doctor, pads, and ongoing BP control go with him.</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Theatre: Type A dissection from the root to the arch.</w:t>
      </w:r>
    </w:p>
    <w:p>
      <w:pPr>
        <w:spacing w:before="120" w:after="20" w:line="259" w:lineRule="auto"/>
        <w:shd w:fill="E8F5EC" w:val="clear"/>
      </w:pPr>
      <w:r>
        <w:rPr>
          <w:rFonts w:ascii="Calibri" w:hAnsi="Calibri" w:eastAsia="Calibri"/>
          <w:b/>
          <w:i w:val="0"/>
          <w:color w:val="146E3C"/>
          <w:sz w:val="22"/>
        </w:rPr>
        <w:t>A. [CORRECT] Type A acute aortic dissection</w:t>
      </w:r>
    </w:p>
    <w:p>
      <w:pPr>
        <w:spacing w:before="0" w:after="20" w:line="259" w:lineRule="auto"/>
      </w:pPr>
      <w:r>
        <w:rPr>
          <w:rFonts w:ascii="Calibri" w:hAnsi="Calibri" w:eastAsia="Calibri"/>
          <w:b w:val="0"/>
          <w:i/>
          <w:color w:val="282828"/>
          <w:sz w:val="22"/>
        </w:rPr>
        <w:t>Bay: Root-to-arch involvement is Stanford Type A. That is the diagnosis the surgeons confirmed.</w:t>
      </w:r>
    </w:p>
    <w:p>
      <w:pPr>
        <w:spacing w:before="120" w:after="20" w:line="259" w:lineRule="auto"/>
        <w:shd w:fill="F8E8E8" w:val="clear"/>
      </w:pPr>
      <w:r>
        <w:rPr>
          <w:rFonts w:ascii="Calibri" w:hAnsi="Calibri" w:eastAsia="Calibri"/>
          <w:b w:val="0"/>
          <w:i w:val="0"/>
          <w:color w:val="A02828"/>
          <w:sz w:val="22"/>
        </w:rPr>
        <w:t>B. [WRONG] Inferior STEMI as the sole diagnosis</w:t>
      </w:r>
    </w:p>
    <w:p>
      <w:pPr>
        <w:spacing w:before="0" w:after="20" w:line="259" w:lineRule="auto"/>
      </w:pPr>
      <w:r>
        <w:rPr>
          <w:rFonts w:ascii="Calibri" w:hAnsi="Calibri" w:eastAsia="Calibri"/>
          <w:b w:val="0"/>
          <w:i/>
          <w:color w:val="282828"/>
          <w:sz w:val="22"/>
        </w:rPr>
        <w:t>Bay: An ostial RCA can be involved, but the disease was the aorta. Calling it a STEMI misses the operation he needed.</w:t>
      </w:r>
    </w:p>
    <w:p>
      <w:pPr>
        <w:spacing w:before="120" w:after="20" w:line="259" w:lineRule="auto"/>
        <w:shd w:fill="F8E8E8" w:val="clear"/>
      </w:pPr>
      <w:r>
        <w:rPr>
          <w:rFonts w:ascii="Calibri" w:hAnsi="Calibri" w:eastAsia="Calibri"/>
          <w:b w:val="0"/>
          <w:i w:val="0"/>
          <w:color w:val="A02828"/>
          <w:sz w:val="22"/>
        </w:rPr>
        <w:t>C. [WRONG] Type B dissection only</w:t>
      </w:r>
    </w:p>
    <w:p>
      <w:pPr>
        <w:spacing w:before="0" w:after="20" w:line="259" w:lineRule="auto"/>
      </w:pPr>
      <w:r>
        <w:rPr>
          <w:rFonts w:ascii="Calibri" w:hAnsi="Calibri" w:eastAsia="Calibri"/>
          <w:b w:val="0"/>
          <w:i/>
          <w:color w:val="282828"/>
          <w:sz w:val="22"/>
        </w:rPr>
        <w:t>Bay: Type B starts distal to the left subclavian and spares the arch and root. The root was involved — Type A.</w:t>
      </w:r>
    </w:p>
    <w:p>
      <w:pPr>
        <w:spacing w:before="120" w:after="20" w:line="259" w:lineRule="auto"/>
        <w:shd w:fill="F8E8E8" w:val="clear"/>
      </w:pPr>
      <w:r>
        <w:rPr>
          <w:rFonts w:ascii="Calibri" w:hAnsi="Calibri" w:eastAsia="Calibri"/>
          <w:b w:val="0"/>
          <w:i w:val="0"/>
          <w:color w:val="A02828"/>
          <w:sz w:val="22"/>
        </w:rPr>
        <w:t>D. [WRONG] Ruptured abdominal aortic aneurysm</w:t>
      </w:r>
    </w:p>
    <w:p>
      <w:pPr>
        <w:spacing w:before="0" w:after="20" w:line="259" w:lineRule="auto"/>
      </w:pPr>
      <w:r>
        <w:rPr>
          <w:rFonts w:ascii="Calibri" w:hAnsi="Calibri" w:eastAsia="Calibri"/>
          <w:b w:val="0"/>
          <w:i/>
          <w:color w:val="282828"/>
          <w:sz w:val="22"/>
        </w:rPr>
        <w:t>Bay: The pain started between the shoulders; CT was thoracic. This is not a ruptured AAA.</w:t>
      </w:r>
    </w:p>
    <w:p>
      <w:pPr>
        <w:spacing w:before="120" w:after="20" w:line="259" w:lineRule="auto"/>
        <w:shd w:fill="F8E8E8" w:val="clear"/>
      </w:pPr>
      <w:r>
        <w:rPr>
          <w:rFonts w:ascii="Calibri" w:hAnsi="Calibri" w:eastAsia="Calibri"/>
          <w:b w:val="0"/>
          <w:i w:val="0"/>
          <w:color w:val="A02828"/>
          <w:sz w:val="22"/>
        </w:rPr>
        <w:t>E. [WRONG] High-risk pulmonary embolism</w:t>
      </w:r>
    </w:p>
    <w:p>
      <w:pPr>
        <w:spacing w:before="0" w:after="20" w:line="259" w:lineRule="auto"/>
      </w:pPr>
      <w:r>
        <w:rPr>
          <w:rFonts w:ascii="Calibri" w:hAnsi="Calibri" w:eastAsia="Calibri"/>
          <w:b w:val="0"/>
          <w:i/>
          <w:color w:val="282828"/>
          <w:sz w:val="22"/>
        </w:rPr>
        <w:t>Bay: The false lumen was on the table. PE does not produce a root-to-arch dissection flap.</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Type A acute aortic dissection</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Sudden tearing interscapular pain</w:t>
      </w:r>
    </w:p>
    <w:p>
      <w:pPr>
        <w:spacing w:before="0" w:after="40" w:line="259" w:lineRule="auto"/>
      </w:pPr>
      <w:r>
        <w:rPr>
          <w:rFonts w:ascii="Calibri" w:hAnsi="Calibri" w:eastAsia="Calibri"/>
          <w:b w:val="0"/>
          <w:i w:val="0"/>
          <w:sz w:val="22"/>
        </w:rPr>
        <w:t>• Unequal arm BPs, pulse deficit</w:t>
      </w:r>
    </w:p>
    <w:p>
      <w:pPr>
        <w:spacing w:before="0" w:after="40" w:line="259" w:lineRule="auto"/>
      </w:pPr>
      <w:r>
        <w:rPr>
          <w:rFonts w:ascii="Calibri" w:hAnsi="Calibri" w:eastAsia="Calibri"/>
          <w:b w:val="0"/>
          <w:i w:val="0"/>
          <w:sz w:val="22"/>
        </w:rPr>
        <w:t>• Possible new murmur, wide mediastinum</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ECG to look for ACS overlap — do not thrombolyse on a tearing story</w:t>
      </w:r>
    </w:p>
    <w:p>
      <w:pPr>
        <w:spacing w:before="0" w:after="40" w:line="259" w:lineRule="auto"/>
      </w:pPr>
      <w:r>
        <w:rPr>
          <w:rFonts w:ascii="Calibri" w:hAnsi="Calibri" w:eastAsia="Calibri"/>
          <w:b w:val="0"/>
          <w:i w:val="0"/>
          <w:sz w:val="22"/>
        </w:rPr>
        <w:t>• CT aortogram (or TOE if unstable)</w:t>
      </w:r>
    </w:p>
    <w:p>
      <w:pPr>
        <w:spacing w:before="0" w:after="40" w:line="259" w:lineRule="auto"/>
      </w:pPr>
      <w:r>
        <w:rPr>
          <w:rFonts w:ascii="Calibri" w:hAnsi="Calibri" w:eastAsia="Calibri"/>
          <w:b w:val="0"/>
          <w:i w:val="0"/>
          <w:sz w:val="22"/>
        </w:rPr>
        <w:t>• CXR, G&amp;S, troponin</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Do not give empirical dual antiplatelets or lytics</w:t>
      </w:r>
    </w:p>
    <w:p>
      <w:pPr>
        <w:spacing w:before="0" w:after="40" w:line="259" w:lineRule="auto"/>
      </w:pPr>
      <w:r>
        <w:rPr>
          <w:rFonts w:ascii="Calibri" w:hAnsi="Calibri" w:eastAsia="Calibri"/>
          <w:b w:val="0"/>
          <w:i w:val="0"/>
          <w:sz w:val="22"/>
        </w:rPr>
        <w:t>• Pain control, BP/HR control with senior help</w:t>
      </w:r>
    </w:p>
    <w:p>
      <w:pPr>
        <w:spacing w:before="0" w:after="40" w:line="259" w:lineRule="auto"/>
      </w:pPr>
      <w:r>
        <w:rPr>
          <w:rFonts w:ascii="Calibri" w:hAnsi="Calibri" w:eastAsia="Calibri"/>
          <w:b w:val="0"/>
          <w:i w:val="0"/>
          <w:sz w:val="22"/>
        </w:rPr>
        <w:t>• Immediate cardiothoracic referral for Type A</w:t>
      </w:r>
    </w:p>
    <w:p>
      <w:pPr>
        <w:spacing w:before="0" w:after="40" w:line="259" w:lineRule="auto"/>
      </w:pPr>
      <w:r>
        <w:rPr>
          <w:rFonts w:ascii="Calibri" w:hAnsi="Calibri" w:eastAsia="Calibri"/>
          <w:b w:val="0"/>
          <w:i w:val="0"/>
          <w:sz w:val="22"/>
        </w:rPr>
        <w:t>• Escorted imaging</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ESC aortic disease</w:t>
      </w:r>
    </w:p>
    <w:p>
      <w:pPr>
        <w:spacing w:before="0" w:after="40" w:line="259" w:lineRule="auto"/>
      </w:pPr>
      <w:r>
        <w:rPr>
          <w:rFonts w:ascii="Calibri" w:hAnsi="Calibri" w:eastAsia="Calibri"/>
          <w:b w:val="0"/>
          <w:i w:val="0"/>
          <w:sz w:val="22"/>
        </w:rPr>
        <w:t>• RCEM chest pain / dissection</w:t>
      </w:r>
    </w:p>
    <w:p>
      <w:pPr>
        <w:spacing w:before="0" w:after="40" w:line="259" w:lineRule="auto"/>
      </w:pPr>
      <w:r>
        <w:rPr>
          <w:rFonts w:ascii="Calibri" w:hAnsi="Calibri" w:eastAsia="Calibri"/>
          <w:b w:val="0"/>
          <w:i w:val="0"/>
          <w:sz w:val="22"/>
        </w:rPr>
        <w:t>• NICE ACS — know the mimic</w:t>
      </w:r>
    </w:p>
    <w:p>
      <w:r>
        <w:br w:type="page"/>
      </w:r>
    </w:p>
    <w:p>
      <w:pPr>
        <w:spacing w:before="120" w:after="160" w:line="259" w:lineRule="auto"/>
      </w:pPr>
      <w:r>
        <w:rPr>
          <w:rFonts w:ascii="Calibri" w:hAnsi="Calibri" w:eastAsia="Calibri"/>
          <w:b/>
          <w:i w:val="0"/>
          <w:color w:val="0C0E10"/>
          <w:sz w:val="36"/>
        </w:rPr>
        <w:t>Case 21 — Complete heart block with adverse features</w:t>
      </w:r>
    </w:p>
    <w:p>
      <w:pPr>
        <w:spacing w:before="0" w:after="40" w:line="259" w:lineRule="auto"/>
      </w:pPr>
      <w:r>
        <w:rPr>
          <w:rFonts w:ascii="Calibri" w:hAnsi="Calibri" w:eastAsia="Calibri"/>
          <w:b w:val="0"/>
          <w:i/>
          <w:color w:val="5A5A5A"/>
          <w:sz w:val="20"/>
        </w:rPr>
        <w:t>pre-alert · Scottish Ambulance Service — pre-alert · rhythm chb</w:t>
      </w:r>
    </w:p>
    <w:p>
      <w:pPr>
        <w:spacing w:before="0" w:after="40" w:line="259" w:lineRule="auto"/>
      </w:pPr>
      <w:r>
        <w:rPr>
          <w:rFonts w:ascii="Calibri" w:hAnsi="Calibri" w:eastAsia="Calibri"/>
          <w:b w:val="0"/>
          <w:i/>
          <w:color w:val="5A5A5A"/>
          <w:sz w:val="20"/>
        </w:rPr>
        <w:t>HR 28   BP 100/65   RR 16   SpO2 96%   temp 36.2   GCS 14   BM 6.1</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78 years, male</w:t>
      </w:r>
    </w:p>
    <w:p>
      <w:pPr>
        <w:spacing w:before="0" w:after="40" w:line="259" w:lineRule="auto"/>
      </w:pPr>
      <w:r>
        <w:rPr>
          <w:rFonts w:ascii="Calibri" w:hAnsi="Calibri" w:eastAsia="Calibri"/>
          <w:b w:val="0"/>
          <w:i w:val="0"/>
          <w:sz w:val="22"/>
        </w:rPr>
        <w:t>T collapse at home 18 minutes ago, now pale and sweaty</w:t>
      </w:r>
    </w:p>
    <w:p>
      <w:pPr>
        <w:spacing w:before="0" w:after="40" w:line="259" w:lineRule="auto"/>
      </w:pPr>
      <w:r>
        <w:rPr>
          <w:rFonts w:ascii="Calibri" w:hAnsi="Calibri" w:eastAsia="Calibri"/>
          <w:b w:val="0"/>
          <w:i w:val="0"/>
          <w:sz w:val="22"/>
        </w:rPr>
        <w:t>M medical — no trauma</w:t>
      </w:r>
    </w:p>
    <w:p>
      <w:pPr>
        <w:spacing w:before="0" w:after="40" w:line="259" w:lineRule="auto"/>
      </w:pPr>
      <w:r>
        <w:rPr>
          <w:rFonts w:ascii="Calibri" w:hAnsi="Calibri" w:eastAsia="Calibri"/>
          <w:b w:val="0"/>
          <w:i w:val="0"/>
          <w:sz w:val="22"/>
        </w:rPr>
        <w:t>I bisoprolol for "a slow pulse", no pacemaker</w:t>
      </w:r>
    </w:p>
    <w:p>
      <w:pPr>
        <w:spacing w:before="0" w:after="40" w:line="259" w:lineRule="auto"/>
      </w:pPr>
      <w:r>
        <w:rPr>
          <w:rFonts w:ascii="Calibri" w:hAnsi="Calibri" w:eastAsia="Calibri"/>
          <w:b w:val="0"/>
          <w:i w:val="0"/>
          <w:sz w:val="22"/>
        </w:rPr>
        <w:t>S HR 28 BP 100/65 RR 16 SpO2 96% air GCS 14, cool, clammy</w:t>
      </w:r>
    </w:p>
    <w:p>
      <w:pPr>
        <w:spacing w:before="0" w:after="40" w:line="259" w:lineRule="auto"/>
      </w:pPr>
      <w:r>
        <w:rPr>
          <w:rFonts w:ascii="Calibri" w:hAnsi="Calibri" w:eastAsia="Calibri"/>
          <w:b w:val="0"/>
          <w:i w:val="0"/>
          <w:sz w:val="22"/>
        </w:rPr>
        <w:t>T oxygen, pads on, no drugs</w:t>
      </w:r>
    </w:p>
    <w:p>
      <w:pPr>
        <w:spacing w:before="0" w:after="40" w:line="259" w:lineRule="auto"/>
      </w:pPr>
      <w:r>
        <w:rPr>
          <w:rFonts w:ascii="Calibri" w:hAnsi="Calibri" w:eastAsia="Calibri"/>
          <w:b w:val="0"/>
          <w:i w:val="0"/>
          <w:sz w:val="22"/>
        </w:rPr>
        <w:t>ETA 4 minutes.</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Crew: "He's talking. The rate is 28. Blood pressure is holding at 100."</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talking in sentences, no stridor, no swelling.</w:t>
      </w:r>
    </w:p>
    <w:p>
      <w:pPr>
        <w:spacing w:before="0" w:after="40" w:line="259" w:lineRule="auto"/>
      </w:pPr>
      <w:r>
        <w:rPr>
          <w:rFonts w:ascii="Calibri" w:hAnsi="Calibri" w:eastAsia="Calibri"/>
          <w:b w:val="0"/>
          <w:i w:val="0"/>
          <w:sz w:val="22"/>
        </w:rPr>
        <w:t>B — RR 16, equal air entry, no crackles, SpO2 96% air. Trachea central.</w:t>
      </w:r>
    </w:p>
    <w:p>
      <w:pPr>
        <w:spacing w:before="0" w:after="40" w:line="259" w:lineRule="auto"/>
      </w:pPr>
      <w:r>
        <w:rPr>
          <w:rFonts w:ascii="Calibri" w:hAnsi="Calibri" w:eastAsia="Calibri"/>
          <w:b w:val="0"/>
          <w:i w:val="0"/>
          <w:sz w:val="22"/>
        </w:rPr>
        <w:t>C — HR 28, BP 100/65 both arms, CRT 3 s, cool and clammy. Cannon A waves at the neck. No murmur.</w:t>
      </w:r>
    </w:p>
    <w:p>
      <w:pPr>
        <w:spacing w:before="0" w:after="40" w:line="259" w:lineRule="auto"/>
      </w:pPr>
      <w:r>
        <w:rPr>
          <w:rFonts w:ascii="Calibri" w:hAnsi="Calibri" w:eastAsia="Calibri"/>
          <w:b w:val="0"/>
          <w:i w:val="0"/>
          <w:sz w:val="22"/>
        </w:rPr>
        <w:t>D — GCS 14 (E4 V4 M6), BM 6.1, no focal neurology. Dizzy sitting up.</w:t>
      </w:r>
    </w:p>
    <w:p>
      <w:pPr>
        <w:spacing w:before="0" w:after="40" w:line="259" w:lineRule="auto"/>
      </w:pPr>
      <w:r>
        <w:rPr>
          <w:rFonts w:ascii="Calibri" w:hAnsi="Calibri" w:eastAsia="Calibri"/>
          <w:b w:val="0"/>
          <w:i w:val="0"/>
          <w:sz w:val="22"/>
        </w:rPr>
        <w:t>E — no rash, no pacemaker box, abdomen soft, no melaena.</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Pads are on. The monitor is a slow, regular, wide escape. He is clammy.</w:t>
      </w:r>
    </w:p>
    <w:p>
      <w:pPr>
        <w:spacing w:before="120" w:after="20" w:line="259" w:lineRule="auto"/>
        <w:shd w:fill="E8F5EC" w:val="clear"/>
      </w:pPr>
      <w:r>
        <w:rPr>
          <w:rFonts w:ascii="Calibri" w:hAnsi="Calibri" w:eastAsia="Calibri"/>
          <w:b/>
          <w:i w:val="0"/>
          <w:color w:val="146E3C"/>
          <w:sz w:val="22"/>
        </w:rPr>
        <w:t>A. [CORRECT] Atropine</w:t>
      </w:r>
    </w:p>
    <w:p>
      <w:pPr>
        <w:spacing w:before="0" w:after="20" w:line="259" w:lineRule="auto"/>
      </w:pPr>
      <w:r>
        <w:rPr>
          <w:rFonts w:ascii="Calibri" w:hAnsi="Calibri" w:eastAsia="Calibri"/>
          <w:b w:val="0"/>
          <w:i/>
          <w:color w:val="282828"/>
          <w:sz w:val="22"/>
        </w:rPr>
        <w:t>Bay: Atropine is in. Pads stay on. RCUK: first drug for bradycardia with adverse features — then pace if he does not respond.</w:t>
      </w:r>
    </w:p>
    <w:p>
      <w:pPr>
        <w:spacing w:before="0" w:after="40" w:line="259" w:lineRule="auto"/>
      </w:pPr>
      <w:r>
        <w:rPr>
          <w:rFonts w:ascii="Calibri" w:hAnsi="Calibri" w:eastAsia="Calibri"/>
          <w:b w:val="0"/>
          <w:i/>
          <w:color w:val="5A4614"/>
          <w:sz w:val="20"/>
        </w:rPr>
        <w:t>Reaction: hr +4, sbp +4</w:t>
      </w:r>
    </w:p>
    <w:p>
      <w:pPr>
        <w:spacing w:before="80" w:after="40" w:line="259" w:lineRule="auto"/>
      </w:pPr>
      <w:r>
        <w:rPr>
          <w:rFonts w:ascii="Calibri" w:hAnsi="Calibri" w:eastAsia="Calibri"/>
          <w:b/>
          <w:i w:val="0"/>
          <w:color w:val="46326E"/>
          <w:sz w:val="22"/>
        </w:rPr>
        <w:t xml:space="preserve">    Follow-up: What dose?</w:t>
      </w:r>
    </w:p>
    <w:p>
      <w:pPr>
        <w:spacing w:before="120" w:after="20" w:line="259" w:lineRule="auto"/>
        <w:shd w:fill="E8F5EC" w:val="clear"/>
      </w:pPr>
      <w:r>
        <w:rPr>
          <w:rFonts w:ascii="Calibri" w:hAnsi="Calibri" w:eastAsia="Calibri"/>
          <w:b/>
          <w:i w:val="0"/>
          <w:color w:val="146E3C"/>
          <w:sz w:val="22"/>
        </w:rPr>
        <w:t xml:space="preserve">    A. [CORRECT] 0.5 mg IV</w:t>
      </w:r>
    </w:p>
    <w:p>
      <w:pPr>
        <w:spacing w:before="0" w:after="20" w:line="259" w:lineRule="auto"/>
      </w:pPr>
      <w:r>
        <w:rPr>
          <w:rFonts w:ascii="Calibri" w:hAnsi="Calibri" w:eastAsia="Calibri"/>
          <w:b w:val="0"/>
          <w:i/>
          <w:color w:val="282828"/>
          <w:sz w:val="22"/>
        </w:rPr>
        <w:t xml:space="preserve">       Bay: RCUK: atropine 500 micrograms IV is the first bolus. Repeat every 3–5 minutes if needed.</w:t>
      </w:r>
    </w:p>
    <w:p>
      <w:pPr>
        <w:spacing w:before="80" w:after="40" w:line="259" w:lineRule="auto"/>
      </w:pPr>
      <w:r>
        <w:rPr>
          <w:rFonts w:ascii="Calibri" w:hAnsi="Calibri" w:eastAsia="Calibri"/>
          <w:b/>
          <w:i w:val="0"/>
          <w:color w:val="46326E"/>
          <w:sz w:val="22"/>
        </w:rPr>
        <w:t xml:space="preserve">        Follow-up: What is the maximum cumulative dose?</w:t>
      </w:r>
    </w:p>
    <w:p>
      <w:pPr>
        <w:spacing w:before="120" w:after="20" w:line="259" w:lineRule="auto"/>
        <w:shd w:fill="E8F5EC" w:val="clear"/>
      </w:pPr>
      <w:r>
        <w:rPr>
          <w:rFonts w:ascii="Calibri" w:hAnsi="Calibri" w:eastAsia="Calibri"/>
          <w:b/>
          <w:i w:val="0"/>
          <w:color w:val="146E3C"/>
          <w:sz w:val="22"/>
        </w:rPr>
        <w:t xml:space="preserve">        A. [CORRECT] 3 mg IV</w:t>
      </w:r>
    </w:p>
    <w:p>
      <w:pPr>
        <w:spacing w:before="0" w:after="20" w:line="259" w:lineRule="auto"/>
      </w:pPr>
      <w:r>
        <w:rPr>
          <w:rFonts w:ascii="Calibri" w:hAnsi="Calibri" w:eastAsia="Calibri"/>
          <w:b w:val="0"/>
          <w:i/>
          <w:color w:val="282828"/>
          <w:sz w:val="22"/>
        </w:rPr>
        <w:t xml:space="preserve">           Bay: Maximum cumulative atropine is 3 mg. He has had 500 micrograms. You still have room — and the pads stay on.</w:t>
      </w:r>
    </w:p>
    <w:p>
      <w:pPr>
        <w:spacing w:before="120" w:after="20" w:line="259" w:lineRule="auto"/>
        <w:shd w:fill="F8E8E8" w:val="clear"/>
      </w:pPr>
      <w:r>
        <w:rPr>
          <w:rFonts w:ascii="Calibri" w:hAnsi="Calibri" w:eastAsia="Calibri"/>
          <w:b w:val="0"/>
          <w:i w:val="0"/>
          <w:color w:val="A02828"/>
          <w:sz w:val="22"/>
        </w:rPr>
        <w:t xml:space="preserve">        B. [WRONG] 1 mg IV</w:t>
      </w:r>
    </w:p>
    <w:p>
      <w:pPr>
        <w:spacing w:before="0" w:after="20" w:line="259" w:lineRule="auto"/>
      </w:pPr>
      <w:r>
        <w:rPr>
          <w:rFonts w:ascii="Calibri" w:hAnsi="Calibri" w:eastAsia="Calibri"/>
          <w:b w:val="0"/>
          <w:i/>
          <w:color w:val="282828"/>
          <w:sz w:val="22"/>
        </w:rPr>
        <w:t xml:space="preserve">           Bay: Too low. Repeat 500 microgram boluses to a maximum of 3 mg.</w:t>
      </w:r>
    </w:p>
    <w:p>
      <w:pPr>
        <w:spacing w:before="120" w:after="20" w:line="259" w:lineRule="auto"/>
        <w:shd w:fill="F8E8E8" w:val="clear"/>
      </w:pPr>
      <w:r>
        <w:rPr>
          <w:rFonts w:ascii="Calibri" w:hAnsi="Calibri" w:eastAsia="Calibri"/>
          <w:b w:val="0"/>
          <w:i w:val="0"/>
          <w:color w:val="A02828"/>
          <w:sz w:val="22"/>
        </w:rPr>
        <w:t xml:space="preserve">        C. [WRONG] 6 mg IV</w:t>
      </w:r>
    </w:p>
    <w:p>
      <w:pPr>
        <w:spacing w:before="0" w:after="20" w:line="259" w:lineRule="auto"/>
      </w:pPr>
      <w:r>
        <w:rPr>
          <w:rFonts w:ascii="Calibri" w:hAnsi="Calibri" w:eastAsia="Calibri"/>
          <w:b w:val="0"/>
          <w:i/>
          <w:color w:val="282828"/>
          <w:sz w:val="22"/>
        </w:rPr>
        <w:t xml:space="preserve">           Bay: There is no 6 mg cap. Stop at 3 mg and pace.</w:t>
      </w:r>
    </w:p>
    <w:p>
      <w:pPr>
        <w:spacing w:before="120" w:after="20" w:line="259" w:lineRule="auto"/>
        <w:shd w:fill="F8E8E8" w:val="clear"/>
      </w:pPr>
      <w:r>
        <w:rPr>
          <w:rFonts w:ascii="Calibri" w:hAnsi="Calibri" w:eastAsia="Calibri"/>
          <w:b w:val="0"/>
          <w:i w:val="0"/>
          <w:color w:val="A02828"/>
          <w:sz w:val="22"/>
        </w:rPr>
        <w:t xml:space="preserve">        D. [WRONG] 0.5 mg IV — no further doses</w:t>
      </w:r>
    </w:p>
    <w:p>
      <w:pPr>
        <w:spacing w:before="0" w:after="20" w:line="259" w:lineRule="auto"/>
      </w:pPr>
      <w:r>
        <w:rPr>
          <w:rFonts w:ascii="Calibri" w:hAnsi="Calibri" w:eastAsia="Calibri"/>
          <w:b w:val="0"/>
          <w:i/>
          <w:color w:val="282828"/>
          <w:sz w:val="22"/>
        </w:rPr>
        <w:t xml:space="preserve">           Bay: You may repeat to 3 mg. Do not stop after the first syringe if he is still 28.</w:t>
      </w:r>
    </w:p>
    <w:p>
      <w:pPr>
        <w:spacing w:before="120" w:after="20" w:line="259" w:lineRule="auto"/>
        <w:shd w:fill="F8E8E8" w:val="clear"/>
      </w:pPr>
      <w:r>
        <w:rPr>
          <w:rFonts w:ascii="Calibri" w:hAnsi="Calibri" w:eastAsia="Calibri"/>
          <w:b w:val="0"/>
          <w:i w:val="0"/>
          <w:color w:val="A02828"/>
          <w:sz w:val="22"/>
        </w:rPr>
        <w:t xml:space="preserve">        E. [WRONG] There is no maximum</w:t>
      </w:r>
    </w:p>
    <w:p>
      <w:pPr>
        <w:spacing w:before="0" w:after="20" w:line="259" w:lineRule="auto"/>
      </w:pPr>
      <w:r>
        <w:rPr>
          <w:rFonts w:ascii="Calibri" w:hAnsi="Calibri" w:eastAsia="Calibri"/>
          <w:b w:val="0"/>
          <w:i/>
          <w:color w:val="282828"/>
          <w:sz w:val="22"/>
        </w:rPr>
        <w:t xml:space="preserve">           Bay: There is. 3 mg cumulative, then pacing and an infusion — not endless atropine.</w:t>
      </w:r>
    </w:p>
    <w:p>
      <w:pPr>
        <w:spacing w:before="120" w:after="20" w:line="259" w:lineRule="auto"/>
        <w:shd w:fill="F8E8E8" w:val="clear"/>
      </w:pPr>
      <w:r>
        <w:rPr>
          <w:rFonts w:ascii="Calibri" w:hAnsi="Calibri" w:eastAsia="Calibri"/>
          <w:b w:val="0"/>
          <w:i w:val="0"/>
          <w:color w:val="A02828"/>
          <w:sz w:val="22"/>
        </w:rPr>
        <w:t xml:space="preserve">    B. [WRONG] 0.3 mg IV</w:t>
      </w:r>
    </w:p>
    <w:p>
      <w:pPr>
        <w:spacing w:before="0" w:after="20" w:line="259" w:lineRule="auto"/>
      </w:pPr>
      <w:r>
        <w:rPr>
          <w:rFonts w:ascii="Calibri" w:hAnsi="Calibri" w:eastAsia="Calibri"/>
          <w:b w:val="0"/>
          <w:i/>
          <w:color w:val="282828"/>
          <w:sz w:val="22"/>
        </w:rPr>
        <w:t xml:space="preserve">       Bay: Underdose. Adult ALS first bolus is 500 micrograms, not 300.</w:t>
      </w:r>
    </w:p>
    <w:p>
      <w:pPr>
        <w:spacing w:before="120" w:after="20" w:line="259" w:lineRule="auto"/>
        <w:shd w:fill="F8E8E8" w:val="clear"/>
      </w:pPr>
      <w:r>
        <w:rPr>
          <w:rFonts w:ascii="Calibri" w:hAnsi="Calibri" w:eastAsia="Calibri"/>
          <w:b w:val="0"/>
          <w:i w:val="0"/>
          <w:color w:val="A02828"/>
          <w:sz w:val="22"/>
        </w:rPr>
        <w:t xml:space="preserve">    C. [WRONG] 0.6 mg IV</w:t>
      </w:r>
    </w:p>
    <w:p>
      <w:pPr>
        <w:spacing w:before="0" w:after="20" w:line="259" w:lineRule="auto"/>
      </w:pPr>
      <w:r>
        <w:rPr>
          <w:rFonts w:ascii="Calibri" w:hAnsi="Calibri" w:eastAsia="Calibri"/>
          <w:b w:val="0"/>
          <w:i/>
          <w:color w:val="282828"/>
          <w:sz w:val="22"/>
        </w:rPr>
        <w:t xml:space="preserve">       Bay: Not a listed ALS increment. First bolus is 500 micrograms.</w:t>
      </w:r>
    </w:p>
    <w:p>
      <w:pPr>
        <w:spacing w:before="120" w:after="20" w:line="259" w:lineRule="auto"/>
        <w:shd w:fill="F8E8E8" w:val="clear"/>
      </w:pPr>
      <w:r>
        <w:rPr>
          <w:rFonts w:ascii="Calibri" w:hAnsi="Calibri" w:eastAsia="Calibri"/>
          <w:b w:val="0"/>
          <w:i w:val="0"/>
          <w:color w:val="A02828"/>
          <w:sz w:val="22"/>
        </w:rPr>
        <w:t xml:space="preserve">    D. [WRONG] 1 mg IV</w:t>
      </w:r>
    </w:p>
    <w:p>
      <w:pPr>
        <w:spacing w:before="0" w:after="20" w:line="259" w:lineRule="auto"/>
      </w:pPr>
      <w:r>
        <w:rPr>
          <w:rFonts w:ascii="Calibri" w:hAnsi="Calibri" w:eastAsia="Calibri"/>
          <w:b w:val="0"/>
          <w:i/>
          <w:color w:val="282828"/>
          <w:sz w:val="22"/>
        </w:rPr>
        <w:t xml:space="preserve">       Bay: That is the arrest adrenaline volume, not the first atropine bolus. Start at 500 micrograms.</w:t>
      </w:r>
    </w:p>
    <w:p>
      <w:pPr>
        <w:spacing w:before="120" w:after="20" w:line="259" w:lineRule="auto"/>
        <w:shd w:fill="F8E8E8" w:val="clear"/>
      </w:pPr>
      <w:r>
        <w:rPr>
          <w:rFonts w:ascii="Calibri" w:hAnsi="Calibri" w:eastAsia="Calibri"/>
          <w:b w:val="0"/>
          <w:i w:val="0"/>
          <w:color w:val="A02828"/>
          <w:sz w:val="22"/>
        </w:rPr>
        <w:t xml:space="preserve">    E. [WRONG] 3 mg IV</w:t>
      </w:r>
    </w:p>
    <w:p>
      <w:pPr>
        <w:spacing w:before="0" w:after="20" w:line="259" w:lineRule="auto"/>
      </w:pPr>
      <w:r>
        <w:rPr>
          <w:rFonts w:ascii="Calibri" w:hAnsi="Calibri" w:eastAsia="Calibri"/>
          <w:b w:val="0"/>
          <w:i/>
          <w:color w:val="282828"/>
          <w:sz w:val="22"/>
        </w:rPr>
        <w:t xml:space="preserve">       Bay: 3 mg is the maximum cumulative dose, not the first bolus. First dose is 500 micrograms IV.</w:t>
      </w:r>
    </w:p>
    <w:p>
      <w:pPr>
        <w:spacing w:before="120" w:after="20" w:line="259" w:lineRule="auto"/>
        <w:shd w:fill="F8E8E8" w:val="clear"/>
      </w:pPr>
      <w:r>
        <w:rPr>
          <w:rFonts w:ascii="Calibri" w:hAnsi="Calibri" w:eastAsia="Calibri"/>
          <w:b w:val="0"/>
          <w:i w:val="0"/>
          <w:color w:val="A02828"/>
          <w:sz w:val="22"/>
        </w:rPr>
        <w:t>B. [WRONG] Immediate transcutaneous pacing</w:t>
      </w:r>
    </w:p>
    <w:p>
      <w:pPr>
        <w:spacing w:before="0" w:after="20" w:line="259" w:lineRule="auto"/>
      </w:pPr>
      <w:r>
        <w:rPr>
          <w:rFonts w:ascii="Calibri" w:hAnsi="Calibri" w:eastAsia="Calibri"/>
          <w:b w:val="0"/>
          <w:i/>
          <w:color w:val="282828"/>
          <w:sz w:val="22"/>
        </w:rPr>
        <w:t>Bay: Pads are on — good — but with output and a blood pressure of 100 you give atropine first. Pace if he does not respond or if he peri-arrests.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Epinephrine</w:t>
      </w:r>
    </w:p>
    <w:p>
      <w:pPr>
        <w:spacing w:before="0" w:after="20" w:line="259" w:lineRule="auto"/>
      </w:pPr>
      <w:r>
        <w:rPr>
          <w:rFonts w:ascii="Calibri" w:hAnsi="Calibri" w:eastAsia="Calibri"/>
          <w:b w:val="0"/>
          <w:i/>
          <w:color w:val="282828"/>
          <w:sz w:val="22"/>
        </w:rPr>
        <w:t>Bay: Same drug as adrenaline. An infusion is a later option after atropine. It is not the first syringe.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Adrenaline</w:t>
      </w:r>
    </w:p>
    <w:p>
      <w:pPr>
        <w:spacing w:before="0" w:after="20" w:line="259" w:lineRule="auto"/>
      </w:pPr>
      <w:r>
        <w:rPr>
          <w:rFonts w:ascii="Calibri" w:hAnsi="Calibri" w:eastAsia="Calibri"/>
          <w:b w:val="0"/>
          <w:i/>
          <w:color w:val="282828"/>
          <w:sz w:val="22"/>
        </w:rPr>
        <w:t>Bay: An adrenaline infusion (2–10 micrograms/min) is an option if atropine fails. A bolus from the arrest box is not first-line while he has output.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Isoprenaline</w:t>
      </w:r>
    </w:p>
    <w:p>
      <w:pPr>
        <w:spacing w:before="0" w:after="20" w:line="259" w:lineRule="auto"/>
      </w:pPr>
      <w:r>
        <w:rPr>
          <w:rFonts w:ascii="Calibri" w:hAnsi="Calibri" w:eastAsia="Calibri"/>
          <w:b w:val="0"/>
          <w:i/>
          <w:color w:val="282828"/>
          <w:sz w:val="22"/>
        </w:rPr>
        <w:t>Bay: Isoprenaline is an interim chronotrope after atropine, not the first drug. Atropine 500 micrograms now.</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Rate is still 28. BP 96/60. He is still clammy. Pads are on.</w:t>
      </w:r>
    </w:p>
    <w:p>
      <w:pPr>
        <w:spacing w:before="120" w:after="20" w:line="259" w:lineRule="auto"/>
        <w:shd w:fill="E8F5EC" w:val="clear"/>
      </w:pPr>
      <w:r>
        <w:rPr>
          <w:rFonts w:ascii="Calibri" w:hAnsi="Calibri" w:eastAsia="Calibri"/>
          <w:b/>
          <w:i w:val="0"/>
          <w:color w:val="146E3C"/>
          <w:sz w:val="22"/>
        </w:rPr>
        <w:t>A. [CORRECT] Transcutaneous pacing</w:t>
      </w:r>
    </w:p>
    <w:p>
      <w:pPr>
        <w:spacing w:before="0" w:after="20" w:line="259" w:lineRule="auto"/>
      </w:pPr>
      <w:r>
        <w:rPr>
          <w:rFonts w:ascii="Calibri" w:hAnsi="Calibri" w:eastAsia="Calibri"/>
          <w:b w:val="0"/>
          <w:i/>
          <w:color w:val="282828"/>
          <w:sz w:val="22"/>
        </w:rPr>
        <w:t>Bay: Capture at 70. He grimaces. Sedation is being drawn. Output is back.</w:t>
      </w:r>
    </w:p>
    <w:p>
      <w:pPr>
        <w:spacing w:before="0" w:after="40" w:line="259" w:lineRule="auto"/>
      </w:pPr>
      <w:r>
        <w:rPr>
          <w:rFonts w:ascii="Calibri" w:hAnsi="Calibri" w:eastAsia="Calibri"/>
          <w:b w:val="0"/>
          <w:i/>
          <w:color w:val="5A4614"/>
          <w:sz w:val="20"/>
        </w:rPr>
        <w:t>Reaction: hr +42, sbp +18, dbp +8, rhythm → chb</w:t>
      </w:r>
    </w:p>
    <w:p>
      <w:pPr>
        <w:spacing w:before="80" w:after="40" w:line="259" w:lineRule="auto"/>
      </w:pPr>
      <w:r>
        <w:rPr>
          <w:rFonts w:ascii="Calibri" w:hAnsi="Calibri" w:eastAsia="Calibri"/>
          <w:b/>
          <w:i w:val="0"/>
          <w:color w:val="46326E"/>
          <w:sz w:val="22"/>
        </w:rPr>
        <w:t xml:space="preserve">    Follow-up: How do you start pacing?</w:t>
      </w:r>
    </w:p>
    <w:p>
      <w:pPr>
        <w:spacing w:before="120" w:after="20" w:line="259" w:lineRule="auto"/>
        <w:shd w:fill="E8F5EC" w:val="clear"/>
      </w:pPr>
      <w:r>
        <w:rPr>
          <w:rFonts w:ascii="Calibri" w:hAnsi="Calibri" w:eastAsia="Calibri"/>
          <w:b/>
          <w:i w:val="0"/>
          <w:color w:val="146E3C"/>
          <w:sz w:val="22"/>
        </w:rPr>
        <w:t xml:space="preserve">    A. [CORRECT] Demand TCP, start around 60–80/min, increase mA until capture, then confirm a pulse</w:t>
      </w:r>
    </w:p>
    <w:p>
      <w:pPr>
        <w:spacing w:before="0" w:after="20" w:line="259" w:lineRule="auto"/>
      </w:pPr>
      <w:r>
        <w:rPr>
          <w:rFonts w:ascii="Calibri" w:hAnsi="Calibri" w:eastAsia="Calibri"/>
          <w:b w:val="0"/>
          <w:i/>
          <w:color w:val="282828"/>
          <w:sz w:val="22"/>
        </w:rPr>
        <w:t xml:space="preserve">       Bay: Capture plus a mechanical pulse. Do not leave him twitching without an output.</w:t>
      </w:r>
    </w:p>
    <w:p>
      <w:pPr>
        <w:spacing w:before="120" w:after="20" w:line="259" w:lineRule="auto"/>
        <w:shd w:fill="F8E8E8" w:val="clear"/>
      </w:pPr>
      <w:r>
        <w:rPr>
          <w:rFonts w:ascii="Calibri" w:hAnsi="Calibri" w:eastAsia="Calibri"/>
          <w:b w:val="0"/>
          <w:i w:val="0"/>
          <w:color w:val="A02828"/>
          <w:sz w:val="22"/>
        </w:rPr>
        <w:t xml:space="preserve">    B. [WRONG] Fixed asynchronised shocks at 150 J</w:t>
      </w:r>
    </w:p>
    <w:p>
      <w:pPr>
        <w:spacing w:before="0" w:after="20" w:line="259" w:lineRule="auto"/>
      </w:pPr>
      <w:r>
        <w:rPr>
          <w:rFonts w:ascii="Calibri" w:hAnsi="Calibri" w:eastAsia="Calibri"/>
          <w:b w:val="0"/>
          <w:i/>
          <w:color w:val="282828"/>
          <w:sz w:val="22"/>
        </w:rPr>
        <w:t xml:space="preserve">       Bay: That is defibrillation. TCP is a paced output at mA, not a cardioversion energy.</w:t>
      </w:r>
    </w:p>
    <w:p>
      <w:pPr>
        <w:spacing w:before="120" w:after="20" w:line="259" w:lineRule="auto"/>
        <w:shd w:fill="F8E8E8" w:val="clear"/>
      </w:pPr>
      <w:r>
        <w:rPr>
          <w:rFonts w:ascii="Calibri" w:hAnsi="Calibri" w:eastAsia="Calibri"/>
          <w:b w:val="0"/>
          <w:i w:val="0"/>
          <w:color w:val="A02828"/>
          <w:sz w:val="22"/>
        </w:rPr>
        <w:t xml:space="preserve">    C. [WRONG] Overdrive pace at 140/min from the start</w:t>
      </w:r>
    </w:p>
    <w:p>
      <w:pPr>
        <w:spacing w:before="0" w:after="20" w:line="259" w:lineRule="auto"/>
      </w:pPr>
      <w:r>
        <w:rPr>
          <w:rFonts w:ascii="Calibri" w:hAnsi="Calibri" w:eastAsia="Calibri"/>
          <w:b w:val="0"/>
          <w:i/>
          <w:color w:val="282828"/>
          <w:sz w:val="22"/>
        </w:rPr>
        <w:t xml:space="preserve">       Bay: Start near 60–80. You are treating bradycardia, not VT.</w:t>
      </w:r>
    </w:p>
    <w:p>
      <w:pPr>
        <w:spacing w:before="120" w:after="20" w:line="259" w:lineRule="auto"/>
        <w:shd w:fill="F8E8E8" w:val="clear"/>
      </w:pPr>
      <w:r>
        <w:rPr>
          <w:rFonts w:ascii="Calibri" w:hAnsi="Calibri" w:eastAsia="Calibri"/>
          <w:b w:val="0"/>
          <w:i w:val="0"/>
          <w:color w:val="A02828"/>
          <w:sz w:val="22"/>
        </w:rPr>
        <w:t xml:space="preserve">    D. [WRONG] Set mA to maximum and leave it without checking a pulse</w:t>
      </w:r>
    </w:p>
    <w:p>
      <w:pPr>
        <w:spacing w:before="0" w:after="20" w:line="259" w:lineRule="auto"/>
      </w:pPr>
      <w:r>
        <w:rPr>
          <w:rFonts w:ascii="Calibri" w:hAnsi="Calibri" w:eastAsia="Calibri"/>
          <w:b w:val="0"/>
          <w:i/>
          <w:color w:val="282828"/>
          <w:sz w:val="22"/>
        </w:rPr>
        <w:t xml:space="preserve">       Bay: Titrate to electrical capture, then confirm a pulse. Excess mA is pain without information.</w:t>
      </w:r>
    </w:p>
    <w:p>
      <w:pPr>
        <w:spacing w:before="120" w:after="20" w:line="259" w:lineRule="auto"/>
        <w:shd w:fill="F8E8E8" w:val="clear"/>
      </w:pPr>
      <w:r>
        <w:rPr>
          <w:rFonts w:ascii="Calibri" w:hAnsi="Calibri" w:eastAsia="Calibri"/>
          <w:b w:val="0"/>
          <w:i w:val="0"/>
          <w:color w:val="A02828"/>
          <w:sz w:val="22"/>
        </w:rPr>
        <w:t xml:space="preserve">    E. [WRONG] Pace only in theatre with a permanent generator</w:t>
      </w:r>
    </w:p>
    <w:p>
      <w:pPr>
        <w:spacing w:before="0" w:after="20" w:line="259" w:lineRule="auto"/>
      </w:pPr>
      <w:r>
        <w:rPr>
          <w:rFonts w:ascii="Calibri" w:hAnsi="Calibri" w:eastAsia="Calibri"/>
          <w:b w:val="0"/>
          <w:i/>
          <w:color w:val="282828"/>
          <w:sz w:val="22"/>
        </w:rPr>
        <w:t xml:space="preserve">       Bay: He needs capture now. TCP is the bridge to a wire.</w:t>
      </w:r>
    </w:p>
    <w:p>
      <w:pPr>
        <w:spacing w:before="120" w:after="20" w:line="259" w:lineRule="auto"/>
        <w:shd w:fill="F8E8E8" w:val="clear"/>
      </w:pPr>
      <w:r>
        <w:rPr>
          <w:rFonts w:ascii="Calibri" w:hAnsi="Calibri" w:eastAsia="Calibri"/>
          <w:b w:val="0"/>
          <w:i w:val="0"/>
          <w:color w:val="A02828"/>
          <w:sz w:val="22"/>
        </w:rPr>
        <w:t>B. [WRONG] Atropine</w:t>
      </w:r>
    </w:p>
    <w:p>
      <w:pPr>
        <w:spacing w:before="0" w:after="20" w:line="259" w:lineRule="auto"/>
      </w:pPr>
      <w:r>
        <w:rPr>
          <w:rFonts w:ascii="Calibri" w:hAnsi="Calibri" w:eastAsia="Calibri"/>
          <w:b w:val="0"/>
          <w:i/>
          <w:color w:val="282828"/>
          <w:sz w:val="22"/>
        </w:rPr>
        <w:t>Bay: You can repeat towards 3 mg, but a broad-complex complete heart block often will not respond. He still has adverse features — pace now.</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Epinephrine</w:t>
      </w:r>
    </w:p>
    <w:p>
      <w:pPr>
        <w:spacing w:before="0" w:after="20" w:line="259" w:lineRule="auto"/>
      </w:pPr>
      <w:r>
        <w:rPr>
          <w:rFonts w:ascii="Calibri" w:hAnsi="Calibri" w:eastAsia="Calibri"/>
          <w:b w:val="0"/>
          <w:i/>
          <w:color w:val="282828"/>
          <w:sz w:val="22"/>
        </w:rPr>
        <w:t>Bay: An adrenaline infusion is an alternative interim measure. With pads on and no response to atropine, TCP is the next RCUK step.</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Adrenaline</w:t>
      </w:r>
    </w:p>
    <w:p>
      <w:pPr>
        <w:spacing w:before="0" w:after="20" w:line="259" w:lineRule="auto"/>
      </w:pPr>
      <w:r>
        <w:rPr>
          <w:rFonts w:ascii="Calibri" w:hAnsi="Calibri" w:eastAsia="Calibri"/>
          <w:b w:val="0"/>
          <w:i/>
          <w:color w:val="282828"/>
          <w:sz w:val="22"/>
        </w:rPr>
        <w:t>Bay: Do not give 1 mg from the arrest box while he has a pulse. If you need a drug while waiting for capture, it is a 2–10 microgram/min infusion.</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Isoprenaline</w:t>
      </w:r>
    </w:p>
    <w:p>
      <w:pPr>
        <w:spacing w:before="0" w:after="20" w:line="259" w:lineRule="auto"/>
      </w:pPr>
      <w:r>
        <w:rPr>
          <w:rFonts w:ascii="Calibri" w:hAnsi="Calibri" w:eastAsia="Calibri"/>
          <w:b w:val="0"/>
          <w:i/>
          <w:color w:val="282828"/>
          <w:sz w:val="22"/>
        </w:rPr>
        <w:t>Bay: A reasonable interim chronotrope, but pads are on and he has failed atropine. Pace him.</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He is capturing. You can send investigations from the bay.</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7.32  pCO2 4.8  pO2 11.2  HCO3 18  BE −6  lactate 3.1  K+ 4.4  Hb 128</w:t>
      </w:r>
    </w:p>
    <w:p>
      <w:pPr>
        <w:spacing w:before="0" w:after="40" w:line="259" w:lineRule="auto"/>
      </w:pPr>
      <w:r>
        <w:rPr>
          <w:rFonts w:ascii="Calibri" w:hAnsi="Calibri" w:eastAsia="Calibri"/>
          <w:b w:val="0"/>
          <w:i w:val="0"/>
          <w:sz w:val="22"/>
        </w:rPr>
        <w:t>Mild hypoperfusion. Potassium is not the cause.</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6.1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chb</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Neg blood, protein, nitrites, leucocytes. Dark, concentrated.</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ue: Na 138   K 4.4   urea 8.1   creat 104</w:t>
      </w:r>
    </w:p>
    <w:p>
      <w:pPr>
        <w:spacing w:before="0" w:after="40" w:line="259" w:lineRule="auto"/>
      </w:pPr>
      <w:r>
        <w:rPr>
          <w:rFonts w:ascii="Calibri" w:hAnsi="Calibri" w:eastAsia="Calibri"/>
          <w:b w:val="0"/>
          <w:i w:val="0"/>
          <w:sz w:val="22"/>
        </w:rPr>
        <w:t>mg: 0.82 mmol/L</w:t>
      </w:r>
    </w:p>
    <w:p>
      <w:pPr>
        <w:spacing w:before="0" w:after="40" w:line="259" w:lineRule="auto"/>
      </w:pPr>
      <w:r>
        <w:rPr>
          <w:rFonts w:ascii="Calibri" w:hAnsi="Calibri" w:eastAsia="Calibri"/>
          <w:b w:val="0"/>
          <w:i w:val="0"/>
          <w:sz w:val="22"/>
        </w:rPr>
        <w:t>trop: 18 ng/L (not a reason to lyse)</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12-lead: complete heart block, broad QRS escape. Review any results that have returned — then decide.</w:t>
      </w:r>
    </w:p>
    <w:p>
      <w:pPr>
        <w:spacing w:before="120" w:after="20" w:line="259" w:lineRule="auto"/>
        <w:shd w:fill="E8F5EC" w:val="clear"/>
      </w:pPr>
      <w:r>
        <w:rPr>
          <w:rFonts w:ascii="Calibri" w:hAnsi="Calibri" w:eastAsia="Calibri"/>
          <w:b/>
          <w:i w:val="0"/>
          <w:color w:val="146E3C"/>
          <w:sz w:val="22"/>
        </w:rPr>
        <w:t>A. [CORRECT] Adrenaline infusion</w:t>
      </w:r>
    </w:p>
    <w:p>
      <w:pPr>
        <w:spacing w:before="0" w:after="20" w:line="259" w:lineRule="auto"/>
      </w:pPr>
      <w:r>
        <w:rPr>
          <w:rFonts w:ascii="Calibri" w:hAnsi="Calibri" w:eastAsia="Calibri"/>
          <w:b w:val="0"/>
          <w:i/>
          <w:color w:val="282828"/>
          <w:sz w:val="22"/>
        </w:rPr>
        <w:t>Bay: Low-dose adrenaline running. Capture is intermittent. Cardiology are coming for a wire.</w:t>
      </w:r>
    </w:p>
    <w:p>
      <w:pPr>
        <w:spacing w:before="0" w:after="40" w:line="259" w:lineRule="auto"/>
      </w:pPr>
      <w:r>
        <w:rPr>
          <w:rFonts w:ascii="Calibri" w:hAnsi="Calibri" w:eastAsia="Calibri"/>
          <w:b w:val="0"/>
          <w:i/>
          <w:color w:val="5A4614"/>
          <w:sz w:val="20"/>
        </w:rPr>
        <w:t>Reaction: hr +8, sbp +10</w:t>
      </w:r>
    </w:p>
    <w:p>
      <w:pPr>
        <w:spacing w:before="80" w:after="40" w:line="259" w:lineRule="auto"/>
      </w:pPr>
      <w:r>
        <w:rPr>
          <w:rFonts w:ascii="Calibri" w:hAnsi="Calibri" w:eastAsia="Calibri"/>
          <w:b/>
          <w:i w:val="0"/>
          <w:color w:val="46326E"/>
          <w:sz w:val="22"/>
        </w:rPr>
        <w:t xml:space="preserve">    Follow-up: What infusion rate?</w:t>
      </w:r>
    </w:p>
    <w:p>
      <w:pPr>
        <w:spacing w:before="120" w:after="20" w:line="259" w:lineRule="auto"/>
        <w:shd w:fill="E8F5EC" w:val="clear"/>
      </w:pPr>
      <w:r>
        <w:rPr>
          <w:rFonts w:ascii="Calibri" w:hAnsi="Calibri" w:eastAsia="Calibri"/>
          <w:b/>
          <w:i w:val="0"/>
          <w:color w:val="146E3C"/>
          <w:sz w:val="22"/>
        </w:rPr>
        <w:t xml:space="preserve">    A. [CORRECT] Adrenaline 2–10 micrograms/min IV</w:t>
      </w:r>
    </w:p>
    <w:p>
      <w:pPr>
        <w:spacing w:before="0" w:after="20" w:line="259" w:lineRule="auto"/>
      </w:pPr>
      <w:r>
        <w:rPr>
          <w:rFonts w:ascii="Calibri" w:hAnsi="Calibri" w:eastAsia="Calibri"/>
          <w:b w:val="0"/>
          <w:i/>
          <w:color w:val="282828"/>
          <w:sz w:val="22"/>
        </w:rPr>
        <w:t xml:space="preserve">       Bay: RCUK interim: adrenaline 2–10 microg/min while you arrange pacing. Not 1 mg boluses.</w:t>
      </w:r>
    </w:p>
    <w:p>
      <w:pPr>
        <w:spacing w:before="120" w:after="20" w:line="259" w:lineRule="auto"/>
        <w:shd w:fill="F8E8E8" w:val="clear"/>
      </w:pPr>
      <w:r>
        <w:rPr>
          <w:rFonts w:ascii="Calibri" w:hAnsi="Calibri" w:eastAsia="Calibri"/>
          <w:b w:val="0"/>
          <w:i w:val="0"/>
          <w:color w:val="A02828"/>
          <w:sz w:val="22"/>
        </w:rPr>
        <w:t xml:space="preserve">    B. [WRONG] Adrenaline 1 mg IV every 3–5 minutes</w:t>
      </w:r>
    </w:p>
    <w:p>
      <w:pPr>
        <w:spacing w:before="0" w:after="20" w:line="259" w:lineRule="auto"/>
      </w:pPr>
      <w:r>
        <w:rPr>
          <w:rFonts w:ascii="Calibri" w:hAnsi="Calibri" w:eastAsia="Calibri"/>
          <w:b w:val="0"/>
          <w:i/>
          <w:color w:val="282828"/>
          <w:sz w:val="22"/>
        </w:rPr>
        <w:t xml:space="preserve">       Bay: That is the arrest bolus. He has output. Use an infusion.</w:t>
      </w:r>
    </w:p>
    <w:p>
      <w:pPr>
        <w:spacing w:before="120" w:after="20" w:line="259" w:lineRule="auto"/>
        <w:shd w:fill="F8E8E8" w:val="clear"/>
      </w:pPr>
      <w:r>
        <w:rPr>
          <w:rFonts w:ascii="Calibri" w:hAnsi="Calibri" w:eastAsia="Calibri"/>
          <w:b w:val="0"/>
          <w:i w:val="0"/>
          <w:color w:val="A02828"/>
          <w:sz w:val="22"/>
        </w:rPr>
        <w:t xml:space="preserve">    C. [WRONG] Adrenaline 50 micrograms/min as the starting rate</w:t>
      </w:r>
    </w:p>
    <w:p>
      <w:pPr>
        <w:spacing w:before="0" w:after="20" w:line="259" w:lineRule="auto"/>
      </w:pPr>
      <w:r>
        <w:rPr>
          <w:rFonts w:ascii="Calibri" w:hAnsi="Calibri" w:eastAsia="Calibri"/>
          <w:b w:val="0"/>
          <w:i/>
          <w:color w:val="282828"/>
          <w:sz w:val="22"/>
        </w:rPr>
        <w:t xml:space="preserve">       Bay: Start low (2–10 microg/min) and titrate. That starting rate is excessive.</w:t>
      </w:r>
    </w:p>
    <w:p>
      <w:pPr>
        <w:spacing w:before="120" w:after="20" w:line="259" w:lineRule="auto"/>
        <w:shd w:fill="F8E8E8" w:val="clear"/>
      </w:pPr>
      <w:r>
        <w:rPr>
          <w:rFonts w:ascii="Calibri" w:hAnsi="Calibri" w:eastAsia="Calibri"/>
          <w:b w:val="0"/>
          <w:i w:val="0"/>
          <w:color w:val="A02828"/>
          <w:sz w:val="22"/>
        </w:rPr>
        <w:t xml:space="preserve">    D. [WRONG] Epinephrine 1 mg IM</w:t>
      </w:r>
    </w:p>
    <w:p>
      <w:pPr>
        <w:spacing w:before="0" w:after="20" w:line="259" w:lineRule="auto"/>
      </w:pPr>
      <w:r>
        <w:rPr>
          <w:rFonts w:ascii="Calibri" w:hAnsi="Calibri" w:eastAsia="Calibri"/>
          <w:b w:val="0"/>
          <w:i/>
          <w:color w:val="282828"/>
          <w:sz w:val="22"/>
        </w:rPr>
        <w:t xml:space="preserve">       Bay: Wrong route, wrong indication. This is not anaphylaxis.</w:t>
      </w:r>
    </w:p>
    <w:p>
      <w:pPr>
        <w:spacing w:before="120" w:after="20" w:line="259" w:lineRule="auto"/>
        <w:shd w:fill="F8E8E8" w:val="clear"/>
      </w:pPr>
      <w:r>
        <w:rPr>
          <w:rFonts w:ascii="Calibri" w:hAnsi="Calibri" w:eastAsia="Calibri"/>
          <w:b w:val="0"/>
          <w:i w:val="0"/>
          <w:color w:val="A02828"/>
          <w:sz w:val="22"/>
        </w:rPr>
        <w:t xml:space="preserve">    E. [WRONG] No infusion — TCP alone is always enough</w:t>
      </w:r>
    </w:p>
    <w:p>
      <w:pPr>
        <w:spacing w:before="0" w:after="20" w:line="259" w:lineRule="auto"/>
      </w:pPr>
      <w:r>
        <w:rPr>
          <w:rFonts w:ascii="Calibri" w:hAnsi="Calibri" w:eastAsia="Calibri"/>
          <w:b w:val="0"/>
          <w:i/>
          <w:color w:val="282828"/>
          <w:sz w:val="22"/>
        </w:rPr>
        <w:t xml:space="preserve">       Bay: Capture can fail. Have an infusion drawn while cardiology bring a wire.</w:t>
      </w:r>
    </w:p>
    <w:p>
      <w:pPr>
        <w:spacing w:before="120" w:after="20" w:line="259" w:lineRule="auto"/>
        <w:shd w:fill="F8E8E8" w:val="clear"/>
      </w:pPr>
      <w:r>
        <w:rPr>
          <w:rFonts w:ascii="Calibri" w:hAnsi="Calibri" w:eastAsia="Calibri"/>
          <w:b w:val="0"/>
          <w:i w:val="0"/>
          <w:color w:val="A02828"/>
          <w:sz w:val="22"/>
        </w:rPr>
        <w:t>B. [WRONG] Immediate transcutaneous pacing</w:t>
      </w:r>
    </w:p>
    <w:p>
      <w:pPr>
        <w:spacing w:before="0" w:after="20" w:line="259" w:lineRule="auto"/>
      </w:pPr>
      <w:r>
        <w:rPr>
          <w:rFonts w:ascii="Calibri" w:hAnsi="Calibri" w:eastAsia="Calibri"/>
          <w:b w:val="0"/>
          <w:i/>
          <w:color w:val="282828"/>
          <w:sz w:val="22"/>
        </w:rPr>
        <w:t>Bay: He is already on TCP. The 12-lead confirms broad-complex CHB. He needs a chemical bridge and a wire, not another pad site.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Atropine</w:t>
      </w:r>
    </w:p>
    <w:p>
      <w:pPr>
        <w:spacing w:before="0" w:after="20" w:line="259" w:lineRule="auto"/>
      </w:pPr>
      <w:r>
        <w:rPr>
          <w:rFonts w:ascii="Calibri" w:hAnsi="Calibri" w:eastAsia="Calibri"/>
          <w:b w:val="0"/>
          <w:i/>
          <w:color w:val="282828"/>
          <w:sz w:val="22"/>
        </w:rPr>
        <w:t>Bay: Broad-complex complete heart block rarely responds. You have given the first dose. Do not chase 3 mg instead of an infusion and a wire.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Epinephrine</w:t>
      </w:r>
    </w:p>
    <w:p>
      <w:pPr>
        <w:spacing w:before="0" w:after="20" w:line="259" w:lineRule="auto"/>
      </w:pPr>
      <w:r>
        <w:rPr>
          <w:rFonts w:ascii="Calibri" w:hAnsi="Calibri" w:eastAsia="Calibri"/>
          <w:b w:val="0"/>
          <w:i/>
          <w:color w:val="282828"/>
          <w:sz w:val="22"/>
        </w:rPr>
        <w:t>Bay: Same drug — but a 1 mg IM or arrest bolus is wrong. If you mean an infusion, that is the correct next chemical step.</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Isoprenaline</w:t>
      </w:r>
    </w:p>
    <w:p>
      <w:pPr>
        <w:spacing w:before="0" w:after="20" w:line="259" w:lineRule="auto"/>
      </w:pPr>
      <w:r>
        <w:rPr>
          <w:rFonts w:ascii="Calibri" w:hAnsi="Calibri" w:eastAsia="Calibri"/>
          <w:b w:val="0"/>
          <w:i/>
          <w:color w:val="282828"/>
          <w:sz w:val="22"/>
        </w:rPr>
        <w:t>Bay: An acceptable alternative chronotrope. RCUK lists adrenaline 2–10 microg/min as the usual ED infusion while pacing is arranged.</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Daughter is in the relatives' room.</w:t>
      </w:r>
    </w:p>
    <w:p>
      <w:pPr>
        <w:spacing w:before="120" w:after="20" w:line="259" w:lineRule="auto"/>
        <w:shd w:fill="E8F5EC" w:val="clear"/>
      </w:pPr>
      <w:r>
        <w:rPr>
          <w:rFonts w:ascii="Calibri" w:hAnsi="Calibri" w:eastAsia="Calibri"/>
          <w:b/>
          <w:i w:val="0"/>
          <w:color w:val="146E3C"/>
          <w:sz w:val="22"/>
        </w:rPr>
        <w:t>A. [CORRECT] Ask about syncope, chest pain, heart failure symptoms and previous ECG / Holter</w:t>
      </w:r>
    </w:p>
    <w:p>
      <w:pPr>
        <w:spacing w:before="0" w:after="20" w:line="259" w:lineRule="auto"/>
      </w:pPr>
      <w:r>
        <w:rPr>
          <w:rFonts w:ascii="Calibri" w:hAnsi="Calibri" w:eastAsia="Calibri"/>
          <w:b w:val="0"/>
          <w:i/>
          <w:color w:val="282828"/>
          <w:sz w:val="22"/>
        </w:rPr>
        <w:t>Bay: Two faints this week. No chest pain today. GP said 'a slow pulse' last month. No Holter.</w:t>
      </w:r>
    </w:p>
    <w:p>
      <w:pPr>
        <w:spacing w:before="120" w:after="20" w:line="259" w:lineRule="auto"/>
        <w:shd w:fill="E8F5EC" w:val="clear"/>
      </w:pPr>
      <w:r>
        <w:rPr>
          <w:rFonts w:ascii="Calibri" w:hAnsi="Calibri" w:eastAsia="Calibri"/>
          <w:b/>
          <w:i w:val="0"/>
          <w:color w:val="146E3C"/>
          <w:sz w:val="22"/>
        </w:rPr>
        <w:t>B. [CORRECT] Check drugs — beta-blocker, digoxin, diltiazem, amiodarone, donepezil</w:t>
      </w:r>
    </w:p>
    <w:p>
      <w:pPr>
        <w:spacing w:before="0" w:after="20" w:line="259" w:lineRule="auto"/>
      </w:pPr>
      <w:r>
        <w:rPr>
          <w:rFonts w:ascii="Calibri" w:hAnsi="Calibri" w:eastAsia="Calibri"/>
          <w:b w:val="0"/>
          <w:i/>
          <w:color w:val="282828"/>
          <w:sz w:val="22"/>
        </w:rPr>
        <w:t>Bay: Bisoprolol 5 mg. No digoxin, no rate-limiting calcium blocker. GP started bisoprolol for 'high blood pressure'.</w:t>
      </w:r>
    </w:p>
    <w:p>
      <w:pPr>
        <w:spacing w:before="120" w:after="20" w:line="259" w:lineRule="auto"/>
        <w:shd w:fill="E8F5EC" w:val="clear"/>
      </w:pPr>
      <w:r>
        <w:rPr>
          <w:rFonts w:ascii="Calibri" w:hAnsi="Calibri" w:eastAsia="Calibri"/>
          <w:b/>
          <w:i w:val="0"/>
          <w:color w:val="146E3C"/>
          <w:sz w:val="22"/>
        </w:rPr>
        <w:t>C. [CORRECT] Ask about a pacemaker discussion, ischaemic history and last electrolytes</w:t>
      </w:r>
    </w:p>
    <w:p>
      <w:pPr>
        <w:spacing w:before="0" w:after="20" w:line="259" w:lineRule="auto"/>
      </w:pPr>
      <w:r>
        <w:rPr>
          <w:rFonts w:ascii="Calibri" w:hAnsi="Calibri" w:eastAsia="Calibri"/>
          <w:b w:val="0"/>
          <w:i/>
          <w:color w:val="282828"/>
          <w:sz w:val="22"/>
        </w:rPr>
        <w:t>Bay: No pacemaker talk. NSTEMI five years ago, no PCI. U&amp;E last month normal.</w:t>
      </w:r>
    </w:p>
    <w:p>
      <w:pPr>
        <w:spacing w:before="120" w:after="20" w:line="259" w:lineRule="auto"/>
        <w:shd w:fill="F8E8E8" w:val="clear"/>
      </w:pPr>
      <w:r>
        <w:rPr>
          <w:rFonts w:ascii="Calibri" w:hAnsi="Calibri" w:eastAsia="Calibri"/>
          <w:b w:val="0"/>
          <w:i w:val="0"/>
          <w:color w:val="A02828"/>
          <w:sz w:val="22"/>
        </w:rPr>
        <w:t>D. [WRONG] Await a high-sensitivity troponin before calling cardiology for pacing</w:t>
      </w:r>
    </w:p>
    <w:p>
      <w:pPr>
        <w:spacing w:before="0" w:after="20" w:line="259" w:lineRule="auto"/>
      </w:pPr>
      <w:r>
        <w:rPr>
          <w:rFonts w:ascii="Calibri" w:hAnsi="Calibri" w:eastAsia="Calibri"/>
          <w:b w:val="0"/>
          <w:i/>
          <w:color w:val="282828"/>
          <w:sz w:val="22"/>
        </w:rPr>
        <w:t>Bay: Broad-complex CHB with adverse features does not wait on a trop. The wire is the treatment.</w:t>
      </w:r>
    </w:p>
    <w:p>
      <w:pPr>
        <w:spacing w:before="120" w:after="20" w:line="259" w:lineRule="auto"/>
        <w:shd w:fill="F8E8E8" w:val="clear"/>
      </w:pPr>
      <w:r>
        <w:rPr>
          <w:rFonts w:ascii="Calibri" w:hAnsi="Calibri" w:eastAsia="Calibri"/>
          <w:b w:val="0"/>
          <w:i w:val="0"/>
          <w:color w:val="A02828"/>
          <w:sz w:val="22"/>
        </w:rPr>
        <w:t>E. [WRONG] Stop all further pacing until a digitalis level is back</w:t>
      </w:r>
    </w:p>
    <w:p>
      <w:pPr>
        <w:spacing w:before="0" w:after="20" w:line="259" w:lineRule="auto"/>
      </w:pPr>
      <w:r>
        <w:rPr>
          <w:rFonts w:ascii="Calibri" w:hAnsi="Calibri" w:eastAsia="Calibri"/>
          <w:b w:val="0"/>
          <w:i/>
          <w:color w:val="282828"/>
          <w:sz w:val="22"/>
        </w:rPr>
        <w:t>Bay: He is not on digoxin. Do not pause TCP for a test that will not change the next hour.</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Unstable complete heart block with adverse features</w:t>
      </w:r>
    </w:p>
    <w:p>
      <w:pPr>
        <w:spacing w:before="0" w:after="20" w:line="259" w:lineRule="auto"/>
      </w:pPr>
      <w:r>
        <w:rPr>
          <w:rFonts w:ascii="Calibri" w:hAnsi="Calibri" w:eastAsia="Calibri"/>
          <w:b w:val="0"/>
          <w:i/>
          <w:color w:val="282828"/>
          <w:sz w:val="22"/>
        </w:rPr>
        <w:t>Bay: HR 28, syncope, cool and clammy. Broad-complex CHB. Atropine then pacing.</w:t>
      </w:r>
    </w:p>
    <w:p>
      <w:pPr>
        <w:spacing w:before="120" w:after="20" w:line="259" w:lineRule="auto"/>
        <w:shd w:fill="F8E8E8" w:val="clear"/>
      </w:pPr>
      <w:r>
        <w:rPr>
          <w:rFonts w:ascii="Calibri" w:hAnsi="Calibri" w:eastAsia="Calibri"/>
          <w:b w:val="0"/>
          <w:i w:val="0"/>
          <w:color w:val="A02828"/>
          <w:sz w:val="22"/>
        </w:rPr>
        <w:t>B. [WRONG] Hyperkalaemic sine-wave bradycardia</w:t>
      </w:r>
    </w:p>
    <w:p>
      <w:pPr>
        <w:spacing w:before="0" w:after="20" w:line="259" w:lineRule="auto"/>
      </w:pPr>
      <w:r>
        <w:rPr>
          <w:rFonts w:ascii="Calibri" w:hAnsi="Calibri" w:eastAsia="Calibri"/>
          <w:b w:val="0"/>
          <w:i/>
          <w:color w:val="282828"/>
          <w:sz w:val="22"/>
        </w:rPr>
        <w:t>Bay: K+ is 4.4 and the QRS is a ventricular escape, not a sine wave. This is conduction, not potassium.</w:t>
      </w:r>
    </w:p>
    <w:p>
      <w:pPr>
        <w:spacing w:before="120" w:after="20" w:line="259" w:lineRule="auto"/>
        <w:shd w:fill="F8E8E8" w:val="clear"/>
      </w:pPr>
      <w:r>
        <w:rPr>
          <w:rFonts w:ascii="Calibri" w:hAnsi="Calibri" w:eastAsia="Calibri"/>
          <w:b w:val="0"/>
          <w:i w:val="0"/>
          <w:color w:val="A02828"/>
          <w:sz w:val="22"/>
        </w:rPr>
        <w:t>C. [WRONG] Inferior STEMI with vagal bradycardia</w:t>
      </w:r>
    </w:p>
    <w:p>
      <w:pPr>
        <w:spacing w:before="0" w:after="20" w:line="259" w:lineRule="auto"/>
      </w:pPr>
      <w:r>
        <w:rPr>
          <w:rFonts w:ascii="Calibri" w:hAnsi="Calibri" w:eastAsia="Calibri"/>
          <w:b w:val="0"/>
          <w:i/>
          <w:color w:val="282828"/>
          <w:sz w:val="22"/>
        </w:rPr>
        <w:t>Bay: No territorial ST elevation on the 12-lead. Treat the block; do not lyse.</w:t>
      </w:r>
    </w:p>
    <w:p>
      <w:pPr>
        <w:spacing w:before="120" w:after="20" w:line="259" w:lineRule="auto"/>
        <w:shd w:fill="F8E8E8" w:val="clear"/>
      </w:pPr>
      <w:r>
        <w:rPr>
          <w:rFonts w:ascii="Calibri" w:hAnsi="Calibri" w:eastAsia="Calibri"/>
          <w:b w:val="0"/>
          <w:i w:val="0"/>
          <w:color w:val="A02828"/>
          <w:sz w:val="22"/>
        </w:rPr>
        <w:t>D. [WRONG] Beta-blocker overdose as the sole diagnosis</w:t>
      </w:r>
    </w:p>
    <w:p>
      <w:pPr>
        <w:spacing w:before="0" w:after="20" w:line="259" w:lineRule="auto"/>
      </w:pPr>
      <w:r>
        <w:rPr>
          <w:rFonts w:ascii="Calibri" w:hAnsi="Calibri" w:eastAsia="Calibri"/>
          <w:b w:val="0"/>
          <w:i/>
          <w:color w:val="282828"/>
          <w:sz w:val="22"/>
        </w:rPr>
        <w:t>Bay: Bisoprolol 5 mg is a therapeutic dose, not an overdose. It may contribute, but the ECG is CHB — he still needs a wire.</w:t>
      </w:r>
    </w:p>
    <w:p>
      <w:pPr>
        <w:spacing w:before="120" w:after="20" w:line="259" w:lineRule="auto"/>
        <w:shd w:fill="F8E8E8" w:val="clear"/>
      </w:pPr>
      <w:r>
        <w:rPr>
          <w:rFonts w:ascii="Calibri" w:hAnsi="Calibri" w:eastAsia="Calibri"/>
          <w:b w:val="0"/>
          <w:i w:val="0"/>
          <w:color w:val="A02828"/>
          <w:sz w:val="22"/>
        </w:rPr>
        <w:t>E. [WRONG] Vasovagal syncope with sinus bradycardia</w:t>
      </w:r>
    </w:p>
    <w:p>
      <w:pPr>
        <w:spacing w:before="0" w:after="20" w:line="259" w:lineRule="auto"/>
      </w:pPr>
      <w:r>
        <w:rPr>
          <w:rFonts w:ascii="Calibri" w:hAnsi="Calibri" w:eastAsia="Calibri"/>
          <w:b w:val="0"/>
          <w:i/>
          <w:color w:val="282828"/>
          <w:sz w:val="22"/>
        </w:rPr>
        <w:t>Bay: Cannon A waves and a wide, regular escape at 28 are not sinus. This is complete heart block.</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Cardiology are in the bay. Capture is painful and intermittent.</w:t>
      </w:r>
    </w:p>
    <w:p>
      <w:pPr>
        <w:spacing w:before="120" w:after="20" w:line="259" w:lineRule="auto"/>
        <w:shd w:fill="E8F5EC" w:val="clear"/>
      </w:pPr>
      <w:r>
        <w:rPr>
          <w:rFonts w:ascii="Calibri" w:hAnsi="Calibri" w:eastAsia="Calibri"/>
          <w:b/>
          <w:i w:val="0"/>
          <w:color w:val="146E3C"/>
          <w:sz w:val="22"/>
        </w:rPr>
        <w:t>A. [CORRECT] Temporary transvenous pacing</w:t>
      </w:r>
    </w:p>
    <w:p>
      <w:pPr>
        <w:spacing w:before="0" w:after="20" w:line="259" w:lineRule="auto"/>
      </w:pPr>
      <w:r>
        <w:rPr>
          <w:rFonts w:ascii="Calibri" w:hAnsi="Calibri" w:eastAsia="Calibri"/>
          <w:b w:val="0"/>
          <w:i/>
          <w:color w:val="282828"/>
          <w:sz w:val="22"/>
        </w:rPr>
        <w:t>Bay: They will site a TVP from resus / cath lab. Bisoprolol held. He stays monitored.</w:t>
      </w:r>
    </w:p>
    <w:p>
      <w:pPr>
        <w:spacing w:before="0" w:after="40" w:line="259" w:lineRule="auto"/>
      </w:pPr>
      <w:r>
        <w:rPr>
          <w:rFonts w:ascii="Calibri" w:hAnsi="Calibri" w:eastAsia="Calibri"/>
          <w:b w:val="0"/>
          <w:i/>
          <w:color w:val="5A4614"/>
          <w:sz w:val="20"/>
        </w:rPr>
        <w:t>Reaction: sbp +8</w:t>
      </w:r>
    </w:p>
    <w:p>
      <w:pPr>
        <w:spacing w:before="80" w:after="40" w:line="259" w:lineRule="auto"/>
      </w:pPr>
      <w:r>
        <w:rPr>
          <w:rFonts w:ascii="Calibri" w:hAnsi="Calibri" w:eastAsia="Calibri"/>
          <w:b/>
          <w:i w:val="0"/>
          <w:color w:val="46326E"/>
          <w:sz w:val="22"/>
        </w:rPr>
        <w:t xml:space="preserve">    Follow-up: Where is the wire placed?</w:t>
      </w:r>
    </w:p>
    <w:p>
      <w:pPr>
        <w:spacing w:before="120" w:after="20" w:line="259" w:lineRule="auto"/>
        <w:shd w:fill="E8F5EC" w:val="clear"/>
      </w:pPr>
      <w:r>
        <w:rPr>
          <w:rFonts w:ascii="Calibri" w:hAnsi="Calibri" w:eastAsia="Calibri"/>
          <w:b/>
          <w:i w:val="0"/>
          <w:color w:val="146E3C"/>
          <w:sz w:val="22"/>
        </w:rPr>
        <w:t xml:space="preserve">    A. [CORRECT] Temporary transvenous wire now, then CCU / pacing-capable lab</w:t>
      </w:r>
    </w:p>
    <w:p>
      <w:pPr>
        <w:spacing w:before="0" w:after="20" w:line="259" w:lineRule="auto"/>
      </w:pPr>
      <w:r>
        <w:rPr>
          <w:rFonts w:ascii="Calibri" w:hAnsi="Calibri" w:eastAsia="Calibri"/>
          <w:b w:val="0"/>
          <w:i/>
          <w:color w:val="282828"/>
          <w:sz w:val="22"/>
        </w:rPr>
        <w:t xml:space="preserve">       Bay: Broad-complex CHB with failed atropine is an indication for a temporary wire. Permanent generator is not an ED procedure.</w:t>
      </w:r>
    </w:p>
    <w:p>
      <w:pPr>
        <w:spacing w:before="120" w:after="20" w:line="259" w:lineRule="auto"/>
        <w:shd w:fill="F8E8E8" w:val="clear"/>
      </w:pPr>
      <w:r>
        <w:rPr>
          <w:rFonts w:ascii="Calibri" w:hAnsi="Calibri" w:eastAsia="Calibri"/>
          <w:b w:val="0"/>
          <w:i w:val="0"/>
          <w:color w:val="A02828"/>
          <w:sz w:val="22"/>
        </w:rPr>
        <w:t xml:space="preserve">    B. [WRONG] Permanent pacemaker in the emergency department tonight</w:t>
      </w:r>
    </w:p>
    <w:p>
      <w:pPr>
        <w:spacing w:before="0" w:after="20" w:line="259" w:lineRule="auto"/>
      </w:pPr>
      <w:r>
        <w:rPr>
          <w:rFonts w:ascii="Calibri" w:hAnsi="Calibri" w:eastAsia="Calibri"/>
          <w:b w:val="0"/>
          <w:i/>
          <w:color w:val="282828"/>
          <w:sz w:val="22"/>
        </w:rPr>
        <w:t xml:space="preserve">       Bay: PPM is a planned implant. Bridge with TVP / TCP, then a generator when stable.</w:t>
      </w:r>
    </w:p>
    <w:p>
      <w:pPr>
        <w:spacing w:before="120" w:after="20" w:line="259" w:lineRule="auto"/>
        <w:shd w:fill="F8E8E8" w:val="clear"/>
      </w:pPr>
      <w:r>
        <w:rPr>
          <w:rFonts w:ascii="Calibri" w:hAnsi="Calibri" w:eastAsia="Calibri"/>
          <w:b w:val="0"/>
          <w:i w:val="0"/>
          <w:color w:val="A02828"/>
          <w:sz w:val="22"/>
        </w:rPr>
        <w:t xml:space="preserve">    C. [WRONG] No wire — isoprenaline infusion on a general ward</w:t>
      </w:r>
    </w:p>
    <w:p>
      <w:pPr>
        <w:spacing w:before="0" w:after="20" w:line="259" w:lineRule="auto"/>
      </w:pPr>
      <w:r>
        <w:rPr>
          <w:rFonts w:ascii="Calibri" w:hAnsi="Calibri" w:eastAsia="Calibri"/>
          <w:b w:val="0"/>
          <w:i/>
          <w:color w:val="282828"/>
          <w:sz w:val="22"/>
        </w:rPr>
        <w:t xml:space="preserve">       Bay: He has adverse features and intermittent capture. He needs a wire on a monitored bed.</w:t>
      </w:r>
    </w:p>
    <w:p>
      <w:pPr>
        <w:spacing w:before="120" w:after="20" w:line="259" w:lineRule="auto"/>
        <w:shd w:fill="F8E8E8" w:val="clear"/>
      </w:pPr>
      <w:r>
        <w:rPr>
          <w:rFonts w:ascii="Calibri" w:hAnsi="Calibri" w:eastAsia="Calibri"/>
          <w:b w:val="0"/>
          <w:i w:val="0"/>
          <w:color w:val="A02828"/>
          <w:sz w:val="22"/>
        </w:rPr>
        <w:t xml:space="preserve">    D. [WRONG] Discharge with an outpatient pacing clinic in six weeks</w:t>
      </w:r>
    </w:p>
    <w:p>
      <w:pPr>
        <w:spacing w:before="0" w:after="20" w:line="259" w:lineRule="auto"/>
      </w:pPr>
      <w:r>
        <w:rPr>
          <w:rFonts w:ascii="Calibri" w:hAnsi="Calibri" w:eastAsia="Calibri"/>
          <w:b w:val="0"/>
          <w:i/>
          <w:color w:val="282828"/>
          <w:sz w:val="22"/>
        </w:rPr>
        <w:t xml:space="preserve">       Bay: Syncope and HR 28. That is not a clinic pathway.</w:t>
      </w:r>
    </w:p>
    <w:p>
      <w:pPr>
        <w:spacing w:before="120" w:after="20" w:line="259" w:lineRule="auto"/>
        <w:shd w:fill="F8E8E8" w:val="clear"/>
      </w:pPr>
      <w:r>
        <w:rPr>
          <w:rFonts w:ascii="Calibri" w:hAnsi="Calibri" w:eastAsia="Calibri"/>
          <w:b w:val="0"/>
          <w:i w:val="0"/>
          <w:color w:val="A02828"/>
          <w:sz w:val="22"/>
        </w:rPr>
        <w:t xml:space="preserve">    E. [WRONG] Thrombolysis then a wire if the trop rises</w:t>
      </w:r>
    </w:p>
    <w:p>
      <w:pPr>
        <w:spacing w:before="0" w:after="20" w:line="259" w:lineRule="auto"/>
      </w:pPr>
      <w:r>
        <w:rPr>
          <w:rFonts w:ascii="Calibri" w:hAnsi="Calibri" w:eastAsia="Calibri"/>
          <w:b w:val="0"/>
          <w:i/>
          <w:color w:val="282828"/>
          <w:sz w:val="22"/>
        </w:rPr>
        <w:t xml:space="preserve">       Bay: This is not STEMI. Lysis will not treat CHB.</w:t>
      </w:r>
    </w:p>
    <w:p>
      <w:pPr>
        <w:spacing w:before="120" w:after="20" w:line="259" w:lineRule="auto"/>
        <w:shd w:fill="F8E8E8" w:val="clear"/>
      </w:pPr>
      <w:r>
        <w:rPr>
          <w:rFonts w:ascii="Calibri" w:hAnsi="Calibri" w:eastAsia="Calibri"/>
          <w:b w:val="0"/>
          <w:i w:val="0"/>
          <w:color w:val="A02828"/>
          <w:sz w:val="22"/>
        </w:rPr>
        <w:t>B. [WRONG] Immediate transcutaneous pacing</w:t>
      </w:r>
    </w:p>
    <w:p>
      <w:pPr>
        <w:spacing w:before="0" w:after="20" w:line="259" w:lineRule="auto"/>
      </w:pPr>
      <w:r>
        <w:rPr>
          <w:rFonts w:ascii="Calibri" w:hAnsi="Calibri" w:eastAsia="Calibri"/>
          <w:b w:val="0"/>
          <w:i/>
          <w:color w:val="282828"/>
          <w:sz w:val="22"/>
        </w:rPr>
        <w:t>Bay: TCP is already on and it is failing. The next step is a transvenous wire, not more mA.</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Atropine</w:t>
      </w:r>
    </w:p>
    <w:p>
      <w:pPr>
        <w:spacing w:before="0" w:after="20" w:line="259" w:lineRule="auto"/>
      </w:pPr>
      <w:r>
        <w:rPr>
          <w:rFonts w:ascii="Calibri" w:hAnsi="Calibri" w:eastAsia="Calibri"/>
          <w:b w:val="0"/>
          <w:i/>
          <w:color w:val="282828"/>
          <w:sz w:val="22"/>
        </w:rPr>
        <w:t>Bay: You are at or near the useful atropine window. A wire treats this conduction, not another 500 micrograms.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Epinephrine</w:t>
      </w:r>
    </w:p>
    <w:p>
      <w:pPr>
        <w:spacing w:before="0" w:after="20" w:line="259" w:lineRule="auto"/>
      </w:pPr>
      <w:r>
        <w:rPr>
          <w:rFonts w:ascii="Calibri" w:hAnsi="Calibri" w:eastAsia="Calibri"/>
          <w:b w:val="0"/>
          <w:i/>
          <w:color w:val="282828"/>
          <w:sz w:val="22"/>
        </w:rPr>
        <w:t>Bay: Infusion may already be running as a bridge. It is not a substitute for a temporary wire in broad-complex CHB.</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Adrenaline</w:t>
      </w:r>
    </w:p>
    <w:p>
      <w:pPr>
        <w:spacing w:before="0" w:after="20" w:line="259" w:lineRule="auto"/>
      </w:pPr>
      <w:r>
        <w:rPr>
          <w:rFonts w:ascii="Calibri" w:hAnsi="Calibri" w:eastAsia="Calibri"/>
          <w:b w:val="0"/>
          <w:i/>
          <w:color w:val="282828"/>
          <w:sz w:val="22"/>
        </w:rPr>
        <w:t>Bay: Do not give arrest-dose adrenaline because capture is intermittent. Get the wire in.</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Wire is in. He is 68 and talking.</w:t>
      </w:r>
    </w:p>
    <w:p>
      <w:pPr>
        <w:spacing w:before="120" w:after="20" w:line="259" w:lineRule="auto"/>
        <w:shd w:fill="E8F5EC" w:val="clear"/>
      </w:pPr>
      <w:r>
        <w:rPr>
          <w:rFonts w:ascii="Calibri" w:hAnsi="Calibri" w:eastAsia="Calibri"/>
          <w:b/>
          <w:i w:val="0"/>
          <w:color w:val="146E3C"/>
          <w:sz w:val="22"/>
        </w:rPr>
        <w:t>A. [CORRECT] Coronary care / pacing-capable cardiac HDU</w:t>
      </w:r>
    </w:p>
    <w:p>
      <w:pPr>
        <w:spacing w:before="0" w:after="20" w:line="259" w:lineRule="auto"/>
      </w:pPr>
      <w:r>
        <w:rPr>
          <w:rFonts w:ascii="Calibri" w:hAnsi="Calibri" w:eastAsia="Calibri"/>
          <w:b w:val="0"/>
          <w:i/>
          <w:color w:val="282828"/>
          <w:sz w:val="22"/>
        </w:rPr>
        <w:t>Bay: Correct destination. Monitored, wire secured, generator planning.</w:t>
      </w:r>
    </w:p>
    <w:p>
      <w:pPr>
        <w:spacing w:before="120" w:after="20" w:line="259" w:lineRule="auto"/>
        <w:shd w:fill="F8E8E8" w:val="clear"/>
      </w:pPr>
      <w:r>
        <w:rPr>
          <w:rFonts w:ascii="Calibri" w:hAnsi="Calibri" w:eastAsia="Calibri"/>
          <w:b w:val="0"/>
          <w:i w:val="0"/>
          <w:color w:val="A02828"/>
          <w:sz w:val="22"/>
        </w:rPr>
        <w:t>B. [WRONG] Acute medical unit with 4-hourly observations</w:t>
      </w:r>
    </w:p>
    <w:p>
      <w:pPr>
        <w:spacing w:before="0" w:after="20" w:line="259" w:lineRule="auto"/>
      </w:pPr>
      <w:r>
        <w:rPr>
          <w:rFonts w:ascii="Calibri" w:hAnsi="Calibri" w:eastAsia="Calibri"/>
          <w:b w:val="0"/>
          <w:i/>
          <w:color w:val="282828"/>
          <w:sz w:val="22"/>
        </w:rPr>
        <w:t>Bay: A temporary wire does not go to AMU.</w:t>
      </w:r>
    </w:p>
    <w:p>
      <w:pPr>
        <w:spacing w:before="120" w:after="20" w:line="259" w:lineRule="auto"/>
        <w:shd w:fill="F8E8E8" w:val="clear"/>
      </w:pPr>
      <w:r>
        <w:rPr>
          <w:rFonts w:ascii="Calibri" w:hAnsi="Calibri" w:eastAsia="Calibri"/>
          <w:b w:val="0"/>
          <w:i w:val="0"/>
          <w:color w:val="A02828"/>
          <w:sz w:val="22"/>
        </w:rPr>
        <w:t>C. [WRONG] General ward once the rate is 60</w:t>
      </w:r>
    </w:p>
    <w:p>
      <w:pPr>
        <w:spacing w:before="0" w:after="20" w:line="259" w:lineRule="auto"/>
      </w:pPr>
      <w:r>
        <w:rPr>
          <w:rFonts w:ascii="Calibri" w:hAnsi="Calibri" w:eastAsia="Calibri"/>
          <w:b w:val="0"/>
          <w:i/>
          <w:color w:val="282828"/>
          <w:sz w:val="22"/>
        </w:rPr>
        <w:t>Bay: He still has a wire in. That is CCU, not a ward.</w:t>
      </w:r>
    </w:p>
    <w:p>
      <w:pPr>
        <w:spacing w:before="120" w:after="20" w:line="259" w:lineRule="auto"/>
        <w:shd w:fill="F8E8E8" w:val="clear"/>
      </w:pPr>
      <w:r>
        <w:rPr>
          <w:rFonts w:ascii="Calibri" w:hAnsi="Calibri" w:eastAsia="Calibri"/>
          <w:b w:val="0"/>
          <w:i w:val="0"/>
          <w:color w:val="A02828"/>
          <w:sz w:val="22"/>
        </w:rPr>
        <w:t>D. [WRONG] Home with a 24-hour Holter and GP follow-up</w:t>
      </w:r>
    </w:p>
    <w:p>
      <w:pPr>
        <w:spacing w:before="0" w:after="20" w:line="259" w:lineRule="auto"/>
      </w:pPr>
      <w:r>
        <w:rPr>
          <w:rFonts w:ascii="Calibri" w:hAnsi="Calibri" w:eastAsia="Calibri"/>
          <w:b w:val="0"/>
          <w:i/>
          <w:color w:val="282828"/>
          <w:sz w:val="22"/>
        </w:rPr>
        <w:t>Bay: He presented in syncope at 28. That is not a discharge.</w:t>
      </w:r>
    </w:p>
    <w:p>
      <w:pPr>
        <w:spacing w:before="120" w:after="20" w:line="259" w:lineRule="auto"/>
        <w:shd w:fill="F8E8E8" w:val="clear"/>
      </w:pPr>
      <w:r>
        <w:rPr>
          <w:rFonts w:ascii="Calibri" w:hAnsi="Calibri" w:eastAsia="Calibri"/>
          <w:b w:val="0"/>
          <w:i w:val="0"/>
          <w:color w:val="A02828"/>
          <w:sz w:val="22"/>
        </w:rPr>
        <w:t>E. [WRONG] Emergency theatres for a permanent generator as an ED procedure</w:t>
      </w:r>
    </w:p>
    <w:p>
      <w:pPr>
        <w:spacing w:before="0" w:after="20" w:line="259" w:lineRule="auto"/>
      </w:pPr>
      <w:r>
        <w:rPr>
          <w:rFonts w:ascii="Calibri" w:hAnsi="Calibri" w:eastAsia="Calibri"/>
          <w:b w:val="0"/>
          <w:i/>
          <w:color w:val="282828"/>
          <w:sz w:val="22"/>
        </w:rPr>
        <w:t>Bay: PPM is not an ED operation. CCU, then an implant list.</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CCU wheel him out.</w:t>
      </w:r>
    </w:p>
    <w:p>
      <w:pPr>
        <w:spacing w:before="120" w:after="20" w:line="259" w:lineRule="auto"/>
        <w:shd w:fill="E8F5EC" w:val="clear"/>
      </w:pPr>
      <w:r>
        <w:rPr>
          <w:rFonts w:ascii="Calibri" w:hAnsi="Calibri" w:eastAsia="Calibri"/>
          <w:b/>
          <w:i w:val="0"/>
          <w:color w:val="146E3C"/>
          <w:sz w:val="22"/>
        </w:rPr>
        <w:t>A. [CORRECT] Hold bisoprolol, keep pads as backup, secure the wire, document thresholds</w:t>
      </w:r>
    </w:p>
    <w:p>
      <w:pPr>
        <w:spacing w:before="0" w:after="20" w:line="259" w:lineRule="auto"/>
      </w:pPr>
      <w:r>
        <w:rPr>
          <w:rFonts w:ascii="Calibri" w:hAnsi="Calibri" w:eastAsia="Calibri"/>
          <w:b w:val="0"/>
          <w:i/>
          <w:color w:val="282828"/>
          <w:sz w:val="22"/>
        </w:rPr>
        <w:t>Bay: Beta-blocker stopped. Pads stay until the wire is trusted. Thresholds written on the chart.</w:t>
      </w:r>
    </w:p>
    <w:p>
      <w:pPr>
        <w:spacing w:before="80" w:after="40" w:line="259" w:lineRule="auto"/>
      </w:pPr>
      <w:r>
        <w:rPr>
          <w:rFonts w:ascii="Calibri" w:hAnsi="Calibri" w:eastAsia="Calibri"/>
          <w:b/>
          <w:i w:val="0"/>
          <w:color w:val="46326E"/>
          <w:sz w:val="22"/>
        </w:rPr>
        <w:t xml:space="preserve">    Follow-up: What happens to his bisoprolol?</w:t>
      </w:r>
    </w:p>
    <w:p>
      <w:pPr>
        <w:spacing w:before="120" w:after="20" w:line="259" w:lineRule="auto"/>
        <w:shd w:fill="E8F5EC" w:val="clear"/>
      </w:pPr>
      <w:r>
        <w:rPr>
          <w:rFonts w:ascii="Calibri" w:hAnsi="Calibri" w:eastAsia="Calibri"/>
          <w:b/>
          <w:i w:val="0"/>
          <w:color w:val="146E3C"/>
          <w:sz w:val="22"/>
        </w:rPr>
        <w:t xml:space="preserve">    A. [CORRECT] Hold it — do not restart a negatively chronotropic drug tonight</w:t>
      </w:r>
    </w:p>
    <w:p>
      <w:pPr>
        <w:spacing w:before="0" w:after="20" w:line="259" w:lineRule="auto"/>
      </w:pPr>
      <w:r>
        <w:rPr>
          <w:rFonts w:ascii="Calibri" w:hAnsi="Calibri" w:eastAsia="Calibri"/>
          <w:b w:val="0"/>
          <w:i/>
          <w:color w:val="282828"/>
          <w:sz w:val="22"/>
        </w:rPr>
        <w:t xml:space="preserve">       Bay: The wire is in. Bisoprolol stays withheld.</w:t>
      </w:r>
    </w:p>
    <w:p>
      <w:pPr>
        <w:spacing w:before="120" w:after="20" w:line="259" w:lineRule="auto"/>
        <w:shd w:fill="F8E8E8" w:val="clear"/>
      </w:pPr>
      <w:r>
        <w:rPr>
          <w:rFonts w:ascii="Calibri" w:hAnsi="Calibri" w:eastAsia="Calibri"/>
          <w:b w:val="0"/>
          <w:i w:val="0"/>
          <w:color w:val="A02828"/>
          <w:sz w:val="22"/>
        </w:rPr>
        <w:t xml:space="preserve">    B. [WRONG] Restart tonight because blood pressure is 128</w:t>
      </w:r>
    </w:p>
    <w:p>
      <w:pPr>
        <w:spacing w:before="0" w:after="20" w:line="259" w:lineRule="auto"/>
      </w:pPr>
      <w:r>
        <w:rPr>
          <w:rFonts w:ascii="Calibri" w:hAnsi="Calibri" w:eastAsia="Calibri"/>
          <w:b w:val="0"/>
          <w:i/>
          <w:color w:val="282828"/>
          <w:sz w:val="22"/>
        </w:rPr>
        <w:t xml:space="preserve">       Bay: Do not restart it the night you paced complete heart block.</w:t>
      </w:r>
    </w:p>
    <w:p>
      <w:pPr>
        <w:spacing w:before="120" w:after="20" w:line="259" w:lineRule="auto"/>
        <w:shd w:fill="F8E8E8" w:val="clear"/>
      </w:pPr>
      <w:r>
        <w:rPr>
          <w:rFonts w:ascii="Calibri" w:hAnsi="Calibri" w:eastAsia="Calibri"/>
          <w:b w:val="0"/>
          <w:i w:val="0"/>
          <w:color w:val="A02828"/>
          <w:sz w:val="22"/>
        </w:rPr>
        <w:t xml:space="preserve">    C. [WRONG] Double the dose to cover the wire</w:t>
      </w:r>
    </w:p>
    <w:p>
      <w:pPr>
        <w:spacing w:before="0" w:after="20" w:line="259" w:lineRule="auto"/>
      </w:pPr>
      <w:r>
        <w:rPr>
          <w:rFonts w:ascii="Calibri" w:hAnsi="Calibri" w:eastAsia="Calibri"/>
          <w:b w:val="0"/>
          <w:i/>
          <w:color w:val="282828"/>
          <w:sz w:val="22"/>
        </w:rPr>
        <w:t xml:space="preserve">       Bay: That will drop his escape if the wire fails.</w:t>
      </w:r>
    </w:p>
    <w:p>
      <w:pPr>
        <w:spacing w:before="120" w:after="20" w:line="259" w:lineRule="auto"/>
        <w:shd w:fill="F8E8E8" w:val="clear"/>
      </w:pPr>
      <w:r>
        <w:rPr>
          <w:rFonts w:ascii="Calibri" w:hAnsi="Calibri" w:eastAsia="Calibri"/>
          <w:b w:val="0"/>
          <w:i w:val="0"/>
          <w:color w:val="A02828"/>
          <w:sz w:val="22"/>
        </w:rPr>
        <w:t xml:space="preserve">    D. [WRONG] Convert to atenolol, which is 'shorter acting'</w:t>
      </w:r>
    </w:p>
    <w:p>
      <w:pPr>
        <w:spacing w:before="0" w:after="20" w:line="259" w:lineRule="auto"/>
      </w:pPr>
      <w:r>
        <w:rPr>
          <w:rFonts w:ascii="Calibri" w:hAnsi="Calibri" w:eastAsia="Calibri"/>
          <w:b w:val="0"/>
          <w:i/>
          <w:color w:val="282828"/>
          <w:sz w:val="22"/>
        </w:rPr>
        <w:t xml:space="preserve">       Bay: Do not swap one beta-blocker for another tonight.</w:t>
      </w:r>
    </w:p>
    <w:p>
      <w:pPr>
        <w:spacing w:before="120" w:after="20" w:line="259" w:lineRule="auto"/>
        <w:shd w:fill="F8E8E8" w:val="clear"/>
      </w:pPr>
      <w:r>
        <w:rPr>
          <w:rFonts w:ascii="Calibri" w:hAnsi="Calibri" w:eastAsia="Calibri"/>
          <w:b w:val="0"/>
          <w:i w:val="0"/>
          <w:color w:val="A02828"/>
          <w:sz w:val="22"/>
        </w:rPr>
        <w:t xml:space="preserve">    E. [WRONG] Give IV metoprolol for transfer</w:t>
      </w:r>
    </w:p>
    <w:p>
      <w:pPr>
        <w:spacing w:before="0" w:after="20" w:line="259" w:lineRule="auto"/>
      </w:pPr>
      <w:r>
        <w:rPr>
          <w:rFonts w:ascii="Calibri" w:hAnsi="Calibri" w:eastAsia="Calibri"/>
          <w:b w:val="0"/>
          <w:i/>
          <w:color w:val="282828"/>
          <w:sz w:val="22"/>
        </w:rPr>
        <w:t xml:space="preserve">       Bay: That is a negatively chronotropic bolus in a paced CHB. No.</w:t>
      </w:r>
    </w:p>
    <w:p>
      <w:pPr>
        <w:spacing w:before="120" w:after="20" w:line="259" w:lineRule="auto"/>
        <w:shd w:fill="F8E8E8" w:val="clear"/>
      </w:pPr>
      <w:r>
        <w:rPr>
          <w:rFonts w:ascii="Calibri" w:hAnsi="Calibri" w:eastAsia="Calibri"/>
          <w:b w:val="0"/>
          <w:i w:val="0"/>
          <w:color w:val="A02828"/>
          <w:sz w:val="22"/>
        </w:rPr>
        <w:t>B. [WRONG] Restart bisoprolol tonight because his blood pressure is 128</w:t>
      </w:r>
    </w:p>
    <w:p>
      <w:pPr>
        <w:spacing w:before="0" w:after="20" w:line="259" w:lineRule="auto"/>
      </w:pPr>
      <w:r>
        <w:rPr>
          <w:rFonts w:ascii="Calibri" w:hAnsi="Calibri" w:eastAsia="Calibri"/>
          <w:b w:val="0"/>
          <w:i/>
          <w:color w:val="282828"/>
          <w:sz w:val="22"/>
        </w:rPr>
        <w:t>Bay: Do not restart a negatively chronotropic drug the night you paced complete heart block.</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Remove the pads now the wire is in, to let him mobilise to the toilet</w:t>
      </w:r>
    </w:p>
    <w:p>
      <w:pPr>
        <w:spacing w:before="0" w:after="20" w:line="259" w:lineRule="auto"/>
      </w:pPr>
      <w:r>
        <w:rPr>
          <w:rFonts w:ascii="Calibri" w:hAnsi="Calibri" w:eastAsia="Calibri"/>
          <w:b w:val="0"/>
          <w:i/>
          <w:color w:val="282828"/>
          <w:sz w:val="22"/>
        </w:rPr>
        <w:t>Bay: Pads stay as backup until the wire is stable and the team is happy. He does not walk a fresh TVP to the toilet.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Load aspirin and ticagrelor because trop is 18 ng/L</w:t>
      </w:r>
    </w:p>
    <w:p>
      <w:pPr>
        <w:spacing w:before="0" w:after="20" w:line="259" w:lineRule="auto"/>
      </w:pPr>
      <w:r>
        <w:rPr>
          <w:rFonts w:ascii="Calibri" w:hAnsi="Calibri" w:eastAsia="Calibri"/>
          <w:b w:val="0"/>
          <w:i/>
          <w:color w:val="282828"/>
          <w:sz w:val="22"/>
        </w:rPr>
        <w:t>Bay: A trop of 18 is not ACS and DAPT is not the treatment of CHB. Do not turn this into a lytic/DAPT pathway.</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Give atropine 3 mg as a 'cover' dose for transfer</w:t>
      </w:r>
    </w:p>
    <w:p>
      <w:pPr>
        <w:spacing w:before="0" w:after="20" w:line="259" w:lineRule="auto"/>
      </w:pPr>
      <w:r>
        <w:rPr>
          <w:rFonts w:ascii="Calibri" w:hAnsi="Calibri" w:eastAsia="Calibri"/>
          <w:b w:val="0"/>
          <w:i/>
          <w:color w:val="282828"/>
          <w:sz w:val="22"/>
        </w:rPr>
        <w:t>Bay: The wire is in. A 3 mg dump is the old asystole dose, not transfer cover.</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The formal 12-lead is reported.</w:t>
      </w:r>
    </w:p>
    <w:p>
      <w:pPr>
        <w:spacing w:before="120" w:after="20" w:line="259" w:lineRule="auto"/>
        <w:shd w:fill="E8F5EC" w:val="clear"/>
      </w:pPr>
      <w:r>
        <w:rPr>
          <w:rFonts w:ascii="Calibri" w:hAnsi="Calibri" w:eastAsia="Calibri"/>
          <w:b/>
          <w:i w:val="0"/>
          <w:color w:val="146E3C"/>
          <w:sz w:val="22"/>
        </w:rPr>
        <w:t>A. [CORRECT] Complete heart block with adverse features (broad-complex escape)</w:t>
      </w:r>
    </w:p>
    <w:p>
      <w:pPr>
        <w:spacing w:before="0" w:after="20" w:line="259" w:lineRule="auto"/>
      </w:pPr>
      <w:r>
        <w:rPr>
          <w:rFonts w:ascii="Calibri" w:hAnsi="Calibri" w:eastAsia="Calibri"/>
          <w:b w:val="0"/>
          <w:i/>
          <w:color w:val="282828"/>
          <w:sz w:val="22"/>
        </w:rPr>
        <w:t>Bay: That is the diagnosis. Atropine, TCP, infusion, temporary wire.</w:t>
      </w:r>
    </w:p>
    <w:p>
      <w:pPr>
        <w:spacing w:before="120" w:after="20" w:line="259" w:lineRule="auto"/>
        <w:shd w:fill="F8E8E8" w:val="clear"/>
      </w:pPr>
      <w:r>
        <w:rPr>
          <w:rFonts w:ascii="Calibri" w:hAnsi="Calibri" w:eastAsia="Calibri"/>
          <w:b w:val="0"/>
          <w:i w:val="0"/>
          <w:color w:val="A02828"/>
          <w:sz w:val="22"/>
        </w:rPr>
        <w:t>B. [WRONG] Sinus bradycardia from high vagal tone</w:t>
      </w:r>
    </w:p>
    <w:p>
      <w:pPr>
        <w:spacing w:before="0" w:after="20" w:line="259" w:lineRule="auto"/>
      </w:pPr>
      <w:r>
        <w:rPr>
          <w:rFonts w:ascii="Calibri" w:hAnsi="Calibri" w:eastAsia="Calibri"/>
          <w:b w:val="0"/>
          <w:i/>
          <w:color w:val="282828"/>
          <w:sz w:val="22"/>
        </w:rPr>
        <w:t>Bay: Cannon A waves and a wide escape at 28 are atrioventricular dissociation, not sinus brady.</w:t>
      </w:r>
    </w:p>
    <w:p>
      <w:pPr>
        <w:spacing w:before="120" w:after="20" w:line="259" w:lineRule="auto"/>
        <w:shd w:fill="F8E8E8" w:val="clear"/>
      </w:pPr>
      <w:r>
        <w:rPr>
          <w:rFonts w:ascii="Calibri" w:hAnsi="Calibri" w:eastAsia="Calibri"/>
          <w:b w:val="0"/>
          <w:i w:val="0"/>
          <w:color w:val="A02828"/>
          <w:sz w:val="22"/>
        </w:rPr>
        <w:t>C. [WRONG] Hyperkalaemic cardiotoxicity</w:t>
      </w:r>
    </w:p>
    <w:p>
      <w:pPr>
        <w:spacing w:before="0" w:after="20" w:line="259" w:lineRule="auto"/>
      </w:pPr>
      <w:r>
        <w:rPr>
          <w:rFonts w:ascii="Calibri" w:hAnsi="Calibri" w:eastAsia="Calibri"/>
          <w:b w:val="0"/>
          <w:i/>
          <w:color w:val="282828"/>
          <w:sz w:val="22"/>
        </w:rPr>
        <w:t>Bay: K+ 4.4. The tracing is CHB, not a sine wave.</w:t>
      </w:r>
    </w:p>
    <w:p>
      <w:pPr>
        <w:spacing w:before="120" w:after="20" w:line="259" w:lineRule="auto"/>
        <w:shd w:fill="F8E8E8" w:val="clear"/>
      </w:pPr>
      <w:r>
        <w:rPr>
          <w:rFonts w:ascii="Calibri" w:hAnsi="Calibri" w:eastAsia="Calibri"/>
          <w:b w:val="0"/>
          <w:i w:val="0"/>
          <w:color w:val="A02828"/>
          <w:sz w:val="22"/>
        </w:rPr>
        <w:t>D. [WRONG] Inferior STEMI presenting as bradycardia</w:t>
      </w:r>
    </w:p>
    <w:p>
      <w:pPr>
        <w:spacing w:before="0" w:after="20" w:line="259" w:lineRule="auto"/>
      </w:pPr>
      <w:r>
        <w:rPr>
          <w:rFonts w:ascii="Calibri" w:hAnsi="Calibri" w:eastAsia="Calibri"/>
          <w:b w:val="0"/>
          <w:i/>
          <w:color w:val="282828"/>
          <w:sz w:val="22"/>
        </w:rPr>
        <w:t>Bay: No territorial ST elevation. Do not activate PPCI or lyse for CHB alone.</w:t>
      </w:r>
    </w:p>
    <w:p>
      <w:pPr>
        <w:spacing w:before="120" w:after="20" w:line="259" w:lineRule="auto"/>
        <w:shd w:fill="F8E8E8" w:val="clear"/>
      </w:pPr>
      <w:r>
        <w:rPr>
          <w:rFonts w:ascii="Calibri" w:hAnsi="Calibri" w:eastAsia="Calibri"/>
          <w:b w:val="0"/>
          <w:i w:val="0"/>
          <w:color w:val="A02828"/>
          <w:sz w:val="22"/>
        </w:rPr>
        <w:t>E. [WRONG] Sick sinus syndrome with sinus pauses only</w:t>
      </w:r>
    </w:p>
    <w:p>
      <w:pPr>
        <w:spacing w:before="0" w:after="20" w:line="259" w:lineRule="auto"/>
      </w:pPr>
      <w:r>
        <w:rPr>
          <w:rFonts w:ascii="Calibri" w:hAnsi="Calibri" w:eastAsia="Calibri"/>
          <w:b w:val="0"/>
          <w:i/>
          <w:color w:val="282828"/>
          <w:sz w:val="22"/>
        </w:rPr>
        <w:t>Bay: There are P waves marching through a slow wide QRS. That is complete heart block, not sinus arrest.</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Complete heart block with adverse features</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HR 28, BP 100/65, cool, clammy, recent syncope</w:t>
      </w:r>
    </w:p>
    <w:p>
      <w:pPr>
        <w:spacing w:before="0" w:after="40" w:line="259" w:lineRule="auto"/>
      </w:pPr>
      <w:r>
        <w:rPr>
          <w:rFonts w:ascii="Calibri" w:hAnsi="Calibri" w:eastAsia="Calibri"/>
          <w:b w:val="0"/>
          <w:i w:val="0"/>
          <w:sz w:val="22"/>
        </w:rPr>
        <w:t>• Cannon A waves; broad-complex ventricular escape</w:t>
      </w:r>
    </w:p>
    <w:p>
      <w:pPr>
        <w:spacing w:before="0" w:after="40" w:line="259" w:lineRule="auto"/>
      </w:pPr>
      <w:r>
        <w:rPr>
          <w:rFonts w:ascii="Calibri" w:hAnsi="Calibri" w:eastAsia="Calibri"/>
          <w:b w:val="0"/>
          <w:i w:val="0"/>
          <w:sz w:val="22"/>
        </w:rPr>
        <w:t>• 12-lead: complete heart block, not hyperkalaemia, not STEMI</w:t>
      </w:r>
    </w:p>
    <w:p>
      <w:pPr>
        <w:spacing w:before="0" w:after="40" w:line="259" w:lineRule="auto"/>
      </w:pPr>
      <w:r>
        <w:rPr>
          <w:rFonts w:ascii="Calibri" w:hAnsi="Calibri" w:eastAsia="Calibri"/>
          <w:b w:val="0"/>
          <w:i w:val="0"/>
          <w:sz w:val="22"/>
        </w:rPr>
        <w:t>• Bisoprolol 5 mg — a contributor, not an overdose</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Immediate 12-lead ECG (pads already on)</w:t>
      </w:r>
    </w:p>
    <w:p>
      <w:pPr>
        <w:spacing w:before="0" w:after="40" w:line="259" w:lineRule="auto"/>
      </w:pPr>
      <w:r>
        <w:rPr>
          <w:rFonts w:ascii="Calibri" w:hAnsi="Calibri" w:eastAsia="Calibri"/>
          <w:b w:val="0"/>
          <w:i w:val="0"/>
          <w:sz w:val="22"/>
        </w:rPr>
        <w:t>• VBG for potassium and lactate — do not wait before atropine / pacing</w:t>
      </w:r>
    </w:p>
    <w:p>
      <w:pPr>
        <w:spacing w:before="0" w:after="40" w:line="259" w:lineRule="auto"/>
      </w:pPr>
      <w:r>
        <w:rPr>
          <w:rFonts w:ascii="Calibri" w:hAnsi="Calibri" w:eastAsia="Calibri"/>
          <w:b w:val="0"/>
          <w:i w:val="0"/>
          <w:sz w:val="22"/>
        </w:rPr>
        <w:t>• U&amp;E, magnesium, troponin — do not delay a wire for the trop</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RCUK bradycardia: adverse features → atropine 500 micrograms IV first</w:t>
      </w:r>
    </w:p>
    <w:p>
      <w:pPr>
        <w:spacing w:before="0" w:after="40" w:line="259" w:lineRule="auto"/>
      </w:pPr>
      <w:r>
        <w:rPr>
          <w:rFonts w:ascii="Calibri" w:hAnsi="Calibri" w:eastAsia="Calibri"/>
          <w:b w:val="0"/>
          <w:i w:val="0"/>
          <w:sz w:val="22"/>
        </w:rPr>
        <w:t>• Repeat to a maximum of 3 mg; do not use 3 mg as the first bolus</w:t>
      </w:r>
    </w:p>
    <w:p>
      <w:pPr>
        <w:spacing w:before="0" w:after="40" w:line="259" w:lineRule="auto"/>
      </w:pPr>
      <w:r>
        <w:rPr>
          <w:rFonts w:ascii="Calibri" w:hAnsi="Calibri" w:eastAsia="Calibri"/>
          <w:b w:val="0"/>
          <w:i w:val="0"/>
          <w:sz w:val="22"/>
        </w:rPr>
        <w:t>• If no response: transcutaneous pacing; adrenaline 2–10 microg/min or isoprenaline as interim</w:t>
      </w:r>
    </w:p>
    <w:p>
      <w:pPr>
        <w:spacing w:before="0" w:after="40" w:line="259" w:lineRule="auto"/>
      </w:pPr>
      <w:r>
        <w:rPr>
          <w:rFonts w:ascii="Calibri" w:hAnsi="Calibri" w:eastAsia="Calibri"/>
          <w:b w:val="0"/>
          <w:i w:val="0"/>
          <w:sz w:val="22"/>
        </w:rPr>
        <w:t>• Broad-complex complete heart block: temporary transvenous wire, CCU, hold negatively chronotropic drugs</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RCUK Adult Advanced Life Support 2021 — bradycardia algorithm</w:t>
      </w:r>
    </w:p>
    <w:p>
      <w:pPr>
        <w:spacing w:before="0" w:after="40" w:line="259" w:lineRule="auto"/>
      </w:pPr>
      <w:r>
        <w:rPr>
          <w:rFonts w:ascii="Calibri" w:hAnsi="Calibri" w:eastAsia="Calibri"/>
          <w:b w:val="0"/>
          <w:i w:val="0"/>
          <w:sz w:val="22"/>
        </w:rPr>
        <w:t>• RCEM / Resuscitation Council peri-arrest arrhythmias</w:t>
      </w:r>
    </w:p>
    <w:p>
      <w:r>
        <w:br w:type="page"/>
      </w:r>
    </w:p>
    <w:p>
      <w:pPr>
        <w:spacing w:before="120" w:after="160" w:line="259" w:lineRule="auto"/>
      </w:pPr>
      <w:r>
        <w:rPr>
          <w:rFonts w:ascii="Calibri" w:hAnsi="Calibri" w:eastAsia="Calibri"/>
          <w:b/>
          <w:i w:val="0"/>
          <w:color w:val="0C0E10"/>
          <w:sz w:val="36"/>
        </w:rPr>
        <w:t>Case 22 — Penetrating cardiac tamponade</w:t>
      </w:r>
    </w:p>
    <w:p>
      <w:pPr>
        <w:spacing w:before="0" w:after="40" w:line="259" w:lineRule="auto"/>
      </w:pPr>
      <w:r>
        <w:rPr>
          <w:rFonts w:ascii="Calibri" w:hAnsi="Calibri" w:eastAsia="Calibri"/>
          <w:b w:val="0"/>
          <w:i/>
          <w:color w:val="5A5A5A"/>
          <w:sz w:val="20"/>
        </w:rPr>
        <w:t>pre-alert · Scottish Ambulance Service — pre-alert · rhythm sinus-tach</w:t>
      </w:r>
    </w:p>
    <w:p>
      <w:pPr>
        <w:spacing w:before="0" w:after="40" w:line="259" w:lineRule="auto"/>
      </w:pPr>
      <w:r>
        <w:rPr>
          <w:rFonts w:ascii="Calibri" w:hAnsi="Calibri" w:eastAsia="Calibri"/>
          <w:b w:val="0"/>
          <w:i/>
          <w:color w:val="5A5A5A"/>
          <w:sz w:val="20"/>
        </w:rPr>
        <w:t>HR 128   BP 78/52   RR 24   SpO2 96%   temp 36.1   GCS 14   BM 6.4</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24 years, male</w:t>
      </w:r>
    </w:p>
    <w:p>
      <w:pPr>
        <w:spacing w:before="0" w:after="40" w:line="259" w:lineRule="auto"/>
      </w:pPr>
      <w:r>
        <w:rPr>
          <w:rFonts w:ascii="Calibri" w:hAnsi="Calibri" w:eastAsia="Calibri"/>
          <w:b w:val="0"/>
          <w:i w:val="0"/>
          <w:sz w:val="22"/>
        </w:rPr>
        <w:t>T stabbed 12 minutes ago outside a pub — single wound left of the sternum</w:t>
      </w:r>
    </w:p>
    <w:p>
      <w:pPr>
        <w:spacing w:before="0" w:after="40" w:line="259" w:lineRule="auto"/>
      </w:pPr>
      <w:r>
        <w:rPr>
          <w:rFonts w:ascii="Calibri" w:hAnsi="Calibri" w:eastAsia="Calibri"/>
          <w:b w:val="0"/>
          <w:i w:val="0"/>
          <w:sz w:val="22"/>
        </w:rPr>
        <w:t>M penetrating chest</w:t>
      </w:r>
    </w:p>
    <w:p>
      <w:pPr>
        <w:spacing w:before="0" w:after="40" w:line="259" w:lineRule="auto"/>
      </w:pPr>
      <w:r>
        <w:rPr>
          <w:rFonts w:ascii="Calibri" w:hAnsi="Calibri" w:eastAsia="Calibri"/>
          <w:b w:val="0"/>
          <w:i w:val="0"/>
          <w:sz w:val="22"/>
        </w:rPr>
        <w:t>I none known</w:t>
      </w:r>
    </w:p>
    <w:p>
      <w:pPr>
        <w:spacing w:before="0" w:after="40" w:line="259" w:lineRule="auto"/>
      </w:pPr>
      <w:r>
        <w:rPr>
          <w:rFonts w:ascii="Calibri" w:hAnsi="Calibri" w:eastAsia="Calibri"/>
          <w:b w:val="0"/>
          <w:i w:val="0"/>
          <w:sz w:val="22"/>
        </w:rPr>
        <w:t>S HR 128 BP 78/52 RR 24 SpO2 96% air GCS 14, pale, JVP up</w:t>
      </w:r>
    </w:p>
    <w:p>
      <w:pPr>
        <w:spacing w:before="0" w:after="40" w:line="259" w:lineRule="auto"/>
      </w:pPr>
      <w:r>
        <w:rPr>
          <w:rFonts w:ascii="Calibri" w:hAnsi="Calibri" w:eastAsia="Calibri"/>
          <w:b w:val="0"/>
          <w:i w:val="0"/>
          <w:sz w:val="22"/>
        </w:rPr>
        <w:t>T oxygen, two wide-bores, no blood yet</w:t>
      </w:r>
    </w:p>
    <w:p>
      <w:pPr>
        <w:spacing w:before="0" w:after="40" w:line="259" w:lineRule="auto"/>
      </w:pPr>
      <w:r>
        <w:rPr>
          <w:rFonts w:ascii="Calibri" w:hAnsi="Calibri" w:eastAsia="Calibri"/>
          <w:b w:val="0"/>
          <w:i w:val="0"/>
          <w:sz w:val="22"/>
        </w:rPr>
        <w:t>ETA 4 minutes. Crew: "The chest is equal. He is quiet."</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talking quietly, no stridor.</w:t>
      </w:r>
    </w:p>
    <w:p>
      <w:pPr>
        <w:spacing w:before="0" w:after="40" w:line="259" w:lineRule="auto"/>
      </w:pPr>
      <w:r>
        <w:rPr>
          <w:rFonts w:ascii="Calibri" w:hAnsi="Calibri" w:eastAsia="Calibri"/>
          <w:b w:val="0"/>
          <w:i w:val="0"/>
          <w:sz w:val="22"/>
        </w:rPr>
        <w:t>B — RR 24, equal air entry, no hyper-resonance, trachea central, SpO2 96% air. No sucking wound.</w:t>
      </w:r>
    </w:p>
    <w:p>
      <w:pPr>
        <w:spacing w:before="0" w:after="40" w:line="259" w:lineRule="auto"/>
      </w:pPr>
      <w:r>
        <w:rPr>
          <w:rFonts w:ascii="Calibri" w:hAnsi="Calibri" w:eastAsia="Calibri"/>
          <w:b w:val="0"/>
          <w:i w:val="0"/>
          <w:sz w:val="22"/>
        </w:rPr>
        <w:t>C — HR 128, BP 78/52, muffled heart sounds, raised JVP, CRT 4 s, wound 1 cm left of the sternum.</w:t>
      </w:r>
    </w:p>
    <w:p>
      <w:pPr>
        <w:spacing w:before="0" w:after="40" w:line="259" w:lineRule="auto"/>
      </w:pPr>
      <w:r>
        <w:rPr>
          <w:rFonts w:ascii="Calibri" w:hAnsi="Calibri" w:eastAsia="Calibri"/>
          <w:b w:val="0"/>
          <w:i w:val="0"/>
          <w:sz w:val="22"/>
        </w:rPr>
        <w:t>D — GCS 14, BM 6.4, anxious.</w:t>
      </w:r>
    </w:p>
    <w:p>
      <w:pPr>
        <w:spacing w:before="0" w:after="40" w:line="259" w:lineRule="auto"/>
      </w:pPr>
      <w:r>
        <w:rPr>
          <w:rFonts w:ascii="Calibri" w:hAnsi="Calibri" w:eastAsia="Calibri"/>
          <w:b w:val="0"/>
          <w:i w:val="0"/>
          <w:sz w:val="22"/>
        </w:rPr>
        <w:t>E — no other wounds on log-roll, abdomen soft.</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Equal chest, muffled sounds, JVP up, wound over the heart.</w:t>
      </w:r>
    </w:p>
    <w:p>
      <w:pPr>
        <w:spacing w:before="120" w:after="20" w:line="259" w:lineRule="auto"/>
        <w:shd w:fill="E8F5EC" w:val="clear"/>
      </w:pPr>
      <w:r>
        <w:rPr>
          <w:rFonts w:ascii="Calibri" w:hAnsi="Calibri" w:eastAsia="Calibri"/>
          <w:b/>
          <w:i w:val="0"/>
          <w:color w:val="146E3C"/>
          <w:sz w:val="22"/>
        </w:rPr>
        <w:t>A. [CORRECT] Blood and a focused echo</w:t>
      </w:r>
    </w:p>
    <w:p>
      <w:pPr>
        <w:spacing w:before="0" w:after="20" w:line="259" w:lineRule="auto"/>
      </w:pPr>
      <w:r>
        <w:rPr>
          <w:rFonts w:ascii="Calibri" w:hAnsi="Calibri" w:eastAsia="Calibri"/>
          <w:b w:val="0"/>
          <w:i/>
          <w:color w:val="282828"/>
          <w:sz w:val="22"/>
        </w:rPr>
        <w:t>Bay: O-neg is running. Subcostal view: effusion, RV diastolic collapse. Theatre is being called.</w:t>
      </w:r>
    </w:p>
    <w:p>
      <w:pPr>
        <w:spacing w:before="0" w:after="40" w:line="259" w:lineRule="auto"/>
      </w:pPr>
      <w:r>
        <w:rPr>
          <w:rFonts w:ascii="Calibri" w:hAnsi="Calibri" w:eastAsia="Calibri"/>
          <w:b w:val="0"/>
          <w:i/>
          <w:color w:val="5A4614"/>
          <w:sz w:val="20"/>
        </w:rPr>
        <w:t>Reaction: sbp +6</w:t>
      </w:r>
    </w:p>
    <w:p>
      <w:pPr>
        <w:spacing w:before="80" w:after="40" w:line="259" w:lineRule="auto"/>
      </w:pPr>
      <w:r>
        <w:rPr>
          <w:rFonts w:ascii="Calibri" w:hAnsi="Calibri" w:eastAsia="Calibri"/>
          <w:b/>
          <w:i w:val="0"/>
          <w:color w:val="46326E"/>
          <w:sz w:val="22"/>
        </w:rPr>
        <w:t xml:space="preserve">    Follow-up: What are you looking for on the echo?</w:t>
      </w:r>
    </w:p>
    <w:p>
      <w:pPr>
        <w:spacing w:before="120" w:after="20" w:line="259" w:lineRule="auto"/>
        <w:shd w:fill="E8F5EC" w:val="clear"/>
      </w:pPr>
      <w:r>
        <w:rPr>
          <w:rFonts w:ascii="Calibri" w:hAnsi="Calibri" w:eastAsia="Calibri"/>
          <w:b/>
          <w:i w:val="0"/>
          <w:color w:val="146E3C"/>
          <w:sz w:val="22"/>
        </w:rPr>
        <w:t xml:space="preserve">    A. [CORRECT] Pericardial effusion with right-ventricular diastolic collapse</w:t>
      </w:r>
    </w:p>
    <w:p>
      <w:pPr>
        <w:spacing w:before="0" w:after="20" w:line="259" w:lineRule="auto"/>
      </w:pPr>
      <w:r>
        <w:rPr>
          <w:rFonts w:ascii="Calibri" w:hAnsi="Calibri" w:eastAsia="Calibri"/>
          <w:b w:val="0"/>
          <w:i/>
          <w:color w:val="282828"/>
          <w:sz w:val="22"/>
        </w:rPr>
        <w:t xml:space="preserve">       Bay: Beck's plus a penetrating wound is tamponade until the probe says otherwise.</w:t>
      </w:r>
    </w:p>
    <w:p>
      <w:pPr>
        <w:spacing w:before="120" w:after="20" w:line="259" w:lineRule="auto"/>
        <w:shd w:fill="F8E8E8" w:val="clear"/>
      </w:pPr>
      <w:r>
        <w:rPr>
          <w:rFonts w:ascii="Calibri" w:hAnsi="Calibri" w:eastAsia="Calibri"/>
          <w:b w:val="0"/>
          <w:i w:val="0"/>
          <w:color w:val="A02828"/>
          <w:sz w:val="22"/>
        </w:rPr>
        <w:t xml:space="preserve">    B. [WRONG] A dilated RV and small LV</w:t>
      </w:r>
    </w:p>
    <w:p>
      <w:pPr>
        <w:spacing w:before="0" w:after="20" w:line="259" w:lineRule="auto"/>
      </w:pPr>
      <w:r>
        <w:rPr>
          <w:rFonts w:ascii="Calibri" w:hAnsi="Calibri" w:eastAsia="Calibri"/>
          <w:b w:val="0"/>
          <w:i/>
          <w:color w:val="282828"/>
          <w:sz w:val="22"/>
        </w:rPr>
        <w:t xml:space="preserve">       Bay: That is PE strain, not a stab to the heart.</w:t>
      </w:r>
    </w:p>
    <w:p>
      <w:pPr>
        <w:spacing w:before="120" w:after="20" w:line="259" w:lineRule="auto"/>
        <w:shd w:fill="F8E8E8" w:val="clear"/>
      </w:pPr>
      <w:r>
        <w:rPr>
          <w:rFonts w:ascii="Calibri" w:hAnsi="Calibri" w:eastAsia="Calibri"/>
          <w:b w:val="0"/>
          <w:i w:val="0"/>
          <w:color w:val="A02828"/>
          <w:sz w:val="22"/>
        </w:rPr>
        <w:t xml:space="preserve">    C. [WRONG] Anterior wall-motion abnormality</w:t>
      </w:r>
    </w:p>
    <w:p>
      <w:pPr>
        <w:spacing w:before="0" w:after="20" w:line="259" w:lineRule="auto"/>
      </w:pPr>
      <w:r>
        <w:rPr>
          <w:rFonts w:ascii="Calibri" w:hAnsi="Calibri" w:eastAsia="Calibri"/>
          <w:b w:val="0"/>
          <w:i/>
          <w:color w:val="282828"/>
          <w:sz w:val="22"/>
        </w:rPr>
        <w:t xml:space="preserve">       Bay: This is obstruction, not ACS.</w:t>
      </w:r>
    </w:p>
    <w:p>
      <w:pPr>
        <w:spacing w:before="120" w:after="20" w:line="259" w:lineRule="auto"/>
        <w:shd w:fill="F8E8E8" w:val="clear"/>
      </w:pPr>
      <w:r>
        <w:rPr>
          <w:rFonts w:ascii="Calibri" w:hAnsi="Calibri" w:eastAsia="Calibri"/>
          <w:b w:val="0"/>
          <w:i w:val="0"/>
          <w:color w:val="A02828"/>
          <w:sz w:val="22"/>
        </w:rPr>
        <w:t xml:space="preserve">    D. [WRONG] A normal heart, then send him for CT</w:t>
      </w:r>
    </w:p>
    <w:p>
      <w:pPr>
        <w:spacing w:before="0" w:after="20" w:line="259" w:lineRule="auto"/>
      </w:pPr>
      <w:r>
        <w:rPr>
          <w:rFonts w:ascii="Calibri" w:hAnsi="Calibri" w:eastAsia="Calibri"/>
          <w:b w:val="0"/>
          <w:i/>
          <w:color w:val="282828"/>
          <w:sz w:val="22"/>
        </w:rPr>
        <w:t xml:space="preserve">       Bay: Do not CT a tamponade. He needs a surgeon.</w:t>
      </w:r>
    </w:p>
    <w:p>
      <w:pPr>
        <w:spacing w:before="120" w:after="20" w:line="259" w:lineRule="auto"/>
        <w:shd w:fill="F8E8E8" w:val="clear"/>
      </w:pPr>
      <w:r>
        <w:rPr>
          <w:rFonts w:ascii="Calibri" w:hAnsi="Calibri" w:eastAsia="Calibri"/>
          <w:b w:val="0"/>
          <w:i w:val="0"/>
          <w:color w:val="A02828"/>
          <w:sz w:val="22"/>
        </w:rPr>
        <w:t xml:space="preserve">    E. [WRONG] Pneumothorax only — skip the heart view</w:t>
      </w:r>
    </w:p>
    <w:p>
      <w:pPr>
        <w:spacing w:before="0" w:after="20" w:line="259" w:lineRule="auto"/>
      </w:pPr>
      <w:r>
        <w:rPr>
          <w:rFonts w:ascii="Calibri" w:hAnsi="Calibri" w:eastAsia="Calibri"/>
          <w:b w:val="0"/>
          <w:i/>
          <w:color w:val="282828"/>
          <w:sz w:val="22"/>
        </w:rPr>
        <w:t xml:space="preserve">       Bay: The chest is equal. Look under the xiphisternum.</w:t>
      </w:r>
    </w:p>
    <w:p>
      <w:pPr>
        <w:spacing w:before="120" w:after="20" w:line="259" w:lineRule="auto"/>
        <w:shd w:fill="F8E8E8" w:val="clear"/>
      </w:pPr>
      <w:r>
        <w:rPr>
          <w:rFonts w:ascii="Calibri" w:hAnsi="Calibri" w:eastAsia="Calibri"/>
          <w:b w:val="0"/>
          <w:i w:val="0"/>
          <w:color w:val="A02828"/>
          <w:sz w:val="22"/>
        </w:rPr>
        <w:t>B. [WRONG] Noradrenaline as the first treatment</w:t>
      </w:r>
    </w:p>
    <w:p>
      <w:pPr>
        <w:spacing w:before="0" w:after="20" w:line="259" w:lineRule="auto"/>
      </w:pPr>
      <w:r>
        <w:rPr>
          <w:rFonts w:ascii="Calibri" w:hAnsi="Calibri" w:eastAsia="Calibri"/>
          <w:b w:val="0"/>
          <w:i/>
          <w:color w:val="282828"/>
          <w:sz w:val="22"/>
        </w:rPr>
        <w:t>Bay: Pressors without filling a compressed RV will not fix tamponade. Volume and a surgeon.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Immediate needle pericardiocentesis without imaging</w:t>
      </w:r>
    </w:p>
    <w:p>
      <w:pPr>
        <w:spacing w:before="0" w:after="20" w:line="259" w:lineRule="auto"/>
      </w:pPr>
      <w:r>
        <w:rPr>
          <w:rFonts w:ascii="Calibri" w:hAnsi="Calibri" w:eastAsia="Calibri"/>
          <w:b w:val="0"/>
          <w:i/>
          <w:color w:val="282828"/>
          <w:sz w:val="22"/>
        </w:rPr>
        <w:t>Bay: Blind needling a penetrating tamponade can make it worse. See the effusion, call theatre — needle only if he arrests and there is no knife.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Clamshell thoracotomy now while he is talking</w:t>
      </w:r>
    </w:p>
    <w:p>
      <w:pPr>
        <w:spacing w:before="0" w:after="20" w:line="259" w:lineRule="auto"/>
      </w:pPr>
      <w:r>
        <w:rPr>
          <w:rFonts w:ascii="Calibri" w:hAnsi="Calibri" w:eastAsia="Calibri"/>
          <w:b w:val="0"/>
          <w:i/>
          <w:color w:val="282828"/>
          <w:sz w:val="22"/>
        </w:rPr>
        <w:t>Bay: He has output. That is for loss of signs of life after penetrating trauma, not a talking tamponade.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GTN infusion for 'ACS'</w:t>
      </w:r>
    </w:p>
    <w:p>
      <w:pPr>
        <w:spacing w:before="0" w:after="20" w:line="259" w:lineRule="auto"/>
      </w:pPr>
      <w:r>
        <w:rPr>
          <w:rFonts w:ascii="Calibri" w:hAnsi="Calibri" w:eastAsia="Calibri"/>
          <w:b w:val="0"/>
          <w:i/>
          <w:color w:val="282828"/>
          <w:sz w:val="22"/>
        </w:rPr>
        <w:t>Bay: Muffled sounds and a stab wound are not ACS. You will drop the only preload he has.</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Effusion confirmed. BP 82. He is still talking.</w:t>
      </w:r>
    </w:p>
    <w:p>
      <w:pPr>
        <w:spacing w:before="120" w:after="20" w:line="259" w:lineRule="auto"/>
        <w:shd w:fill="E8F5EC" w:val="clear"/>
      </w:pPr>
      <w:r>
        <w:rPr>
          <w:rFonts w:ascii="Calibri" w:hAnsi="Calibri" w:eastAsia="Calibri"/>
          <w:b/>
          <w:i w:val="0"/>
          <w:color w:val="146E3C"/>
          <w:sz w:val="22"/>
        </w:rPr>
        <w:t>A. [CORRECT] Emergency thoracotomy / pericardial window in theatre</w:t>
      </w:r>
    </w:p>
    <w:p>
      <w:pPr>
        <w:spacing w:before="0" w:after="20" w:line="259" w:lineRule="auto"/>
      </w:pPr>
      <w:r>
        <w:rPr>
          <w:rFonts w:ascii="Calibri" w:hAnsi="Calibri" w:eastAsia="Calibri"/>
          <w:b w:val="0"/>
          <w:i/>
          <w:color w:val="282828"/>
          <w:sz w:val="22"/>
        </w:rPr>
        <w:t>Bay: Cardiothoracics take him. Blood stays up. You do not wander to CT.</w:t>
      </w:r>
    </w:p>
    <w:p>
      <w:pPr>
        <w:spacing w:before="0" w:after="40" w:line="259" w:lineRule="auto"/>
      </w:pPr>
      <w:r>
        <w:rPr>
          <w:rFonts w:ascii="Calibri" w:hAnsi="Calibri" w:eastAsia="Calibri"/>
          <w:b w:val="0"/>
          <w:i/>
          <w:color w:val="5A4614"/>
          <w:sz w:val="20"/>
        </w:rPr>
        <w:t>Reaction: sbp +8</w:t>
      </w:r>
    </w:p>
    <w:p>
      <w:pPr>
        <w:spacing w:before="80" w:after="40" w:line="259" w:lineRule="auto"/>
      </w:pPr>
      <w:r>
        <w:rPr>
          <w:rFonts w:ascii="Calibri" w:hAnsi="Calibri" w:eastAsia="Calibri"/>
          <w:b/>
          <w:i w:val="0"/>
          <w:color w:val="46326E"/>
          <w:sz w:val="22"/>
        </w:rPr>
        <w:t xml:space="preserve">    Follow-up: Who opens the chest?</w:t>
      </w:r>
    </w:p>
    <w:p>
      <w:pPr>
        <w:spacing w:before="120" w:after="20" w:line="259" w:lineRule="auto"/>
        <w:shd w:fill="E8F5EC" w:val="clear"/>
      </w:pPr>
      <w:r>
        <w:rPr>
          <w:rFonts w:ascii="Calibri" w:hAnsi="Calibri" w:eastAsia="Calibri"/>
          <w:b/>
          <w:i w:val="0"/>
          <w:color w:val="146E3C"/>
          <w:sz w:val="22"/>
        </w:rPr>
        <w:t xml:space="preserve">    A. [CORRECT] A surgeon in theatre now — you escort, blood running</w:t>
      </w:r>
    </w:p>
    <w:p>
      <w:pPr>
        <w:spacing w:before="0" w:after="20" w:line="259" w:lineRule="auto"/>
      </w:pPr>
      <w:r>
        <w:rPr>
          <w:rFonts w:ascii="Calibri" w:hAnsi="Calibri" w:eastAsia="Calibri"/>
          <w:b w:val="0"/>
          <w:i/>
          <w:color w:val="282828"/>
          <w:sz w:val="22"/>
        </w:rPr>
        <w:t xml:space="preserve">       Bay: Penetrating tamponade with output goes to a knife, not a CT queue.</w:t>
      </w:r>
    </w:p>
    <w:p>
      <w:pPr>
        <w:spacing w:before="120" w:after="20" w:line="259" w:lineRule="auto"/>
        <w:shd w:fill="F8E8E8" w:val="clear"/>
      </w:pPr>
      <w:r>
        <w:rPr>
          <w:rFonts w:ascii="Calibri" w:hAnsi="Calibri" w:eastAsia="Calibri"/>
          <w:b w:val="0"/>
          <w:i w:val="0"/>
          <w:color w:val="A02828"/>
          <w:sz w:val="22"/>
        </w:rPr>
        <w:t xml:space="preserve">    B. [WRONG] You, in resus, because every registrar should clamshell a talking patient</w:t>
      </w:r>
    </w:p>
    <w:p>
      <w:pPr>
        <w:spacing w:before="0" w:after="20" w:line="259" w:lineRule="auto"/>
      </w:pPr>
      <w:r>
        <w:rPr>
          <w:rFonts w:ascii="Calibri" w:hAnsi="Calibri" w:eastAsia="Calibri"/>
          <w:b w:val="0"/>
          <w:i/>
          <w:color w:val="282828"/>
          <w:sz w:val="22"/>
        </w:rPr>
        <w:t xml:space="preserve">       Bay: Resuscitative thoracotomy is for loss of vital signs, not a GCS 14 tamponade.</w:t>
      </w:r>
    </w:p>
    <w:p>
      <w:pPr>
        <w:spacing w:before="120" w:after="20" w:line="259" w:lineRule="auto"/>
        <w:shd w:fill="F8E8E8" w:val="clear"/>
      </w:pPr>
      <w:r>
        <w:rPr>
          <w:rFonts w:ascii="Calibri" w:hAnsi="Calibri" w:eastAsia="Calibri"/>
          <w:b w:val="0"/>
          <w:i w:val="0"/>
          <w:color w:val="A02828"/>
          <w:sz w:val="22"/>
        </w:rPr>
        <w:t xml:space="preserve">    C. [WRONG] Interventional radiology for a pericardial drain</w:t>
      </w:r>
    </w:p>
    <w:p>
      <w:pPr>
        <w:spacing w:before="0" w:after="20" w:line="259" w:lineRule="auto"/>
      </w:pPr>
      <w:r>
        <w:rPr>
          <w:rFonts w:ascii="Calibri" w:hAnsi="Calibri" w:eastAsia="Calibri"/>
          <w:b w:val="0"/>
          <w:i/>
          <w:color w:val="282828"/>
          <w:sz w:val="22"/>
        </w:rPr>
        <w:t xml:space="preserve">       Bay: This is a cardiac wound. He needs a surgeon.</w:t>
      </w:r>
    </w:p>
    <w:p>
      <w:pPr>
        <w:spacing w:before="120" w:after="20" w:line="259" w:lineRule="auto"/>
        <w:shd w:fill="F8E8E8" w:val="clear"/>
      </w:pPr>
      <w:r>
        <w:rPr>
          <w:rFonts w:ascii="Calibri" w:hAnsi="Calibri" w:eastAsia="Calibri"/>
          <w:b w:val="0"/>
          <w:i w:val="0"/>
          <w:color w:val="A02828"/>
          <w:sz w:val="22"/>
        </w:rPr>
        <w:t xml:space="preserve">    D. [WRONG] Medical pericardiocentesis and a ward bed</w:t>
      </w:r>
    </w:p>
    <w:p>
      <w:pPr>
        <w:spacing w:before="0" w:after="20" w:line="259" w:lineRule="auto"/>
      </w:pPr>
      <w:r>
        <w:rPr>
          <w:rFonts w:ascii="Calibri" w:hAnsi="Calibri" w:eastAsia="Calibri"/>
          <w:b w:val="0"/>
          <w:i/>
          <w:color w:val="282828"/>
          <w:sz w:val="22"/>
        </w:rPr>
        <w:t xml:space="preserve">       Bay: Blood in the sac from a knife will reaccumulate. Theatre.</w:t>
      </w:r>
    </w:p>
    <w:p>
      <w:pPr>
        <w:spacing w:before="120" w:after="20" w:line="259" w:lineRule="auto"/>
        <w:shd w:fill="F8E8E8" w:val="clear"/>
      </w:pPr>
      <w:r>
        <w:rPr>
          <w:rFonts w:ascii="Calibri" w:hAnsi="Calibri" w:eastAsia="Calibri"/>
          <w:b w:val="0"/>
          <w:i w:val="0"/>
          <w:color w:val="A02828"/>
          <w:sz w:val="22"/>
        </w:rPr>
        <w:t xml:space="preserve">    E. [WRONG] Observe in resus until he arrests, then clamshell</w:t>
      </w:r>
    </w:p>
    <w:p>
      <w:pPr>
        <w:spacing w:before="0" w:after="20" w:line="259" w:lineRule="auto"/>
      </w:pPr>
      <w:r>
        <w:rPr>
          <w:rFonts w:ascii="Calibri" w:hAnsi="Calibri" w:eastAsia="Calibri"/>
          <w:b w:val="0"/>
          <w:i/>
          <w:color w:val="282828"/>
          <w:sz w:val="22"/>
        </w:rPr>
        <w:t xml:space="preserve">       Bay: Do not wait for PEA. Move while he has output.</w:t>
      </w:r>
    </w:p>
    <w:p>
      <w:pPr>
        <w:spacing w:before="120" w:after="20" w:line="259" w:lineRule="auto"/>
        <w:shd w:fill="F8E8E8" w:val="clear"/>
      </w:pPr>
      <w:r>
        <w:rPr>
          <w:rFonts w:ascii="Calibri" w:hAnsi="Calibri" w:eastAsia="Calibri"/>
          <w:b w:val="0"/>
          <w:i w:val="0"/>
          <w:color w:val="A02828"/>
          <w:sz w:val="22"/>
        </w:rPr>
        <w:t>B. [WRONG] Needle decompression of the left chest</w:t>
      </w:r>
    </w:p>
    <w:p>
      <w:pPr>
        <w:spacing w:before="0" w:after="20" w:line="259" w:lineRule="auto"/>
      </w:pPr>
      <w:r>
        <w:rPr>
          <w:rFonts w:ascii="Calibri" w:hAnsi="Calibri" w:eastAsia="Calibri"/>
          <w:b w:val="0"/>
          <w:i/>
          <w:color w:val="282828"/>
          <w:sz w:val="22"/>
        </w:rPr>
        <w:t>Bay: Air entry is equal. This is not tension. You will not drain a pericardium through the second interspace.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Thrombolysis for massive PE</w:t>
      </w:r>
    </w:p>
    <w:p>
      <w:pPr>
        <w:spacing w:before="0" w:after="20" w:line="259" w:lineRule="auto"/>
      </w:pPr>
      <w:r>
        <w:rPr>
          <w:rFonts w:ascii="Calibri" w:hAnsi="Calibri" w:eastAsia="Calibri"/>
          <w:b w:val="0"/>
          <w:i/>
          <w:color w:val="282828"/>
          <w:sz w:val="22"/>
        </w:rPr>
        <w:t>Bay: The RV has collapsed, not dilated. Lysis with a cardiac wound is catastrophic.</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CT chest and abdomen before anyone operates</w:t>
      </w:r>
    </w:p>
    <w:p>
      <w:pPr>
        <w:spacing w:before="0" w:after="20" w:line="259" w:lineRule="auto"/>
      </w:pPr>
      <w:r>
        <w:rPr>
          <w:rFonts w:ascii="Calibri" w:hAnsi="Calibri" w:eastAsia="Calibri"/>
          <w:b w:val="0"/>
          <w:i/>
          <w:color w:val="282828"/>
          <w:sz w:val="22"/>
        </w:rPr>
        <w:t>Bay: Unstable penetrating tamponade does not go to the scanner.</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Discharge after a normal chest radiograph</w:t>
      </w:r>
    </w:p>
    <w:p>
      <w:pPr>
        <w:spacing w:before="0" w:after="20" w:line="259" w:lineRule="auto"/>
      </w:pPr>
      <w:r>
        <w:rPr>
          <w:rFonts w:ascii="Calibri" w:hAnsi="Calibri" w:eastAsia="Calibri"/>
          <w:b w:val="0"/>
          <w:i/>
          <w:color w:val="282828"/>
          <w:sz w:val="22"/>
        </w:rPr>
        <w:t>Bay: A film can be normal in tamponade. He is shocked.</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Theatre is coming. You can send from the bay.</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7.28  pCO2 4.6  pO2 12.1  HCO3 16  BE −8  lactate 4.8  K+ 4.0  Hb 118</w:t>
      </w:r>
    </w:p>
    <w:p>
      <w:pPr>
        <w:spacing w:before="0" w:after="40" w:line="259" w:lineRule="auto"/>
      </w:pPr>
      <w:r>
        <w:rPr>
          <w:rFonts w:ascii="Calibri" w:hAnsi="Calibri" w:eastAsia="Calibri"/>
          <w:b w:val="0"/>
          <w:i w:val="0"/>
          <w:sz w:val="22"/>
        </w:rPr>
        <w:t>Hypoperfusion. Hb will not tell you about the sac.</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6.4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nonspecific</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Not obtained.</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116   WCC 11.2   Plt 210</w:t>
      </w:r>
    </w:p>
    <w:p>
      <w:pPr>
        <w:spacing w:before="0" w:after="40" w:line="259" w:lineRule="auto"/>
      </w:pPr>
      <w:r>
        <w:rPr>
          <w:rFonts w:ascii="Calibri" w:hAnsi="Calibri" w:eastAsia="Calibri"/>
          <w:b w:val="0"/>
          <w:i w:val="0"/>
          <w:sz w:val="22"/>
        </w:rPr>
        <w:t>coag: PT 12 s   APTT 30 s</w:t>
      </w:r>
    </w:p>
    <w:p>
      <w:pPr>
        <w:spacing w:before="0" w:after="40" w:line="259" w:lineRule="auto"/>
      </w:pPr>
      <w:r>
        <w:rPr>
          <w:rFonts w:ascii="Calibri" w:hAnsi="Calibri" w:eastAsia="Calibri"/>
          <w:b w:val="0"/>
          <w:i w:val="0"/>
          <w:sz w:val="22"/>
        </w:rPr>
        <w:t>trop: Pending — not ACS</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Film is clear. Tracing is low-voltage, non-specific. Review results — then decide.</w:t>
      </w:r>
    </w:p>
    <w:p>
      <w:pPr>
        <w:spacing w:before="120" w:after="20" w:line="259" w:lineRule="auto"/>
        <w:shd w:fill="E8F5EC" w:val="clear"/>
      </w:pPr>
      <w:r>
        <w:rPr>
          <w:rFonts w:ascii="Calibri" w:hAnsi="Calibri" w:eastAsia="Calibri"/>
          <w:b/>
          <w:i w:val="0"/>
          <w:color w:val="146E3C"/>
          <w:sz w:val="22"/>
        </w:rPr>
        <w:t>A. [CORRECT] Keep blood up, escort to theatre, pads on</w:t>
      </w:r>
    </w:p>
    <w:p>
      <w:pPr>
        <w:spacing w:before="0" w:after="20" w:line="259" w:lineRule="auto"/>
      </w:pPr>
      <w:r>
        <w:rPr>
          <w:rFonts w:ascii="Calibri" w:hAnsi="Calibri" w:eastAsia="Calibri"/>
          <w:b w:val="0"/>
          <w:i/>
          <w:color w:val="282828"/>
          <w:sz w:val="22"/>
        </w:rPr>
        <w:t>Bay: Second unit up. Pads on. You walk with him.</w:t>
      </w:r>
    </w:p>
    <w:p>
      <w:pPr>
        <w:spacing w:before="0" w:after="40" w:line="259" w:lineRule="auto"/>
      </w:pPr>
      <w:r>
        <w:rPr>
          <w:rFonts w:ascii="Calibri" w:hAnsi="Calibri" w:eastAsia="Calibri"/>
          <w:b w:val="0"/>
          <w:i/>
          <w:color w:val="5A4614"/>
          <w:sz w:val="20"/>
        </w:rPr>
        <w:t>Reaction: sbp +6</w:t>
      </w:r>
    </w:p>
    <w:p>
      <w:pPr>
        <w:spacing w:before="80" w:after="40" w:line="259" w:lineRule="auto"/>
      </w:pPr>
      <w:r>
        <w:rPr>
          <w:rFonts w:ascii="Calibri" w:hAnsi="Calibri" w:eastAsia="Calibri"/>
          <w:b/>
          <w:i w:val="0"/>
          <w:color w:val="46326E"/>
          <w:sz w:val="22"/>
        </w:rPr>
        <w:t xml:space="preserve">    Follow-up: What blood product now?</w:t>
      </w:r>
    </w:p>
    <w:p>
      <w:pPr>
        <w:spacing w:before="120" w:after="20" w:line="259" w:lineRule="auto"/>
        <w:shd w:fill="E8F5EC" w:val="clear"/>
      </w:pPr>
      <w:r>
        <w:rPr>
          <w:rFonts w:ascii="Calibri" w:hAnsi="Calibri" w:eastAsia="Calibri"/>
          <w:b/>
          <w:i w:val="0"/>
          <w:color w:val="146E3C"/>
          <w:sz w:val="22"/>
        </w:rPr>
        <w:t xml:space="preserve">    A. [CORRECT] O-negative then group-specific, ratio with plasma if he bleeds out</w:t>
      </w:r>
    </w:p>
    <w:p>
      <w:pPr>
        <w:spacing w:before="0" w:after="20" w:line="259" w:lineRule="auto"/>
      </w:pPr>
      <w:r>
        <w:rPr>
          <w:rFonts w:ascii="Calibri" w:hAnsi="Calibri" w:eastAsia="Calibri"/>
          <w:b w:val="0"/>
          <w:i/>
          <w:color w:val="282828"/>
          <w:sz w:val="22"/>
        </w:rPr>
        <w:t xml:space="preserve">       Bay: Penetrating cardiac wound: treat as major haemorrhage if he decompensates.</w:t>
      </w:r>
    </w:p>
    <w:p>
      <w:pPr>
        <w:spacing w:before="120" w:after="20" w:line="259" w:lineRule="auto"/>
        <w:shd w:fill="F8E8E8" w:val="clear"/>
      </w:pPr>
      <w:r>
        <w:rPr>
          <w:rFonts w:ascii="Calibri" w:hAnsi="Calibri" w:eastAsia="Calibri"/>
          <w:b w:val="0"/>
          <w:i w:val="0"/>
          <w:color w:val="A02828"/>
          <w:sz w:val="22"/>
        </w:rPr>
        <w:t xml:space="preserve">    B. [WRONG] Four litres of crystalloid first</w:t>
      </w:r>
    </w:p>
    <w:p>
      <w:pPr>
        <w:spacing w:before="0" w:after="20" w:line="259" w:lineRule="auto"/>
      </w:pPr>
      <w:r>
        <w:rPr>
          <w:rFonts w:ascii="Calibri" w:hAnsi="Calibri" w:eastAsia="Calibri"/>
          <w:b w:val="0"/>
          <w:i/>
          <w:color w:val="282828"/>
          <w:sz w:val="22"/>
        </w:rPr>
        <w:t xml:space="preserve">       Bay: You will dilute him. Blood for a cardiac wound in shock.</w:t>
      </w:r>
    </w:p>
    <w:p>
      <w:pPr>
        <w:spacing w:before="120" w:after="20" w:line="259" w:lineRule="auto"/>
        <w:shd w:fill="F8E8E8" w:val="clear"/>
      </w:pPr>
      <w:r>
        <w:rPr>
          <w:rFonts w:ascii="Calibri" w:hAnsi="Calibri" w:eastAsia="Calibri"/>
          <w:b w:val="0"/>
          <w:i w:val="0"/>
          <w:color w:val="A02828"/>
          <w:sz w:val="22"/>
        </w:rPr>
        <w:t xml:space="preserve">    C. [WRONG] Platelets only, hold red cells</w:t>
      </w:r>
    </w:p>
    <w:p>
      <w:pPr>
        <w:spacing w:before="0" w:after="20" w:line="259" w:lineRule="auto"/>
      </w:pPr>
      <w:r>
        <w:rPr>
          <w:rFonts w:ascii="Calibri" w:hAnsi="Calibri" w:eastAsia="Calibri"/>
          <w:b w:val="0"/>
          <w:i/>
          <w:color w:val="282828"/>
          <w:sz w:val="22"/>
        </w:rPr>
        <w:t xml:space="preserve">       Bay: He needs oxygen-carrying blood, not platelets first.</w:t>
      </w:r>
    </w:p>
    <w:p>
      <w:pPr>
        <w:spacing w:before="120" w:after="20" w:line="259" w:lineRule="auto"/>
        <w:shd w:fill="F8E8E8" w:val="clear"/>
      </w:pPr>
      <w:r>
        <w:rPr>
          <w:rFonts w:ascii="Calibri" w:hAnsi="Calibri" w:eastAsia="Calibri"/>
          <w:b w:val="0"/>
          <w:i w:val="0"/>
          <w:color w:val="A02828"/>
          <w:sz w:val="22"/>
        </w:rPr>
        <w:t xml:space="preserve">    D. [WRONG] Albumin 20% as a 'cardiac fluid'</w:t>
      </w:r>
    </w:p>
    <w:p>
      <w:pPr>
        <w:spacing w:before="0" w:after="20" w:line="259" w:lineRule="auto"/>
      </w:pPr>
      <w:r>
        <w:rPr>
          <w:rFonts w:ascii="Calibri" w:hAnsi="Calibri" w:eastAsia="Calibri"/>
          <w:b w:val="0"/>
          <w:i/>
          <w:color w:val="282828"/>
          <w:sz w:val="22"/>
        </w:rPr>
        <w:t xml:space="preserve">       Bay: Not the fluid of traumatic tamponade.</w:t>
      </w:r>
    </w:p>
    <w:p>
      <w:pPr>
        <w:spacing w:before="120" w:after="20" w:line="259" w:lineRule="auto"/>
        <w:shd w:fill="F8E8E8" w:val="clear"/>
      </w:pPr>
      <w:r>
        <w:rPr>
          <w:rFonts w:ascii="Calibri" w:hAnsi="Calibri" w:eastAsia="Calibri"/>
          <w:b w:val="0"/>
          <w:i w:val="0"/>
          <w:color w:val="A02828"/>
          <w:sz w:val="22"/>
        </w:rPr>
        <w:t xml:space="preserve">    E. [WRONG] No blood until a formal group is back</w:t>
      </w:r>
    </w:p>
    <w:p>
      <w:pPr>
        <w:spacing w:before="0" w:after="20" w:line="259" w:lineRule="auto"/>
      </w:pPr>
      <w:r>
        <w:rPr>
          <w:rFonts w:ascii="Calibri" w:hAnsi="Calibri" w:eastAsia="Calibri"/>
          <w:b w:val="0"/>
          <w:i/>
          <w:color w:val="282828"/>
          <w:sz w:val="22"/>
        </w:rPr>
        <w:t xml:space="preserve">       Bay: O-neg exists for this. Do not wait.</w:t>
      </w:r>
    </w:p>
    <w:p>
      <w:pPr>
        <w:spacing w:before="120" w:after="20" w:line="259" w:lineRule="auto"/>
        <w:shd w:fill="F8E8E8" w:val="clear"/>
      </w:pPr>
      <w:r>
        <w:rPr>
          <w:rFonts w:ascii="Calibri" w:hAnsi="Calibri" w:eastAsia="Calibri"/>
          <w:b w:val="0"/>
          <w:i w:val="0"/>
          <w:color w:val="A02828"/>
          <w:sz w:val="22"/>
        </w:rPr>
        <w:t>B. [WRONG] Activate PPCI because the tracing is abnormal</w:t>
      </w:r>
    </w:p>
    <w:p>
      <w:pPr>
        <w:spacing w:before="0" w:after="20" w:line="259" w:lineRule="auto"/>
      </w:pPr>
      <w:r>
        <w:rPr>
          <w:rFonts w:ascii="Calibri" w:hAnsi="Calibri" w:eastAsia="Calibri"/>
          <w:b w:val="0"/>
          <w:i/>
          <w:color w:val="282828"/>
          <w:sz w:val="22"/>
        </w:rPr>
        <w:t>Bay: Low voltage is tamponade, not STEMI. The lab will not drain a sac.</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Start a heparin infusion</w:t>
      </w:r>
    </w:p>
    <w:p>
      <w:pPr>
        <w:spacing w:before="0" w:after="20" w:line="259" w:lineRule="auto"/>
      </w:pPr>
      <w:r>
        <w:rPr>
          <w:rFonts w:ascii="Calibri" w:hAnsi="Calibri" w:eastAsia="Calibri"/>
          <w:b w:val="0"/>
          <w:i/>
          <w:color w:val="282828"/>
          <w:sz w:val="22"/>
        </w:rPr>
        <w:t>Bay: He is about to have his chest opened. Do not anticoagulate a stab.</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Needle the pericardium from the resus bay as definitive care</w:t>
      </w:r>
    </w:p>
    <w:p>
      <w:pPr>
        <w:spacing w:before="0" w:after="20" w:line="259" w:lineRule="auto"/>
      </w:pPr>
      <w:r>
        <w:rPr>
          <w:rFonts w:ascii="Calibri" w:hAnsi="Calibri" w:eastAsia="Calibri"/>
          <w:b w:val="0"/>
          <w:i/>
          <w:color w:val="282828"/>
          <w:sz w:val="22"/>
        </w:rPr>
        <w:t>Bay: A temporising needle is for arrest without a surgeon. He has a team coming.</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Sit him at 45 degrees and give furosemide for the raised JVP</w:t>
      </w:r>
    </w:p>
    <w:p>
      <w:pPr>
        <w:spacing w:before="0" w:after="20" w:line="259" w:lineRule="auto"/>
      </w:pPr>
      <w:r>
        <w:rPr>
          <w:rFonts w:ascii="Calibri" w:hAnsi="Calibri" w:eastAsia="Calibri"/>
          <w:b w:val="0"/>
          <w:i/>
          <w:color w:val="282828"/>
          <w:sz w:val="22"/>
        </w:rPr>
        <w:t>Bay: The JVP is obstruction, not fluid overload. Diuresis will arrest him.</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His friend is in the relatives' room.</w:t>
      </w:r>
    </w:p>
    <w:p>
      <w:pPr>
        <w:spacing w:before="120" w:after="20" w:line="259" w:lineRule="auto"/>
        <w:shd w:fill="E8F5EC" w:val="clear"/>
      </w:pPr>
      <w:r>
        <w:rPr>
          <w:rFonts w:ascii="Calibri" w:hAnsi="Calibri" w:eastAsia="Calibri"/>
          <w:b/>
          <w:i w:val="0"/>
          <w:color w:val="146E3C"/>
          <w:sz w:val="22"/>
        </w:rPr>
        <w:t>A. [CORRECT] Ask about other wounds, weapons, last oral intake and allergies</w:t>
      </w:r>
    </w:p>
    <w:p>
      <w:pPr>
        <w:spacing w:before="0" w:after="20" w:line="259" w:lineRule="auto"/>
      </w:pPr>
      <w:r>
        <w:rPr>
          <w:rFonts w:ascii="Calibri" w:hAnsi="Calibri" w:eastAsia="Calibri"/>
          <w:b w:val="0"/>
          <w:i/>
          <w:color w:val="282828"/>
          <w:sz w:val="22"/>
        </w:rPr>
        <w:t>Bay: Single knife, ate two hours ago, no allergies. No other wounds on a proper search.</w:t>
      </w:r>
    </w:p>
    <w:p>
      <w:pPr>
        <w:spacing w:before="120" w:after="20" w:line="259" w:lineRule="auto"/>
        <w:shd w:fill="E8F5EC" w:val="clear"/>
      </w:pPr>
      <w:r>
        <w:rPr>
          <w:rFonts w:ascii="Calibri" w:hAnsi="Calibri" w:eastAsia="Calibri"/>
          <w:b/>
          <w:i w:val="0"/>
          <w:color w:val="146E3C"/>
          <w:sz w:val="22"/>
        </w:rPr>
        <w:t>B. [CORRECT] Log-roll and inspect the back, axillae and perineum</w:t>
      </w:r>
    </w:p>
    <w:p>
      <w:pPr>
        <w:spacing w:before="0" w:after="20" w:line="259" w:lineRule="auto"/>
      </w:pPr>
      <w:r>
        <w:rPr>
          <w:rFonts w:ascii="Calibri" w:hAnsi="Calibri" w:eastAsia="Calibri"/>
          <w:b w:val="0"/>
          <w:i/>
          <w:color w:val="282828"/>
          <w:sz w:val="22"/>
        </w:rPr>
        <w:t>Bay: No second wound. Do not skip the back because the front one is obvious.</w:t>
      </w:r>
    </w:p>
    <w:p>
      <w:pPr>
        <w:spacing w:before="120" w:after="20" w:line="259" w:lineRule="auto"/>
        <w:shd w:fill="E8F5EC" w:val="clear"/>
      </w:pPr>
      <w:r>
        <w:rPr>
          <w:rFonts w:ascii="Calibri" w:hAnsi="Calibri" w:eastAsia="Calibri"/>
          <w:b/>
          <w:i w:val="0"/>
          <w:color w:val="146E3C"/>
          <w:sz w:val="22"/>
        </w:rPr>
        <w:t>C. [CORRECT] Call theatre, blood bank and the trauma team leader if not already there</w:t>
      </w:r>
    </w:p>
    <w:p>
      <w:pPr>
        <w:spacing w:before="0" w:after="20" w:line="259" w:lineRule="auto"/>
      </w:pPr>
      <w:r>
        <w:rPr>
          <w:rFonts w:ascii="Calibri" w:hAnsi="Calibri" w:eastAsia="Calibri"/>
          <w:b w:val="0"/>
          <w:i/>
          <w:color w:val="282828"/>
          <w:sz w:val="22"/>
        </w:rPr>
        <w:t>Bay: They are coming. Major haemorrhage protocol is primed.</w:t>
      </w:r>
    </w:p>
    <w:p>
      <w:pPr>
        <w:spacing w:before="120" w:after="20" w:line="259" w:lineRule="auto"/>
        <w:shd w:fill="F8E8E8" w:val="clear"/>
      </w:pPr>
      <w:r>
        <w:rPr>
          <w:rFonts w:ascii="Calibri" w:hAnsi="Calibri" w:eastAsia="Calibri"/>
          <w:b w:val="0"/>
          <w:i w:val="0"/>
          <w:color w:val="A02828"/>
          <w:sz w:val="22"/>
        </w:rPr>
        <w:t>D. [WRONG] Send him to CT 'to plan the incision'</w:t>
      </w:r>
    </w:p>
    <w:p>
      <w:pPr>
        <w:spacing w:before="0" w:after="20" w:line="259" w:lineRule="auto"/>
      </w:pPr>
      <w:r>
        <w:rPr>
          <w:rFonts w:ascii="Calibri" w:hAnsi="Calibri" w:eastAsia="Calibri"/>
          <w:b w:val="0"/>
          <w:i/>
          <w:color w:val="282828"/>
          <w:sz w:val="22"/>
        </w:rPr>
        <w:t>Bay: Unstable penetrating cardiac injury is a theatre diagnosis.</w:t>
      </w:r>
    </w:p>
    <w:p>
      <w:pPr>
        <w:spacing w:before="120" w:after="20" w:line="259" w:lineRule="auto"/>
        <w:shd w:fill="F8E8E8" w:val="clear"/>
      </w:pPr>
      <w:r>
        <w:rPr>
          <w:rFonts w:ascii="Calibri" w:hAnsi="Calibri" w:eastAsia="Calibri"/>
          <w:b w:val="0"/>
          <w:i w:val="0"/>
          <w:color w:val="A02828"/>
          <w:sz w:val="22"/>
        </w:rPr>
        <w:t>E. [WRONG] Give tetanus and discharge if the film is clear</w:t>
      </w:r>
    </w:p>
    <w:p>
      <w:pPr>
        <w:spacing w:before="0" w:after="20" w:line="259" w:lineRule="auto"/>
      </w:pPr>
      <w:r>
        <w:rPr>
          <w:rFonts w:ascii="Calibri" w:hAnsi="Calibri" w:eastAsia="Calibri"/>
          <w:b w:val="0"/>
          <w:i/>
          <w:color w:val="282828"/>
          <w:sz w:val="22"/>
        </w:rPr>
        <w:t>Bay: He is shocked with Beck's triad. That is not a wound-clinic case.</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Cardiac tamponade from a penetrating wound</w:t>
      </w:r>
    </w:p>
    <w:p>
      <w:pPr>
        <w:spacing w:before="0" w:after="20" w:line="259" w:lineRule="auto"/>
      </w:pPr>
      <w:r>
        <w:rPr>
          <w:rFonts w:ascii="Calibri" w:hAnsi="Calibri" w:eastAsia="Calibri"/>
          <w:b w:val="0"/>
          <w:i/>
          <w:color w:val="282828"/>
          <w:sz w:val="22"/>
        </w:rPr>
        <w:t>Bay: Equal chest, muffled sounds, raised JVP, subxiphoid effusion. Knife, not PE.</w:t>
      </w:r>
    </w:p>
    <w:p>
      <w:pPr>
        <w:spacing w:before="120" w:after="20" w:line="259" w:lineRule="auto"/>
        <w:shd w:fill="F8E8E8" w:val="clear"/>
      </w:pPr>
      <w:r>
        <w:rPr>
          <w:rFonts w:ascii="Calibri" w:hAnsi="Calibri" w:eastAsia="Calibri"/>
          <w:b w:val="0"/>
          <w:i w:val="0"/>
          <w:color w:val="A02828"/>
          <w:sz w:val="22"/>
        </w:rPr>
        <w:t>B. [WRONG] Left tension pneumothorax</w:t>
      </w:r>
    </w:p>
    <w:p>
      <w:pPr>
        <w:spacing w:before="0" w:after="20" w:line="259" w:lineRule="auto"/>
      </w:pPr>
      <w:r>
        <w:rPr>
          <w:rFonts w:ascii="Calibri" w:hAnsi="Calibri" w:eastAsia="Calibri"/>
          <w:b w:val="0"/>
          <w:i/>
          <w:color w:val="282828"/>
          <w:sz w:val="22"/>
        </w:rPr>
        <w:t>Bay: Air entry is equal and the trachea is central. Tension does not muffle heart sounds like this.</w:t>
      </w:r>
    </w:p>
    <w:p>
      <w:pPr>
        <w:spacing w:before="120" w:after="20" w:line="259" w:lineRule="auto"/>
        <w:shd w:fill="F8E8E8" w:val="clear"/>
      </w:pPr>
      <w:r>
        <w:rPr>
          <w:rFonts w:ascii="Calibri" w:hAnsi="Calibri" w:eastAsia="Calibri"/>
          <w:b w:val="0"/>
          <w:i w:val="0"/>
          <w:color w:val="A02828"/>
          <w:sz w:val="22"/>
        </w:rPr>
        <w:t>C. [WRONG] Massive haemothorax</w:t>
      </w:r>
    </w:p>
    <w:p>
      <w:pPr>
        <w:spacing w:before="0" w:after="20" w:line="259" w:lineRule="auto"/>
      </w:pPr>
      <w:r>
        <w:rPr>
          <w:rFonts w:ascii="Calibri" w:hAnsi="Calibri" w:eastAsia="Calibri"/>
          <w:b w:val="0"/>
          <w:i/>
          <w:color w:val="282828"/>
          <w:sz w:val="22"/>
        </w:rPr>
        <w:t>Bay: The chest is resonant and equal. The blood is in the sac.</w:t>
      </w:r>
    </w:p>
    <w:p>
      <w:pPr>
        <w:spacing w:before="120" w:after="20" w:line="259" w:lineRule="auto"/>
        <w:shd w:fill="F8E8E8" w:val="clear"/>
      </w:pPr>
      <w:r>
        <w:rPr>
          <w:rFonts w:ascii="Calibri" w:hAnsi="Calibri" w:eastAsia="Calibri"/>
          <w:b w:val="0"/>
          <w:i w:val="0"/>
          <w:color w:val="A02828"/>
          <w:sz w:val="22"/>
        </w:rPr>
        <w:t>D. [WRONG] Massive PE</w:t>
      </w:r>
    </w:p>
    <w:p>
      <w:pPr>
        <w:spacing w:before="0" w:after="20" w:line="259" w:lineRule="auto"/>
      </w:pPr>
      <w:r>
        <w:rPr>
          <w:rFonts w:ascii="Calibri" w:hAnsi="Calibri" w:eastAsia="Calibri"/>
          <w:b w:val="0"/>
          <w:i/>
          <w:color w:val="282828"/>
          <w:sz w:val="22"/>
        </w:rPr>
        <w:t>Bay: The RV collapsed on echo, it did not dilate.</w:t>
      </w:r>
    </w:p>
    <w:p>
      <w:pPr>
        <w:spacing w:before="120" w:after="20" w:line="259" w:lineRule="auto"/>
        <w:shd w:fill="F8E8E8" w:val="clear"/>
      </w:pPr>
      <w:r>
        <w:rPr>
          <w:rFonts w:ascii="Calibri" w:hAnsi="Calibri" w:eastAsia="Calibri"/>
          <w:b w:val="0"/>
          <w:i w:val="0"/>
          <w:color w:val="A02828"/>
          <w:sz w:val="22"/>
        </w:rPr>
        <w:t>E. [WRONG] Anterior STEMI with cardiogenic shock</w:t>
      </w:r>
    </w:p>
    <w:p>
      <w:pPr>
        <w:spacing w:before="0" w:after="20" w:line="259" w:lineRule="auto"/>
      </w:pPr>
      <w:r>
        <w:rPr>
          <w:rFonts w:ascii="Calibri" w:hAnsi="Calibri" w:eastAsia="Calibri"/>
          <w:b w:val="0"/>
          <w:i/>
          <w:color w:val="282828"/>
          <w:sz w:val="22"/>
        </w:rPr>
        <w:t>Bay: He was stabbed. Low voltage is not territorial ST elevation.</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He loses output as the lift doors open. Penetrating, witnessed, under 15 minutes.</w:t>
      </w:r>
    </w:p>
    <w:p>
      <w:pPr>
        <w:spacing w:before="120" w:after="20" w:line="259" w:lineRule="auto"/>
        <w:shd w:fill="E8F5EC" w:val="clear"/>
      </w:pPr>
      <w:r>
        <w:rPr>
          <w:rFonts w:ascii="Calibri" w:hAnsi="Calibri" w:eastAsia="Calibri"/>
          <w:b/>
          <w:i w:val="0"/>
          <w:color w:val="146E3C"/>
          <w:sz w:val="22"/>
        </w:rPr>
        <w:t>A. [CORRECT] Resuscitative thoracotomy</w:t>
      </w:r>
    </w:p>
    <w:p>
      <w:pPr>
        <w:spacing w:before="0" w:after="20" w:line="259" w:lineRule="auto"/>
      </w:pPr>
      <w:r>
        <w:rPr>
          <w:rFonts w:ascii="Calibri" w:hAnsi="Calibri" w:eastAsia="Calibri"/>
          <w:b w:val="0"/>
          <w:i/>
          <w:color w:val="282828"/>
          <w:sz w:val="22"/>
        </w:rPr>
        <w:t>Bay: Clamshell. Sac opened, clot scooped, hole controlled. Internal massage. Output returns.</w:t>
      </w:r>
    </w:p>
    <w:p>
      <w:pPr>
        <w:spacing w:before="0" w:after="40" w:line="259" w:lineRule="auto"/>
      </w:pPr>
      <w:r>
        <w:rPr>
          <w:rFonts w:ascii="Calibri" w:hAnsi="Calibri" w:eastAsia="Calibri"/>
          <w:b w:val="0"/>
          <w:i/>
          <w:color w:val="5A4614"/>
          <w:sz w:val="20"/>
        </w:rPr>
        <w:t>Reaction: hr +110, sbp +70, dbp +40, gcs +3</w:t>
      </w:r>
    </w:p>
    <w:p>
      <w:pPr>
        <w:spacing w:before="80" w:after="40" w:line="259" w:lineRule="auto"/>
      </w:pPr>
      <w:r>
        <w:rPr>
          <w:rFonts w:ascii="Calibri" w:hAnsi="Calibri" w:eastAsia="Calibri"/>
          <w:b/>
          <w:i w:val="0"/>
          <w:color w:val="46326E"/>
          <w:sz w:val="22"/>
        </w:rPr>
        <w:t xml:space="preserve">    Follow-up: Who is this for?</w:t>
      </w:r>
    </w:p>
    <w:p>
      <w:pPr>
        <w:spacing w:before="120" w:after="20" w:line="259" w:lineRule="auto"/>
        <w:shd w:fill="E8F5EC" w:val="clear"/>
      </w:pPr>
      <w:r>
        <w:rPr>
          <w:rFonts w:ascii="Calibri" w:hAnsi="Calibri" w:eastAsia="Calibri"/>
          <w:b/>
          <w:i w:val="0"/>
          <w:color w:val="146E3C"/>
          <w:sz w:val="22"/>
        </w:rPr>
        <w:t xml:space="preserve">    A. [CORRECT] Penetrating chest, loss of vital signs, witnessed, short downtime</w:t>
      </w:r>
    </w:p>
    <w:p>
      <w:pPr>
        <w:spacing w:before="0" w:after="20" w:line="259" w:lineRule="auto"/>
      </w:pPr>
      <w:r>
        <w:rPr>
          <w:rFonts w:ascii="Calibri" w:hAnsi="Calibri" w:eastAsia="Calibri"/>
          <w:b w:val="0"/>
          <w:i/>
          <w:color w:val="282828"/>
          <w:sz w:val="22"/>
        </w:rPr>
        <w:t xml:space="preserve">       Bay: RCEM / CST: that is the indication. Blunt and long downtime are not.</w:t>
      </w:r>
    </w:p>
    <w:p>
      <w:pPr>
        <w:spacing w:before="120" w:after="20" w:line="259" w:lineRule="auto"/>
        <w:shd w:fill="F8E8E8" w:val="clear"/>
      </w:pPr>
      <w:r>
        <w:rPr>
          <w:rFonts w:ascii="Calibri" w:hAnsi="Calibri" w:eastAsia="Calibri"/>
          <w:b w:val="0"/>
          <w:i w:val="0"/>
          <w:color w:val="A02828"/>
          <w:sz w:val="22"/>
        </w:rPr>
        <w:t xml:space="preserve">    B. [WRONG] Any PEA in resus, including medical</w:t>
      </w:r>
    </w:p>
    <w:p>
      <w:pPr>
        <w:spacing w:before="0" w:after="20" w:line="259" w:lineRule="auto"/>
      </w:pPr>
      <w:r>
        <w:rPr>
          <w:rFonts w:ascii="Calibri" w:hAnsi="Calibri" w:eastAsia="Calibri"/>
          <w:b w:val="0"/>
          <w:i/>
          <w:color w:val="282828"/>
          <w:sz w:val="22"/>
        </w:rPr>
        <w:t xml:space="preserve">       Bay: Medical PEA is ALS, not a clamshell.</w:t>
      </w:r>
    </w:p>
    <w:p>
      <w:pPr>
        <w:spacing w:before="120" w:after="20" w:line="259" w:lineRule="auto"/>
        <w:shd w:fill="F8E8E8" w:val="clear"/>
      </w:pPr>
      <w:r>
        <w:rPr>
          <w:rFonts w:ascii="Calibri" w:hAnsi="Calibri" w:eastAsia="Calibri"/>
          <w:b w:val="0"/>
          <w:i w:val="0"/>
          <w:color w:val="A02828"/>
          <w:sz w:val="22"/>
        </w:rPr>
        <w:t xml:space="preserve">    C. [WRONG] Blunt trauma after 40 minutes of CPR</w:t>
      </w:r>
    </w:p>
    <w:p>
      <w:pPr>
        <w:spacing w:before="0" w:after="20" w:line="259" w:lineRule="auto"/>
      </w:pPr>
      <w:r>
        <w:rPr>
          <w:rFonts w:ascii="Calibri" w:hAnsi="Calibri" w:eastAsia="Calibri"/>
          <w:b w:val="0"/>
          <w:i/>
          <w:color w:val="282828"/>
          <w:sz w:val="22"/>
        </w:rPr>
        <w:t xml:space="preserve">       Bay: Futility. You will not salvage that.</w:t>
      </w:r>
    </w:p>
    <w:p>
      <w:pPr>
        <w:spacing w:before="120" w:after="20" w:line="259" w:lineRule="auto"/>
        <w:shd w:fill="F8E8E8" w:val="clear"/>
      </w:pPr>
      <w:r>
        <w:rPr>
          <w:rFonts w:ascii="Calibri" w:hAnsi="Calibri" w:eastAsia="Calibri"/>
          <w:b w:val="0"/>
          <w:i w:val="0"/>
          <w:color w:val="A02828"/>
          <w:sz w:val="22"/>
        </w:rPr>
        <w:t xml:space="preserve">    D. [WRONG] Talking tamponade as a planned ED procedure</w:t>
      </w:r>
    </w:p>
    <w:p>
      <w:pPr>
        <w:spacing w:before="0" w:after="20" w:line="259" w:lineRule="auto"/>
      </w:pPr>
      <w:r>
        <w:rPr>
          <w:rFonts w:ascii="Calibri" w:hAnsi="Calibri" w:eastAsia="Calibri"/>
          <w:b w:val="0"/>
          <w:i/>
          <w:color w:val="282828"/>
          <w:sz w:val="22"/>
        </w:rPr>
        <w:t xml:space="preserve">       Bay: Talking patients go to theatre, not a resus clamshell.</w:t>
      </w:r>
    </w:p>
    <w:p>
      <w:pPr>
        <w:spacing w:before="120" w:after="20" w:line="259" w:lineRule="auto"/>
        <w:shd w:fill="F8E8E8" w:val="clear"/>
      </w:pPr>
      <w:r>
        <w:rPr>
          <w:rFonts w:ascii="Calibri" w:hAnsi="Calibri" w:eastAsia="Calibri"/>
          <w:b w:val="0"/>
          <w:i w:val="0"/>
          <w:color w:val="A02828"/>
          <w:sz w:val="22"/>
        </w:rPr>
        <w:t xml:space="preserve">    E. [WRONG] Abdominal stabbing with a pulse of 120</w:t>
      </w:r>
    </w:p>
    <w:p>
      <w:pPr>
        <w:spacing w:before="0" w:after="20" w:line="259" w:lineRule="auto"/>
      </w:pPr>
      <w:r>
        <w:rPr>
          <w:rFonts w:ascii="Calibri" w:hAnsi="Calibri" w:eastAsia="Calibri"/>
          <w:b w:val="0"/>
          <w:i/>
          <w:color w:val="282828"/>
          <w:sz w:val="22"/>
        </w:rPr>
        <w:t xml:space="preserve">       Bay: Wrong cavity. Laparotomy, not thoracotomy.</w:t>
      </w:r>
    </w:p>
    <w:p>
      <w:pPr>
        <w:spacing w:before="120" w:after="20" w:line="259" w:lineRule="auto"/>
        <w:shd w:fill="F8E8E8" w:val="clear"/>
      </w:pPr>
      <w:r>
        <w:rPr>
          <w:rFonts w:ascii="Calibri" w:hAnsi="Calibri" w:eastAsia="Calibri"/>
          <w:b w:val="0"/>
          <w:i w:val="0"/>
          <w:color w:val="A02828"/>
          <w:sz w:val="22"/>
        </w:rPr>
        <w:t>B. [WRONG] Medical ALS only — adrenaline 1 mg and a pulse check</w:t>
      </w:r>
    </w:p>
    <w:p>
      <w:pPr>
        <w:spacing w:before="0" w:after="20" w:line="259" w:lineRule="auto"/>
      </w:pPr>
      <w:r>
        <w:rPr>
          <w:rFonts w:ascii="Calibri" w:hAnsi="Calibri" w:eastAsia="Calibri"/>
          <w:b w:val="0"/>
          <w:i/>
          <w:color w:val="282828"/>
          <w:sz w:val="22"/>
        </w:rPr>
        <w:t>Bay: Penetrating cardiac arrest in this window is a knife problem, not a 1 mg problem.</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Needle pericardiocentesis and stop</w:t>
      </w:r>
    </w:p>
    <w:p>
      <w:pPr>
        <w:spacing w:before="0" w:after="20" w:line="259" w:lineRule="auto"/>
      </w:pPr>
      <w:r>
        <w:rPr>
          <w:rFonts w:ascii="Calibri" w:hAnsi="Calibri" w:eastAsia="Calibri"/>
          <w:b w:val="0"/>
          <w:i/>
          <w:color w:val="282828"/>
          <w:sz w:val="22"/>
        </w:rPr>
        <w:t>Bay: A needle may buy seconds. It does not repair a hole. Open the chest.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Declare death because the first gas lactate was 4.8</w:t>
      </w:r>
    </w:p>
    <w:p>
      <w:pPr>
        <w:spacing w:before="0" w:after="20" w:line="259" w:lineRule="auto"/>
      </w:pPr>
      <w:r>
        <w:rPr>
          <w:rFonts w:ascii="Calibri" w:hAnsi="Calibri" w:eastAsia="Calibri"/>
          <w:b w:val="0"/>
          <w:i/>
          <w:color w:val="282828"/>
          <w:sz w:val="22"/>
        </w:rPr>
        <w:t>Bay: Lactate 4.8 with a just-lost penetrating output is not a reason to stop.</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CT to confirm tamponade first</w:t>
      </w:r>
    </w:p>
    <w:p>
      <w:pPr>
        <w:spacing w:before="0" w:after="20" w:line="259" w:lineRule="auto"/>
      </w:pPr>
      <w:r>
        <w:rPr>
          <w:rFonts w:ascii="Calibri" w:hAnsi="Calibri" w:eastAsia="Calibri"/>
          <w:b w:val="0"/>
          <w:i/>
          <w:color w:val="282828"/>
          <w:sz w:val="22"/>
        </w:rPr>
        <w:t>Bay: He has no output. You do not scan a cardiac arrest.</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Hole controlled. He has a pulse.</w:t>
      </w:r>
    </w:p>
    <w:p>
      <w:pPr>
        <w:spacing w:before="120" w:after="20" w:line="259" w:lineRule="auto"/>
        <w:shd w:fill="E8F5EC" w:val="clear"/>
      </w:pPr>
      <w:r>
        <w:rPr>
          <w:rFonts w:ascii="Calibri" w:hAnsi="Calibri" w:eastAsia="Calibri"/>
          <w:b/>
          <w:i w:val="0"/>
          <w:color w:val="146E3C"/>
          <w:sz w:val="22"/>
        </w:rPr>
        <w:t>A. [CORRECT] Cardiothoracic theatre / major trauma centre now</w:t>
      </w:r>
    </w:p>
    <w:p>
      <w:pPr>
        <w:spacing w:before="0" w:after="20" w:line="259" w:lineRule="auto"/>
      </w:pPr>
      <w:r>
        <w:rPr>
          <w:rFonts w:ascii="Calibri" w:hAnsi="Calibri" w:eastAsia="Calibri"/>
          <w:b w:val="0"/>
          <w:i/>
          <w:color w:val="282828"/>
          <w:sz w:val="22"/>
        </w:rPr>
        <w:t>Bay: He needs a repair under lights, not a ward.</w:t>
      </w:r>
    </w:p>
    <w:p>
      <w:pPr>
        <w:spacing w:before="120" w:after="20" w:line="259" w:lineRule="auto"/>
        <w:shd w:fill="F8E8E8" w:val="clear"/>
      </w:pPr>
      <w:r>
        <w:rPr>
          <w:rFonts w:ascii="Calibri" w:hAnsi="Calibri" w:eastAsia="Calibri"/>
          <w:b w:val="0"/>
          <w:i w:val="0"/>
          <w:color w:val="A02828"/>
          <w:sz w:val="22"/>
        </w:rPr>
        <w:t>B. [WRONG] Coronary care because the tracing was non-specific</w:t>
      </w:r>
    </w:p>
    <w:p>
      <w:pPr>
        <w:spacing w:before="0" w:after="20" w:line="259" w:lineRule="auto"/>
      </w:pPr>
      <w:r>
        <w:rPr>
          <w:rFonts w:ascii="Calibri" w:hAnsi="Calibri" w:eastAsia="Calibri"/>
          <w:b w:val="0"/>
          <w:i/>
          <w:color w:val="282828"/>
          <w:sz w:val="22"/>
        </w:rPr>
        <w:t>Bay: This is a cardiac wound, not ACS.</w:t>
      </w:r>
    </w:p>
    <w:p>
      <w:pPr>
        <w:spacing w:before="120" w:after="20" w:line="259" w:lineRule="auto"/>
        <w:shd w:fill="F8E8E8" w:val="clear"/>
      </w:pPr>
      <w:r>
        <w:rPr>
          <w:rFonts w:ascii="Calibri" w:hAnsi="Calibri" w:eastAsia="Calibri"/>
          <w:b w:val="0"/>
          <w:i w:val="0"/>
          <w:color w:val="A02828"/>
          <w:sz w:val="22"/>
        </w:rPr>
        <w:t>C. [WRONG] AMU with a pericardial drain</w:t>
      </w:r>
    </w:p>
    <w:p>
      <w:pPr>
        <w:spacing w:before="0" w:after="20" w:line="259" w:lineRule="auto"/>
      </w:pPr>
      <w:r>
        <w:rPr>
          <w:rFonts w:ascii="Calibri" w:hAnsi="Calibri" w:eastAsia="Calibri"/>
          <w:b w:val="0"/>
          <w:i/>
          <w:color w:val="282828"/>
          <w:sz w:val="22"/>
        </w:rPr>
        <w:t>Bay: A drain is not a repair.</w:t>
      </w:r>
    </w:p>
    <w:p>
      <w:pPr>
        <w:spacing w:before="120" w:after="20" w:line="259" w:lineRule="auto"/>
        <w:shd w:fill="F8E8E8" w:val="clear"/>
      </w:pPr>
      <w:r>
        <w:rPr>
          <w:rFonts w:ascii="Calibri" w:hAnsi="Calibri" w:eastAsia="Calibri"/>
          <w:b w:val="0"/>
          <w:i w:val="0"/>
          <w:color w:val="A02828"/>
          <w:sz w:val="22"/>
        </w:rPr>
        <w:t>D. [WRONG] Home after a repeat echo in four hours</w:t>
      </w:r>
    </w:p>
    <w:p>
      <w:pPr>
        <w:spacing w:before="0" w:after="20" w:line="259" w:lineRule="auto"/>
      </w:pPr>
      <w:r>
        <w:rPr>
          <w:rFonts w:ascii="Calibri" w:hAnsi="Calibri" w:eastAsia="Calibri"/>
          <w:b w:val="0"/>
          <w:i/>
          <w:color w:val="282828"/>
          <w:sz w:val="22"/>
        </w:rPr>
        <w:t>Bay: You opened his chest.</w:t>
      </w:r>
    </w:p>
    <w:p>
      <w:pPr>
        <w:spacing w:before="120" w:after="20" w:line="259" w:lineRule="auto"/>
        <w:shd w:fill="F8E8E8" w:val="clear"/>
      </w:pPr>
      <w:r>
        <w:rPr>
          <w:rFonts w:ascii="Calibri" w:hAnsi="Calibri" w:eastAsia="Calibri"/>
          <w:b w:val="0"/>
          <w:i w:val="0"/>
          <w:color w:val="A02828"/>
          <w:sz w:val="22"/>
        </w:rPr>
        <w:t>E. [WRONG] ICU without a surgeon seeing the hole</w:t>
      </w:r>
    </w:p>
    <w:p>
      <w:pPr>
        <w:spacing w:before="0" w:after="20" w:line="259" w:lineRule="auto"/>
      </w:pPr>
      <w:r>
        <w:rPr>
          <w:rFonts w:ascii="Calibri" w:hAnsi="Calibri" w:eastAsia="Calibri"/>
          <w:b w:val="0"/>
          <w:i/>
          <w:color w:val="282828"/>
          <w:sz w:val="22"/>
        </w:rPr>
        <w:t>Bay: The hole is the treatment target. ICU follows the repair.</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he leaves the bay.</w:t>
      </w:r>
    </w:p>
    <w:p>
      <w:pPr>
        <w:spacing w:before="120" w:after="20" w:line="259" w:lineRule="auto"/>
        <w:shd w:fill="E8F5EC" w:val="clear"/>
      </w:pPr>
      <w:r>
        <w:rPr>
          <w:rFonts w:ascii="Calibri" w:hAnsi="Calibri" w:eastAsia="Calibri"/>
          <w:b/>
          <w:i w:val="0"/>
          <w:color w:val="146E3C"/>
          <w:sz w:val="22"/>
        </w:rPr>
        <w:t>A. [CORRECT] Keep the binder off his chest, blood running, airway ready, timings documented</w:t>
      </w:r>
    </w:p>
    <w:p>
      <w:pPr>
        <w:spacing w:before="0" w:after="20" w:line="259" w:lineRule="auto"/>
      </w:pPr>
      <w:r>
        <w:rPr>
          <w:rFonts w:ascii="Calibri" w:hAnsi="Calibri" w:eastAsia="Calibri"/>
          <w:b w:val="0"/>
          <w:i/>
          <w:color w:val="282828"/>
          <w:sz w:val="22"/>
        </w:rPr>
        <w:t>Bay: Handover is the wound, the downtime, the products and the hole.</w:t>
      </w:r>
    </w:p>
    <w:p>
      <w:pPr>
        <w:spacing w:before="80" w:after="40" w:line="259" w:lineRule="auto"/>
      </w:pPr>
      <w:r>
        <w:rPr>
          <w:rFonts w:ascii="Calibri" w:hAnsi="Calibri" w:eastAsia="Calibri"/>
          <w:b/>
          <w:i w:val="0"/>
          <w:color w:val="46326E"/>
          <w:sz w:val="22"/>
        </w:rPr>
        <w:t xml:space="preserve">    Follow-up: What must the surgeon hear?</w:t>
      </w:r>
    </w:p>
    <w:p>
      <w:pPr>
        <w:spacing w:before="120" w:after="20" w:line="259" w:lineRule="auto"/>
        <w:shd w:fill="E8F5EC" w:val="clear"/>
      </w:pPr>
      <w:r>
        <w:rPr>
          <w:rFonts w:ascii="Calibri" w:hAnsi="Calibri" w:eastAsia="Calibri"/>
          <w:b/>
          <w:i w:val="0"/>
          <w:color w:val="146E3C"/>
          <w:sz w:val="22"/>
        </w:rPr>
        <w:t xml:space="preserve">    A. [CORRECT] Time of loss of output, time of clamshell, products given, hole location</w:t>
      </w:r>
    </w:p>
    <w:p>
      <w:pPr>
        <w:spacing w:before="0" w:after="20" w:line="259" w:lineRule="auto"/>
      </w:pPr>
      <w:r>
        <w:rPr>
          <w:rFonts w:ascii="Calibri" w:hAnsi="Calibri" w:eastAsia="Calibri"/>
          <w:b w:val="0"/>
          <w:i/>
          <w:color w:val="282828"/>
          <w:sz w:val="22"/>
        </w:rPr>
        <w:t xml:space="preserve">       Bay: That is the handover. Not a troponin.</w:t>
      </w:r>
    </w:p>
    <w:p>
      <w:pPr>
        <w:spacing w:before="120" w:after="20" w:line="259" w:lineRule="auto"/>
        <w:shd w:fill="F8E8E8" w:val="clear"/>
      </w:pPr>
      <w:r>
        <w:rPr>
          <w:rFonts w:ascii="Calibri" w:hAnsi="Calibri" w:eastAsia="Calibri"/>
          <w:b w:val="0"/>
          <w:i w:val="0"/>
          <w:color w:val="A02828"/>
          <w:sz w:val="22"/>
        </w:rPr>
        <w:t xml:space="preserve">    B. [WRONG] A formal echo report before they start</w:t>
      </w:r>
    </w:p>
    <w:p>
      <w:pPr>
        <w:spacing w:before="0" w:after="20" w:line="259" w:lineRule="auto"/>
      </w:pPr>
      <w:r>
        <w:rPr>
          <w:rFonts w:ascii="Calibri" w:hAnsi="Calibri" w:eastAsia="Calibri"/>
          <w:b w:val="0"/>
          <w:i/>
          <w:color w:val="282828"/>
          <w:sz w:val="22"/>
        </w:rPr>
        <w:t xml:space="preserve">       Bay: They have seen the heart. Do not wait on a report.</w:t>
      </w:r>
    </w:p>
    <w:p>
      <w:pPr>
        <w:spacing w:before="120" w:after="20" w:line="259" w:lineRule="auto"/>
        <w:shd w:fill="F8E8E8" w:val="clear"/>
      </w:pPr>
      <w:r>
        <w:rPr>
          <w:rFonts w:ascii="Calibri" w:hAnsi="Calibri" w:eastAsia="Calibri"/>
          <w:b w:val="0"/>
          <w:i w:val="0"/>
          <w:color w:val="A02828"/>
          <w:sz w:val="22"/>
        </w:rPr>
        <w:t xml:space="preserve">    C. [WRONG] That he is 'stable so take time to consent fully on the ward'</w:t>
      </w:r>
    </w:p>
    <w:p>
      <w:pPr>
        <w:spacing w:before="0" w:after="20" w:line="259" w:lineRule="auto"/>
      </w:pPr>
      <w:r>
        <w:rPr>
          <w:rFonts w:ascii="Calibri" w:hAnsi="Calibri" w:eastAsia="Calibri"/>
          <w:b w:val="0"/>
          <w:i/>
          <w:color w:val="282828"/>
          <w:sz w:val="22"/>
        </w:rPr>
        <w:t xml:space="preserve">       Bay: He just arrested. Move.</w:t>
      </w:r>
    </w:p>
    <w:p>
      <w:pPr>
        <w:spacing w:before="120" w:after="20" w:line="259" w:lineRule="auto"/>
        <w:shd w:fill="F8E8E8" w:val="clear"/>
      </w:pPr>
      <w:r>
        <w:rPr>
          <w:rFonts w:ascii="Calibri" w:hAnsi="Calibri" w:eastAsia="Calibri"/>
          <w:b w:val="0"/>
          <w:i w:val="0"/>
          <w:color w:val="A02828"/>
          <w:sz w:val="22"/>
        </w:rPr>
        <w:t xml:space="preserve">    D. [WRONG] Stop blood so they can see how he 'really' is</w:t>
      </w:r>
    </w:p>
    <w:p>
      <w:pPr>
        <w:spacing w:before="0" w:after="20" w:line="259" w:lineRule="auto"/>
      </w:pPr>
      <w:r>
        <w:rPr>
          <w:rFonts w:ascii="Calibri" w:hAnsi="Calibri" w:eastAsia="Calibri"/>
          <w:b w:val="0"/>
          <w:i/>
          <w:color w:val="282828"/>
          <w:sz w:val="22"/>
        </w:rPr>
        <w:t xml:space="preserve">       Bay: Do not withdraw the only circulating volume.</w:t>
      </w:r>
    </w:p>
    <w:p>
      <w:pPr>
        <w:spacing w:before="120" w:after="20" w:line="259" w:lineRule="auto"/>
        <w:shd w:fill="F8E8E8" w:val="clear"/>
      </w:pPr>
      <w:r>
        <w:rPr>
          <w:rFonts w:ascii="Calibri" w:hAnsi="Calibri" w:eastAsia="Calibri"/>
          <w:b w:val="0"/>
          <w:i w:val="0"/>
          <w:color w:val="A02828"/>
          <w:sz w:val="22"/>
        </w:rPr>
        <w:t xml:space="preserve">    E. [WRONG] Give 1 mg adrenaline as cover for transfer</w:t>
      </w:r>
    </w:p>
    <w:p>
      <w:pPr>
        <w:spacing w:before="0" w:after="20" w:line="259" w:lineRule="auto"/>
      </w:pPr>
      <w:r>
        <w:rPr>
          <w:rFonts w:ascii="Calibri" w:hAnsi="Calibri" w:eastAsia="Calibri"/>
          <w:b w:val="0"/>
          <w:i/>
          <w:color w:val="282828"/>
          <w:sz w:val="22"/>
        </w:rPr>
        <w:t xml:space="preserve">       Bay: He has output. Arrest-dose adrenaline is not cover.</w:t>
      </w:r>
    </w:p>
    <w:p>
      <w:pPr>
        <w:spacing w:before="120" w:after="20" w:line="259" w:lineRule="auto"/>
        <w:shd w:fill="F8E8E8" w:val="clear"/>
      </w:pPr>
      <w:r>
        <w:rPr>
          <w:rFonts w:ascii="Calibri" w:hAnsi="Calibri" w:eastAsia="Calibri"/>
          <w:b w:val="0"/>
          <w:i w:val="0"/>
          <w:color w:val="A02828"/>
          <w:sz w:val="22"/>
        </w:rPr>
        <w:t>B. [WRONG] Remove all lines so theatre can start clean</w:t>
      </w:r>
    </w:p>
    <w:p>
      <w:pPr>
        <w:spacing w:before="0" w:after="20" w:line="259" w:lineRule="auto"/>
      </w:pPr>
      <w:r>
        <w:rPr>
          <w:rFonts w:ascii="Calibri" w:hAnsi="Calibri" w:eastAsia="Calibri"/>
          <w:b w:val="0"/>
          <w:i/>
          <w:color w:val="282828"/>
          <w:sz w:val="22"/>
        </w:rPr>
        <w:t>Bay: Leave access. They will thank you.</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Sit him up for a chest radiograph en route</w:t>
      </w:r>
    </w:p>
    <w:p>
      <w:pPr>
        <w:spacing w:before="0" w:after="20" w:line="259" w:lineRule="auto"/>
      </w:pPr>
      <w:r>
        <w:rPr>
          <w:rFonts w:ascii="Calibri" w:hAnsi="Calibri" w:eastAsia="Calibri"/>
          <w:b w:val="0"/>
          <w:i/>
          <w:color w:val="282828"/>
          <w:sz w:val="22"/>
        </w:rPr>
        <w:t>Bay: He just had a clamshell. Lie him, move him.</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Give a prophylactic thrombolytic in case of PE</w:t>
      </w:r>
    </w:p>
    <w:p>
      <w:pPr>
        <w:spacing w:before="0" w:after="20" w:line="259" w:lineRule="auto"/>
      </w:pPr>
      <w:r>
        <w:rPr>
          <w:rFonts w:ascii="Calibri" w:hAnsi="Calibri" w:eastAsia="Calibri"/>
          <w:b w:val="0"/>
          <w:i/>
          <w:color w:val="282828"/>
          <w:sz w:val="22"/>
        </w:rPr>
        <w:t>Bay: You will dissolve the repair.</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Delay for tetanus and a full secondary survey in majors</w:t>
      </w:r>
    </w:p>
    <w:p>
      <w:pPr>
        <w:spacing w:before="0" w:after="20" w:line="259" w:lineRule="auto"/>
      </w:pPr>
      <w:r>
        <w:rPr>
          <w:rFonts w:ascii="Calibri" w:hAnsi="Calibri" w:eastAsia="Calibri"/>
          <w:b w:val="0"/>
          <w:i/>
          <w:color w:val="282828"/>
          <w:sz w:val="22"/>
        </w:rPr>
        <w:t>Bay: Secondary survey after the hole is controlled — not instead of theatre.</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Theatre rings from the table.</w:t>
      </w:r>
    </w:p>
    <w:p>
      <w:pPr>
        <w:spacing w:before="120" w:after="20" w:line="259" w:lineRule="auto"/>
        <w:shd w:fill="E8F5EC" w:val="clear"/>
      </w:pPr>
      <w:r>
        <w:rPr>
          <w:rFonts w:ascii="Calibri" w:hAnsi="Calibri" w:eastAsia="Calibri"/>
          <w:b/>
          <w:i w:val="0"/>
          <w:color w:val="146E3C"/>
          <w:sz w:val="22"/>
        </w:rPr>
        <w:t>A. [CORRECT] Penetrating cardiac tamponade (right-ventricular wound)</w:t>
      </w:r>
    </w:p>
    <w:p>
      <w:pPr>
        <w:spacing w:before="0" w:after="20" w:line="259" w:lineRule="auto"/>
      </w:pPr>
      <w:r>
        <w:rPr>
          <w:rFonts w:ascii="Calibri" w:hAnsi="Calibri" w:eastAsia="Calibri"/>
          <w:b w:val="0"/>
          <w:i/>
          <w:color w:val="282828"/>
          <w:sz w:val="22"/>
        </w:rPr>
        <w:t>Bay: That is the diagnosis.</w:t>
      </w:r>
    </w:p>
    <w:p>
      <w:pPr>
        <w:spacing w:before="120" w:after="20" w:line="259" w:lineRule="auto"/>
        <w:shd w:fill="F8E8E8" w:val="clear"/>
      </w:pPr>
      <w:r>
        <w:rPr>
          <w:rFonts w:ascii="Calibri" w:hAnsi="Calibri" w:eastAsia="Calibri"/>
          <w:b w:val="0"/>
          <w:i w:val="0"/>
          <w:color w:val="A02828"/>
          <w:sz w:val="22"/>
        </w:rPr>
        <w:t>B. [WRONG] Tension pneumothorax</w:t>
      </w:r>
    </w:p>
    <w:p>
      <w:pPr>
        <w:spacing w:before="0" w:after="20" w:line="259" w:lineRule="auto"/>
      </w:pPr>
      <w:r>
        <w:rPr>
          <w:rFonts w:ascii="Calibri" w:hAnsi="Calibri" w:eastAsia="Calibri"/>
          <w:b w:val="0"/>
          <w:i/>
          <w:color w:val="282828"/>
          <w:sz w:val="22"/>
        </w:rPr>
        <w:t>Bay: The chest was equal. The problem was in the sac.</w:t>
      </w:r>
    </w:p>
    <w:p>
      <w:pPr>
        <w:spacing w:before="120" w:after="20" w:line="259" w:lineRule="auto"/>
        <w:shd w:fill="F8E8E8" w:val="clear"/>
      </w:pPr>
      <w:r>
        <w:rPr>
          <w:rFonts w:ascii="Calibri" w:hAnsi="Calibri" w:eastAsia="Calibri"/>
          <w:b w:val="0"/>
          <w:i w:val="0"/>
          <w:color w:val="A02828"/>
          <w:sz w:val="22"/>
        </w:rPr>
        <w:t>C. [WRONG] Massive PE</w:t>
      </w:r>
    </w:p>
    <w:p>
      <w:pPr>
        <w:spacing w:before="0" w:after="20" w:line="259" w:lineRule="auto"/>
      </w:pPr>
      <w:r>
        <w:rPr>
          <w:rFonts w:ascii="Calibri" w:hAnsi="Calibri" w:eastAsia="Calibri"/>
          <w:b w:val="0"/>
          <w:i/>
          <w:color w:val="282828"/>
          <w:sz w:val="22"/>
        </w:rPr>
        <w:t>Bay: The RV was collapsed by fluid, not strain.</w:t>
      </w:r>
    </w:p>
    <w:p>
      <w:pPr>
        <w:spacing w:before="120" w:after="20" w:line="259" w:lineRule="auto"/>
        <w:shd w:fill="F8E8E8" w:val="clear"/>
      </w:pPr>
      <w:r>
        <w:rPr>
          <w:rFonts w:ascii="Calibri" w:hAnsi="Calibri" w:eastAsia="Calibri"/>
          <w:b w:val="0"/>
          <w:i w:val="0"/>
          <w:color w:val="A02828"/>
          <w:sz w:val="22"/>
        </w:rPr>
        <w:t>D. [WRONG] Anterior STEMI</w:t>
      </w:r>
    </w:p>
    <w:p>
      <w:pPr>
        <w:spacing w:before="0" w:after="20" w:line="259" w:lineRule="auto"/>
      </w:pPr>
      <w:r>
        <w:rPr>
          <w:rFonts w:ascii="Calibri" w:hAnsi="Calibri" w:eastAsia="Calibri"/>
          <w:b w:val="0"/>
          <w:i/>
          <w:color w:val="282828"/>
          <w:sz w:val="22"/>
        </w:rPr>
        <w:t>Bay: A knife, not a plaque.</w:t>
      </w:r>
    </w:p>
    <w:p>
      <w:pPr>
        <w:spacing w:before="120" w:after="20" w:line="259" w:lineRule="auto"/>
        <w:shd w:fill="F8E8E8" w:val="clear"/>
      </w:pPr>
      <w:r>
        <w:rPr>
          <w:rFonts w:ascii="Calibri" w:hAnsi="Calibri" w:eastAsia="Calibri"/>
          <w:b w:val="0"/>
          <w:i w:val="0"/>
          <w:color w:val="A02828"/>
          <w:sz w:val="22"/>
        </w:rPr>
        <w:t>E. [WRONG] Simple chest-wall bleeding</w:t>
      </w:r>
    </w:p>
    <w:p>
      <w:pPr>
        <w:spacing w:before="0" w:after="20" w:line="259" w:lineRule="auto"/>
      </w:pPr>
      <w:r>
        <w:rPr>
          <w:rFonts w:ascii="Calibri" w:hAnsi="Calibri" w:eastAsia="Calibri"/>
          <w:b w:val="0"/>
          <w:i/>
          <w:color w:val="282828"/>
          <w:sz w:val="22"/>
        </w:rPr>
        <w:t>Bay: Beck's triad and a hole in the RV are not a wall haematoma.</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Penetrating cardiac tamponade</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Parasternal stab, equal air entry, muffled sounds, raised JVP</w:t>
      </w:r>
    </w:p>
    <w:p>
      <w:pPr>
        <w:spacing w:before="0" w:after="40" w:line="259" w:lineRule="auto"/>
      </w:pPr>
      <w:r>
        <w:rPr>
          <w:rFonts w:ascii="Calibri" w:hAnsi="Calibri" w:eastAsia="Calibri"/>
          <w:b w:val="0"/>
          <w:i w:val="0"/>
          <w:sz w:val="22"/>
        </w:rPr>
        <w:t>• Shock with a relatively clear chest radiograph</w:t>
      </w:r>
    </w:p>
    <w:p>
      <w:pPr>
        <w:spacing w:before="0" w:after="40" w:line="259" w:lineRule="auto"/>
      </w:pPr>
      <w:r>
        <w:rPr>
          <w:rFonts w:ascii="Calibri" w:hAnsi="Calibri" w:eastAsia="Calibri"/>
          <w:b w:val="0"/>
          <w:i w:val="0"/>
          <w:sz w:val="22"/>
        </w:rPr>
        <w:t>• Subcostal effusion with RV diastolic collapse</w:t>
      </w:r>
    </w:p>
    <w:p>
      <w:pPr>
        <w:spacing w:before="0" w:after="40" w:line="259" w:lineRule="auto"/>
      </w:pPr>
      <w:r>
        <w:rPr>
          <w:rFonts w:ascii="Calibri" w:hAnsi="Calibri" w:eastAsia="Calibri"/>
          <w:b w:val="0"/>
          <w:i w:val="0"/>
          <w:sz w:val="22"/>
        </w:rPr>
        <w:t>• Loss of output — indication for resuscitative thoracotomy</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Bedside echo / FAST — do not wait for a formal report</w:t>
      </w:r>
    </w:p>
    <w:p>
      <w:pPr>
        <w:spacing w:before="0" w:after="40" w:line="259" w:lineRule="auto"/>
      </w:pPr>
      <w:r>
        <w:rPr>
          <w:rFonts w:ascii="Calibri" w:hAnsi="Calibri" w:eastAsia="Calibri"/>
          <w:b w:val="0"/>
          <w:i w:val="0"/>
          <w:sz w:val="22"/>
        </w:rPr>
        <w:t>• Chest radiograph may be normal</w:t>
      </w:r>
    </w:p>
    <w:p>
      <w:pPr>
        <w:spacing w:before="0" w:after="40" w:line="259" w:lineRule="auto"/>
      </w:pPr>
      <w:r>
        <w:rPr>
          <w:rFonts w:ascii="Calibri" w:hAnsi="Calibri" w:eastAsia="Calibri"/>
          <w:b w:val="0"/>
          <w:i w:val="0"/>
          <w:sz w:val="22"/>
        </w:rPr>
        <w:t>• VBG, bloods, major haemorrhage protocol — do not delay the knife for a trop</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Volume (blood), urgent cardiothoracics while he has output</w:t>
      </w:r>
    </w:p>
    <w:p>
      <w:pPr>
        <w:spacing w:before="0" w:after="40" w:line="259" w:lineRule="auto"/>
      </w:pPr>
      <w:r>
        <w:rPr>
          <w:rFonts w:ascii="Calibri" w:hAnsi="Calibri" w:eastAsia="Calibri"/>
          <w:b w:val="0"/>
          <w:i w:val="0"/>
          <w:sz w:val="22"/>
        </w:rPr>
        <w:t>• Do not CT an unstable penetrating tamponade</w:t>
      </w:r>
    </w:p>
    <w:p>
      <w:pPr>
        <w:spacing w:before="0" w:after="40" w:line="259" w:lineRule="auto"/>
      </w:pPr>
      <w:r>
        <w:rPr>
          <w:rFonts w:ascii="Calibri" w:hAnsi="Calibri" w:eastAsia="Calibri"/>
          <w:b w:val="0"/>
          <w:i w:val="0"/>
          <w:sz w:val="22"/>
        </w:rPr>
        <w:t>• Resuscitative thoracotomy if penetrating chest, witnessed loss of vital signs, short downtime</w:t>
      </w:r>
    </w:p>
    <w:p>
      <w:pPr>
        <w:spacing w:before="0" w:after="40" w:line="259" w:lineRule="auto"/>
      </w:pPr>
      <w:r>
        <w:rPr>
          <w:rFonts w:ascii="Calibri" w:hAnsi="Calibri" w:eastAsia="Calibri"/>
          <w:b w:val="0"/>
          <w:i w:val="0"/>
          <w:sz w:val="22"/>
        </w:rPr>
        <w:t>• Needle pericardiocentesis is a bridge only if there is no surgeon and he is arresting</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RCEM / RCS emergency thoracotomy</w:t>
      </w:r>
    </w:p>
    <w:p>
      <w:pPr>
        <w:spacing w:before="0" w:after="40" w:line="259" w:lineRule="auto"/>
      </w:pPr>
      <w:r>
        <w:rPr>
          <w:rFonts w:ascii="Calibri" w:hAnsi="Calibri" w:eastAsia="Calibri"/>
          <w:b w:val="0"/>
          <w:i w:val="0"/>
          <w:sz w:val="22"/>
        </w:rPr>
        <w:t>• ATLS / NICE NG39 major trauma</w:t>
      </w:r>
    </w:p>
    <w:p>
      <w:pPr>
        <w:spacing w:before="0" w:after="40" w:line="259" w:lineRule="auto"/>
      </w:pPr>
      <w:r>
        <w:rPr>
          <w:rFonts w:ascii="Calibri" w:hAnsi="Calibri" w:eastAsia="Calibri"/>
          <w:b w:val="0"/>
          <w:i w:val="0"/>
          <w:sz w:val="22"/>
        </w:rPr>
        <w:t>• RCEM penetrating cardiac injury</w:t>
      </w:r>
    </w:p>
    <w:p>
      <w:r>
        <w:br w:type="page"/>
      </w:r>
    </w:p>
    <w:p>
      <w:pPr>
        <w:spacing w:before="120" w:after="160" w:line="259" w:lineRule="auto"/>
      </w:pPr>
      <w:r>
        <w:rPr>
          <w:rFonts w:ascii="Calibri" w:hAnsi="Calibri" w:eastAsia="Calibri"/>
          <w:b/>
          <w:i w:val="0"/>
          <w:color w:val="0C0E10"/>
          <w:sz w:val="36"/>
        </w:rPr>
        <w:t>Case 23 — Massive haemothorax (penetrating)</w:t>
      </w:r>
    </w:p>
    <w:p>
      <w:pPr>
        <w:spacing w:before="0" w:after="40" w:line="259" w:lineRule="auto"/>
      </w:pPr>
      <w:r>
        <w:rPr>
          <w:rFonts w:ascii="Calibri" w:hAnsi="Calibri" w:eastAsia="Calibri"/>
          <w:b w:val="0"/>
          <w:i/>
          <w:color w:val="5A5A5A"/>
          <w:sz w:val="20"/>
        </w:rPr>
        <w:t>pre-alert · Scottish Ambulance Service — pre-alert · rhythm sinus-tach</w:t>
      </w:r>
    </w:p>
    <w:p>
      <w:pPr>
        <w:spacing w:before="0" w:after="40" w:line="259" w:lineRule="auto"/>
      </w:pPr>
      <w:r>
        <w:rPr>
          <w:rFonts w:ascii="Calibri" w:hAnsi="Calibri" w:eastAsia="Calibri"/>
          <w:b w:val="0"/>
          <w:i/>
          <w:color w:val="5A5A5A"/>
          <w:sz w:val="20"/>
        </w:rPr>
        <w:t>HR 132   BP 82/50   RR 28   SpO2 91%   temp 35.9   GCS 14   BM 6.8</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31 years, male</w:t>
      </w:r>
    </w:p>
    <w:p>
      <w:pPr>
        <w:spacing w:before="0" w:after="40" w:line="259" w:lineRule="auto"/>
      </w:pPr>
      <w:r>
        <w:rPr>
          <w:rFonts w:ascii="Calibri" w:hAnsi="Calibri" w:eastAsia="Calibri"/>
          <w:b w:val="0"/>
          <w:i w:val="0"/>
          <w:sz w:val="22"/>
        </w:rPr>
        <w:t>T stabbed left chest 14 minutes ago</w:t>
      </w:r>
    </w:p>
    <w:p>
      <w:pPr>
        <w:spacing w:before="0" w:after="40" w:line="259" w:lineRule="auto"/>
      </w:pPr>
      <w:r>
        <w:rPr>
          <w:rFonts w:ascii="Calibri" w:hAnsi="Calibri" w:eastAsia="Calibri"/>
          <w:b w:val="0"/>
          <w:i w:val="0"/>
          <w:sz w:val="22"/>
        </w:rPr>
        <w:t>M penetrating chest</w:t>
      </w:r>
    </w:p>
    <w:p>
      <w:pPr>
        <w:spacing w:before="0" w:after="40" w:line="259" w:lineRule="auto"/>
      </w:pPr>
      <w:r>
        <w:rPr>
          <w:rFonts w:ascii="Calibri" w:hAnsi="Calibri" w:eastAsia="Calibri"/>
          <w:b w:val="0"/>
          <w:i w:val="0"/>
          <w:sz w:val="22"/>
        </w:rPr>
        <w:t>I none</w:t>
      </w:r>
    </w:p>
    <w:p>
      <w:pPr>
        <w:spacing w:before="0" w:after="40" w:line="259" w:lineRule="auto"/>
      </w:pPr>
      <w:r>
        <w:rPr>
          <w:rFonts w:ascii="Calibri" w:hAnsi="Calibri" w:eastAsia="Calibri"/>
          <w:b w:val="0"/>
          <w:i w:val="0"/>
          <w:sz w:val="22"/>
        </w:rPr>
        <w:t>S HR 132 BP 82/50 RR 28 SpO2 91% 15 L GCS 14, left chest dull</w:t>
      </w:r>
    </w:p>
    <w:p>
      <w:pPr>
        <w:spacing w:before="0" w:after="40" w:line="259" w:lineRule="auto"/>
      </w:pPr>
      <w:r>
        <w:rPr>
          <w:rFonts w:ascii="Calibri" w:hAnsi="Calibri" w:eastAsia="Calibri"/>
          <w:b w:val="0"/>
          <w:i w:val="0"/>
          <w:sz w:val="22"/>
        </w:rPr>
        <w:t>T oxygen, one wide-bore</w:t>
      </w:r>
    </w:p>
    <w:p>
      <w:pPr>
        <w:spacing w:before="0" w:after="40" w:line="259" w:lineRule="auto"/>
      </w:pPr>
      <w:r>
        <w:rPr>
          <w:rFonts w:ascii="Calibri" w:hAnsi="Calibri" w:eastAsia="Calibri"/>
          <w:b w:val="0"/>
          <w:i w:val="0"/>
          <w:sz w:val="22"/>
        </w:rPr>
        <w:t>ETA 3 minutes. Crew: "The left chest is quiet. He is wet."</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talking, no stridor.</w:t>
      </w:r>
    </w:p>
    <w:p>
      <w:pPr>
        <w:spacing w:before="0" w:after="40" w:line="259" w:lineRule="auto"/>
      </w:pPr>
      <w:r>
        <w:rPr>
          <w:rFonts w:ascii="Calibri" w:hAnsi="Calibri" w:eastAsia="Calibri"/>
          <w:b w:val="0"/>
          <w:i w:val="0"/>
          <w:sz w:val="22"/>
        </w:rPr>
        <w:t>B — RR 28, absent air entry left, dull to percussion, trachea slightly right, SpO2 91% on 15 L. No surgical emphysema.</w:t>
      </w:r>
    </w:p>
    <w:p>
      <w:pPr>
        <w:spacing w:before="0" w:after="40" w:line="259" w:lineRule="auto"/>
      </w:pPr>
      <w:r>
        <w:rPr>
          <w:rFonts w:ascii="Calibri" w:hAnsi="Calibri" w:eastAsia="Calibri"/>
          <w:b w:val="0"/>
          <w:i w:val="0"/>
          <w:sz w:val="22"/>
        </w:rPr>
        <w:t>C — HR 132, BP 82/50, heart sounds present, JVP not raised, wound 5th interspace mid-axillary line.</w:t>
      </w:r>
    </w:p>
    <w:p>
      <w:pPr>
        <w:spacing w:before="0" w:after="40" w:line="259" w:lineRule="auto"/>
      </w:pPr>
      <w:r>
        <w:rPr>
          <w:rFonts w:ascii="Calibri" w:hAnsi="Calibri" w:eastAsia="Calibri"/>
          <w:b w:val="0"/>
          <w:i w:val="0"/>
          <w:sz w:val="22"/>
        </w:rPr>
        <w:t>D — GCS 14, BM 6.8.</w:t>
      </w:r>
    </w:p>
    <w:p>
      <w:pPr>
        <w:spacing w:before="0" w:after="40" w:line="259" w:lineRule="auto"/>
      </w:pPr>
      <w:r>
        <w:rPr>
          <w:rFonts w:ascii="Calibri" w:hAnsi="Calibri" w:eastAsia="Calibri"/>
          <w:b w:val="0"/>
          <w:i w:val="0"/>
          <w:sz w:val="22"/>
        </w:rPr>
        <w:t>E — abdomen slightly tender left upper quadrant. No other wounds on a first look.</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Dull, quiet left chest, shocked, wound in the axilla.</w:t>
      </w:r>
    </w:p>
    <w:p>
      <w:pPr>
        <w:spacing w:before="120" w:after="20" w:line="259" w:lineRule="auto"/>
        <w:shd w:fill="E8F5EC" w:val="clear"/>
      </w:pPr>
      <w:r>
        <w:rPr>
          <w:rFonts w:ascii="Calibri" w:hAnsi="Calibri" w:eastAsia="Calibri"/>
          <w:b/>
          <w:i w:val="0"/>
          <w:color w:val="146E3C"/>
          <w:sz w:val="22"/>
        </w:rPr>
        <w:t>A. [CORRECT] Large-bore intercostal drain</w:t>
      </w:r>
    </w:p>
    <w:p>
      <w:pPr>
        <w:spacing w:before="0" w:after="20" w:line="259" w:lineRule="auto"/>
      </w:pPr>
      <w:r>
        <w:rPr>
          <w:rFonts w:ascii="Calibri" w:hAnsi="Calibri" w:eastAsia="Calibri"/>
          <w:b w:val="0"/>
          <w:i/>
          <w:color w:val="282828"/>
          <w:sz w:val="22"/>
        </w:rPr>
        <w:t>Bay: 28 Fr in. 1400 mL blood at once. Blood is up. Theatre know.</w:t>
      </w:r>
    </w:p>
    <w:p>
      <w:pPr>
        <w:spacing w:before="0" w:after="40" w:line="259" w:lineRule="auto"/>
      </w:pPr>
      <w:r>
        <w:rPr>
          <w:rFonts w:ascii="Calibri" w:hAnsi="Calibri" w:eastAsia="Calibri"/>
          <w:b w:val="0"/>
          <w:i/>
          <w:color w:val="5A4614"/>
          <w:sz w:val="20"/>
        </w:rPr>
        <w:t>Reaction: sbp +4, spo2 +4</w:t>
      </w:r>
    </w:p>
    <w:p>
      <w:pPr>
        <w:spacing w:before="80" w:after="40" w:line="259" w:lineRule="auto"/>
      </w:pPr>
      <w:r>
        <w:rPr>
          <w:rFonts w:ascii="Calibri" w:hAnsi="Calibri" w:eastAsia="Calibri"/>
          <w:b/>
          <w:i w:val="0"/>
          <w:color w:val="46326E"/>
          <w:sz w:val="22"/>
        </w:rPr>
        <w:t xml:space="preserve">    Follow-up: What tube?</w:t>
      </w:r>
    </w:p>
    <w:p>
      <w:pPr>
        <w:spacing w:before="120" w:after="20" w:line="259" w:lineRule="auto"/>
        <w:shd w:fill="E8F5EC" w:val="clear"/>
      </w:pPr>
      <w:r>
        <w:rPr>
          <w:rFonts w:ascii="Calibri" w:hAnsi="Calibri" w:eastAsia="Calibri"/>
          <w:b/>
          <w:i w:val="0"/>
          <w:color w:val="146E3C"/>
          <w:sz w:val="22"/>
        </w:rPr>
        <w:t xml:space="preserve">    A. [CORRECT] Large-bore surgical intercostal drain, not a 12 Fr Seldinger</w:t>
      </w:r>
    </w:p>
    <w:p>
      <w:pPr>
        <w:spacing w:before="0" w:after="20" w:line="259" w:lineRule="auto"/>
      </w:pPr>
      <w:r>
        <w:rPr>
          <w:rFonts w:ascii="Calibri" w:hAnsi="Calibri" w:eastAsia="Calibri"/>
          <w:b w:val="0"/>
          <w:i/>
          <w:color w:val="282828"/>
          <w:sz w:val="22"/>
        </w:rPr>
        <w:t xml:space="preserve">       Bay: Massive haemothorax needs a big tube. Seldinger kinks and clots.</w:t>
      </w:r>
    </w:p>
    <w:p>
      <w:pPr>
        <w:spacing w:before="120" w:after="20" w:line="259" w:lineRule="auto"/>
        <w:shd w:fill="F8E8E8" w:val="clear"/>
      </w:pPr>
      <w:r>
        <w:rPr>
          <w:rFonts w:ascii="Calibri" w:hAnsi="Calibri" w:eastAsia="Calibri"/>
          <w:b w:val="0"/>
          <w:i w:val="0"/>
          <w:color w:val="A02828"/>
          <w:sz w:val="22"/>
        </w:rPr>
        <w:t xml:space="preserve">    B. [WRONG] Needle decompression only</w:t>
      </w:r>
    </w:p>
    <w:p>
      <w:pPr>
        <w:spacing w:before="0" w:after="20" w:line="259" w:lineRule="auto"/>
      </w:pPr>
      <w:r>
        <w:rPr>
          <w:rFonts w:ascii="Calibri" w:hAnsi="Calibri" w:eastAsia="Calibri"/>
          <w:b w:val="0"/>
          <w:i/>
          <w:color w:val="282828"/>
          <w:sz w:val="22"/>
        </w:rPr>
        <w:t xml:space="preserve">       Bay: That is for tension pneumothorax. He is dull, not resonant.</w:t>
      </w:r>
    </w:p>
    <w:p>
      <w:pPr>
        <w:spacing w:before="120" w:after="20" w:line="259" w:lineRule="auto"/>
        <w:shd w:fill="F8E8E8" w:val="clear"/>
      </w:pPr>
      <w:r>
        <w:rPr>
          <w:rFonts w:ascii="Calibri" w:hAnsi="Calibri" w:eastAsia="Calibri"/>
          <w:b w:val="0"/>
          <w:i w:val="0"/>
          <w:color w:val="A02828"/>
          <w:sz w:val="22"/>
        </w:rPr>
        <w:t xml:space="preserve">    C. [WRONG] 12 Fr Seldinger 'because it is safer'</w:t>
      </w:r>
    </w:p>
    <w:p>
      <w:pPr>
        <w:spacing w:before="0" w:after="20" w:line="259" w:lineRule="auto"/>
      </w:pPr>
      <w:r>
        <w:rPr>
          <w:rFonts w:ascii="Calibri" w:hAnsi="Calibri" w:eastAsia="Calibri"/>
          <w:b w:val="0"/>
          <w:i/>
          <w:color w:val="282828"/>
          <w:sz w:val="22"/>
        </w:rPr>
        <w:t xml:space="preserve">       Bay: It will not empty a hemithorax of blood.</w:t>
      </w:r>
    </w:p>
    <w:p>
      <w:pPr>
        <w:spacing w:before="120" w:after="20" w:line="259" w:lineRule="auto"/>
        <w:shd w:fill="F8E8E8" w:val="clear"/>
      </w:pPr>
      <w:r>
        <w:rPr>
          <w:rFonts w:ascii="Calibri" w:hAnsi="Calibri" w:eastAsia="Calibri"/>
          <w:b w:val="0"/>
          <w:i w:val="0"/>
          <w:color w:val="A02828"/>
          <w:sz w:val="22"/>
        </w:rPr>
        <w:t xml:space="preserve">    D. [WRONG] Pericardiocentesis</w:t>
      </w:r>
    </w:p>
    <w:p>
      <w:pPr>
        <w:spacing w:before="0" w:after="20" w:line="259" w:lineRule="auto"/>
      </w:pPr>
      <w:r>
        <w:rPr>
          <w:rFonts w:ascii="Calibri" w:hAnsi="Calibri" w:eastAsia="Calibri"/>
          <w:b w:val="0"/>
          <w:i/>
          <w:color w:val="282828"/>
          <w:sz w:val="22"/>
        </w:rPr>
        <w:t xml:space="preserve">       Bay: Heart sounds are present and the JVP is not up. The blood is in the chest.</w:t>
      </w:r>
    </w:p>
    <w:p>
      <w:pPr>
        <w:spacing w:before="120" w:after="20" w:line="259" w:lineRule="auto"/>
        <w:shd w:fill="F8E8E8" w:val="clear"/>
      </w:pPr>
      <w:r>
        <w:rPr>
          <w:rFonts w:ascii="Calibri" w:hAnsi="Calibri" w:eastAsia="Calibri"/>
          <w:b w:val="0"/>
          <w:i w:val="0"/>
          <w:color w:val="A02828"/>
          <w:sz w:val="22"/>
        </w:rPr>
        <w:t xml:space="preserve">    E. [WRONG] No drain until a CT confirms it</w:t>
      </w:r>
    </w:p>
    <w:p>
      <w:pPr>
        <w:spacing w:before="0" w:after="20" w:line="259" w:lineRule="auto"/>
      </w:pPr>
      <w:r>
        <w:rPr>
          <w:rFonts w:ascii="Calibri" w:hAnsi="Calibri" w:eastAsia="Calibri"/>
          <w:b w:val="0"/>
          <w:i/>
          <w:color w:val="282828"/>
          <w:sz w:val="22"/>
        </w:rPr>
        <w:t xml:space="preserve">       Bay: He is shocked with a dull chest. Drain now.</w:t>
      </w:r>
    </w:p>
    <w:p>
      <w:pPr>
        <w:spacing w:before="120" w:after="20" w:line="259" w:lineRule="auto"/>
        <w:shd w:fill="F8E8E8" w:val="clear"/>
      </w:pPr>
      <w:r>
        <w:rPr>
          <w:rFonts w:ascii="Calibri" w:hAnsi="Calibri" w:eastAsia="Calibri"/>
          <w:b w:val="0"/>
          <w:i w:val="0"/>
          <w:color w:val="A02828"/>
          <w:sz w:val="22"/>
        </w:rPr>
        <w:t>B. [WRONG] Needle decompression of the left chest</w:t>
      </w:r>
    </w:p>
    <w:p>
      <w:pPr>
        <w:spacing w:before="0" w:after="20" w:line="259" w:lineRule="auto"/>
      </w:pPr>
      <w:r>
        <w:rPr>
          <w:rFonts w:ascii="Calibri" w:hAnsi="Calibri" w:eastAsia="Calibri"/>
          <w:b w:val="0"/>
          <w:i/>
          <w:color w:val="282828"/>
          <w:sz w:val="22"/>
        </w:rPr>
        <w:t>Bay: He is dull, not tympanic. A needle will not empty 1.5 L of blood.</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Pericardiocentesis</w:t>
      </w:r>
    </w:p>
    <w:p>
      <w:pPr>
        <w:spacing w:before="0" w:after="20" w:line="259" w:lineRule="auto"/>
      </w:pPr>
      <w:r>
        <w:rPr>
          <w:rFonts w:ascii="Calibri" w:hAnsi="Calibri" w:eastAsia="Calibri"/>
          <w:b w:val="0"/>
          <w:i/>
          <w:color w:val="282828"/>
          <w:sz w:val="22"/>
        </w:rPr>
        <w:t>Bay: JVP is not up and heart sounds are present. Wrong cavity.</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Small Seldinger drain</w:t>
      </w:r>
    </w:p>
    <w:p>
      <w:pPr>
        <w:spacing w:before="0" w:after="20" w:line="259" w:lineRule="auto"/>
      </w:pPr>
      <w:r>
        <w:rPr>
          <w:rFonts w:ascii="Calibri" w:hAnsi="Calibri" w:eastAsia="Calibri"/>
          <w:b w:val="0"/>
          <w:i/>
          <w:color w:val="282828"/>
          <w:sz w:val="22"/>
        </w:rPr>
        <w:t>Bay: It will clot. He needs a large-bore surgical drain.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Immediate clamshell while he is talking</w:t>
      </w:r>
    </w:p>
    <w:p>
      <w:pPr>
        <w:spacing w:before="0" w:after="20" w:line="259" w:lineRule="auto"/>
      </w:pPr>
      <w:r>
        <w:rPr>
          <w:rFonts w:ascii="Calibri" w:hAnsi="Calibri" w:eastAsia="Calibri"/>
          <w:b w:val="0"/>
          <w:i/>
          <w:color w:val="282828"/>
          <w:sz w:val="22"/>
        </w:rPr>
        <w:t>Bay: He has output. Drain, blood, surgeon — thoracotomy if he arrests or the drain keeps pouring.</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1400 mL out at insertion. Still 200 mL in the next few minutes. BP 80.</w:t>
      </w:r>
    </w:p>
    <w:p>
      <w:pPr>
        <w:spacing w:before="120" w:after="20" w:line="259" w:lineRule="auto"/>
        <w:shd w:fill="E8F5EC" w:val="clear"/>
      </w:pPr>
      <w:r>
        <w:rPr>
          <w:rFonts w:ascii="Calibri" w:hAnsi="Calibri" w:eastAsia="Calibri"/>
          <w:b/>
          <w:i w:val="0"/>
          <w:color w:val="146E3C"/>
          <w:sz w:val="22"/>
        </w:rPr>
        <w:t>A. [CORRECT] Major haemorrhage protocol and a surgeon</w:t>
      </w:r>
    </w:p>
    <w:p>
      <w:pPr>
        <w:spacing w:before="0" w:after="20" w:line="259" w:lineRule="auto"/>
      </w:pPr>
      <w:r>
        <w:rPr>
          <w:rFonts w:ascii="Calibri" w:hAnsi="Calibri" w:eastAsia="Calibri"/>
          <w:b w:val="0"/>
          <w:i/>
          <w:color w:val="282828"/>
          <w:sz w:val="22"/>
        </w:rPr>
        <w:t>Bay: Blood, plasma, TXA. They are opening a theatre. He stays.</w:t>
      </w:r>
    </w:p>
    <w:p>
      <w:pPr>
        <w:spacing w:before="0" w:after="40" w:line="259" w:lineRule="auto"/>
      </w:pPr>
      <w:r>
        <w:rPr>
          <w:rFonts w:ascii="Calibri" w:hAnsi="Calibri" w:eastAsia="Calibri"/>
          <w:b w:val="0"/>
          <w:i/>
          <w:color w:val="5A4614"/>
          <w:sz w:val="20"/>
        </w:rPr>
        <w:t>Reaction: sbp +8</w:t>
      </w:r>
    </w:p>
    <w:p>
      <w:pPr>
        <w:spacing w:before="80" w:after="40" w:line="259" w:lineRule="auto"/>
      </w:pPr>
      <w:r>
        <w:rPr>
          <w:rFonts w:ascii="Calibri" w:hAnsi="Calibri" w:eastAsia="Calibri"/>
          <w:b/>
          <w:i w:val="0"/>
          <w:color w:val="46326E"/>
          <w:sz w:val="22"/>
        </w:rPr>
        <w:t xml:space="preserve">    Follow-up: When does the chest get opened?</w:t>
      </w:r>
    </w:p>
    <w:p>
      <w:pPr>
        <w:spacing w:before="120" w:after="20" w:line="259" w:lineRule="auto"/>
        <w:shd w:fill="E8F5EC" w:val="clear"/>
      </w:pPr>
      <w:r>
        <w:rPr>
          <w:rFonts w:ascii="Calibri" w:hAnsi="Calibri" w:eastAsia="Calibri"/>
          <w:b/>
          <w:i w:val="0"/>
          <w:color w:val="146E3C"/>
          <w:sz w:val="22"/>
        </w:rPr>
        <w:t xml:space="preserve">    A. [CORRECT] Immediate output around 1500 mL, or ongoing &gt;200 mL/h, or persistent shock</w:t>
      </w:r>
    </w:p>
    <w:p>
      <w:pPr>
        <w:spacing w:before="0" w:after="20" w:line="259" w:lineRule="auto"/>
      </w:pPr>
      <w:r>
        <w:rPr>
          <w:rFonts w:ascii="Calibri" w:hAnsi="Calibri" w:eastAsia="Calibri"/>
          <w:b w:val="0"/>
          <w:i/>
          <w:color w:val="282828"/>
          <w:sz w:val="22"/>
        </w:rPr>
        <w:t xml:space="preserve">       Bay: Classic indications. Do not wait for a fourth litre in the bottle.</w:t>
      </w:r>
    </w:p>
    <w:p>
      <w:pPr>
        <w:spacing w:before="120" w:after="20" w:line="259" w:lineRule="auto"/>
        <w:shd w:fill="F8E8E8" w:val="clear"/>
      </w:pPr>
      <w:r>
        <w:rPr>
          <w:rFonts w:ascii="Calibri" w:hAnsi="Calibri" w:eastAsia="Calibri"/>
          <w:b w:val="0"/>
          <w:i w:val="0"/>
          <w:color w:val="A02828"/>
          <w:sz w:val="22"/>
        </w:rPr>
        <w:t xml:space="preserve">    B. [WRONG] Only after a CT angiogram in a stable patient</w:t>
      </w:r>
    </w:p>
    <w:p>
      <w:pPr>
        <w:spacing w:before="0" w:after="20" w:line="259" w:lineRule="auto"/>
      </w:pPr>
      <w:r>
        <w:rPr>
          <w:rFonts w:ascii="Calibri" w:hAnsi="Calibri" w:eastAsia="Calibri"/>
          <w:b w:val="0"/>
          <w:i/>
          <w:color w:val="282828"/>
          <w:sz w:val="22"/>
        </w:rPr>
        <w:t xml:space="preserve">       Bay: He is not stable. CT is for the ones who stop bleeding.</w:t>
      </w:r>
    </w:p>
    <w:p>
      <w:pPr>
        <w:spacing w:before="120" w:after="20" w:line="259" w:lineRule="auto"/>
        <w:shd w:fill="F8E8E8" w:val="clear"/>
      </w:pPr>
      <w:r>
        <w:rPr>
          <w:rFonts w:ascii="Calibri" w:hAnsi="Calibri" w:eastAsia="Calibri"/>
          <w:b w:val="0"/>
          <w:i w:val="0"/>
          <w:color w:val="A02828"/>
          <w:sz w:val="22"/>
        </w:rPr>
        <w:t xml:space="preserve">    C. [WRONG] Never — drains always suffice</w:t>
      </w:r>
    </w:p>
    <w:p>
      <w:pPr>
        <w:spacing w:before="0" w:after="20" w:line="259" w:lineRule="auto"/>
      </w:pPr>
      <w:r>
        <w:rPr>
          <w:rFonts w:ascii="Calibri" w:hAnsi="Calibri" w:eastAsia="Calibri"/>
          <w:b w:val="0"/>
          <w:i/>
          <w:color w:val="282828"/>
          <w:sz w:val="22"/>
        </w:rPr>
        <w:t xml:space="preserve">       Bay: Massive haemothorax is a surgical disease.</w:t>
      </w:r>
    </w:p>
    <w:p>
      <w:pPr>
        <w:spacing w:before="120" w:after="20" w:line="259" w:lineRule="auto"/>
        <w:shd w:fill="F8E8E8" w:val="clear"/>
      </w:pPr>
      <w:r>
        <w:rPr>
          <w:rFonts w:ascii="Calibri" w:hAnsi="Calibri" w:eastAsia="Calibri"/>
          <w:b w:val="0"/>
          <w:i w:val="0"/>
          <w:color w:val="A02828"/>
          <w:sz w:val="22"/>
        </w:rPr>
        <w:t xml:space="preserve">    D. [WRONG] After vitamin K and a six-hour observation</w:t>
      </w:r>
    </w:p>
    <w:p>
      <w:pPr>
        <w:spacing w:before="0" w:after="20" w:line="259" w:lineRule="auto"/>
      </w:pPr>
      <w:r>
        <w:rPr>
          <w:rFonts w:ascii="Calibri" w:hAnsi="Calibri" w:eastAsia="Calibri"/>
          <w:b w:val="0"/>
          <w:i/>
          <w:color w:val="282828"/>
          <w:sz w:val="22"/>
        </w:rPr>
        <w:t xml:space="preserve">       Bay: He is not anticoagulated. He is stabbed.</w:t>
      </w:r>
    </w:p>
    <w:p>
      <w:pPr>
        <w:spacing w:before="120" w:after="20" w:line="259" w:lineRule="auto"/>
        <w:shd w:fill="F8E8E8" w:val="clear"/>
      </w:pPr>
      <w:r>
        <w:rPr>
          <w:rFonts w:ascii="Calibri" w:hAnsi="Calibri" w:eastAsia="Calibri"/>
          <w:b w:val="0"/>
          <w:i w:val="0"/>
          <w:color w:val="A02828"/>
          <w:sz w:val="22"/>
        </w:rPr>
        <w:t xml:space="preserve">    E. [WRONG] Once the bottle reaches 3 L, whatever the blood pressure</w:t>
      </w:r>
    </w:p>
    <w:p>
      <w:pPr>
        <w:spacing w:before="0" w:after="20" w:line="259" w:lineRule="auto"/>
      </w:pPr>
      <w:r>
        <w:rPr>
          <w:rFonts w:ascii="Calibri" w:hAnsi="Calibri" w:eastAsia="Calibri"/>
          <w:b w:val="0"/>
          <w:i/>
          <w:color w:val="282828"/>
          <w:sz w:val="22"/>
        </w:rPr>
        <w:t xml:space="preserve">       Bay: Do not use an arbitrary 3 L if he is already shocked.</w:t>
      </w:r>
    </w:p>
    <w:p>
      <w:pPr>
        <w:spacing w:before="120" w:after="20" w:line="259" w:lineRule="auto"/>
        <w:shd w:fill="F8E8E8" w:val="clear"/>
      </w:pPr>
      <w:r>
        <w:rPr>
          <w:rFonts w:ascii="Calibri" w:hAnsi="Calibri" w:eastAsia="Calibri"/>
          <w:b w:val="0"/>
          <w:i w:val="0"/>
          <w:color w:val="A02828"/>
          <w:sz w:val="22"/>
        </w:rPr>
        <w:t>B. [WRONG] Clamp the drain to 'keep the blood in'</w:t>
      </w:r>
    </w:p>
    <w:p>
      <w:pPr>
        <w:spacing w:before="0" w:after="20" w:line="259" w:lineRule="auto"/>
      </w:pPr>
      <w:r>
        <w:rPr>
          <w:rFonts w:ascii="Calibri" w:hAnsi="Calibri" w:eastAsia="Calibri"/>
          <w:b w:val="0"/>
          <w:i/>
          <w:color w:val="282828"/>
          <w:sz w:val="22"/>
        </w:rPr>
        <w:t>Bay: Clamping a haemothorax drain in shock hides bleeding and can restore a tension. Leave it free, replace the volume, operate.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Two litres of crystalloid then reassess</w:t>
      </w:r>
    </w:p>
    <w:p>
      <w:pPr>
        <w:spacing w:before="0" w:after="20" w:line="259" w:lineRule="auto"/>
      </w:pPr>
      <w:r>
        <w:rPr>
          <w:rFonts w:ascii="Calibri" w:hAnsi="Calibri" w:eastAsia="Calibri"/>
          <w:b w:val="0"/>
          <w:i/>
          <w:color w:val="282828"/>
          <w:sz w:val="22"/>
        </w:rPr>
        <w:t>Bay: He is bleeding into a bottle. Give blood.</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Needle the other side prophylactically</w:t>
      </w:r>
    </w:p>
    <w:p>
      <w:pPr>
        <w:spacing w:before="0" w:after="20" w:line="259" w:lineRule="auto"/>
      </w:pPr>
      <w:r>
        <w:rPr>
          <w:rFonts w:ascii="Calibri" w:hAnsi="Calibri" w:eastAsia="Calibri"/>
          <w:b w:val="0"/>
          <w:i/>
          <w:color w:val="282828"/>
          <w:sz w:val="22"/>
        </w:rPr>
        <w:t>Bay: The right chest is moving. Do not create a problem.</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Send him to CT with the drain clamped</w:t>
      </w:r>
    </w:p>
    <w:p>
      <w:pPr>
        <w:spacing w:before="0" w:after="20" w:line="259" w:lineRule="auto"/>
      </w:pPr>
      <w:r>
        <w:rPr>
          <w:rFonts w:ascii="Calibri" w:hAnsi="Calibri" w:eastAsia="Calibri"/>
          <w:b w:val="0"/>
          <w:i/>
          <w:color w:val="282828"/>
          <w:sz w:val="22"/>
        </w:rPr>
        <w:t>Bay: Unstable, clamped, and a scanner. That is how people die.</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Theatre is coming. Send what you can.</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7.26  pCO2 5.8  pO2 9.4  HCO3 18  BE −8  lactate 5.1  K+ 4.1  Hb 86</w:t>
      </w:r>
    </w:p>
    <w:p>
      <w:pPr>
        <w:spacing w:before="0" w:after="40" w:line="259" w:lineRule="auto"/>
      </w:pPr>
      <w:r>
        <w:rPr>
          <w:rFonts w:ascii="Calibri" w:hAnsi="Calibri" w:eastAsia="Calibri"/>
          <w:b w:val="0"/>
          <w:i w:val="0"/>
          <w:sz w:val="22"/>
        </w:rPr>
        <w:t>Blood loss. The Hb will fall further.</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6.8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sinus-tach</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Not obtained.</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84   WCC 12.1   Plt 188</w:t>
      </w:r>
    </w:p>
    <w:p>
      <w:pPr>
        <w:spacing w:before="0" w:after="40" w:line="259" w:lineRule="auto"/>
      </w:pPr>
      <w:r>
        <w:rPr>
          <w:rFonts w:ascii="Calibri" w:hAnsi="Calibri" w:eastAsia="Calibri"/>
          <w:b w:val="0"/>
          <w:i w:val="0"/>
          <w:sz w:val="22"/>
        </w:rPr>
        <w:t>coag: PT 13 s   APTT 32 s</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whiteout-left</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Film: white-out left. Review results — then decide.</w:t>
      </w:r>
    </w:p>
    <w:p>
      <w:pPr>
        <w:spacing w:before="120" w:after="20" w:line="259" w:lineRule="auto"/>
        <w:shd w:fill="E8F5EC" w:val="clear"/>
      </w:pPr>
      <w:r>
        <w:rPr>
          <w:rFonts w:ascii="Calibri" w:hAnsi="Calibri" w:eastAsia="Calibri"/>
          <w:b/>
          <w:i w:val="0"/>
          <w:color w:val="146E3C"/>
          <w:sz w:val="22"/>
        </w:rPr>
        <w:t>A. [CORRECT] TXA and blood in a 1:1 ratio while they open</w:t>
      </w:r>
    </w:p>
    <w:p>
      <w:pPr>
        <w:spacing w:before="0" w:after="20" w:line="259" w:lineRule="auto"/>
      </w:pPr>
      <w:r>
        <w:rPr>
          <w:rFonts w:ascii="Calibri" w:hAnsi="Calibri" w:eastAsia="Calibri"/>
          <w:b w:val="0"/>
          <w:i/>
          <w:color w:val="282828"/>
          <w:sz w:val="22"/>
        </w:rPr>
        <w:t>Bay: TXA is in. Second unit up. He is going.</w:t>
      </w:r>
    </w:p>
    <w:p>
      <w:pPr>
        <w:spacing w:before="0" w:after="40" w:line="259" w:lineRule="auto"/>
      </w:pPr>
      <w:r>
        <w:rPr>
          <w:rFonts w:ascii="Calibri" w:hAnsi="Calibri" w:eastAsia="Calibri"/>
          <w:b w:val="0"/>
          <w:i/>
          <w:color w:val="5A4614"/>
          <w:sz w:val="20"/>
        </w:rPr>
        <w:t>Reaction: sbp +6</w:t>
      </w:r>
    </w:p>
    <w:p>
      <w:pPr>
        <w:spacing w:before="80" w:after="40" w:line="259" w:lineRule="auto"/>
      </w:pPr>
      <w:r>
        <w:rPr>
          <w:rFonts w:ascii="Calibri" w:hAnsi="Calibri" w:eastAsia="Calibri"/>
          <w:b/>
          <w:i w:val="0"/>
          <w:color w:val="46326E"/>
          <w:sz w:val="22"/>
        </w:rPr>
        <w:t xml:space="preserve">    Follow-up: What TXA dose?</w:t>
      </w:r>
    </w:p>
    <w:p>
      <w:pPr>
        <w:spacing w:before="120" w:after="20" w:line="259" w:lineRule="auto"/>
        <w:shd w:fill="E8F5EC" w:val="clear"/>
      </w:pPr>
      <w:r>
        <w:rPr>
          <w:rFonts w:ascii="Calibri" w:hAnsi="Calibri" w:eastAsia="Calibri"/>
          <w:b/>
          <w:i w:val="0"/>
          <w:color w:val="146E3C"/>
          <w:sz w:val="22"/>
        </w:rPr>
        <w:t xml:space="preserve">    A. [CORRECT] 1 g IV over 10 minutes, then 1 g over 8 hours</w:t>
      </w:r>
    </w:p>
    <w:p>
      <w:pPr>
        <w:spacing w:before="0" w:after="20" w:line="259" w:lineRule="auto"/>
      </w:pPr>
      <w:r>
        <w:rPr>
          <w:rFonts w:ascii="Calibri" w:hAnsi="Calibri" w:eastAsia="Calibri"/>
          <w:b w:val="0"/>
          <w:i/>
          <w:color w:val="282828"/>
          <w:sz w:val="22"/>
        </w:rPr>
        <w:t xml:space="preserve">       Bay: CRASH-2 / NICE: that is the trauma dose. Give it now, not after theatre.</w:t>
      </w:r>
    </w:p>
    <w:p>
      <w:pPr>
        <w:spacing w:before="120" w:after="20" w:line="259" w:lineRule="auto"/>
        <w:shd w:fill="F8E8E8" w:val="clear"/>
      </w:pPr>
      <w:r>
        <w:rPr>
          <w:rFonts w:ascii="Calibri" w:hAnsi="Calibri" w:eastAsia="Calibri"/>
          <w:b w:val="0"/>
          <w:i w:val="0"/>
          <w:color w:val="A02828"/>
          <w:sz w:val="22"/>
        </w:rPr>
        <w:t xml:space="preserve">    B. [WRONG] 1 g IM into the thigh</w:t>
      </w:r>
    </w:p>
    <w:p>
      <w:pPr>
        <w:spacing w:before="0" w:after="20" w:line="259" w:lineRule="auto"/>
      </w:pPr>
      <w:r>
        <w:rPr>
          <w:rFonts w:ascii="Calibri" w:hAnsi="Calibri" w:eastAsia="Calibri"/>
          <w:b w:val="0"/>
          <w:i/>
          <w:color w:val="282828"/>
          <w:sz w:val="22"/>
        </w:rPr>
        <w:t xml:space="preserve">       Bay: Intravenous. IM is not the trauma route.</w:t>
      </w:r>
    </w:p>
    <w:p>
      <w:pPr>
        <w:spacing w:before="120" w:after="20" w:line="259" w:lineRule="auto"/>
        <w:shd w:fill="F8E8E8" w:val="clear"/>
      </w:pPr>
      <w:r>
        <w:rPr>
          <w:rFonts w:ascii="Calibri" w:hAnsi="Calibri" w:eastAsia="Calibri"/>
          <w:b w:val="0"/>
          <w:i w:val="0"/>
          <w:color w:val="A02828"/>
          <w:sz w:val="22"/>
        </w:rPr>
        <w:t xml:space="preserve">    C. [WRONG] 5 g as a single push</w:t>
      </w:r>
    </w:p>
    <w:p>
      <w:pPr>
        <w:spacing w:before="0" w:after="20" w:line="259" w:lineRule="auto"/>
      </w:pPr>
      <w:r>
        <w:rPr>
          <w:rFonts w:ascii="Calibri" w:hAnsi="Calibri" w:eastAsia="Calibri"/>
          <w:b w:val="0"/>
          <w:i/>
          <w:color w:val="282828"/>
          <w:sz w:val="22"/>
        </w:rPr>
        <w:t xml:space="preserve">       Bay: That is not the licensed trauma regimen and risks hypotension.</w:t>
      </w:r>
    </w:p>
    <w:p>
      <w:pPr>
        <w:spacing w:before="120" w:after="20" w:line="259" w:lineRule="auto"/>
        <w:shd w:fill="F8E8E8" w:val="clear"/>
      </w:pPr>
      <w:r>
        <w:rPr>
          <w:rFonts w:ascii="Calibri" w:hAnsi="Calibri" w:eastAsia="Calibri"/>
          <w:b w:val="0"/>
          <w:i w:val="0"/>
          <w:color w:val="A02828"/>
          <w:sz w:val="22"/>
        </w:rPr>
        <w:t xml:space="preserve">    D. [WRONG] Hold TXA until a TEG is back</w:t>
      </w:r>
    </w:p>
    <w:p>
      <w:pPr>
        <w:spacing w:before="0" w:after="20" w:line="259" w:lineRule="auto"/>
      </w:pPr>
      <w:r>
        <w:rPr>
          <w:rFonts w:ascii="Calibri" w:hAnsi="Calibri" w:eastAsia="Calibri"/>
          <w:b w:val="0"/>
          <w:i/>
          <w:color w:val="282828"/>
          <w:sz w:val="22"/>
        </w:rPr>
        <w:t xml:space="preserve">       Bay: Do not wait on viscoelastic tests to give TXA in bleeding trauma.</w:t>
      </w:r>
    </w:p>
    <w:p>
      <w:pPr>
        <w:spacing w:before="120" w:after="20" w:line="259" w:lineRule="auto"/>
        <w:shd w:fill="F8E8E8" w:val="clear"/>
      </w:pPr>
      <w:r>
        <w:rPr>
          <w:rFonts w:ascii="Calibri" w:hAnsi="Calibri" w:eastAsia="Calibri"/>
          <w:b w:val="0"/>
          <w:i w:val="0"/>
          <w:color w:val="A02828"/>
          <w:sz w:val="22"/>
        </w:rPr>
        <w:t xml:space="preserve">    E. [WRONG] TXA is contraindicated in chest trauma</w:t>
      </w:r>
    </w:p>
    <w:p>
      <w:pPr>
        <w:spacing w:before="0" w:after="20" w:line="259" w:lineRule="auto"/>
      </w:pPr>
      <w:r>
        <w:rPr>
          <w:rFonts w:ascii="Calibri" w:hAnsi="Calibri" w:eastAsia="Calibri"/>
          <w:b w:val="0"/>
          <w:i/>
          <w:color w:val="282828"/>
          <w:sz w:val="22"/>
        </w:rPr>
        <w:t xml:space="preserve">       Bay: It is indicated in bleeding trauma including the chest.</w:t>
      </w:r>
    </w:p>
    <w:p>
      <w:pPr>
        <w:spacing w:before="120" w:after="20" w:line="259" w:lineRule="auto"/>
        <w:shd w:fill="F8E8E8" w:val="clear"/>
      </w:pPr>
      <w:r>
        <w:rPr>
          <w:rFonts w:ascii="Calibri" w:hAnsi="Calibri" w:eastAsia="Calibri"/>
          <w:b w:val="0"/>
          <w:i w:val="0"/>
          <w:color w:val="A02828"/>
          <w:sz w:val="22"/>
        </w:rPr>
        <w:t>B. [WRONG] Furosemide for the white-out</w:t>
      </w:r>
    </w:p>
    <w:p>
      <w:pPr>
        <w:spacing w:before="0" w:after="20" w:line="259" w:lineRule="auto"/>
      </w:pPr>
      <w:r>
        <w:rPr>
          <w:rFonts w:ascii="Calibri" w:hAnsi="Calibri" w:eastAsia="Calibri"/>
          <w:b w:val="0"/>
          <w:i/>
          <w:color w:val="282828"/>
          <w:sz w:val="22"/>
        </w:rPr>
        <w:t>Bay: That is blood, not oedema. Diuresis will finish him.</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NIV for the hypoxia</w:t>
      </w:r>
    </w:p>
    <w:p>
      <w:pPr>
        <w:spacing w:before="0" w:after="20" w:line="259" w:lineRule="auto"/>
      </w:pPr>
      <w:r>
        <w:rPr>
          <w:rFonts w:ascii="Calibri" w:hAnsi="Calibri" w:eastAsia="Calibri"/>
          <w:b w:val="0"/>
          <w:i/>
          <w:color w:val="282828"/>
          <w:sz w:val="22"/>
        </w:rPr>
        <w:t>Bay: A chest full of blood does not NIV. He needs a drain and a surgeon.</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Thrombolysis</w:t>
      </w:r>
    </w:p>
    <w:p>
      <w:pPr>
        <w:spacing w:before="0" w:after="20" w:line="259" w:lineRule="auto"/>
      </w:pPr>
      <w:r>
        <w:rPr>
          <w:rFonts w:ascii="Calibri" w:hAnsi="Calibri" w:eastAsia="Calibri"/>
          <w:b w:val="0"/>
          <w:i/>
          <w:color w:val="282828"/>
          <w:sz w:val="22"/>
        </w:rPr>
        <w:t>Bay: You will make the bottle overflow.</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Wait for a crossmatch before any red cells</w:t>
      </w:r>
    </w:p>
    <w:p>
      <w:pPr>
        <w:spacing w:before="0" w:after="20" w:line="259" w:lineRule="auto"/>
      </w:pPr>
      <w:r>
        <w:rPr>
          <w:rFonts w:ascii="Calibri" w:hAnsi="Calibri" w:eastAsia="Calibri"/>
          <w:b w:val="0"/>
          <w:i/>
          <w:color w:val="282828"/>
          <w:sz w:val="22"/>
        </w:rPr>
        <w:t>Bay: O-neg exists. Hb is 84 and falling in front of you.</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Police are at the door.</w:t>
      </w:r>
    </w:p>
    <w:p>
      <w:pPr>
        <w:spacing w:before="120" w:after="20" w:line="259" w:lineRule="auto"/>
        <w:shd w:fill="E8F5EC" w:val="clear"/>
      </w:pPr>
      <w:r>
        <w:rPr>
          <w:rFonts w:ascii="Calibri" w:hAnsi="Calibri" w:eastAsia="Calibri"/>
          <w:b/>
          <w:i w:val="0"/>
          <w:color w:val="146E3C"/>
          <w:sz w:val="22"/>
        </w:rPr>
        <w:t>A. [CORRECT] Full exposure, log-roll, other wounds, last meal, tetanus status</w:t>
      </w:r>
    </w:p>
    <w:p>
      <w:pPr>
        <w:spacing w:before="0" w:after="20" w:line="259" w:lineRule="auto"/>
      </w:pPr>
      <w:r>
        <w:rPr>
          <w:rFonts w:ascii="Calibri" w:hAnsi="Calibri" w:eastAsia="Calibri"/>
          <w:b w:val="0"/>
          <w:i/>
          <w:color w:val="282828"/>
          <w:sz w:val="22"/>
        </w:rPr>
        <w:t>Bay: No second wound. Ate at 18:00. Tetanus unknown — give it when you can.</w:t>
      </w:r>
    </w:p>
    <w:p>
      <w:pPr>
        <w:spacing w:before="120" w:after="20" w:line="259" w:lineRule="auto"/>
        <w:shd w:fill="E8F5EC" w:val="clear"/>
      </w:pPr>
      <w:r>
        <w:rPr>
          <w:rFonts w:ascii="Calibri" w:hAnsi="Calibri" w:eastAsia="Calibri"/>
          <w:b/>
          <w:i w:val="0"/>
          <w:color w:val="146E3C"/>
          <w:sz w:val="22"/>
        </w:rPr>
        <w:t>B. [CORRECT] Call blood bank, theatre and the trauma team leader</w:t>
      </w:r>
    </w:p>
    <w:p>
      <w:pPr>
        <w:spacing w:before="0" w:after="20" w:line="259" w:lineRule="auto"/>
      </w:pPr>
      <w:r>
        <w:rPr>
          <w:rFonts w:ascii="Calibri" w:hAnsi="Calibri" w:eastAsia="Calibri"/>
          <w:b w:val="0"/>
          <w:i/>
          <w:color w:val="282828"/>
          <w:sz w:val="22"/>
        </w:rPr>
        <w:t>Bay: They are already moving.</w:t>
      </w:r>
    </w:p>
    <w:p>
      <w:pPr>
        <w:spacing w:before="120" w:after="20" w:line="259" w:lineRule="auto"/>
        <w:shd w:fill="E8F5EC" w:val="clear"/>
      </w:pPr>
      <w:r>
        <w:rPr>
          <w:rFonts w:ascii="Calibri" w:hAnsi="Calibri" w:eastAsia="Calibri"/>
          <w:b/>
          <w:i w:val="0"/>
          <w:color w:val="146E3C"/>
          <w:sz w:val="22"/>
        </w:rPr>
        <w:t>C. [CORRECT] Document drain output, time of wound and products on a trauma chart</w:t>
      </w:r>
    </w:p>
    <w:p>
      <w:pPr>
        <w:spacing w:before="0" w:after="20" w:line="259" w:lineRule="auto"/>
      </w:pPr>
      <w:r>
        <w:rPr>
          <w:rFonts w:ascii="Calibri" w:hAnsi="Calibri" w:eastAsia="Calibri"/>
          <w:b w:val="0"/>
          <w:i/>
          <w:color w:val="282828"/>
          <w:sz w:val="22"/>
        </w:rPr>
        <w:t>Bay: Output is the indication. Write it down.</w:t>
      </w:r>
    </w:p>
    <w:p>
      <w:pPr>
        <w:spacing w:before="120" w:after="20" w:line="259" w:lineRule="auto"/>
        <w:shd w:fill="F8E8E8" w:val="clear"/>
      </w:pPr>
      <w:r>
        <w:rPr>
          <w:rFonts w:ascii="Calibri" w:hAnsi="Calibri" w:eastAsia="Calibri"/>
          <w:b w:val="0"/>
          <w:i w:val="0"/>
          <w:color w:val="A02828"/>
          <w:sz w:val="22"/>
        </w:rPr>
        <w:t>D. [WRONG] Let police interview him in resus before theatre</w:t>
      </w:r>
    </w:p>
    <w:p>
      <w:pPr>
        <w:spacing w:before="0" w:after="20" w:line="259" w:lineRule="auto"/>
      </w:pPr>
      <w:r>
        <w:rPr>
          <w:rFonts w:ascii="Calibri" w:hAnsi="Calibri" w:eastAsia="Calibri"/>
          <w:b w:val="0"/>
          <w:i/>
          <w:color w:val="282828"/>
          <w:sz w:val="22"/>
        </w:rPr>
        <w:t>Bay: He is bleeding. Interview after the hole is controlled.</w:t>
      </w:r>
    </w:p>
    <w:p>
      <w:pPr>
        <w:spacing w:before="120" w:after="20" w:line="259" w:lineRule="auto"/>
        <w:shd w:fill="F8E8E8" w:val="clear"/>
      </w:pPr>
      <w:r>
        <w:rPr>
          <w:rFonts w:ascii="Calibri" w:hAnsi="Calibri" w:eastAsia="Calibri"/>
          <w:b w:val="0"/>
          <w:i w:val="0"/>
          <w:color w:val="A02828"/>
          <w:sz w:val="22"/>
        </w:rPr>
        <w:t>E. [WRONG] Send a D-dimer to 'rule out PE'</w:t>
      </w:r>
    </w:p>
    <w:p>
      <w:pPr>
        <w:spacing w:before="0" w:after="20" w:line="259" w:lineRule="auto"/>
      </w:pPr>
      <w:r>
        <w:rPr>
          <w:rFonts w:ascii="Calibri" w:hAnsi="Calibri" w:eastAsia="Calibri"/>
          <w:b w:val="0"/>
          <w:i/>
          <w:color w:val="282828"/>
          <w:sz w:val="22"/>
        </w:rPr>
        <w:t>Bay: A white-out and a bottle of blood is not a PE work-up.</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Massive haemothorax from penetrating chest trauma</w:t>
      </w:r>
    </w:p>
    <w:p>
      <w:pPr>
        <w:spacing w:before="0" w:after="20" w:line="259" w:lineRule="auto"/>
      </w:pPr>
      <w:r>
        <w:rPr>
          <w:rFonts w:ascii="Calibri" w:hAnsi="Calibri" w:eastAsia="Calibri"/>
          <w:b w:val="0"/>
          <w:i/>
          <w:color w:val="282828"/>
          <w:sz w:val="22"/>
        </w:rPr>
        <w:t>Bay: Dull, quiet, white-out, 1400 mL at insertion. Not tension air.</w:t>
      </w:r>
    </w:p>
    <w:p>
      <w:pPr>
        <w:spacing w:before="120" w:after="20" w:line="259" w:lineRule="auto"/>
        <w:shd w:fill="F8E8E8" w:val="clear"/>
      </w:pPr>
      <w:r>
        <w:rPr>
          <w:rFonts w:ascii="Calibri" w:hAnsi="Calibri" w:eastAsia="Calibri"/>
          <w:b w:val="0"/>
          <w:i w:val="0"/>
          <w:color w:val="A02828"/>
          <w:sz w:val="22"/>
        </w:rPr>
        <w:t>B. [WRONG] Left tension pneumothorax</w:t>
      </w:r>
    </w:p>
    <w:p>
      <w:pPr>
        <w:spacing w:before="0" w:after="20" w:line="259" w:lineRule="auto"/>
      </w:pPr>
      <w:r>
        <w:rPr>
          <w:rFonts w:ascii="Calibri" w:hAnsi="Calibri" w:eastAsia="Calibri"/>
          <w:b w:val="0"/>
          <w:i/>
          <w:color w:val="282828"/>
          <w:sz w:val="22"/>
        </w:rPr>
        <w:t>Bay: Tension is resonant and hyper-expanded, not dull with a bottle of blood.</w:t>
      </w:r>
    </w:p>
    <w:p>
      <w:pPr>
        <w:spacing w:before="120" w:after="20" w:line="259" w:lineRule="auto"/>
        <w:shd w:fill="F8E8E8" w:val="clear"/>
      </w:pPr>
      <w:r>
        <w:rPr>
          <w:rFonts w:ascii="Calibri" w:hAnsi="Calibri" w:eastAsia="Calibri"/>
          <w:b w:val="0"/>
          <w:i w:val="0"/>
          <w:color w:val="A02828"/>
          <w:sz w:val="22"/>
        </w:rPr>
        <w:t>C. [WRONG] Cardiac tamponade</w:t>
      </w:r>
    </w:p>
    <w:p>
      <w:pPr>
        <w:spacing w:before="0" w:after="20" w:line="259" w:lineRule="auto"/>
      </w:pPr>
      <w:r>
        <w:rPr>
          <w:rFonts w:ascii="Calibri" w:hAnsi="Calibri" w:eastAsia="Calibri"/>
          <w:b w:val="0"/>
          <w:i/>
          <w:color w:val="282828"/>
          <w:sz w:val="22"/>
        </w:rPr>
        <w:t>Bay: Heart sounds present, JVP not raised, the blood is in the drain.</w:t>
      </w:r>
    </w:p>
    <w:p>
      <w:pPr>
        <w:spacing w:before="120" w:after="20" w:line="259" w:lineRule="auto"/>
        <w:shd w:fill="F8E8E8" w:val="clear"/>
      </w:pPr>
      <w:r>
        <w:rPr>
          <w:rFonts w:ascii="Calibri" w:hAnsi="Calibri" w:eastAsia="Calibri"/>
          <w:b w:val="0"/>
          <w:i w:val="0"/>
          <w:color w:val="A02828"/>
          <w:sz w:val="22"/>
        </w:rPr>
        <w:t>D. [WRONG] Community-acquired pneumonia with parapneumonic effusion</w:t>
      </w:r>
    </w:p>
    <w:p>
      <w:pPr>
        <w:spacing w:before="0" w:after="20" w:line="259" w:lineRule="auto"/>
      </w:pPr>
      <w:r>
        <w:rPr>
          <w:rFonts w:ascii="Calibri" w:hAnsi="Calibri" w:eastAsia="Calibri"/>
          <w:b w:val="0"/>
          <w:i/>
          <w:color w:val="282828"/>
          <w:sz w:val="22"/>
        </w:rPr>
        <w:t>Bay: He was stabbed 14 minutes ago.</w:t>
      </w:r>
    </w:p>
    <w:p>
      <w:pPr>
        <w:spacing w:before="120" w:after="20" w:line="259" w:lineRule="auto"/>
        <w:shd w:fill="F8E8E8" w:val="clear"/>
      </w:pPr>
      <w:r>
        <w:rPr>
          <w:rFonts w:ascii="Calibri" w:hAnsi="Calibri" w:eastAsia="Calibri"/>
          <w:b w:val="0"/>
          <w:i w:val="0"/>
          <w:color w:val="A02828"/>
          <w:sz w:val="22"/>
        </w:rPr>
        <w:t>E. [WRONG] Pulmonary oedema</w:t>
      </w:r>
    </w:p>
    <w:p>
      <w:pPr>
        <w:spacing w:before="0" w:after="20" w:line="259" w:lineRule="auto"/>
      </w:pPr>
      <w:r>
        <w:rPr>
          <w:rFonts w:ascii="Calibri" w:hAnsi="Calibri" w:eastAsia="Calibri"/>
          <w:b w:val="0"/>
          <w:i/>
          <w:color w:val="282828"/>
          <w:sz w:val="22"/>
        </w:rPr>
        <w:t>Bay: Unilateral dullness after a knife is blood.</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Another 400 mL in ten minutes. BP 76. Theatre say two minutes.</w:t>
      </w:r>
    </w:p>
    <w:p>
      <w:pPr>
        <w:spacing w:before="120" w:after="20" w:line="259" w:lineRule="auto"/>
        <w:shd w:fill="E8F5EC" w:val="clear"/>
      </w:pPr>
      <w:r>
        <w:rPr>
          <w:rFonts w:ascii="Calibri" w:hAnsi="Calibri" w:eastAsia="Calibri"/>
          <w:b/>
          <w:i w:val="0"/>
          <w:color w:val="146E3C"/>
          <w:sz w:val="22"/>
        </w:rPr>
        <w:t>A. [CORRECT] Keep the drain free, blood up, walk with him</w:t>
      </w:r>
    </w:p>
    <w:p>
      <w:pPr>
        <w:spacing w:before="0" w:after="20" w:line="259" w:lineRule="auto"/>
      </w:pPr>
      <w:r>
        <w:rPr>
          <w:rFonts w:ascii="Calibri" w:hAnsi="Calibri" w:eastAsia="Calibri"/>
          <w:b w:val="0"/>
          <w:i/>
          <w:color w:val="282828"/>
          <w:sz w:val="22"/>
        </w:rPr>
        <w:t>Bay: You do not clamp. You do not wait for a fourth unit in resus if theatre is ready.</w:t>
      </w:r>
    </w:p>
    <w:p>
      <w:pPr>
        <w:spacing w:before="0" w:after="40" w:line="259" w:lineRule="auto"/>
      </w:pPr>
      <w:r>
        <w:rPr>
          <w:rFonts w:ascii="Calibri" w:hAnsi="Calibri" w:eastAsia="Calibri"/>
          <w:b w:val="0"/>
          <w:i/>
          <w:color w:val="5A4614"/>
          <w:sz w:val="20"/>
        </w:rPr>
        <w:t>Reaction: sbp +4</w:t>
      </w:r>
    </w:p>
    <w:p>
      <w:pPr>
        <w:spacing w:before="80" w:after="40" w:line="259" w:lineRule="auto"/>
      </w:pPr>
      <w:r>
        <w:rPr>
          <w:rFonts w:ascii="Calibri" w:hAnsi="Calibri" w:eastAsia="Calibri"/>
          <w:b/>
          <w:i w:val="0"/>
          <w:color w:val="46326E"/>
          <w:sz w:val="22"/>
        </w:rPr>
        <w:t xml:space="preserve">    Follow-up: Do you clamp?</w:t>
      </w:r>
    </w:p>
    <w:p>
      <w:pPr>
        <w:spacing w:before="120" w:after="20" w:line="259" w:lineRule="auto"/>
        <w:shd w:fill="E8F5EC" w:val="clear"/>
      </w:pPr>
      <w:r>
        <w:rPr>
          <w:rFonts w:ascii="Calibri" w:hAnsi="Calibri" w:eastAsia="Calibri"/>
          <w:b/>
          <w:i w:val="0"/>
          <w:color w:val="146E3C"/>
          <w:sz w:val="22"/>
        </w:rPr>
        <w:t xml:space="preserve">    A. [CORRECT] No — leave it free and replace what comes out</w:t>
      </w:r>
    </w:p>
    <w:p>
      <w:pPr>
        <w:spacing w:before="0" w:after="20" w:line="259" w:lineRule="auto"/>
      </w:pPr>
      <w:r>
        <w:rPr>
          <w:rFonts w:ascii="Calibri" w:hAnsi="Calibri" w:eastAsia="Calibri"/>
          <w:b w:val="0"/>
          <w:i/>
          <w:color w:val="282828"/>
          <w:sz w:val="22"/>
        </w:rPr>
        <w:t xml:space="preserve">       Bay: Clamping hides the indication and can tension a hemithorax.</w:t>
      </w:r>
    </w:p>
    <w:p>
      <w:pPr>
        <w:spacing w:before="120" w:after="20" w:line="259" w:lineRule="auto"/>
        <w:shd w:fill="F8E8E8" w:val="clear"/>
      </w:pPr>
      <w:r>
        <w:rPr>
          <w:rFonts w:ascii="Calibri" w:hAnsi="Calibri" w:eastAsia="Calibri"/>
          <w:b w:val="0"/>
          <w:i w:val="0"/>
          <w:color w:val="A02828"/>
          <w:sz w:val="22"/>
        </w:rPr>
        <w:t xml:space="preserve">    B. [WRONG] Yes, clamp so theatre stay clean</w:t>
      </w:r>
    </w:p>
    <w:p>
      <w:pPr>
        <w:spacing w:before="0" w:after="20" w:line="259" w:lineRule="auto"/>
      </w:pPr>
      <w:r>
        <w:rPr>
          <w:rFonts w:ascii="Calibri" w:hAnsi="Calibri" w:eastAsia="Calibri"/>
          <w:b w:val="0"/>
          <w:i/>
          <w:color w:val="282828"/>
          <w:sz w:val="22"/>
        </w:rPr>
        <w:t xml:space="preserve">       Bay: They would rather a wet floor than a dead patient.</w:t>
      </w:r>
    </w:p>
    <w:p>
      <w:pPr>
        <w:spacing w:before="120" w:after="20" w:line="259" w:lineRule="auto"/>
        <w:shd w:fill="F8E8E8" w:val="clear"/>
      </w:pPr>
      <w:r>
        <w:rPr>
          <w:rFonts w:ascii="Calibri" w:hAnsi="Calibri" w:eastAsia="Calibri"/>
          <w:b w:val="0"/>
          <w:i w:val="0"/>
          <w:color w:val="A02828"/>
          <w:sz w:val="22"/>
        </w:rPr>
        <w:t xml:space="preserve">    C. [WRONG] Yes, clamp to autotransfuse him from the chest</w:t>
      </w:r>
    </w:p>
    <w:p>
      <w:pPr>
        <w:spacing w:before="0" w:after="20" w:line="259" w:lineRule="auto"/>
      </w:pPr>
      <w:r>
        <w:rPr>
          <w:rFonts w:ascii="Calibri" w:hAnsi="Calibri" w:eastAsia="Calibri"/>
          <w:b w:val="0"/>
          <w:i/>
          <w:color w:val="282828"/>
          <w:sz w:val="22"/>
        </w:rPr>
        <w:t xml:space="preserve">       Bay: You are not setting up a cell-saver in the corridor.</w:t>
      </w:r>
    </w:p>
    <w:p>
      <w:pPr>
        <w:spacing w:before="120" w:after="20" w:line="259" w:lineRule="auto"/>
        <w:shd w:fill="F8E8E8" w:val="clear"/>
      </w:pPr>
      <w:r>
        <w:rPr>
          <w:rFonts w:ascii="Calibri" w:hAnsi="Calibri" w:eastAsia="Calibri"/>
          <w:b w:val="0"/>
          <w:i w:val="0"/>
          <w:color w:val="A02828"/>
          <w:sz w:val="22"/>
        </w:rPr>
        <w:t xml:space="preserve">    D. [WRONG] Pull the drain out for transfer</w:t>
      </w:r>
    </w:p>
    <w:p>
      <w:pPr>
        <w:spacing w:before="0" w:after="20" w:line="259" w:lineRule="auto"/>
      </w:pPr>
      <w:r>
        <w:rPr>
          <w:rFonts w:ascii="Calibri" w:hAnsi="Calibri" w:eastAsia="Calibri"/>
          <w:b w:val="0"/>
          <w:i/>
          <w:color w:val="282828"/>
          <w:sz w:val="22"/>
        </w:rPr>
        <w:t xml:space="preserve">       Bay: Leave the drain. It is why they are operating.</w:t>
      </w:r>
    </w:p>
    <w:p>
      <w:pPr>
        <w:spacing w:before="120" w:after="20" w:line="259" w:lineRule="auto"/>
        <w:shd w:fill="F8E8E8" w:val="clear"/>
      </w:pPr>
      <w:r>
        <w:rPr>
          <w:rFonts w:ascii="Calibri" w:hAnsi="Calibri" w:eastAsia="Calibri"/>
          <w:b w:val="0"/>
          <w:i w:val="0"/>
          <w:color w:val="A02828"/>
          <w:sz w:val="22"/>
        </w:rPr>
        <w:t xml:space="preserve">    E. [WRONG] Put a second drain in the same side first</w:t>
      </w:r>
    </w:p>
    <w:p>
      <w:pPr>
        <w:spacing w:before="0" w:after="20" w:line="259" w:lineRule="auto"/>
      </w:pPr>
      <w:r>
        <w:rPr>
          <w:rFonts w:ascii="Calibri" w:hAnsi="Calibri" w:eastAsia="Calibri"/>
          <w:b w:val="0"/>
          <w:i/>
          <w:color w:val="282828"/>
          <w:sz w:val="22"/>
        </w:rPr>
        <w:t xml:space="preserve">       Bay: He needs a thoracotomy, not a second bottle.</w:t>
      </w:r>
    </w:p>
    <w:p>
      <w:pPr>
        <w:spacing w:before="120" w:after="20" w:line="259" w:lineRule="auto"/>
        <w:shd w:fill="F8E8E8" w:val="clear"/>
      </w:pPr>
      <w:r>
        <w:rPr>
          <w:rFonts w:ascii="Calibri" w:hAnsi="Calibri" w:eastAsia="Calibri"/>
          <w:b w:val="0"/>
          <w:i w:val="0"/>
          <w:color w:val="A02828"/>
          <w:sz w:val="22"/>
        </w:rPr>
        <w:t>B. [WRONG] Clamp the drain for transfer</w:t>
      </w:r>
    </w:p>
    <w:p>
      <w:pPr>
        <w:spacing w:before="0" w:after="20" w:line="259" w:lineRule="auto"/>
      </w:pPr>
      <w:r>
        <w:rPr>
          <w:rFonts w:ascii="Calibri" w:hAnsi="Calibri" w:eastAsia="Calibri"/>
          <w:b w:val="0"/>
          <w:i/>
          <w:color w:val="282828"/>
          <w:sz w:val="22"/>
        </w:rPr>
        <w:t>Bay: Clamping a pouring haemothorax is how he tensions and arrests.</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Chest compressions because the systolic is 76</w:t>
      </w:r>
    </w:p>
    <w:p>
      <w:pPr>
        <w:spacing w:before="0" w:after="20" w:line="259" w:lineRule="auto"/>
      </w:pPr>
      <w:r>
        <w:rPr>
          <w:rFonts w:ascii="Calibri" w:hAnsi="Calibri" w:eastAsia="Calibri"/>
          <w:b w:val="0"/>
          <w:i/>
          <w:color w:val="282828"/>
          <w:sz w:val="22"/>
        </w:rPr>
        <w:t>Bay: He has a pulse. CPR on a pouring chest does not help. Blood and a knife.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Adrenaline 1 mg</w:t>
      </w:r>
    </w:p>
    <w:p>
      <w:pPr>
        <w:spacing w:before="0" w:after="20" w:line="259" w:lineRule="auto"/>
      </w:pPr>
      <w:r>
        <w:rPr>
          <w:rFonts w:ascii="Calibri" w:hAnsi="Calibri" w:eastAsia="Calibri"/>
          <w:b w:val="0"/>
          <w:i/>
          <w:color w:val="282828"/>
          <w:sz w:val="22"/>
        </w:rPr>
        <w:t>Bay: He has output. Arrest-dose adrenaline is not a blood substitute.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CT angiogram 'on the way'</w:t>
      </w:r>
    </w:p>
    <w:p>
      <w:pPr>
        <w:spacing w:before="0" w:after="20" w:line="259" w:lineRule="auto"/>
      </w:pPr>
      <w:r>
        <w:rPr>
          <w:rFonts w:ascii="Calibri" w:hAnsi="Calibri" w:eastAsia="Calibri"/>
          <w:b w:val="0"/>
          <w:i/>
          <w:color w:val="282828"/>
          <w:sz w:val="22"/>
        </w:rPr>
        <w:t>Bay: BP 76. Theatre, not radiology.</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They are taking him.</w:t>
      </w:r>
    </w:p>
    <w:p>
      <w:pPr>
        <w:spacing w:before="120" w:after="20" w:line="259" w:lineRule="auto"/>
        <w:shd w:fill="E8F5EC" w:val="clear"/>
      </w:pPr>
      <w:r>
        <w:rPr>
          <w:rFonts w:ascii="Calibri" w:hAnsi="Calibri" w:eastAsia="Calibri"/>
          <w:b/>
          <w:i w:val="0"/>
          <w:color w:val="146E3C"/>
          <w:sz w:val="22"/>
        </w:rPr>
        <w:t>A. [CORRECT] Cardiothoracic / trauma theatre now</w:t>
      </w:r>
    </w:p>
    <w:p>
      <w:pPr>
        <w:spacing w:before="0" w:after="20" w:line="259" w:lineRule="auto"/>
      </w:pPr>
      <w:r>
        <w:rPr>
          <w:rFonts w:ascii="Calibri" w:hAnsi="Calibri" w:eastAsia="Calibri"/>
          <w:b w:val="0"/>
          <w:i/>
          <w:color w:val="282828"/>
          <w:sz w:val="22"/>
        </w:rPr>
        <w:t>Bay: Ongoing haemothorax is an operating-theatre disease.</w:t>
      </w:r>
    </w:p>
    <w:p>
      <w:pPr>
        <w:spacing w:before="120" w:after="20" w:line="259" w:lineRule="auto"/>
        <w:shd w:fill="F8E8E8" w:val="clear"/>
      </w:pPr>
      <w:r>
        <w:rPr>
          <w:rFonts w:ascii="Calibri" w:hAnsi="Calibri" w:eastAsia="Calibri"/>
          <w:b w:val="0"/>
          <w:i w:val="0"/>
          <w:color w:val="A02828"/>
          <w:sz w:val="22"/>
        </w:rPr>
        <w:t>B. [WRONG] Interventional radiology first as default</w:t>
      </w:r>
    </w:p>
    <w:p>
      <w:pPr>
        <w:spacing w:before="0" w:after="20" w:line="259" w:lineRule="auto"/>
      </w:pPr>
      <w:r>
        <w:rPr>
          <w:rFonts w:ascii="Calibri" w:hAnsi="Calibri" w:eastAsia="Calibri"/>
          <w:b w:val="0"/>
          <w:i/>
          <w:color w:val="282828"/>
          <w:sz w:val="22"/>
        </w:rPr>
        <w:t>Bay: IR can embolise some bleeders once a surgeon has a look — not instead of a pouring drain.</w:t>
      </w:r>
    </w:p>
    <w:p>
      <w:pPr>
        <w:spacing w:before="120" w:after="20" w:line="259" w:lineRule="auto"/>
        <w:shd w:fill="F8E8E8" w:val="clear"/>
      </w:pPr>
      <w:r>
        <w:rPr>
          <w:rFonts w:ascii="Calibri" w:hAnsi="Calibri" w:eastAsia="Calibri"/>
          <w:b w:val="0"/>
          <w:i w:val="0"/>
          <w:color w:val="A02828"/>
          <w:sz w:val="22"/>
        </w:rPr>
        <w:t>C. [WRONG] Respiratory ward with a drain chart</w:t>
      </w:r>
    </w:p>
    <w:p>
      <w:pPr>
        <w:spacing w:before="0" w:after="20" w:line="259" w:lineRule="auto"/>
      </w:pPr>
      <w:r>
        <w:rPr>
          <w:rFonts w:ascii="Calibri" w:hAnsi="Calibri" w:eastAsia="Calibri"/>
          <w:b w:val="0"/>
          <w:i/>
          <w:color w:val="282828"/>
          <w:sz w:val="22"/>
        </w:rPr>
        <w:t>Bay: He is shocked.</w:t>
      </w:r>
    </w:p>
    <w:p>
      <w:pPr>
        <w:spacing w:before="120" w:after="20" w:line="259" w:lineRule="auto"/>
        <w:shd w:fill="F8E8E8" w:val="clear"/>
      </w:pPr>
      <w:r>
        <w:rPr>
          <w:rFonts w:ascii="Calibri" w:hAnsi="Calibri" w:eastAsia="Calibri"/>
          <w:b w:val="0"/>
          <w:i w:val="0"/>
          <w:color w:val="A02828"/>
          <w:sz w:val="22"/>
        </w:rPr>
        <w:t>D. [WRONG] ICU for observation of the bottle</w:t>
      </w:r>
    </w:p>
    <w:p>
      <w:pPr>
        <w:spacing w:before="0" w:after="20" w:line="259" w:lineRule="auto"/>
      </w:pPr>
      <w:r>
        <w:rPr>
          <w:rFonts w:ascii="Calibri" w:hAnsi="Calibri" w:eastAsia="Calibri"/>
          <w:b w:val="0"/>
          <w:i/>
          <w:color w:val="282828"/>
          <w:sz w:val="22"/>
        </w:rPr>
        <w:t>Bay: Observation is not source control.</w:t>
      </w:r>
    </w:p>
    <w:p>
      <w:pPr>
        <w:spacing w:before="120" w:after="20" w:line="259" w:lineRule="auto"/>
        <w:shd w:fill="F8E8E8" w:val="clear"/>
      </w:pPr>
      <w:r>
        <w:rPr>
          <w:rFonts w:ascii="Calibri" w:hAnsi="Calibri" w:eastAsia="Calibri"/>
          <w:b w:val="0"/>
          <w:i w:val="0"/>
          <w:color w:val="A02828"/>
          <w:sz w:val="22"/>
        </w:rPr>
        <w:t>E. [WRONG] Home with oral antibiotics</w:t>
      </w:r>
    </w:p>
    <w:p>
      <w:pPr>
        <w:spacing w:before="0" w:after="20" w:line="259" w:lineRule="auto"/>
      </w:pPr>
      <w:r>
        <w:rPr>
          <w:rFonts w:ascii="Calibri" w:hAnsi="Calibri" w:eastAsia="Calibri"/>
          <w:b w:val="0"/>
          <w:i/>
          <w:color w:val="282828"/>
          <w:sz w:val="22"/>
        </w:rPr>
        <w:t>Bay: No.</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the doors.</w:t>
      </w:r>
    </w:p>
    <w:p>
      <w:pPr>
        <w:spacing w:before="120" w:after="20" w:line="259" w:lineRule="auto"/>
        <w:shd w:fill="E8F5EC" w:val="clear"/>
      </w:pPr>
      <w:r>
        <w:rPr>
          <w:rFonts w:ascii="Calibri" w:hAnsi="Calibri" w:eastAsia="Calibri"/>
          <w:b/>
          <w:i w:val="0"/>
          <w:color w:val="146E3C"/>
          <w:sz w:val="22"/>
        </w:rPr>
        <w:t>A. [CORRECT] Products, drain output, wound map, airway kit with him</w:t>
      </w:r>
    </w:p>
    <w:p>
      <w:pPr>
        <w:spacing w:before="0" w:after="20" w:line="259" w:lineRule="auto"/>
      </w:pPr>
      <w:r>
        <w:rPr>
          <w:rFonts w:ascii="Calibri" w:hAnsi="Calibri" w:eastAsia="Calibri"/>
          <w:b w:val="0"/>
          <w:i/>
          <w:color w:val="282828"/>
          <w:sz w:val="22"/>
        </w:rPr>
        <w:t>Bay: Handover is millilitres and minutes.</w:t>
      </w:r>
    </w:p>
    <w:p>
      <w:pPr>
        <w:spacing w:before="80" w:after="40" w:line="259" w:lineRule="auto"/>
      </w:pPr>
      <w:r>
        <w:rPr>
          <w:rFonts w:ascii="Calibri" w:hAnsi="Calibri" w:eastAsia="Calibri"/>
          <w:b/>
          <w:i w:val="0"/>
          <w:color w:val="46326E"/>
          <w:sz w:val="22"/>
        </w:rPr>
        <w:t xml:space="preserve">    Follow-up: What number do they need?</w:t>
      </w:r>
    </w:p>
    <w:p>
      <w:pPr>
        <w:spacing w:before="120" w:after="20" w:line="259" w:lineRule="auto"/>
        <w:shd w:fill="E8F5EC" w:val="clear"/>
      </w:pPr>
      <w:r>
        <w:rPr>
          <w:rFonts w:ascii="Calibri" w:hAnsi="Calibri" w:eastAsia="Calibri"/>
          <w:b/>
          <w:i w:val="0"/>
          <w:color w:val="146E3C"/>
          <w:sz w:val="22"/>
        </w:rPr>
        <w:t xml:space="preserve">    A. [CORRECT] Immediate drain output and the running total</w:t>
      </w:r>
    </w:p>
    <w:p>
      <w:pPr>
        <w:spacing w:before="0" w:after="20" w:line="259" w:lineRule="auto"/>
      </w:pPr>
      <w:r>
        <w:rPr>
          <w:rFonts w:ascii="Calibri" w:hAnsi="Calibri" w:eastAsia="Calibri"/>
          <w:b w:val="0"/>
          <w:i/>
          <w:color w:val="282828"/>
          <w:sz w:val="22"/>
        </w:rPr>
        <w:t xml:space="preserve">       Bay: 1500 mL then 200 mL every few minutes is why they are opening.</w:t>
      </w:r>
    </w:p>
    <w:p>
      <w:pPr>
        <w:spacing w:before="120" w:after="20" w:line="259" w:lineRule="auto"/>
        <w:shd w:fill="F8E8E8" w:val="clear"/>
      </w:pPr>
      <w:r>
        <w:rPr>
          <w:rFonts w:ascii="Calibri" w:hAnsi="Calibri" w:eastAsia="Calibri"/>
          <w:b w:val="0"/>
          <w:i w:val="0"/>
          <w:color w:val="A02828"/>
          <w:sz w:val="22"/>
        </w:rPr>
        <w:t xml:space="preserve">    B. [WRONG] The first troponin</w:t>
      </w:r>
    </w:p>
    <w:p>
      <w:pPr>
        <w:spacing w:before="0" w:after="20" w:line="259" w:lineRule="auto"/>
      </w:pPr>
      <w:r>
        <w:rPr>
          <w:rFonts w:ascii="Calibri" w:hAnsi="Calibri" w:eastAsia="Calibri"/>
          <w:b w:val="0"/>
          <w:i/>
          <w:color w:val="282828"/>
          <w:sz w:val="22"/>
        </w:rPr>
        <w:t xml:space="preserve">       Bay: Irrelevant.</w:t>
      </w:r>
    </w:p>
    <w:p>
      <w:pPr>
        <w:spacing w:before="120" w:after="20" w:line="259" w:lineRule="auto"/>
        <w:shd w:fill="F8E8E8" w:val="clear"/>
      </w:pPr>
      <w:r>
        <w:rPr>
          <w:rFonts w:ascii="Calibri" w:hAnsi="Calibri" w:eastAsia="Calibri"/>
          <w:b w:val="0"/>
          <w:i w:val="0"/>
          <w:color w:val="A02828"/>
          <w:sz w:val="22"/>
        </w:rPr>
        <w:t xml:space="preserve">    C. [WRONG] A consultant-reported film only</w:t>
      </w:r>
    </w:p>
    <w:p>
      <w:pPr>
        <w:spacing w:before="0" w:after="20" w:line="259" w:lineRule="auto"/>
      </w:pPr>
      <w:r>
        <w:rPr>
          <w:rFonts w:ascii="Calibri" w:hAnsi="Calibri" w:eastAsia="Calibri"/>
          <w:b w:val="0"/>
          <w:i/>
          <w:color w:val="282828"/>
          <w:sz w:val="22"/>
        </w:rPr>
        <w:t xml:space="preserve">       Bay: You have seen the white-out and the bottle.</w:t>
      </w:r>
    </w:p>
    <w:p>
      <w:pPr>
        <w:spacing w:before="120" w:after="20" w:line="259" w:lineRule="auto"/>
        <w:shd w:fill="F8E8E8" w:val="clear"/>
      </w:pPr>
      <w:r>
        <w:rPr>
          <w:rFonts w:ascii="Calibri" w:hAnsi="Calibri" w:eastAsia="Calibri"/>
          <w:b w:val="0"/>
          <w:i w:val="0"/>
          <w:color w:val="A02828"/>
          <w:sz w:val="22"/>
        </w:rPr>
        <w:t xml:space="preserve">    D. [WRONG] A normal coagulation before they cut</w:t>
      </w:r>
    </w:p>
    <w:p>
      <w:pPr>
        <w:spacing w:before="0" w:after="20" w:line="259" w:lineRule="auto"/>
      </w:pPr>
      <w:r>
        <w:rPr>
          <w:rFonts w:ascii="Calibri" w:hAnsi="Calibri" w:eastAsia="Calibri"/>
          <w:b w:val="0"/>
          <w:i/>
          <w:color w:val="282828"/>
          <w:sz w:val="22"/>
        </w:rPr>
        <w:t xml:space="preserve">       Bay: Do not wait. Reverse if needed, operate anyway.</w:t>
      </w:r>
    </w:p>
    <w:p>
      <w:pPr>
        <w:spacing w:before="120" w:after="20" w:line="259" w:lineRule="auto"/>
        <w:shd w:fill="F8E8E8" w:val="clear"/>
      </w:pPr>
      <w:r>
        <w:rPr>
          <w:rFonts w:ascii="Calibri" w:hAnsi="Calibri" w:eastAsia="Calibri"/>
          <w:b w:val="0"/>
          <w:i w:val="0"/>
          <w:color w:val="A02828"/>
          <w:sz w:val="22"/>
        </w:rPr>
        <w:t xml:space="preserve">    E. [WRONG] Six hours of output before a decision</w:t>
      </w:r>
    </w:p>
    <w:p>
      <w:pPr>
        <w:spacing w:before="0" w:after="20" w:line="259" w:lineRule="auto"/>
      </w:pPr>
      <w:r>
        <w:rPr>
          <w:rFonts w:ascii="Calibri" w:hAnsi="Calibri" w:eastAsia="Calibri"/>
          <w:b w:val="0"/>
          <w:i/>
          <w:color w:val="282828"/>
          <w:sz w:val="22"/>
        </w:rPr>
        <w:t xml:space="preserve">       Bay: He has already met the indication.</w:t>
      </w:r>
    </w:p>
    <w:p>
      <w:pPr>
        <w:spacing w:before="120" w:after="20" w:line="259" w:lineRule="auto"/>
        <w:shd w:fill="F8E8E8" w:val="clear"/>
      </w:pPr>
      <w:r>
        <w:rPr>
          <w:rFonts w:ascii="Calibri" w:hAnsi="Calibri" w:eastAsia="Calibri"/>
          <w:b w:val="0"/>
          <w:i w:val="0"/>
          <w:color w:val="A02828"/>
          <w:sz w:val="22"/>
        </w:rPr>
        <w:t>B. [WRONG] Pull the drain so they can 'start again'</w:t>
      </w:r>
    </w:p>
    <w:p>
      <w:pPr>
        <w:spacing w:before="0" w:after="20" w:line="259" w:lineRule="auto"/>
      </w:pPr>
      <w:r>
        <w:rPr>
          <w:rFonts w:ascii="Calibri" w:hAnsi="Calibri" w:eastAsia="Calibri"/>
          <w:b w:val="0"/>
          <w:i/>
          <w:color w:val="282828"/>
          <w:sz w:val="22"/>
        </w:rPr>
        <w:t>Bay: Leave it.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Give prophylactic antibiotics and send to majors</w:t>
      </w:r>
    </w:p>
    <w:p>
      <w:pPr>
        <w:spacing w:before="0" w:after="20" w:line="259" w:lineRule="auto"/>
      </w:pPr>
      <w:r>
        <w:rPr>
          <w:rFonts w:ascii="Calibri" w:hAnsi="Calibri" w:eastAsia="Calibri"/>
          <w:b w:val="0"/>
          <w:i/>
          <w:color w:val="282828"/>
          <w:sz w:val="22"/>
        </w:rPr>
        <w:t>Bay: Wrong destination.</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Sit him up to improve saturations for transfer</w:t>
      </w:r>
    </w:p>
    <w:p>
      <w:pPr>
        <w:spacing w:before="0" w:after="20" w:line="259" w:lineRule="auto"/>
      </w:pPr>
      <w:r>
        <w:rPr>
          <w:rFonts w:ascii="Calibri" w:hAnsi="Calibri" w:eastAsia="Calibri"/>
          <w:b w:val="0"/>
          <w:i/>
          <w:color w:val="282828"/>
          <w:sz w:val="22"/>
        </w:rPr>
        <w:t>Bay: Shocked haemothorax: lie, blood, move.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Hold TXA because the bottle has slowed for thirty seconds</w:t>
      </w:r>
    </w:p>
    <w:p>
      <w:pPr>
        <w:spacing w:before="0" w:after="20" w:line="259" w:lineRule="auto"/>
      </w:pPr>
      <w:r>
        <w:rPr>
          <w:rFonts w:ascii="Calibri" w:hAnsi="Calibri" w:eastAsia="Calibri"/>
          <w:b w:val="0"/>
          <w:i/>
          <w:color w:val="282828"/>
          <w:sz w:val="22"/>
        </w:rPr>
        <w:t>Bay: Give it. Do not over-read a pause.</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Theatre call from the table.</w:t>
      </w:r>
    </w:p>
    <w:p>
      <w:pPr>
        <w:spacing w:before="120" w:after="20" w:line="259" w:lineRule="auto"/>
        <w:shd w:fill="E8F5EC" w:val="clear"/>
      </w:pPr>
      <w:r>
        <w:rPr>
          <w:rFonts w:ascii="Calibri" w:hAnsi="Calibri" w:eastAsia="Calibri"/>
          <w:b/>
          <w:i w:val="0"/>
          <w:color w:val="146E3C"/>
          <w:sz w:val="22"/>
        </w:rPr>
        <w:t>A. [CORRECT] Massive haemothorax from a bleeding intercostal / lung wound</w:t>
      </w:r>
    </w:p>
    <w:p>
      <w:pPr>
        <w:spacing w:before="0" w:after="20" w:line="259" w:lineRule="auto"/>
      </w:pPr>
      <w:r>
        <w:rPr>
          <w:rFonts w:ascii="Calibri" w:hAnsi="Calibri" w:eastAsia="Calibri"/>
          <w:b w:val="0"/>
          <w:i/>
          <w:color w:val="282828"/>
          <w:sz w:val="22"/>
        </w:rPr>
        <w:t>Bay: That is the diagnosis.</w:t>
      </w:r>
    </w:p>
    <w:p>
      <w:pPr>
        <w:spacing w:before="120" w:after="20" w:line="259" w:lineRule="auto"/>
        <w:shd w:fill="F8E8E8" w:val="clear"/>
      </w:pPr>
      <w:r>
        <w:rPr>
          <w:rFonts w:ascii="Calibri" w:hAnsi="Calibri" w:eastAsia="Calibri"/>
          <w:b w:val="0"/>
          <w:i w:val="0"/>
          <w:color w:val="A02828"/>
          <w:sz w:val="22"/>
        </w:rPr>
        <w:t>B. [WRONG] Tension pneumothorax</w:t>
      </w:r>
    </w:p>
    <w:p>
      <w:pPr>
        <w:spacing w:before="0" w:after="20" w:line="259" w:lineRule="auto"/>
      </w:pPr>
      <w:r>
        <w:rPr>
          <w:rFonts w:ascii="Calibri" w:hAnsi="Calibri" w:eastAsia="Calibri"/>
          <w:b w:val="0"/>
          <w:i/>
          <w:color w:val="282828"/>
          <w:sz w:val="22"/>
        </w:rPr>
        <w:t>Bay: It was dull and the bottle filled.</w:t>
      </w:r>
    </w:p>
    <w:p>
      <w:pPr>
        <w:spacing w:before="120" w:after="20" w:line="259" w:lineRule="auto"/>
        <w:shd w:fill="F8E8E8" w:val="clear"/>
      </w:pPr>
      <w:r>
        <w:rPr>
          <w:rFonts w:ascii="Calibri" w:hAnsi="Calibri" w:eastAsia="Calibri"/>
          <w:b w:val="0"/>
          <w:i w:val="0"/>
          <w:color w:val="A02828"/>
          <w:sz w:val="22"/>
        </w:rPr>
        <w:t>C. [WRONG] Tamponade</w:t>
      </w:r>
    </w:p>
    <w:p>
      <w:pPr>
        <w:spacing w:before="0" w:after="20" w:line="259" w:lineRule="auto"/>
      </w:pPr>
      <w:r>
        <w:rPr>
          <w:rFonts w:ascii="Calibri" w:hAnsi="Calibri" w:eastAsia="Calibri"/>
          <w:b w:val="0"/>
          <w:i/>
          <w:color w:val="282828"/>
          <w:sz w:val="22"/>
        </w:rPr>
        <w:t>Bay: The blood was pleural.</w:t>
      </w:r>
    </w:p>
    <w:p>
      <w:pPr>
        <w:spacing w:before="120" w:after="20" w:line="259" w:lineRule="auto"/>
        <w:shd w:fill="F8E8E8" w:val="clear"/>
      </w:pPr>
      <w:r>
        <w:rPr>
          <w:rFonts w:ascii="Calibri" w:hAnsi="Calibri" w:eastAsia="Calibri"/>
          <w:b w:val="0"/>
          <w:i w:val="0"/>
          <w:color w:val="A02828"/>
          <w:sz w:val="22"/>
        </w:rPr>
        <w:t>D. [WRONG] Spontaneous haemothorax from a bleb</w:t>
      </w:r>
    </w:p>
    <w:p>
      <w:pPr>
        <w:spacing w:before="0" w:after="20" w:line="259" w:lineRule="auto"/>
      </w:pPr>
      <w:r>
        <w:rPr>
          <w:rFonts w:ascii="Calibri" w:hAnsi="Calibri" w:eastAsia="Calibri"/>
          <w:b w:val="0"/>
          <w:i/>
          <w:color w:val="282828"/>
          <w:sz w:val="22"/>
        </w:rPr>
        <w:t>Bay: He was stabbed.</w:t>
      </w:r>
    </w:p>
    <w:p>
      <w:pPr>
        <w:spacing w:before="120" w:after="20" w:line="259" w:lineRule="auto"/>
        <w:shd w:fill="F8E8E8" w:val="clear"/>
      </w:pPr>
      <w:r>
        <w:rPr>
          <w:rFonts w:ascii="Calibri" w:hAnsi="Calibri" w:eastAsia="Calibri"/>
          <w:b w:val="0"/>
          <w:i w:val="0"/>
          <w:color w:val="A02828"/>
          <w:sz w:val="22"/>
        </w:rPr>
        <w:t>E. [WRONG] Pneumonia</w:t>
      </w:r>
    </w:p>
    <w:p>
      <w:pPr>
        <w:spacing w:before="0" w:after="20" w:line="259" w:lineRule="auto"/>
      </w:pPr>
      <w:r>
        <w:rPr>
          <w:rFonts w:ascii="Calibri" w:hAnsi="Calibri" w:eastAsia="Calibri"/>
          <w:b w:val="0"/>
          <w:i/>
          <w:color w:val="282828"/>
          <w:sz w:val="22"/>
        </w:rPr>
        <w:t>Bay: Minutes, not days.</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Massive haemothorax (penetrating)</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Axillary stab, dull quiet left chest, shock</w:t>
      </w:r>
    </w:p>
    <w:p>
      <w:pPr>
        <w:spacing w:before="0" w:after="40" w:line="259" w:lineRule="auto"/>
      </w:pPr>
      <w:r>
        <w:rPr>
          <w:rFonts w:ascii="Calibri" w:hAnsi="Calibri" w:eastAsia="Calibri"/>
          <w:b w:val="0"/>
          <w:i w:val="0"/>
          <w:sz w:val="22"/>
        </w:rPr>
        <w:t>• White-out on the film, 1400 mL at drain insertion</w:t>
      </w:r>
    </w:p>
    <w:p>
      <w:pPr>
        <w:spacing w:before="0" w:after="40" w:line="259" w:lineRule="auto"/>
      </w:pPr>
      <w:r>
        <w:rPr>
          <w:rFonts w:ascii="Calibri" w:hAnsi="Calibri" w:eastAsia="Calibri"/>
          <w:b w:val="0"/>
          <w:i w:val="0"/>
          <w:sz w:val="22"/>
        </w:rPr>
        <w:t>• Ongoing output and persistent hypotension</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Large-bore drain is diagnostic and therapeutic</w:t>
      </w:r>
    </w:p>
    <w:p>
      <w:pPr>
        <w:spacing w:before="0" w:after="40" w:line="259" w:lineRule="auto"/>
      </w:pPr>
      <w:r>
        <w:rPr>
          <w:rFonts w:ascii="Calibri" w:hAnsi="Calibri" w:eastAsia="Calibri"/>
          <w:b w:val="0"/>
          <w:i w:val="0"/>
          <w:sz w:val="22"/>
        </w:rPr>
        <w:t>• Chest radiograph if it does not delay the drain</w:t>
      </w:r>
    </w:p>
    <w:p>
      <w:pPr>
        <w:spacing w:before="0" w:after="40" w:line="259" w:lineRule="auto"/>
      </w:pPr>
      <w:r>
        <w:rPr>
          <w:rFonts w:ascii="Calibri" w:hAnsi="Calibri" w:eastAsia="Calibri"/>
          <w:b w:val="0"/>
          <w:i w:val="0"/>
          <w:sz w:val="22"/>
        </w:rPr>
        <w:t>• VBG, Hb, major haemorrhage labs — do not delay theatre</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Large-bore surgical intercostal drain, not a Seldinger</w:t>
      </w:r>
    </w:p>
    <w:p>
      <w:pPr>
        <w:spacing w:before="0" w:after="40" w:line="259" w:lineRule="auto"/>
      </w:pPr>
      <w:r>
        <w:rPr>
          <w:rFonts w:ascii="Calibri" w:hAnsi="Calibri" w:eastAsia="Calibri"/>
          <w:b w:val="0"/>
          <w:i w:val="0"/>
          <w:sz w:val="22"/>
        </w:rPr>
        <w:t>• Blood, TXA 1 g, do not clamp</w:t>
      </w:r>
    </w:p>
    <w:p>
      <w:pPr>
        <w:spacing w:before="0" w:after="40" w:line="259" w:lineRule="auto"/>
      </w:pPr>
      <w:r>
        <w:rPr>
          <w:rFonts w:ascii="Calibri" w:hAnsi="Calibri" w:eastAsia="Calibri"/>
          <w:b w:val="0"/>
          <w:i w:val="0"/>
          <w:sz w:val="22"/>
        </w:rPr>
        <w:t>• Thoracotomy if ~1500 mL immediately, ongoing &gt;200 mL/h, or persistent shock</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ATLS / NICE NG39 major trauma</w:t>
      </w:r>
    </w:p>
    <w:p>
      <w:pPr>
        <w:spacing w:before="0" w:after="40" w:line="259" w:lineRule="auto"/>
      </w:pPr>
      <w:r>
        <w:rPr>
          <w:rFonts w:ascii="Calibri" w:hAnsi="Calibri" w:eastAsia="Calibri"/>
          <w:b w:val="0"/>
          <w:i w:val="0"/>
          <w:sz w:val="22"/>
        </w:rPr>
        <w:t>• BTS pleural disease (drain size in trauma)</w:t>
      </w:r>
    </w:p>
    <w:p>
      <w:pPr>
        <w:spacing w:before="0" w:after="40" w:line="259" w:lineRule="auto"/>
      </w:pPr>
      <w:r>
        <w:rPr>
          <w:rFonts w:ascii="Calibri" w:hAnsi="Calibri" w:eastAsia="Calibri"/>
          <w:b w:val="0"/>
          <w:i w:val="0"/>
          <w:sz w:val="22"/>
        </w:rPr>
        <w:t>• RCEM major haemorrhage</w:t>
      </w:r>
    </w:p>
    <w:p>
      <w:r>
        <w:br w:type="page"/>
      </w:r>
    </w:p>
    <w:p>
      <w:pPr>
        <w:spacing w:before="120" w:after="160" w:line="259" w:lineRule="auto"/>
      </w:pPr>
      <w:r>
        <w:rPr>
          <w:rFonts w:ascii="Calibri" w:hAnsi="Calibri" w:eastAsia="Calibri"/>
          <w:b/>
          <w:i w:val="0"/>
          <w:color w:val="0C0E10"/>
          <w:sz w:val="36"/>
        </w:rPr>
        <w:t>Case 24 — Traumatic extra-dural haematoma with herniation</w:t>
      </w:r>
    </w:p>
    <w:p>
      <w:pPr>
        <w:spacing w:before="0" w:after="40" w:line="259" w:lineRule="auto"/>
      </w:pPr>
      <w:r>
        <w:rPr>
          <w:rFonts w:ascii="Calibri" w:hAnsi="Calibri" w:eastAsia="Calibri"/>
          <w:b w:val="0"/>
          <w:i/>
          <w:color w:val="5A5A5A"/>
          <w:sz w:val="20"/>
        </w:rPr>
        <w:t>pre-alert · Scottish Ambulance Service — pre-alert · rhythm sinus-brady</w:t>
      </w:r>
    </w:p>
    <w:p>
      <w:pPr>
        <w:spacing w:before="0" w:after="40" w:line="259" w:lineRule="auto"/>
      </w:pPr>
      <w:r>
        <w:rPr>
          <w:rFonts w:ascii="Calibri" w:hAnsi="Calibri" w:eastAsia="Calibri"/>
          <w:b w:val="0"/>
          <w:i/>
          <w:color w:val="5A5A5A"/>
          <w:sz w:val="20"/>
        </w:rPr>
        <w:t>HR 58   BP 188/98   RR 8   SpO2 93%   temp 35.6   GCS 7   BM 6.2</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44 years, male</w:t>
      </w:r>
    </w:p>
    <w:p>
      <w:pPr>
        <w:spacing w:before="0" w:after="40" w:line="259" w:lineRule="auto"/>
      </w:pPr>
      <w:r>
        <w:rPr>
          <w:rFonts w:ascii="Calibri" w:hAnsi="Calibri" w:eastAsia="Calibri"/>
          <w:b w:val="0"/>
          <w:i w:val="0"/>
          <w:sz w:val="22"/>
        </w:rPr>
        <w:t>T motorbike versus car 20 minutes ago, helmeted, thrown</w:t>
      </w:r>
    </w:p>
    <w:p>
      <w:pPr>
        <w:spacing w:before="0" w:after="40" w:line="259" w:lineRule="auto"/>
      </w:pPr>
      <w:r>
        <w:rPr>
          <w:rFonts w:ascii="Calibri" w:hAnsi="Calibri" w:eastAsia="Calibri"/>
          <w:b w:val="0"/>
          <w:i w:val="0"/>
          <w:sz w:val="22"/>
        </w:rPr>
        <w:t>M blunt trauma — head</w:t>
      </w:r>
    </w:p>
    <w:p>
      <w:pPr>
        <w:spacing w:before="0" w:after="40" w:line="259" w:lineRule="auto"/>
      </w:pPr>
      <w:r>
        <w:rPr>
          <w:rFonts w:ascii="Calibri" w:hAnsi="Calibri" w:eastAsia="Calibri"/>
          <w:b w:val="0"/>
          <w:i w:val="0"/>
          <w:sz w:val="22"/>
        </w:rPr>
        <w:t>I none known</w:t>
      </w:r>
    </w:p>
    <w:p>
      <w:pPr>
        <w:spacing w:before="0" w:after="40" w:line="259" w:lineRule="auto"/>
      </w:pPr>
      <w:r>
        <w:rPr>
          <w:rFonts w:ascii="Calibri" w:hAnsi="Calibri" w:eastAsia="Calibri"/>
          <w:b w:val="0"/>
          <w:i w:val="0"/>
          <w:sz w:val="22"/>
        </w:rPr>
        <w:t>S HR 58 BP 188/98 RR 8 SpO2 93% 15 L GCS 7 (E1 V2 M4), left pupil 6 mm</w:t>
      </w:r>
    </w:p>
    <w:p>
      <w:pPr>
        <w:spacing w:before="0" w:after="40" w:line="259" w:lineRule="auto"/>
      </w:pPr>
      <w:r>
        <w:rPr>
          <w:rFonts w:ascii="Calibri" w:hAnsi="Calibri" w:eastAsia="Calibri"/>
          <w:b w:val="0"/>
          <w:i w:val="0"/>
          <w:sz w:val="22"/>
        </w:rPr>
        <w:t>T oxygen, collar, one cannula</w:t>
      </w:r>
    </w:p>
    <w:p>
      <w:pPr>
        <w:spacing w:before="0" w:after="40" w:line="259" w:lineRule="auto"/>
      </w:pPr>
      <w:r>
        <w:rPr>
          <w:rFonts w:ascii="Calibri" w:hAnsi="Calibri" w:eastAsia="Calibri"/>
          <w:b w:val="0"/>
          <w:i w:val="0"/>
          <w:sz w:val="22"/>
        </w:rPr>
        <w:t>ETA 5 minutes. Crew: "The left pupil is blown. He is snoring."</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snoring, blood in the mouth, collar on, no obvious deformity.</w:t>
      </w:r>
    </w:p>
    <w:p>
      <w:pPr>
        <w:spacing w:before="0" w:after="40" w:line="259" w:lineRule="auto"/>
      </w:pPr>
      <w:r>
        <w:rPr>
          <w:rFonts w:ascii="Calibri" w:hAnsi="Calibri" w:eastAsia="Calibri"/>
          <w:b w:val="0"/>
          <w:i w:val="0"/>
          <w:sz w:val="22"/>
        </w:rPr>
        <w:t>B — RR 8, equal air entry, SpO2 93% on 15 L, no flail.</w:t>
      </w:r>
    </w:p>
    <w:p>
      <w:pPr>
        <w:spacing w:before="0" w:after="40" w:line="259" w:lineRule="auto"/>
      </w:pPr>
      <w:r>
        <w:rPr>
          <w:rFonts w:ascii="Calibri" w:hAnsi="Calibri" w:eastAsia="Calibri"/>
          <w:b w:val="0"/>
          <w:i w:val="0"/>
          <w:sz w:val="22"/>
        </w:rPr>
        <w:t>C — HR 58, BP 188/98, good volume, no obvious bleeding, pelvis bound by crew 'just in case' and is stable.</w:t>
      </w:r>
    </w:p>
    <w:p>
      <w:pPr>
        <w:spacing w:before="0" w:after="40" w:line="259" w:lineRule="auto"/>
      </w:pPr>
      <w:r>
        <w:rPr>
          <w:rFonts w:ascii="Calibri" w:hAnsi="Calibri" w:eastAsia="Calibri"/>
          <w:b w:val="0"/>
          <w:i w:val="0"/>
          <w:sz w:val="22"/>
        </w:rPr>
        <w:t>D — GCS 7, left pupil 6 mm and sluggish, right 3 mm, BM 6.2. No limb movement on the left to pain.</w:t>
      </w:r>
    </w:p>
    <w:p>
      <w:pPr>
        <w:spacing w:before="0" w:after="40" w:line="259" w:lineRule="auto"/>
      </w:pPr>
      <w:r>
        <w:rPr>
          <w:rFonts w:ascii="Calibri" w:hAnsi="Calibri" w:eastAsia="Calibri"/>
          <w:b w:val="0"/>
          <w:i w:val="0"/>
          <w:sz w:val="22"/>
        </w:rPr>
        <w:t>E — abrasion to the left temple, no Battle's yet, abdomen soft, long bones intact.</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Snoring, GCS 7, blown pupil, RR 8.</w:t>
      </w:r>
    </w:p>
    <w:p>
      <w:pPr>
        <w:spacing w:before="120" w:after="20" w:line="259" w:lineRule="auto"/>
        <w:shd w:fill="E8F5EC" w:val="clear"/>
      </w:pPr>
      <w:r>
        <w:rPr>
          <w:rFonts w:ascii="Calibri" w:hAnsi="Calibri" w:eastAsia="Calibri"/>
          <w:b/>
          <w:i w:val="0"/>
          <w:color w:val="146E3C"/>
          <w:sz w:val="22"/>
        </w:rPr>
        <w:t>A. [CORRECT] RSI now</w:t>
      </w:r>
    </w:p>
    <w:p>
      <w:pPr>
        <w:spacing w:before="0" w:after="20" w:line="259" w:lineRule="auto"/>
      </w:pPr>
      <w:r>
        <w:rPr>
          <w:rFonts w:ascii="Calibri" w:hAnsi="Calibri" w:eastAsia="Calibri"/>
          <w:b w:val="0"/>
          <w:i/>
          <w:color w:val="282828"/>
          <w:sz w:val="22"/>
        </w:rPr>
        <w:t>Bay: Airway secured. C-spine held. You ventilate to a normal ETCO2. Head-up tilt once the tube is in.</w:t>
      </w:r>
    </w:p>
    <w:p>
      <w:pPr>
        <w:spacing w:before="0" w:after="40" w:line="259" w:lineRule="auto"/>
      </w:pPr>
      <w:r>
        <w:rPr>
          <w:rFonts w:ascii="Calibri" w:hAnsi="Calibri" w:eastAsia="Calibri"/>
          <w:b w:val="0"/>
          <w:i/>
          <w:color w:val="5A4614"/>
          <w:sz w:val="20"/>
        </w:rPr>
        <w:t>Reaction: rr +6, spo2 +5, gcs -4, O2 15 L</w:t>
      </w:r>
    </w:p>
    <w:p>
      <w:pPr>
        <w:spacing w:before="80" w:after="40" w:line="259" w:lineRule="auto"/>
      </w:pPr>
      <w:r>
        <w:rPr>
          <w:rFonts w:ascii="Calibri" w:hAnsi="Calibri" w:eastAsia="Calibri"/>
          <w:b/>
          <w:i w:val="0"/>
          <w:color w:val="46326E"/>
          <w:sz w:val="22"/>
        </w:rPr>
        <w:t xml:space="preserve">    Follow-up: What are you targeting after the tube?</w:t>
      </w:r>
    </w:p>
    <w:p>
      <w:pPr>
        <w:spacing w:before="120" w:after="20" w:line="259" w:lineRule="auto"/>
        <w:shd w:fill="E8F5EC" w:val="clear"/>
      </w:pPr>
      <w:r>
        <w:rPr>
          <w:rFonts w:ascii="Calibri" w:hAnsi="Calibri" w:eastAsia="Calibri"/>
          <w:b/>
          <w:i w:val="0"/>
          <w:color w:val="146E3C"/>
          <w:sz w:val="22"/>
        </w:rPr>
        <w:t xml:space="preserve">    A. [CORRECT] SpO2 94–98% and PaCO2 about 4.5–5.0 kPa</w:t>
      </w:r>
    </w:p>
    <w:p>
      <w:pPr>
        <w:spacing w:before="0" w:after="20" w:line="259" w:lineRule="auto"/>
      </w:pPr>
      <w:r>
        <w:rPr>
          <w:rFonts w:ascii="Calibri" w:hAnsi="Calibri" w:eastAsia="Calibri"/>
          <w:b w:val="0"/>
          <w:i/>
          <w:color w:val="282828"/>
          <w:sz w:val="22"/>
        </w:rPr>
        <w:t xml:space="preserve">       Bay: Avoid hypoxia and hypocapnia. Do not prophylactically hyperventilate.</w:t>
      </w:r>
    </w:p>
    <w:p>
      <w:pPr>
        <w:spacing w:before="120" w:after="20" w:line="259" w:lineRule="auto"/>
        <w:shd w:fill="F8E8E8" w:val="clear"/>
      </w:pPr>
      <w:r>
        <w:rPr>
          <w:rFonts w:ascii="Calibri" w:hAnsi="Calibri" w:eastAsia="Calibri"/>
          <w:b w:val="0"/>
          <w:i w:val="0"/>
          <w:color w:val="A02828"/>
          <w:sz w:val="22"/>
        </w:rPr>
        <w:t xml:space="preserve">    B. [WRONG] PaCO2 3.0 kPa from the start</w:t>
      </w:r>
    </w:p>
    <w:p>
      <w:pPr>
        <w:spacing w:before="0" w:after="20" w:line="259" w:lineRule="auto"/>
      </w:pPr>
      <w:r>
        <w:rPr>
          <w:rFonts w:ascii="Calibri" w:hAnsi="Calibri" w:eastAsia="Calibri"/>
          <w:b w:val="0"/>
          <w:i/>
          <w:color w:val="282828"/>
          <w:sz w:val="22"/>
        </w:rPr>
        <w:t xml:space="preserve">       Bay: Prophylactic hyperventilation vasoconstricts the brain. Reserve it for a blistering herniation that will not wait.</w:t>
      </w:r>
    </w:p>
    <w:p>
      <w:pPr>
        <w:spacing w:before="120" w:after="20" w:line="259" w:lineRule="auto"/>
        <w:shd w:fill="F8E8E8" w:val="clear"/>
      </w:pPr>
      <w:r>
        <w:rPr>
          <w:rFonts w:ascii="Calibri" w:hAnsi="Calibri" w:eastAsia="Calibri"/>
          <w:b w:val="0"/>
          <w:i w:val="0"/>
          <w:color w:val="A02828"/>
          <w:sz w:val="22"/>
        </w:rPr>
        <w:t xml:space="preserve">    C. [WRONG] SpO2 100% on 15 L forever</w:t>
      </w:r>
    </w:p>
    <w:p>
      <w:pPr>
        <w:spacing w:before="0" w:after="20" w:line="259" w:lineRule="auto"/>
      </w:pPr>
      <w:r>
        <w:rPr>
          <w:rFonts w:ascii="Calibri" w:hAnsi="Calibri" w:eastAsia="Calibri"/>
          <w:b w:val="0"/>
          <w:i/>
          <w:color w:val="282828"/>
          <w:sz w:val="22"/>
        </w:rPr>
        <w:t xml:space="preserve">       Bay: Hyperoxia is not neuroprotective. Titrate.</w:t>
      </w:r>
    </w:p>
    <w:p>
      <w:pPr>
        <w:spacing w:before="120" w:after="20" w:line="259" w:lineRule="auto"/>
        <w:shd w:fill="F8E8E8" w:val="clear"/>
      </w:pPr>
      <w:r>
        <w:rPr>
          <w:rFonts w:ascii="Calibri" w:hAnsi="Calibri" w:eastAsia="Calibri"/>
          <w:b w:val="0"/>
          <w:i w:val="0"/>
          <w:color w:val="A02828"/>
          <w:sz w:val="22"/>
        </w:rPr>
        <w:t xml:space="preserve">    D. [WRONG] Spontaneous breathing to 'keep CO2 normal'</w:t>
      </w:r>
    </w:p>
    <w:p>
      <w:pPr>
        <w:spacing w:before="0" w:after="20" w:line="259" w:lineRule="auto"/>
      </w:pPr>
      <w:r>
        <w:rPr>
          <w:rFonts w:ascii="Calibri" w:hAnsi="Calibri" w:eastAsia="Calibri"/>
          <w:b w:val="0"/>
          <w:i/>
          <w:color w:val="282828"/>
          <w:sz w:val="22"/>
        </w:rPr>
        <w:t xml:space="preserve">       Bay: RR was 8. He needs a tube.</w:t>
      </w:r>
    </w:p>
    <w:p>
      <w:pPr>
        <w:spacing w:before="120" w:after="20" w:line="259" w:lineRule="auto"/>
        <w:shd w:fill="F8E8E8" w:val="clear"/>
      </w:pPr>
      <w:r>
        <w:rPr>
          <w:rFonts w:ascii="Calibri" w:hAnsi="Calibri" w:eastAsia="Calibri"/>
          <w:b w:val="0"/>
          <w:i w:val="0"/>
          <w:color w:val="A02828"/>
          <w:sz w:val="22"/>
        </w:rPr>
        <w:t xml:space="preserve">    E. [WRONG] ETCO2 6.5 to 'protect cerebral flow'</w:t>
      </w:r>
    </w:p>
    <w:p>
      <w:pPr>
        <w:spacing w:before="0" w:after="20" w:line="259" w:lineRule="auto"/>
      </w:pPr>
      <w:r>
        <w:rPr>
          <w:rFonts w:ascii="Calibri" w:hAnsi="Calibri" w:eastAsia="Calibri"/>
          <w:b w:val="0"/>
          <w:i/>
          <w:color w:val="282828"/>
          <w:sz w:val="22"/>
        </w:rPr>
        <w:t xml:space="preserve">       Bay: That is hypercapnia. You will swell him.</w:t>
      </w:r>
    </w:p>
    <w:p>
      <w:pPr>
        <w:spacing w:before="120" w:after="20" w:line="259" w:lineRule="auto"/>
        <w:shd w:fill="F8E8E8" w:val="clear"/>
      </w:pPr>
      <w:r>
        <w:rPr>
          <w:rFonts w:ascii="Calibri" w:hAnsi="Calibri" w:eastAsia="Calibri"/>
          <w:b w:val="0"/>
          <w:i w:val="0"/>
          <w:color w:val="A02828"/>
          <w:sz w:val="22"/>
        </w:rPr>
        <w:t>B. [WRONG] Guedel and wait for CT before any airway</w:t>
      </w:r>
    </w:p>
    <w:p>
      <w:pPr>
        <w:spacing w:before="0" w:after="20" w:line="259" w:lineRule="auto"/>
      </w:pPr>
      <w:r>
        <w:rPr>
          <w:rFonts w:ascii="Calibri" w:hAnsi="Calibri" w:eastAsia="Calibri"/>
          <w:b w:val="0"/>
          <w:i/>
          <w:color w:val="282828"/>
          <w:sz w:val="22"/>
        </w:rPr>
        <w:t>Bay: GCS 7 and snoring. The CT can wait one tube. The brain cannot wait an obstructed airway.</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NIV for the low respiratory rate</w:t>
      </w:r>
    </w:p>
    <w:p>
      <w:pPr>
        <w:spacing w:before="0" w:after="20" w:line="259" w:lineRule="auto"/>
      </w:pPr>
      <w:r>
        <w:rPr>
          <w:rFonts w:ascii="Calibri" w:hAnsi="Calibri" w:eastAsia="Calibri"/>
          <w:b w:val="0"/>
          <w:i/>
          <w:color w:val="282828"/>
          <w:sz w:val="22"/>
        </w:rPr>
        <w:t>Bay: A blown pupil is not COPD. NIV on a GCS 7 is an aspiration.</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Immediate surgical airway</w:t>
      </w:r>
    </w:p>
    <w:p>
      <w:pPr>
        <w:spacing w:before="0" w:after="20" w:line="259" w:lineRule="auto"/>
      </w:pPr>
      <w:r>
        <w:rPr>
          <w:rFonts w:ascii="Calibri" w:hAnsi="Calibri" w:eastAsia="Calibri"/>
          <w:b w:val="0"/>
          <w:i/>
          <w:color w:val="282828"/>
          <w:sz w:val="22"/>
        </w:rPr>
        <w:t>Bay: The mouth is a bloody but usable airway. RSI first, cric if that fails.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Naloxone</w:t>
      </w:r>
    </w:p>
    <w:p>
      <w:pPr>
        <w:spacing w:before="0" w:after="20" w:line="259" w:lineRule="auto"/>
      </w:pPr>
      <w:r>
        <w:rPr>
          <w:rFonts w:ascii="Calibri" w:hAnsi="Calibri" w:eastAsia="Calibri"/>
          <w:b w:val="0"/>
          <w:i/>
          <w:color w:val="282828"/>
          <w:sz w:val="22"/>
        </w:rPr>
        <w:t>Bay: A motorbike and a blown pupil are not opioids. Do not delay the tube for a drug that will not fix herniation.</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Tube in. Left pupil still 6 mm. BP 188.</w:t>
      </w:r>
    </w:p>
    <w:p>
      <w:pPr>
        <w:spacing w:before="120" w:after="20" w:line="259" w:lineRule="auto"/>
        <w:shd w:fill="E8F5EC" w:val="clear"/>
      </w:pPr>
      <w:r>
        <w:rPr>
          <w:rFonts w:ascii="Calibri" w:hAnsi="Calibri" w:eastAsia="Calibri"/>
          <w:b/>
          <w:i w:val="0"/>
          <w:color w:val="146E3C"/>
          <w:sz w:val="22"/>
        </w:rPr>
        <w:t>A. [CORRECT] Head-up, hypertonic saline, urgent CT</w:t>
      </w:r>
    </w:p>
    <w:p>
      <w:pPr>
        <w:spacing w:before="0" w:after="20" w:line="259" w:lineRule="auto"/>
      </w:pPr>
      <w:r>
        <w:rPr>
          <w:rFonts w:ascii="Calibri" w:hAnsi="Calibri" w:eastAsia="Calibri"/>
          <w:b w:val="0"/>
          <w:i/>
          <w:color w:val="282828"/>
          <w:sz w:val="22"/>
        </w:rPr>
        <w:t>Bay: 30 degrees, 150 mL 2.7% in, CT told to hold the table. You do not chase the systolic to 120.</w:t>
      </w:r>
    </w:p>
    <w:p>
      <w:pPr>
        <w:spacing w:before="0" w:after="40" w:line="259" w:lineRule="auto"/>
      </w:pPr>
      <w:r>
        <w:rPr>
          <w:rFonts w:ascii="Calibri" w:hAnsi="Calibri" w:eastAsia="Calibri"/>
          <w:b w:val="0"/>
          <w:i/>
          <w:color w:val="5A4614"/>
          <w:sz w:val="20"/>
        </w:rPr>
        <w:t>Reaction: sbp -8</w:t>
      </w:r>
    </w:p>
    <w:p>
      <w:pPr>
        <w:spacing w:before="80" w:after="40" w:line="259" w:lineRule="auto"/>
      </w:pPr>
      <w:r>
        <w:rPr>
          <w:rFonts w:ascii="Calibri" w:hAnsi="Calibri" w:eastAsia="Calibri"/>
          <w:b/>
          <w:i w:val="0"/>
          <w:color w:val="46326E"/>
          <w:sz w:val="22"/>
        </w:rPr>
        <w:t xml:space="preserve">    Follow-up: Why not drop the blood pressure to 'normal'?</w:t>
      </w:r>
    </w:p>
    <w:p>
      <w:pPr>
        <w:spacing w:before="120" w:after="20" w:line="259" w:lineRule="auto"/>
        <w:shd w:fill="E8F5EC" w:val="clear"/>
      </w:pPr>
      <w:r>
        <w:rPr>
          <w:rFonts w:ascii="Calibri" w:hAnsi="Calibri" w:eastAsia="Calibri"/>
          <w:b/>
          <w:i w:val="0"/>
          <w:color w:val="146E3C"/>
          <w:sz w:val="22"/>
        </w:rPr>
        <w:t xml:space="preserve">    A. [CORRECT] Cushing's is perfusion — keep MAP until the mass is seen</w:t>
      </w:r>
    </w:p>
    <w:p>
      <w:pPr>
        <w:spacing w:before="0" w:after="20" w:line="259" w:lineRule="auto"/>
      </w:pPr>
      <w:r>
        <w:rPr>
          <w:rFonts w:ascii="Calibri" w:hAnsi="Calibri" w:eastAsia="Calibri"/>
          <w:b w:val="0"/>
          <w:i/>
          <w:color w:val="282828"/>
          <w:sz w:val="22"/>
        </w:rPr>
        <w:t xml:space="preserve">       Bay: Hypotension kills the injured brain. Do not treat the 188 as a medical emergency first.</w:t>
      </w:r>
    </w:p>
    <w:p>
      <w:pPr>
        <w:spacing w:before="120" w:after="20" w:line="259" w:lineRule="auto"/>
        <w:shd w:fill="F8E8E8" w:val="clear"/>
      </w:pPr>
      <w:r>
        <w:rPr>
          <w:rFonts w:ascii="Calibri" w:hAnsi="Calibri" w:eastAsia="Calibri"/>
          <w:b w:val="0"/>
          <w:i w:val="0"/>
          <w:color w:val="A02828"/>
          <w:sz w:val="22"/>
        </w:rPr>
        <w:t xml:space="preserve">    B. [WRONG] Always target SBP 90 in trauma</w:t>
      </w:r>
    </w:p>
    <w:p>
      <w:pPr>
        <w:spacing w:before="0" w:after="20" w:line="259" w:lineRule="auto"/>
      </w:pPr>
      <w:r>
        <w:rPr>
          <w:rFonts w:ascii="Calibri" w:hAnsi="Calibri" w:eastAsia="Calibri"/>
          <w:b w:val="0"/>
          <w:i/>
          <w:color w:val="282828"/>
          <w:sz w:val="22"/>
        </w:rPr>
        <w:t xml:space="preserve">       Bay: That is not the isolated TBI target. Avoid hypotension; 188 with a blown pupil is herniation, not bleeding.</w:t>
      </w:r>
    </w:p>
    <w:p>
      <w:pPr>
        <w:spacing w:before="120" w:after="20" w:line="259" w:lineRule="auto"/>
        <w:shd w:fill="F8E8E8" w:val="clear"/>
      </w:pPr>
      <w:r>
        <w:rPr>
          <w:rFonts w:ascii="Calibri" w:hAnsi="Calibri" w:eastAsia="Calibri"/>
          <w:b w:val="0"/>
          <w:i w:val="0"/>
          <w:color w:val="A02828"/>
          <w:sz w:val="22"/>
        </w:rPr>
        <w:t xml:space="preserve">    C. [WRONG] Give GTN to a systolic of 140</w:t>
      </w:r>
    </w:p>
    <w:p>
      <w:pPr>
        <w:spacing w:before="0" w:after="20" w:line="259" w:lineRule="auto"/>
      </w:pPr>
      <w:r>
        <w:rPr>
          <w:rFonts w:ascii="Calibri" w:hAnsi="Calibri" w:eastAsia="Calibri"/>
          <w:b w:val="0"/>
          <w:i/>
          <w:color w:val="282828"/>
          <w:sz w:val="22"/>
        </w:rPr>
        <w:t xml:space="preserve">       Bay: Venodilating a TBI drops cerebral perfusion.</w:t>
      </w:r>
    </w:p>
    <w:p>
      <w:pPr>
        <w:spacing w:before="120" w:after="20" w:line="259" w:lineRule="auto"/>
        <w:shd w:fill="F8E8E8" w:val="clear"/>
      </w:pPr>
      <w:r>
        <w:rPr>
          <w:rFonts w:ascii="Calibri" w:hAnsi="Calibri" w:eastAsia="Calibri"/>
          <w:b w:val="0"/>
          <w:i w:val="0"/>
          <w:color w:val="A02828"/>
          <w:sz w:val="22"/>
        </w:rPr>
        <w:t xml:space="preserve">    D. [WRONG] Give labetalol to a systolic of 110 before CT</w:t>
      </w:r>
    </w:p>
    <w:p>
      <w:pPr>
        <w:spacing w:before="0" w:after="20" w:line="259" w:lineRule="auto"/>
      </w:pPr>
      <w:r>
        <w:rPr>
          <w:rFonts w:ascii="Calibri" w:hAnsi="Calibri" w:eastAsia="Calibri"/>
          <w:b w:val="0"/>
          <w:i/>
          <w:color w:val="282828"/>
          <w:sz w:val="22"/>
        </w:rPr>
        <w:t xml:space="preserve">       Bay: Do not aggressively lower before you know there is no other bleed and the brain is unpacked.</w:t>
      </w:r>
    </w:p>
    <w:p>
      <w:pPr>
        <w:spacing w:before="120" w:after="20" w:line="259" w:lineRule="auto"/>
        <w:shd w:fill="F8E8E8" w:val="clear"/>
      </w:pPr>
      <w:r>
        <w:rPr>
          <w:rFonts w:ascii="Calibri" w:hAnsi="Calibri" w:eastAsia="Calibri"/>
          <w:b w:val="0"/>
          <w:i w:val="0"/>
          <w:color w:val="A02828"/>
          <w:sz w:val="22"/>
        </w:rPr>
        <w:t xml:space="preserve">    E. [WRONG] Ignore BP entirely including hypotension</w:t>
      </w:r>
    </w:p>
    <w:p>
      <w:pPr>
        <w:spacing w:before="0" w:after="20" w:line="259" w:lineRule="auto"/>
      </w:pPr>
      <w:r>
        <w:rPr>
          <w:rFonts w:ascii="Calibri" w:hAnsi="Calibri" w:eastAsia="Calibri"/>
          <w:b w:val="0"/>
          <w:i/>
          <w:color w:val="282828"/>
          <w:sz w:val="22"/>
        </w:rPr>
        <w:t xml:space="preserve">       Bay: Avoid SBP &lt;90–100. Hypotension is the other way to kill him.</w:t>
      </w:r>
    </w:p>
    <w:p>
      <w:pPr>
        <w:spacing w:before="120" w:after="20" w:line="259" w:lineRule="auto"/>
        <w:shd w:fill="F8E8E8" w:val="clear"/>
      </w:pPr>
      <w:r>
        <w:rPr>
          <w:rFonts w:ascii="Calibri" w:hAnsi="Calibri" w:eastAsia="Calibri"/>
          <w:b w:val="0"/>
          <w:i w:val="0"/>
          <w:color w:val="A02828"/>
          <w:sz w:val="22"/>
        </w:rPr>
        <w:t>B. [WRONG] GTN infusion to a systolic of 140</w:t>
      </w:r>
    </w:p>
    <w:p>
      <w:pPr>
        <w:spacing w:before="0" w:after="20" w:line="259" w:lineRule="auto"/>
      </w:pPr>
      <w:r>
        <w:rPr>
          <w:rFonts w:ascii="Calibri" w:hAnsi="Calibri" w:eastAsia="Calibri"/>
          <w:b w:val="0"/>
          <w:i/>
          <w:color w:val="282828"/>
          <w:sz w:val="22"/>
        </w:rPr>
        <w:t>Bay: You will drop cerebral perfusion in a herniating brain.</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Prophylactic hyperventilation to ETCO2 3.0 now</w:t>
      </w:r>
    </w:p>
    <w:p>
      <w:pPr>
        <w:spacing w:before="0" w:after="20" w:line="259" w:lineRule="auto"/>
      </w:pPr>
      <w:r>
        <w:rPr>
          <w:rFonts w:ascii="Calibri" w:hAnsi="Calibri" w:eastAsia="Calibri"/>
          <w:b w:val="0"/>
          <w:i/>
          <w:color w:val="282828"/>
          <w:sz w:val="22"/>
        </w:rPr>
        <w:t>Bay: Reserved for imminent herniation on the way to the knife, not as routine.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Burr hole in resus because the pupil is blown</w:t>
      </w:r>
    </w:p>
    <w:p>
      <w:pPr>
        <w:spacing w:before="0" w:after="20" w:line="259" w:lineRule="auto"/>
      </w:pPr>
      <w:r>
        <w:rPr>
          <w:rFonts w:ascii="Calibri" w:hAnsi="Calibri" w:eastAsia="Calibri"/>
          <w:b w:val="0"/>
          <w:i/>
          <w:color w:val="282828"/>
          <w:sz w:val="22"/>
        </w:rPr>
        <w:t>Bay: Image first unless he is in extremis in a remote setting. You have a CT.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Lumbar puncture to 'reduce pressure'</w:t>
      </w:r>
    </w:p>
    <w:p>
      <w:pPr>
        <w:spacing w:before="0" w:after="20" w:line="259" w:lineRule="auto"/>
      </w:pPr>
      <w:r>
        <w:rPr>
          <w:rFonts w:ascii="Calibri" w:hAnsi="Calibri" w:eastAsia="Calibri"/>
          <w:b w:val="0"/>
          <w:i/>
          <w:color w:val="282828"/>
          <w:sz w:val="22"/>
        </w:rPr>
        <w:t>Bay: A blown pupil is a mass. An LP will con her.</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He is tubed. Send from the bay — CT is holding.</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7.31  pCO2 5.6  pO2 14.2  HCO3 20  BE −4  lactate 2.1  K+ 3.9  Hb 134</w:t>
      </w:r>
    </w:p>
    <w:p>
      <w:pPr>
        <w:spacing w:before="0" w:after="40" w:line="259" w:lineRule="auto"/>
      </w:pPr>
      <w:r>
        <w:rPr>
          <w:rFonts w:ascii="Calibri" w:hAnsi="Calibri" w:eastAsia="Calibri"/>
          <w:b w:val="0"/>
          <w:i w:val="0"/>
          <w:sz w:val="22"/>
        </w:rPr>
        <w:t>Bring the CO2 down a little — target 4.5–5.0.</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6.2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sinus-brady</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Catheter: clear. Not a pelvic bleeder.</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134   WCC 14.1   Plt 256</w:t>
      </w:r>
    </w:p>
    <w:p>
      <w:pPr>
        <w:spacing w:before="0" w:after="40" w:line="259" w:lineRule="auto"/>
      </w:pPr>
      <w:r>
        <w:rPr>
          <w:rFonts w:ascii="Calibri" w:hAnsi="Calibri" w:eastAsia="Calibri"/>
          <w:b w:val="0"/>
          <w:i w:val="0"/>
          <w:sz w:val="22"/>
        </w:rPr>
        <w:t>coag: PT 11.8 s   APTT 28 s</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Gas: pCO2 5.6. Review results — then decide.</w:t>
      </w:r>
    </w:p>
    <w:p>
      <w:pPr>
        <w:spacing w:before="120" w:after="20" w:line="259" w:lineRule="auto"/>
        <w:shd w:fill="E8F5EC" w:val="clear"/>
      </w:pPr>
      <w:r>
        <w:rPr>
          <w:rFonts w:ascii="Calibri" w:hAnsi="Calibri" w:eastAsia="Calibri"/>
          <w:b/>
          <w:i w:val="0"/>
          <w:color w:val="146E3C"/>
          <w:sz w:val="22"/>
        </w:rPr>
        <w:t>A. [CORRECT] Adjust ventilation, keep MAP, go to CT</w:t>
      </w:r>
    </w:p>
    <w:p>
      <w:pPr>
        <w:spacing w:before="0" w:after="20" w:line="259" w:lineRule="auto"/>
      </w:pPr>
      <w:r>
        <w:rPr>
          <w:rFonts w:ascii="Calibri" w:hAnsi="Calibri" w:eastAsia="Calibri"/>
          <w:b w:val="0"/>
          <w:i/>
          <w:color w:val="282828"/>
          <w:sz w:val="22"/>
        </w:rPr>
        <w:t>Bay: Rate up a little. Pupils rechecked. You roll.</w:t>
      </w:r>
    </w:p>
    <w:p>
      <w:pPr>
        <w:spacing w:before="0" w:after="40" w:line="259" w:lineRule="auto"/>
      </w:pPr>
      <w:r>
        <w:rPr>
          <w:rFonts w:ascii="Calibri" w:hAnsi="Calibri" w:eastAsia="Calibri"/>
          <w:b w:val="0"/>
          <w:i/>
          <w:color w:val="5A4614"/>
          <w:sz w:val="20"/>
        </w:rPr>
        <w:t>Reaction: rr +2</w:t>
      </w:r>
    </w:p>
    <w:p>
      <w:pPr>
        <w:spacing w:before="80" w:after="40" w:line="259" w:lineRule="auto"/>
      </w:pPr>
      <w:r>
        <w:rPr>
          <w:rFonts w:ascii="Calibri" w:hAnsi="Calibri" w:eastAsia="Calibri"/>
          <w:b/>
          <w:i w:val="0"/>
          <w:color w:val="46326E"/>
          <w:sz w:val="22"/>
        </w:rPr>
        <w:t xml:space="preserve">    Follow-up: What must not happen on the way?</w:t>
      </w:r>
    </w:p>
    <w:p>
      <w:pPr>
        <w:spacing w:before="120" w:after="20" w:line="259" w:lineRule="auto"/>
        <w:shd w:fill="E8F5EC" w:val="clear"/>
      </w:pPr>
      <w:r>
        <w:rPr>
          <w:rFonts w:ascii="Calibri" w:hAnsi="Calibri" w:eastAsia="Calibri"/>
          <w:b/>
          <w:i w:val="0"/>
          <w:color w:val="146E3C"/>
          <w:sz w:val="22"/>
        </w:rPr>
        <w:t xml:space="preserve">    A. [CORRECT] Hypoxia or hypotension — take vasopressors and a ventilator you trust</w:t>
      </w:r>
    </w:p>
    <w:p>
      <w:pPr>
        <w:spacing w:before="0" w:after="20" w:line="259" w:lineRule="auto"/>
      </w:pPr>
      <w:r>
        <w:rPr>
          <w:rFonts w:ascii="Calibri" w:hAnsi="Calibri" w:eastAsia="Calibri"/>
          <w:b w:val="0"/>
          <w:i/>
          <w:color w:val="282828"/>
          <w:sz w:val="22"/>
        </w:rPr>
        <w:t xml:space="preserve">       Bay: One hypotensive hit worsens outcome. Tube, drugs, escort.</w:t>
      </w:r>
    </w:p>
    <w:p>
      <w:pPr>
        <w:spacing w:before="120" w:after="20" w:line="259" w:lineRule="auto"/>
        <w:shd w:fill="F8E8E8" w:val="clear"/>
      </w:pPr>
      <w:r>
        <w:rPr>
          <w:rFonts w:ascii="Calibri" w:hAnsi="Calibri" w:eastAsia="Calibri"/>
          <w:b w:val="0"/>
          <w:i w:val="0"/>
          <w:color w:val="A02828"/>
          <w:sz w:val="22"/>
        </w:rPr>
        <w:t xml:space="preserve">    B. [WRONG] A long wait in radiology without an airway doctor</w:t>
      </w:r>
    </w:p>
    <w:p>
      <w:pPr>
        <w:spacing w:before="0" w:after="20" w:line="259" w:lineRule="auto"/>
      </w:pPr>
      <w:r>
        <w:rPr>
          <w:rFonts w:ascii="Calibri" w:hAnsi="Calibri" w:eastAsia="Calibri"/>
          <w:b w:val="0"/>
          <w:i/>
          <w:color w:val="282828"/>
          <w:sz w:val="22"/>
        </w:rPr>
        <w:t xml:space="preserve">       Bay: You stay. He is a GCS 3 on a tube with a blown pupil.</w:t>
      </w:r>
    </w:p>
    <w:p>
      <w:pPr>
        <w:spacing w:before="120" w:after="20" w:line="259" w:lineRule="auto"/>
        <w:shd w:fill="F8E8E8" w:val="clear"/>
      </w:pPr>
      <w:r>
        <w:rPr>
          <w:rFonts w:ascii="Calibri" w:hAnsi="Calibri" w:eastAsia="Calibri"/>
          <w:b w:val="0"/>
          <w:i w:val="0"/>
          <w:color w:val="A02828"/>
          <w:sz w:val="22"/>
        </w:rPr>
        <w:t xml:space="preserve">    C. [WRONG] Disconnect the tube to go through the scanner faster</w:t>
      </w:r>
    </w:p>
    <w:p>
      <w:pPr>
        <w:spacing w:before="0" w:after="20" w:line="259" w:lineRule="auto"/>
      </w:pPr>
      <w:r>
        <w:rPr>
          <w:rFonts w:ascii="Calibri" w:hAnsi="Calibri" w:eastAsia="Calibri"/>
          <w:b w:val="0"/>
          <w:i/>
          <w:color w:val="282828"/>
          <w:sz w:val="22"/>
        </w:rPr>
        <w:t xml:space="preserve">       Bay: Never.</w:t>
      </w:r>
    </w:p>
    <w:p>
      <w:pPr>
        <w:spacing w:before="120" w:after="20" w:line="259" w:lineRule="auto"/>
        <w:shd w:fill="F8E8E8" w:val="clear"/>
      </w:pPr>
      <w:r>
        <w:rPr>
          <w:rFonts w:ascii="Calibri" w:hAnsi="Calibri" w:eastAsia="Calibri"/>
          <w:b w:val="0"/>
          <w:i w:val="0"/>
          <w:color w:val="A02828"/>
          <w:sz w:val="22"/>
        </w:rPr>
        <w:t xml:space="preserve">    D. [WRONG] Drop the head of the trolley flat and leave it</w:t>
      </w:r>
    </w:p>
    <w:p>
      <w:pPr>
        <w:spacing w:before="0" w:after="20" w:line="259" w:lineRule="auto"/>
      </w:pPr>
      <w:r>
        <w:rPr>
          <w:rFonts w:ascii="Calibri" w:hAnsi="Calibri" w:eastAsia="Calibri"/>
          <w:b w:val="0"/>
          <w:i/>
          <w:color w:val="282828"/>
          <w:sz w:val="22"/>
        </w:rPr>
        <w:t xml:space="preserve">       Bay: Head-up 20–30 degrees unless the spine team say otherwise for a specific reason.</w:t>
      </w:r>
    </w:p>
    <w:p>
      <w:pPr>
        <w:spacing w:before="120" w:after="20" w:line="259" w:lineRule="auto"/>
        <w:shd w:fill="F8E8E8" w:val="clear"/>
      </w:pPr>
      <w:r>
        <w:rPr>
          <w:rFonts w:ascii="Calibri" w:hAnsi="Calibri" w:eastAsia="Calibri"/>
          <w:b w:val="0"/>
          <w:i w:val="0"/>
          <w:color w:val="A02828"/>
          <w:sz w:val="22"/>
        </w:rPr>
        <w:t xml:space="preserve">    E. [WRONG] Stop sedation so he can 'show you a GCS'</w:t>
      </w:r>
    </w:p>
    <w:p>
      <w:pPr>
        <w:spacing w:before="0" w:after="20" w:line="259" w:lineRule="auto"/>
      </w:pPr>
      <w:r>
        <w:rPr>
          <w:rFonts w:ascii="Calibri" w:hAnsi="Calibri" w:eastAsia="Calibri"/>
          <w:b w:val="0"/>
          <w:i/>
          <w:color w:val="282828"/>
          <w:sz w:val="22"/>
        </w:rPr>
        <w:t xml:space="preserve">       Bay: He is herniating. You already have the GCS. Keep him quiet and perfused.</w:t>
      </w:r>
    </w:p>
    <w:p>
      <w:pPr>
        <w:spacing w:before="120" w:after="20" w:line="259" w:lineRule="auto"/>
        <w:shd w:fill="F8E8E8" w:val="clear"/>
      </w:pPr>
      <w:r>
        <w:rPr>
          <w:rFonts w:ascii="Calibri" w:hAnsi="Calibri" w:eastAsia="Calibri"/>
          <w:b w:val="0"/>
          <w:i w:val="0"/>
          <w:color w:val="A02828"/>
          <w:sz w:val="22"/>
        </w:rPr>
        <w:t>B. [WRONG] Hold CT until a formal trauma-series report is typed</w:t>
      </w:r>
    </w:p>
    <w:p>
      <w:pPr>
        <w:spacing w:before="0" w:after="20" w:line="259" w:lineRule="auto"/>
      </w:pPr>
      <w:r>
        <w:rPr>
          <w:rFonts w:ascii="Calibri" w:hAnsi="Calibri" w:eastAsia="Calibri"/>
          <w:b w:val="0"/>
          <w:i/>
          <w:color w:val="282828"/>
          <w:sz w:val="22"/>
        </w:rPr>
        <w:t>Bay: The blown pupil is the indication. Go.</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Mannitol and then home if the gas is normal</w:t>
      </w:r>
    </w:p>
    <w:p>
      <w:pPr>
        <w:spacing w:before="0" w:after="20" w:line="259" w:lineRule="auto"/>
      </w:pPr>
      <w:r>
        <w:rPr>
          <w:rFonts w:ascii="Calibri" w:hAnsi="Calibri" w:eastAsia="Calibri"/>
          <w:b w:val="0"/>
          <w:i/>
          <w:color w:val="282828"/>
          <w:sz w:val="22"/>
        </w:rPr>
        <w:t>Bay: He is a GCS 7. He is not going home.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Give 1 L 5% glucose as 'brain fuel'</w:t>
      </w:r>
    </w:p>
    <w:p>
      <w:pPr>
        <w:spacing w:before="0" w:after="20" w:line="259" w:lineRule="auto"/>
      </w:pPr>
      <w:r>
        <w:rPr>
          <w:rFonts w:ascii="Calibri" w:hAnsi="Calibri" w:eastAsia="Calibri"/>
          <w:b w:val="0"/>
          <w:i/>
          <w:color w:val="282828"/>
          <w:sz w:val="22"/>
        </w:rPr>
        <w:t>Bay: Hyponatraemia and oedema. Use isotonic fluids.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Reverse a 'possible opiate' with naloxone infusions</w:t>
      </w:r>
    </w:p>
    <w:p>
      <w:pPr>
        <w:spacing w:before="0" w:after="20" w:line="259" w:lineRule="auto"/>
      </w:pPr>
      <w:r>
        <w:rPr>
          <w:rFonts w:ascii="Calibri" w:hAnsi="Calibri" w:eastAsia="Calibri"/>
          <w:b w:val="0"/>
          <w:i/>
          <w:color w:val="282828"/>
          <w:sz w:val="22"/>
        </w:rPr>
        <w:t>Bay: Wrong story. You will vomit a tubed TBI for no gain.</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Wife is on the phone.</w:t>
      </w:r>
    </w:p>
    <w:p>
      <w:pPr>
        <w:spacing w:before="120" w:after="20" w:line="259" w:lineRule="auto"/>
        <w:shd w:fill="E8F5EC" w:val="clear"/>
      </w:pPr>
      <w:r>
        <w:rPr>
          <w:rFonts w:ascii="Calibri" w:hAnsi="Calibri" w:eastAsia="Calibri"/>
          <w:b/>
          <w:i w:val="0"/>
          <w:color w:val="146E3C"/>
          <w:sz w:val="22"/>
        </w:rPr>
        <w:t>A. [CORRECT] Mechanism, anticoagulants, last meal, allergies, usual GCS</w:t>
      </w:r>
    </w:p>
    <w:p>
      <w:pPr>
        <w:spacing w:before="0" w:after="20" w:line="259" w:lineRule="auto"/>
      </w:pPr>
      <w:r>
        <w:rPr>
          <w:rFonts w:ascii="Calibri" w:hAnsi="Calibri" w:eastAsia="Calibri"/>
          <w:b w:val="0"/>
          <w:i/>
          <w:color w:val="282828"/>
          <w:sz w:val="22"/>
        </w:rPr>
        <w:t>Bay: Warfarin no, DOAC no, last meal unknown, usually well.</w:t>
      </w:r>
    </w:p>
    <w:p>
      <w:pPr>
        <w:spacing w:before="120" w:after="20" w:line="259" w:lineRule="auto"/>
        <w:shd w:fill="E8F5EC" w:val="clear"/>
      </w:pPr>
      <w:r>
        <w:rPr>
          <w:rFonts w:ascii="Calibri" w:hAnsi="Calibri" w:eastAsia="Calibri"/>
          <w:b/>
          <w:i w:val="0"/>
          <w:color w:val="146E3C"/>
          <w:sz w:val="22"/>
        </w:rPr>
        <w:t>B. [CORRECT] Recheck both pupils, motor response and glucose now</w:t>
      </w:r>
    </w:p>
    <w:p>
      <w:pPr>
        <w:spacing w:before="0" w:after="20" w:line="259" w:lineRule="auto"/>
      </w:pPr>
      <w:r>
        <w:rPr>
          <w:rFonts w:ascii="Calibri" w:hAnsi="Calibri" w:eastAsia="Calibri"/>
          <w:b w:val="0"/>
          <w:i/>
          <w:color w:val="282828"/>
          <w:sz w:val="22"/>
        </w:rPr>
        <w:t>Bay: Left still 6 mm. Glucose 6.2. Right arm withdraws.</w:t>
      </w:r>
    </w:p>
    <w:p>
      <w:pPr>
        <w:spacing w:before="120" w:after="20" w:line="259" w:lineRule="auto"/>
        <w:shd w:fill="E8F5EC" w:val="clear"/>
      </w:pPr>
      <w:r>
        <w:rPr>
          <w:rFonts w:ascii="Calibri" w:hAnsi="Calibri" w:eastAsia="Calibri"/>
          <w:b/>
          <w:i w:val="0"/>
          <w:color w:val="146E3C"/>
          <w:sz w:val="22"/>
        </w:rPr>
        <w:t>C. [CORRECT] Call neurosurgery as you go to CT, not after the report is typed</w:t>
      </w:r>
    </w:p>
    <w:p>
      <w:pPr>
        <w:spacing w:before="0" w:after="20" w:line="259" w:lineRule="auto"/>
      </w:pPr>
      <w:r>
        <w:rPr>
          <w:rFonts w:ascii="Calibri" w:hAnsi="Calibri" w:eastAsia="Calibri"/>
          <w:b w:val="0"/>
          <w:i/>
          <w:color w:val="282828"/>
          <w:sz w:val="22"/>
        </w:rPr>
        <w:t>Bay: They would rather a call and a scan than a late surprise.</w:t>
      </w:r>
    </w:p>
    <w:p>
      <w:pPr>
        <w:spacing w:before="120" w:after="20" w:line="259" w:lineRule="auto"/>
        <w:shd w:fill="F8E8E8" w:val="clear"/>
      </w:pPr>
      <w:r>
        <w:rPr>
          <w:rFonts w:ascii="Calibri" w:hAnsi="Calibri" w:eastAsia="Calibri"/>
          <w:b w:val="0"/>
          <w:i w:val="0"/>
          <w:color w:val="A02828"/>
          <w:sz w:val="22"/>
        </w:rPr>
        <w:t>D. [WRONG] Promise a full recovery because he is young</w:t>
      </w:r>
    </w:p>
    <w:p>
      <w:pPr>
        <w:spacing w:before="0" w:after="20" w:line="259" w:lineRule="auto"/>
      </w:pPr>
      <w:r>
        <w:rPr>
          <w:rFonts w:ascii="Calibri" w:hAnsi="Calibri" w:eastAsia="Calibri"/>
          <w:b w:val="0"/>
          <w:i/>
          <w:color w:val="282828"/>
          <w:sz w:val="22"/>
        </w:rPr>
        <w:t>Bay: Do not prognosticate in the first hour.</w:t>
      </w:r>
    </w:p>
    <w:p>
      <w:pPr>
        <w:spacing w:before="120" w:after="20" w:line="259" w:lineRule="auto"/>
        <w:shd w:fill="F8E8E8" w:val="clear"/>
      </w:pPr>
      <w:r>
        <w:rPr>
          <w:rFonts w:ascii="Calibri" w:hAnsi="Calibri" w:eastAsia="Calibri"/>
          <w:b w:val="0"/>
          <w:i w:val="0"/>
          <w:color w:val="A02828"/>
          <w:sz w:val="22"/>
        </w:rPr>
        <w:t>E. [WRONG] Delay CT for a full secondary survey including rectal</w:t>
      </w:r>
    </w:p>
    <w:p>
      <w:pPr>
        <w:spacing w:before="0" w:after="20" w:line="259" w:lineRule="auto"/>
      </w:pPr>
      <w:r>
        <w:rPr>
          <w:rFonts w:ascii="Calibri" w:hAnsi="Calibri" w:eastAsia="Calibri"/>
          <w:b w:val="0"/>
          <w:i/>
          <w:color w:val="282828"/>
          <w:sz w:val="22"/>
        </w:rPr>
        <w:t>Bay: Secondary survey after the brain is imaged. The pupil is now.</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Traumatic brain injury with uncal herniation</w:t>
      </w:r>
    </w:p>
    <w:p>
      <w:pPr>
        <w:spacing w:before="0" w:after="20" w:line="259" w:lineRule="auto"/>
      </w:pPr>
      <w:r>
        <w:rPr>
          <w:rFonts w:ascii="Calibri" w:hAnsi="Calibri" w:eastAsia="Calibri"/>
          <w:b w:val="0"/>
          <w:i/>
          <w:color w:val="282828"/>
          <w:sz w:val="22"/>
        </w:rPr>
        <w:t>Bay: Blown pupil, Cushing's, GCS 7 after blunt trauma. Tube, osmotherapy, CT, neurosurgery.</w:t>
      </w:r>
    </w:p>
    <w:p>
      <w:pPr>
        <w:spacing w:before="120" w:after="20" w:line="259" w:lineRule="auto"/>
        <w:shd w:fill="F8E8E8" w:val="clear"/>
      </w:pPr>
      <w:r>
        <w:rPr>
          <w:rFonts w:ascii="Calibri" w:hAnsi="Calibri" w:eastAsia="Calibri"/>
          <w:b w:val="0"/>
          <w:i w:val="0"/>
          <w:color w:val="A02828"/>
          <w:sz w:val="22"/>
        </w:rPr>
        <w:t>B. [WRONG] Primary seizure with a Todd's pupil</w:t>
      </w:r>
    </w:p>
    <w:p>
      <w:pPr>
        <w:spacing w:before="0" w:after="20" w:line="259" w:lineRule="auto"/>
      </w:pPr>
      <w:r>
        <w:rPr>
          <w:rFonts w:ascii="Calibri" w:hAnsi="Calibri" w:eastAsia="Calibri"/>
          <w:b w:val="0"/>
          <w:i/>
          <w:color w:val="282828"/>
          <w:sz w:val="22"/>
        </w:rPr>
        <w:t>Bay: Possible, but you treat as herniation until the scan.</w:t>
      </w:r>
    </w:p>
    <w:p>
      <w:pPr>
        <w:spacing w:before="120" w:after="20" w:line="259" w:lineRule="auto"/>
        <w:shd w:fill="F8E8E8" w:val="clear"/>
      </w:pPr>
      <w:r>
        <w:rPr>
          <w:rFonts w:ascii="Calibri" w:hAnsi="Calibri" w:eastAsia="Calibri"/>
          <w:b w:val="0"/>
          <w:i w:val="0"/>
          <w:color w:val="A02828"/>
          <w:sz w:val="22"/>
        </w:rPr>
        <w:t>C. [WRONG] Opioid overdose</w:t>
      </w:r>
    </w:p>
    <w:p>
      <w:pPr>
        <w:spacing w:before="0" w:after="20" w:line="259" w:lineRule="auto"/>
      </w:pPr>
      <w:r>
        <w:rPr>
          <w:rFonts w:ascii="Calibri" w:hAnsi="Calibri" w:eastAsia="Calibri"/>
          <w:b w:val="0"/>
          <w:i/>
          <w:color w:val="282828"/>
          <w:sz w:val="22"/>
        </w:rPr>
        <w:t>Bay: A motorbike and hypertension with a unilateral pupil is not methadone.</w:t>
      </w:r>
    </w:p>
    <w:p>
      <w:pPr>
        <w:spacing w:before="120" w:after="20" w:line="259" w:lineRule="auto"/>
        <w:shd w:fill="F8E8E8" w:val="clear"/>
      </w:pPr>
      <w:r>
        <w:rPr>
          <w:rFonts w:ascii="Calibri" w:hAnsi="Calibri" w:eastAsia="Calibri"/>
          <w:b w:val="0"/>
          <w:i w:val="0"/>
          <w:color w:val="A02828"/>
          <w:sz w:val="22"/>
        </w:rPr>
        <w:t>D. [WRONG] Hypoglycaemia</w:t>
      </w:r>
    </w:p>
    <w:p>
      <w:pPr>
        <w:spacing w:before="0" w:after="20" w:line="259" w:lineRule="auto"/>
      </w:pPr>
      <w:r>
        <w:rPr>
          <w:rFonts w:ascii="Calibri" w:hAnsi="Calibri" w:eastAsia="Calibri"/>
          <w:b w:val="0"/>
          <w:i/>
          <w:color w:val="282828"/>
          <w:sz w:val="22"/>
        </w:rPr>
        <w:t>Bay: BM 6.2.</w:t>
      </w:r>
    </w:p>
    <w:p>
      <w:pPr>
        <w:spacing w:before="120" w:after="20" w:line="259" w:lineRule="auto"/>
        <w:shd w:fill="F8E8E8" w:val="clear"/>
      </w:pPr>
      <w:r>
        <w:rPr>
          <w:rFonts w:ascii="Calibri" w:hAnsi="Calibri" w:eastAsia="Calibri"/>
          <w:b w:val="0"/>
          <w:i w:val="0"/>
          <w:color w:val="A02828"/>
          <w:sz w:val="22"/>
        </w:rPr>
        <w:t>E. [WRONG] Extradural that can wait overnight because he was helmeted</w:t>
      </w:r>
    </w:p>
    <w:p>
      <w:pPr>
        <w:spacing w:before="0" w:after="20" w:line="259" w:lineRule="auto"/>
      </w:pPr>
      <w:r>
        <w:rPr>
          <w:rFonts w:ascii="Calibri" w:hAnsi="Calibri" w:eastAsia="Calibri"/>
          <w:b w:val="0"/>
          <w:i/>
          <w:color w:val="282828"/>
          <w:sz w:val="22"/>
        </w:rPr>
        <w:t>Bay: Helmets fail. A blown pupil does not wait.</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CT: large left extra-dural, midline shift. Neurosurgery want him.</w:t>
      </w:r>
    </w:p>
    <w:p>
      <w:pPr>
        <w:spacing w:before="120" w:after="20" w:line="259" w:lineRule="auto"/>
        <w:shd w:fill="E8F5EC" w:val="clear"/>
      </w:pPr>
      <w:r>
        <w:rPr>
          <w:rFonts w:ascii="Calibri" w:hAnsi="Calibri" w:eastAsia="Calibri"/>
          <w:b/>
          <w:i w:val="0"/>
          <w:color w:val="146E3C"/>
          <w:sz w:val="22"/>
        </w:rPr>
        <w:t>A. [CORRECT] Escort to theatre, keep osmotherapy and ventilation targets</w:t>
      </w:r>
    </w:p>
    <w:p>
      <w:pPr>
        <w:spacing w:before="0" w:after="20" w:line="259" w:lineRule="auto"/>
      </w:pPr>
      <w:r>
        <w:rPr>
          <w:rFonts w:ascii="Calibri" w:hAnsi="Calibri" w:eastAsia="Calibri"/>
          <w:b w:val="0"/>
          <w:i/>
          <w:color w:val="282828"/>
          <w:sz w:val="22"/>
        </w:rPr>
        <w:t>Bay: They will evacuate. You do not stop at ICU 'to settle'.</w:t>
      </w:r>
    </w:p>
    <w:p>
      <w:pPr>
        <w:spacing w:before="80" w:after="40" w:line="259" w:lineRule="auto"/>
      </w:pPr>
      <w:r>
        <w:rPr>
          <w:rFonts w:ascii="Calibri" w:hAnsi="Calibri" w:eastAsia="Calibri"/>
          <w:b/>
          <w:i w:val="0"/>
          <w:color w:val="46326E"/>
          <w:sz w:val="22"/>
        </w:rPr>
        <w:t xml:space="preserve">    Follow-up: What runs during transfer?</w:t>
      </w:r>
    </w:p>
    <w:p>
      <w:pPr>
        <w:spacing w:before="120" w:after="20" w:line="259" w:lineRule="auto"/>
        <w:shd w:fill="E8F5EC" w:val="clear"/>
      </w:pPr>
      <w:r>
        <w:rPr>
          <w:rFonts w:ascii="Calibri" w:hAnsi="Calibri" w:eastAsia="Calibri"/>
          <w:b/>
          <w:i w:val="0"/>
          <w:color w:val="146E3C"/>
          <w:sz w:val="22"/>
        </w:rPr>
        <w:t xml:space="preserve">    A. [CORRECT] Sedation, ventilation to PaCO2 4.5–5.0, head-up, osmotherapy if the pupil stays blown</w:t>
      </w:r>
    </w:p>
    <w:p>
      <w:pPr>
        <w:spacing w:before="0" w:after="20" w:line="259" w:lineRule="auto"/>
      </w:pPr>
      <w:r>
        <w:rPr>
          <w:rFonts w:ascii="Calibri" w:hAnsi="Calibri" w:eastAsia="Calibri"/>
          <w:b w:val="0"/>
          <w:i/>
          <w:color w:val="282828"/>
          <w:sz w:val="22"/>
        </w:rPr>
        <w:t xml:space="preserve">       Bay: That is neuroprotection on the move.</w:t>
      </w:r>
    </w:p>
    <w:p>
      <w:pPr>
        <w:spacing w:before="120" w:after="20" w:line="259" w:lineRule="auto"/>
        <w:shd w:fill="F8E8E8" w:val="clear"/>
      </w:pPr>
      <w:r>
        <w:rPr>
          <w:rFonts w:ascii="Calibri" w:hAnsi="Calibri" w:eastAsia="Calibri"/>
          <w:b w:val="0"/>
          <w:i w:val="0"/>
          <w:color w:val="A02828"/>
          <w:sz w:val="22"/>
        </w:rPr>
        <w:t xml:space="preserve">    B. [WRONG] Disconnect sedation so theatre can examine him</w:t>
      </w:r>
    </w:p>
    <w:p>
      <w:pPr>
        <w:spacing w:before="0" w:after="20" w:line="259" w:lineRule="auto"/>
      </w:pPr>
      <w:r>
        <w:rPr>
          <w:rFonts w:ascii="Calibri" w:hAnsi="Calibri" w:eastAsia="Calibri"/>
          <w:b w:val="0"/>
          <w:i/>
          <w:color w:val="282828"/>
          <w:sz w:val="22"/>
        </w:rPr>
        <w:t xml:space="preserve">       Bay: They will examine under anaesthetic. Do not cough him.</w:t>
      </w:r>
    </w:p>
    <w:p>
      <w:pPr>
        <w:spacing w:before="120" w:after="20" w:line="259" w:lineRule="auto"/>
        <w:shd w:fill="F8E8E8" w:val="clear"/>
      </w:pPr>
      <w:r>
        <w:rPr>
          <w:rFonts w:ascii="Calibri" w:hAnsi="Calibri" w:eastAsia="Calibri"/>
          <w:b w:val="0"/>
          <w:i w:val="0"/>
          <w:color w:val="A02828"/>
          <w:sz w:val="22"/>
        </w:rPr>
        <w:t xml:space="preserve">    C. [WRONG] Drop MAP to 70 with GTN</w:t>
      </w:r>
    </w:p>
    <w:p>
      <w:pPr>
        <w:spacing w:before="0" w:after="20" w:line="259" w:lineRule="auto"/>
      </w:pPr>
      <w:r>
        <w:rPr>
          <w:rFonts w:ascii="Calibri" w:hAnsi="Calibri" w:eastAsia="Calibri"/>
          <w:b w:val="0"/>
          <w:i/>
          <w:color w:val="282828"/>
          <w:sz w:val="22"/>
        </w:rPr>
        <w:t xml:space="preserve">       Bay: Perfusion.</w:t>
      </w:r>
    </w:p>
    <w:p>
      <w:pPr>
        <w:spacing w:before="120" w:after="20" w:line="259" w:lineRule="auto"/>
        <w:shd w:fill="F8E8E8" w:val="clear"/>
      </w:pPr>
      <w:r>
        <w:rPr>
          <w:rFonts w:ascii="Calibri" w:hAnsi="Calibri" w:eastAsia="Calibri"/>
          <w:b w:val="0"/>
          <w:i w:val="0"/>
          <w:color w:val="A02828"/>
          <w:sz w:val="22"/>
        </w:rPr>
        <w:t xml:space="preserve">    D. [WRONG] Hyperventilate to 3.0 kPa for the whole journey</w:t>
      </w:r>
    </w:p>
    <w:p>
      <w:pPr>
        <w:spacing w:before="0" w:after="20" w:line="259" w:lineRule="auto"/>
      </w:pPr>
      <w:r>
        <w:rPr>
          <w:rFonts w:ascii="Calibri" w:hAnsi="Calibri" w:eastAsia="Calibri"/>
          <w:b w:val="0"/>
          <w:i/>
          <w:color w:val="282828"/>
          <w:sz w:val="22"/>
        </w:rPr>
        <w:t xml:space="preserve">       Bay: Rescue only.</w:t>
      </w:r>
    </w:p>
    <w:p>
      <w:pPr>
        <w:spacing w:before="120" w:after="20" w:line="259" w:lineRule="auto"/>
        <w:shd w:fill="F8E8E8" w:val="clear"/>
      </w:pPr>
      <w:r>
        <w:rPr>
          <w:rFonts w:ascii="Calibri" w:hAnsi="Calibri" w:eastAsia="Calibri"/>
          <w:b w:val="0"/>
          <w:i w:val="0"/>
          <w:color w:val="A02828"/>
          <w:sz w:val="22"/>
        </w:rPr>
        <w:t xml:space="preserve">    E. [WRONG] Stop the hypertonic because the scan is already done</w:t>
      </w:r>
    </w:p>
    <w:p>
      <w:pPr>
        <w:spacing w:before="0" w:after="20" w:line="259" w:lineRule="auto"/>
      </w:pPr>
      <w:r>
        <w:rPr>
          <w:rFonts w:ascii="Calibri" w:hAnsi="Calibri" w:eastAsia="Calibri"/>
          <w:b w:val="0"/>
          <w:i/>
          <w:color w:val="282828"/>
          <w:sz w:val="22"/>
        </w:rPr>
        <w:t xml:space="preserve">       Bay: The shift is still there until the clot is out.</w:t>
      </w:r>
    </w:p>
    <w:p>
      <w:pPr>
        <w:spacing w:before="120" w:after="20" w:line="259" w:lineRule="auto"/>
        <w:shd w:fill="F8E8E8" w:val="clear"/>
      </w:pPr>
      <w:r>
        <w:rPr>
          <w:rFonts w:ascii="Calibri" w:hAnsi="Calibri" w:eastAsia="Calibri"/>
          <w:b w:val="0"/>
          <w:i w:val="0"/>
          <w:color w:val="A02828"/>
          <w:sz w:val="22"/>
        </w:rPr>
        <w:t>B. [WRONG] ICU overnight, theatre in the morning</w:t>
      </w:r>
    </w:p>
    <w:p>
      <w:pPr>
        <w:spacing w:before="0" w:after="20" w:line="259" w:lineRule="auto"/>
      </w:pPr>
      <w:r>
        <w:rPr>
          <w:rFonts w:ascii="Calibri" w:hAnsi="Calibri" w:eastAsia="Calibri"/>
          <w:b w:val="0"/>
          <w:i/>
          <w:color w:val="282828"/>
          <w:sz w:val="22"/>
        </w:rPr>
        <w:t>Bay: Shift plus a blown pupil is now.</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Repeat CT in two hours to see if it grows</w:t>
      </w:r>
    </w:p>
    <w:p>
      <w:pPr>
        <w:spacing w:before="0" w:after="20" w:line="259" w:lineRule="auto"/>
      </w:pPr>
      <w:r>
        <w:rPr>
          <w:rFonts w:ascii="Calibri" w:hAnsi="Calibri" w:eastAsia="Calibri"/>
          <w:b w:val="0"/>
          <w:i/>
          <w:color w:val="282828"/>
          <w:sz w:val="22"/>
        </w:rPr>
        <w:t>Bay: It will. So will the herniation.</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Burr hole yourself in CT because the wait is five minutes</w:t>
      </w:r>
    </w:p>
    <w:p>
      <w:pPr>
        <w:spacing w:before="0" w:after="20" w:line="259" w:lineRule="auto"/>
      </w:pPr>
      <w:r>
        <w:rPr>
          <w:rFonts w:ascii="Calibri" w:hAnsi="Calibri" w:eastAsia="Calibri"/>
          <w:b w:val="0"/>
          <w:i/>
          <w:color w:val="282828"/>
          <w:sz w:val="22"/>
        </w:rPr>
        <w:t>Bay: A five-minute wait for a neurosurgeon with a scan is not a resus burr hole.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Give high-dose steroids as in spinal cord injury</w:t>
      </w:r>
    </w:p>
    <w:p>
      <w:pPr>
        <w:spacing w:before="0" w:after="20" w:line="259" w:lineRule="auto"/>
      </w:pPr>
      <w:r>
        <w:rPr>
          <w:rFonts w:ascii="Calibri" w:hAnsi="Calibri" w:eastAsia="Calibri"/>
          <w:b w:val="0"/>
          <w:i/>
          <w:color w:val="282828"/>
          <w:sz w:val="22"/>
        </w:rPr>
        <w:t>Bay: Steroids are not indicated in TBI.</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They are taking him.</w:t>
      </w:r>
    </w:p>
    <w:p>
      <w:pPr>
        <w:spacing w:before="120" w:after="20" w:line="259" w:lineRule="auto"/>
        <w:shd w:fill="E8F5EC" w:val="clear"/>
      </w:pPr>
      <w:r>
        <w:rPr>
          <w:rFonts w:ascii="Calibri" w:hAnsi="Calibri" w:eastAsia="Calibri"/>
          <w:b/>
          <w:i w:val="0"/>
          <w:color w:val="146E3C"/>
          <w:sz w:val="22"/>
        </w:rPr>
        <w:t>A. [CORRECT] Neurosurgical theatre now</w:t>
      </w:r>
    </w:p>
    <w:p>
      <w:pPr>
        <w:spacing w:before="0" w:after="20" w:line="259" w:lineRule="auto"/>
      </w:pPr>
      <w:r>
        <w:rPr>
          <w:rFonts w:ascii="Calibri" w:hAnsi="Calibri" w:eastAsia="Calibri"/>
          <w:b w:val="0"/>
          <w:i/>
          <w:color w:val="282828"/>
          <w:sz w:val="22"/>
        </w:rPr>
        <w:t>Bay: Extra-dural with shift is an operation.</w:t>
      </w:r>
    </w:p>
    <w:p>
      <w:pPr>
        <w:spacing w:before="120" w:after="20" w:line="259" w:lineRule="auto"/>
        <w:shd w:fill="F8E8E8" w:val="clear"/>
      </w:pPr>
      <w:r>
        <w:rPr>
          <w:rFonts w:ascii="Calibri" w:hAnsi="Calibri" w:eastAsia="Calibri"/>
          <w:b w:val="0"/>
          <w:i w:val="0"/>
          <w:color w:val="A02828"/>
          <w:sz w:val="22"/>
        </w:rPr>
        <w:t>B. [WRONG] General ICU without a neurosurgeon</w:t>
      </w:r>
    </w:p>
    <w:p>
      <w:pPr>
        <w:spacing w:before="0" w:after="20" w:line="259" w:lineRule="auto"/>
      </w:pPr>
      <w:r>
        <w:rPr>
          <w:rFonts w:ascii="Calibri" w:hAnsi="Calibri" w:eastAsia="Calibri"/>
          <w:b w:val="0"/>
          <w:i/>
          <w:color w:val="282828"/>
          <w:sz w:val="22"/>
        </w:rPr>
        <w:t>Bay: The clot is the treatment.</w:t>
      </w:r>
    </w:p>
    <w:p>
      <w:pPr>
        <w:spacing w:before="120" w:after="20" w:line="259" w:lineRule="auto"/>
        <w:shd w:fill="F8E8E8" w:val="clear"/>
      </w:pPr>
      <w:r>
        <w:rPr>
          <w:rFonts w:ascii="Calibri" w:hAnsi="Calibri" w:eastAsia="Calibri"/>
          <w:b w:val="0"/>
          <w:i w:val="0"/>
          <w:color w:val="A02828"/>
          <w:sz w:val="22"/>
        </w:rPr>
        <w:t>C. [WRONG] Stroke unit</w:t>
      </w:r>
    </w:p>
    <w:p>
      <w:pPr>
        <w:spacing w:before="0" w:after="20" w:line="259" w:lineRule="auto"/>
      </w:pPr>
      <w:r>
        <w:rPr>
          <w:rFonts w:ascii="Calibri" w:hAnsi="Calibri" w:eastAsia="Calibri"/>
          <w:b w:val="0"/>
          <w:i/>
          <w:color w:val="282828"/>
          <w:sz w:val="22"/>
        </w:rPr>
        <w:t>Bay: This is trauma, not a lacunar infarct.</w:t>
      </w:r>
    </w:p>
    <w:p>
      <w:pPr>
        <w:spacing w:before="120" w:after="20" w:line="259" w:lineRule="auto"/>
        <w:shd w:fill="F8E8E8" w:val="clear"/>
      </w:pPr>
      <w:r>
        <w:rPr>
          <w:rFonts w:ascii="Calibri" w:hAnsi="Calibri" w:eastAsia="Calibri"/>
          <w:b w:val="0"/>
          <w:i w:val="0"/>
          <w:color w:val="A02828"/>
          <w:sz w:val="22"/>
        </w:rPr>
        <w:t>D. [WRONG] AMU with neuro obs</w:t>
      </w:r>
    </w:p>
    <w:p>
      <w:pPr>
        <w:spacing w:before="0" w:after="20" w:line="259" w:lineRule="auto"/>
      </w:pPr>
      <w:r>
        <w:rPr>
          <w:rFonts w:ascii="Calibri" w:hAnsi="Calibri" w:eastAsia="Calibri"/>
          <w:b w:val="0"/>
          <w:i/>
          <w:color w:val="282828"/>
          <w:sz w:val="22"/>
        </w:rPr>
        <w:t>Bay: GCS 3, tubed, shift.</w:t>
      </w:r>
    </w:p>
    <w:p>
      <w:pPr>
        <w:spacing w:before="120" w:after="20" w:line="259" w:lineRule="auto"/>
        <w:shd w:fill="F8E8E8" w:val="clear"/>
      </w:pPr>
      <w:r>
        <w:rPr>
          <w:rFonts w:ascii="Calibri" w:hAnsi="Calibri" w:eastAsia="Calibri"/>
          <w:b w:val="0"/>
          <w:i w:val="0"/>
          <w:color w:val="A02828"/>
          <w:sz w:val="22"/>
        </w:rPr>
        <w:t>E. [WRONG] Home with a head-injury advice sheet</w:t>
      </w:r>
    </w:p>
    <w:p>
      <w:pPr>
        <w:spacing w:before="0" w:after="20" w:line="259" w:lineRule="auto"/>
      </w:pPr>
      <w:r>
        <w:rPr>
          <w:rFonts w:ascii="Calibri" w:hAnsi="Calibri" w:eastAsia="Calibri"/>
          <w:b w:val="0"/>
          <w:i/>
          <w:color w:val="282828"/>
          <w:sz w:val="22"/>
        </w:rPr>
        <w:t>Bay: No.</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he leaves.</w:t>
      </w:r>
    </w:p>
    <w:p>
      <w:pPr>
        <w:spacing w:before="120" w:after="20" w:line="259" w:lineRule="auto"/>
        <w:shd w:fill="E8F5EC" w:val="clear"/>
      </w:pPr>
      <w:r>
        <w:rPr>
          <w:rFonts w:ascii="Calibri" w:hAnsi="Calibri" w:eastAsia="Calibri"/>
          <w:b/>
          <w:i w:val="0"/>
          <w:color w:val="146E3C"/>
          <w:sz w:val="22"/>
        </w:rPr>
        <w:t>A. [CORRECT] Tube position, last ABG, pupils, products if any, timings of the blow</w:t>
      </w:r>
    </w:p>
    <w:p>
      <w:pPr>
        <w:spacing w:before="0" w:after="20" w:line="259" w:lineRule="auto"/>
      </w:pPr>
      <w:r>
        <w:rPr>
          <w:rFonts w:ascii="Calibri" w:hAnsi="Calibri" w:eastAsia="Calibri"/>
          <w:b w:val="0"/>
          <w:i/>
          <w:color w:val="282828"/>
          <w:sz w:val="22"/>
        </w:rPr>
        <w:t>Bay: Handover is the brain and the airway.</w:t>
      </w:r>
    </w:p>
    <w:p>
      <w:pPr>
        <w:spacing w:before="80" w:after="40" w:line="259" w:lineRule="auto"/>
      </w:pPr>
      <w:r>
        <w:rPr>
          <w:rFonts w:ascii="Calibri" w:hAnsi="Calibri" w:eastAsia="Calibri"/>
          <w:b/>
          <w:i w:val="0"/>
          <w:color w:val="46326E"/>
          <w:sz w:val="22"/>
        </w:rPr>
        <w:t xml:space="preserve">    Follow-up: Which pupil finding matters most?</w:t>
      </w:r>
    </w:p>
    <w:p>
      <w:pPr>
        <w:spacing w:before="120" w:after="20" w:line="259" w:lineRule="auto"/>
        <w:shd w:fill="E8F5EC" w:val="clear"/>
      </w:pPr>
      <w:r>
        <w:rPr>
          <w:rFonts w:ascii="Calibri" w:hAnsi="Calibri" w:eastAsia="Calibri"/>
          <w:b/>
          <w:i w:val="0"/>
          <w:color w:val="146E3C"/>
          <w:sz w:val="22"/>
        </w:rPr>
        <w:t xml:space="preserve">    A. [CORRECT] That it was unilateral and new at the scene, still 6 mm</w:t>
      </w:r>
    </w:p>
    <w:p>
      <w:pPr>
        <w:spacing w:before="0" w:after="20" w:line="259" w:lineRule="auto"/>
      </w:pPr>
      <w:r>
        <w:rPr>
          <w:rFonts w:ascii="Calibri" w:hAnsi="Calibri" w:eastAsia="Calibri"/>
          <w:b w:val="0"/>
          <w:i/>
          <w:color w:val="282828"/>
          <w:sz w:val="22"/>
        </w:rPr>
        <w:t xml:space="preserve">       Bay: Time of blown pupil is the clock for herniation.</w:t>
      </w:r>
    </w:p>
    <w:p>
      <w:pPr>
        <w:spacing w:before="120" w:after="20" w:line="259" w:lineRule="auto"/>
        <w:shd w:fill="F8E8E8" w:val="clear"/>
      </w:pPr>
      <w:r>
        <w:rPr>
          <w:rFonts w:ascii="Calibri" w:hAnsi="Calibri" w:eastAsia="Calibri"/>
          <w:b w:val="0"/>
          <w:i w:val="0"/>
          <w:color w:val="A02828"/>
          <w:sz w:val="22"/>
        </w:rPr>
        <w:t xml:space="preserve">    B. [WRONG] That both pupils will be 3 mm after fentanyl so ignore them</w:t>
      </w:r>
    </w:p>
    <w:p>
      <w:pPr>
        <w:spacing w:before="0" w:after="20" w:line="259" w:lineRule="auto"/>
      </w:pPr>
      <w:r>
        <w:rPr>
          <w:rFonts w:ascii="Calibri" w:hAnsi="Calibri" w:eastAsia="Calibri"/>
          <w:b w:val="0"/>
          <w:i/>
          <w:color w:val="282828"/>
          <w:sz w:val="22"/>
        </w:rPr>
        <w:t xml:space="preserve">       Bay: Serial pupils still matter.</w:t>
      </w:r>
    </w:p>
    <w:p>
      <w:pPr>
        <w:spacing w:before="120" w:after="20" w:line="259" w:lineRule="auto"/>
        <w:shd w:fill="F8E8E8" w:val="clear"/>
      </w:pPr>
      <w:r>
        <w:rPr>
          <w:rFonts w:ascii="Calibri" w:hAnsi="Calibri" w:eastAsia="Calibri"/>
          <w:b w:val="0"/>
          <w:i w:val="0"/>
          <w:color w:val="A02828"/>
          <w:sz w:val="22"/>
        </w:rPr>
        <w:t xml:space="preserve">    C. [WRONG] A single check is enough for the night</w:t>
      </w:r>
    </w:p>
    <w:p>
      <w:pPr>
        <w:spacing w:before="0" w:after="20" w:line="259" w:lineRule="auto"/>
      </w:pPr>
      <w:r>
        <w:rPr>
          <w:rFonts w:ascii="Calibri" w:hAnsi="Calibri" w:eastAsia="Calibri"/>
          <w:b w:val="0"/>
          <w:i/>
          <w:color w:val="282828"/>
          <w:sz w:val="22"/>
        </w:rPr>
        <w:t xml:space="preserve">       Bay: Recheck on handover.</w:t>
      </w:r>
    </w:p>
    <w:p>
      <w:pPr>
        <w:spacing w:before="120" w:after="20" w:line="259" w:lineRule="auto"/>
        <w:shd w:fill="F8E8E8" w:val="clear"/>
      </w:pPr>
      <w:r>
        <w:rPr>
          <w:rFonts w:ascii="Calibri" w:hAnsi="Calibri" w:eastAsia="Calibri"/>
          <w:b w:val="0"/>
          <w:i w:val="0"/>
          <w:color w:val="A02828"/>
          <w:sz w:val="22"/>
        </w:rPr>
        <w:t xml:space="preserve">    D. [WRONG] Pinpoint pupils mean a good outcome</w:t>
      </w:r>
    </w:p>
    <w:p>
      <w:pPr>
        <w:spacing w:before="0" w:after="20" w:line="259" w:lineRule="auto"/>
      </w:pPr>
      <w:r>
        <w:rPr>
          <w:rFonts w:ascii="Calibri" w:hAnsi="Calibri" w:eastAsia="Calibri"/>
          <w:b w:val="0"/>
          <w:i/>
          <w:color w:val="282828"/>
          <w:sz w:val="22"/>
        </w:rPr>
        <w:t xml:space="preserve">       Bay: His are not pinpoint.</w:t>
      </w:r>
    </w:p>
    <w:p>
      <w:pPr>
        <w:spacing w:before="120" w:after="20" w:line="259" w:lineRule="auto"/>
        <w:shd w:fill="F8E8E8" w:val="clear"/>
      </w:pPr>
      <w:r>
        <w:rPr>
          <w:rFonts w:ascii="Calibri" w:hAnsi="Calibri" w:eastAsia="Calibri"/>
          <w:b w:val="0"/>
          <w:i w:val="0"/>
          <w:color w:val="A02828"/>
          <w:sz w:val="22"/>
        </w:rPr>
        <w:t xml:space="preserve">    E. [WRONG] A blown pupil always means death — stop</w:t>
      </w:r>
    </w:p>
    <w:p>
      <w:pPr>
        <w:spacing w:before="0" w:after="20" w:line="259" w:lineRule="auto"/>
      </w:pPr>
      <w:r>
        <w:rPr>
          <w:rFonts w:ascii="Calibri" w:hAnsi="Calibri" w:eastAsia="Calibri"/>
          <w:b w:val="0"/>
          <w:i/>
          <w:color w:val="282828"/>
          <w:sz w:val="22"/>
        </w:rPr>
        <w:t xml:space="preserve">       Bay: Extra-durals are the salvageable ones. Go.</w:t>
      </w:r>
    </w:p>
    <w:p>
      <w:pPr>
        <w:spacing w:before="120" w:after="20" w:line="259" w:lineRule="auto"/>
        <w:shd w:fill="F8E8E8" w:val="clear"/>
      </w:pPr>
      <w:r>
        <w:rPr>
          <w:rFonts w:ascii="Calibri" w:hAnsi="Calibri" w:eastAsia="Calibri"/>
          <w:b w:val="0"/>
          <w:i w:val="0"/>
          <w:color w:val="A02828"/>
          <w:sz w:val="22"/>
        </w:rPr>
        <w:t>B. [WRONG] Pull the collar because the CT C-spine is not yet reported</w:t>
      </w:r>
    </w:p>
    <w:p>
      <w:pPr>
        <w:spacing w:before="0" w:after="20" w:line="259" w:lineRule="auto"/>
      </w:pPr>
      <w:r>
        <w:rPr>
          <w:rFonts w:ascii="Calibri" w:hAnsi="Calibri" w:eastAsia="Calibri"/>
          <w:b w:val="0"/>
          <w:i/>
          <w:color w:val="282828"/>
          <w:sz w:val="22"/>
        </w:rPr>
        <w:t>Bay: Keep protection until it is cleared.</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Give a litre of 5% dextrose for the transfer</w:t>
      </w:r>
    </w:p>
    <w:p>
      <w:pPr>
        <w:spacing w:before="0" w:after="20" w:line="259" w:lineRule="auto"/>
      </w:pPr>
      <w:r>
        <w:rPr>
          <w:rFonts w:ascii="Calibri" w:hAnsi="Calibri" w:eastAsia="Calibri"/>
          <w:b w:val="0"/>
          <w:i/>
          <w:color w:val="282828"/>
          <w:sz w:val="22"/>
        </w:rPr>
        <w:t>Bay: Isotonic fluids.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Stop all sedation for a GCS on arrival</w:t>
      </w:r>
    </w:p>
    <w:p>
      <w:pPr>
        <w:spacing w:before="0" w:after="20" w:line="259" w:lineRule="auto"/>
      </w:pPr>
      <w:r>
        <w:rPr>
          <w:rFonts w:ascii="Calibri" w:hAnsi="Calibri" w:eastAsia="Calibri"/>
          <w:b w:val="0"/>
          <w:i/>
          <w:color w:val="282828"/>
          <w:sz w:val="22"/>
        </w:rPr>
        <w:t>Bay: He will cough and herniate.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Load phenytoin on every TBI regardless</w:t>
      </w:r>
    </w:p>
    <w:p>
      <w:pPr>
        <w:spacing w:before="0" w:after="20" w:line="259" w:lineRule="auto"/>
      </w:pPr>
      <w:r>
        <w:rPr>
          <w:rFonts w:ascii="Calibri" w:hAnsi="Calibri" w:eastAsia="Calibri"/>
          <w:b w:val="0"/>
          <w:i/>
          <w:color w:val="282828"/>
          <w:sz w:val="22"/>
        </w:rPr>
        <w:t>Bay: Seizure prophylaxis is not automatic for every TBI — follow neurosurgical advice; the operation is the priority.</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The surgeon calls from theatre.</w:t>
      </w:r>
    </w:p>
    <w:p>
      <w:pPr>
        <w:spacing w:before="120" w:after="20" w:line="259" w:lineRule="auto"/>
        <w:shd w:fill="E8F5EC" w:val="clear"/>
      </w:pPr>
      <w:r>
        <w:rPr>
          <w:rFonts w:ascii="Calibri" w:hAnsi="Calibri" w:eastAsia="Calibri"/>
          <w:b/>
          <w:i w:val="0"/>
          <w:color w:val="146E3C"/>
          <w:sz w:val="22"/>
        </w:rPr>
        <w:t>A. [CORRECT] Left extra-dural haematoma with uncal herniation</w:t>
      </w:r>
    </w:p>
    <w:p>
      <w:pPr>
        <w:spacing w:before="0" w:after="20" w:line="259" w:lineRule="auto"/>
      </w:pPr>
      <w:r>
        <w:rPr>
          <w:rFonts w:ascii="Calibri" w:hAnsi="Calibri" w:eastAsia="Calibri"/>
          <w:b w:val="0"/>
          <w:i/>
          <w:color w:val="282828"/>
          <w:sz w:val="22"/>
        </w:rPr>
        <w:t>Bay: Classic lucid story is missing because he arrived already GCS 7 — the scan still says extra-dural.</w:t>
      </w:r>
    </w:p>
    <w:p>
      <w:pPr>
        <w:spacing w:before="120" w:after="20" w:line="259" w:lineRule="auto"/>
        <w:shd w:fill="F8E8E8" w:val="clear"/>
      </w:pPr>
      <w:r>
        <w:rPr>
          <w:rFonts w:ascii="Calibri" w:hAnsi="Calibri" w:eastAsia="Calibri"/>
          <w:b w:val="0"/>
          <w:i w:val="0"/>
          <w:color w:val="A02828"/>
          <w:sz w:val="22"/>
        </w:rPr>
        <w:t>B. [WRONG] Ischaemic stroke</w:t>
      </w:r>
    </w:p>
    <w:p>
      <w:pPr>
        <w:spacing w:before="0" w:after="20" w:line="259" w:lineRule="auto"/>
      </w:pPr>
      <w:r>
        <w:rPr>
          <w:rFonts w:ascii="Calibri" w:hAnsi="Calibri" w:eastAsia="Calibri"/>
          <w:b w:val="0"/>
          <w:i/>
          <w:color w:val="282828"/>
          <w:sz w:val="22"/>
        </w:rPr>
        <w:t>Bay: Mechanism is a motorbike.</w:t>
      </w:r>
    </w:p>
    <w:p>
      <w:pPr>
        <w:spacing w:before="120" w:after="20" w:line="259" w:lineRule="auto"/>
        <w:shd w:fill="F8E8E8" w:val="clear"/>
      </w:pPr>
      <w:r>
        <w:rPr>
          <w:rFonts w:ascii="Calibri" w:hAnsi="Calibri" w:eastAsia="Calibri"/>
          <w:b w:val="0"/>
          <w:i w:val="0"/>
          <w:color w:val="A02828"/>
          <w:sz w:val="22"/>
        </w:rPr>
        <w:t>C. [WRONG] SAH only, no mass lesion</w:t>
      </w:r>
    </w:p>
    <w:p>
      <w:pPr>
        <w:spacing w:before="0" w:after="20" w:line="259" w:lineRule="auto"/>
      </w:pPr>
      <w:r>
        <w:rPr>
          <w:rFonts w:ascii="Calibri" w:hAnsi="Calibri" w:eastAsia="Calibri"/>
          <w:b w:val="0"/>
          <w:i/>
          <w:color w:val="282828"/>
          <w:sz w:val="22"/>
        </w:rPr>
        <w:t>Bay: There is a clot with shift.</w:t>
      </w:r>
    </w:p>
    <w:p>
      <w:pPr>
        <w:spacing w:before="120" w:after="20" w:line="259" w:lineRule="auto"/>
        <w:shd w:fill="F8E8E8" w:val="clear"/>
      </w:pPr>
      <w:r>
        <w:rPr>
          <w:rFonts w:ascii="Calibri" w:hAnsi="Calibri" w:eastAsia="Calibri"/>
          <w:b w:val="0"/>
          <w:i w:val="0"/>
          <w:color w:val="A02828"/>
          <w:sz w:val="22"/>
        </w:rPr>
        <w:t>D. [WRONG] Hypoglycaemic coma</w:t>
      </w:r>
    </w:p>
    <w:p>
      <w:pPr>
        <w:spacing w:before="0" w:after="20" w:line="259" w:lineRule="auto"/>
      </w:pPr>
      <w:r>
        <w:rPr>
          <w:rFonts w:ascii="Calibri" w:hAnsi="Calibri" w:eastAsia="Calibri"/>
          <w:b w:val="0"/>
          <w:i/>
          <w:color w:val="282828"/>
          <w:sz w:val="22"/>
        </w:rPr>
        <w:t>Bay: BM 6.2.</w:t>
      </w:r>
    </w:p>
    <w:p>
      <w:pPr>
        <w:spacing w:before="120" w:after="20" w:line="259" w:lineRule="auto"/>
        <w:shd w:fill="F8E8E8" w:val="clear"/>
      </w:pPr>
      <w:r>
        <w:rPr>
          <w:rFonts w:ascii="Calibri" w:hAnsi="Calibri" w:eastAsia="Calibri"/>
          <w:b w:val="0"/>
          <w:i w:val="0"/>
          <w:color w:val="A02828"/>
          <w:sz w:val="22"/>
        </w:rPr>
        <w:t>E. [WRONG] Cervical cord transection as the cause of the pupil</w:t>
      </w:r>
    </w:p>
    <w:p>
      <w:pPr>
        <w:spacing w:before="0" w:after="20" w:line="259" w:lineRule="auto"/>
      </w:pPr>
      <w:r>
        <w:rPr>
          <w:rFonts w:ascii="Calibri" w:hAnsi="Calibri" w:eastAsia="Calibri"/>
          <w:b w:val="0"/>
          <w:i/>
          <w:color w:val="282828"/>
          <w:sz w:val="22"/>
        </w:rPr>
        <w:t>Bay: A unilateral blown pupil is a III nerve, not a cord.</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Traumatic extra-dural haematoma with herniation</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GCS 7, snoring, RR 8 after blunt trauma</w:t>
      </w:r>
    </w:p>
    <w:p>
      <w:pPr>
        <w:spacing w:before="0" w:after="40" w:line="259" w:lineRule="auto"/>
      </w:pPr>
      <w:r>
        <w:rPr>
          <w:rFonts w:ascii="Calibri" w:hAnsi="Calibri" w:eastAsia="Calibri"/>
          <w:b w:val="0"/>
          <w:i w:val="0"/>
          <w:sz w:val="22"/>
        </w:rPr>
        <w:t>• Unilateral dilated pupil, Cushing's response</w:t>
      </w:r>
    </w:p>
    <w:p>
      <w:pPr>
        <w:spacing w:before="0" w:after="40" w:line="259" w:lineRule="auto"/>
      </w:pPr>
      <w:r>
        <w:rPr>
          <w:rFonts w:ascii="Calibri" w:hAnsi="Calibri" w:eastAsia="Calibri"/>
          <w:b w:val="0"/>
          <w:i w:val="0"/>
          <w:sz w:val="22"/>
        </w:rPr>
        <w:t>• CT: extra-dural with midline shift</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Immediate RSI then CT head / C-spine — do not delay the tube for the scanner</w:t>
      </w:r>
    </w:p>
    <w:p>
      <w:pPr>
        <w:spacing w:before="0" w:after="40" w:line="259" w:lineRule="auto"/>
      </w:pPr>
      <w:r>
        <w:rPr>
          <w:rFonts w:ascii="Calibri" w:hAnsi="Calibri" w:eastAsia="Calibri"/>
          <w:b w:val="0"/>
          <w:i w:val="0"/>
          <w:sz w:val="22"/>
        </w:rPr>
        <w:t>• ABG to titrate CO2</w:t>
      </w:r>
    </w:p>
    <w:p>
      <w:pPr>
        <w:spacing w:before="0" w:after="40" w:line="259" w:lineRule="auto"/>
      </w:pPr>
      <w:r>
        <w:rPr>
          <w:rFonts w:ascii="Calibri" w:hAnsi="Calibri" w:eastAsia="Calibri"/>
          <w:b w:val="0"/>
          <w:i w:val="0"/>
          <w:sz w:val="22"/>
        </w:rPr>
        <w:t>• Glucose, coagulation, trauma series as able</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RSI, SpO2 94–98%, PaCO2 4.5–5.0 kPa, avoid hypotension</w:t>
      </w:r>
    </w:p>
    <w:p>
      <w:pPr>
        <w:spacing w:before="0" w:after="40" w:line="259" w:lineRule="auto"/>
      </w:pPr>
      <w:r>
        <w:rPr>
          <w:rFonts w:ascii="Calibri" w:hAnsi="Calibri" w:eastAsia="Calibri"/>
          <w:b w:val="0"/>
          <w:i w:val="0"/>
          <w:sz w:val="22"/>
        </w:rPr>
        <w:t>• Head-up 20–30°, hypertonic saline or mannitol if herniating</w:t>
      </w:r>
    </w:p>
    <w:p>
      <w:pPr>
        <w:spacing w:before="0" w:after="40" w:line="259" w:lineRule="auto"/>
      </w:pPr>
      <w:r>
        <w:rPr>
          <w:rFonts w:ascii="Calibri" w:hAnsi="Calibri" w:eastAsia="Calibri"/>
          <w:b w:val="0"/>
          <w:i w:val="0"/>
          <w:sz w:val="22"/>
        </w:rPr>
        <w:t>• Urgent neurosurgical evacuation — do not 'observe' a shift and a blown pupil</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NICE NG232 head injury</w:t>
      </w:r>
    </w:p>
    <w:p>
      <w:pPr>
        <w:spacing w:before="0" w:after="40" w:line="259" w:lineRule="auto"/>
      </w:pPr>
      <w:r>
        <w:rPr>
          <w:rFonts w:ascii="Calibri" w:hAnsi="Calibri" w:eastAsia="Calibri"/>
          <w:b w:val="0"/>
          <w:i w:val="0"/>
          <w:sz w:val="22"/>
        </w:rPr>
        <w:t>• AAGBI / RCEM emergency anaesthesia</w:t>
      </w:r>
    </w:p>
    <w:p>
      <w:pPr>
        <w:spacing w:before="0" w:after="40" w:line="259" w:lineRule="auto"/>
      </w:pPr>
      <w:r>
        <w:rPr>
          <w:rFonts w:ascii="Calibri" w:hAnsi="Calibri" w:eastAsia="Calibri"/>
          <w:b w:val="0"/>
          <w:i w:val="0"/>
          <w:sz w:val="22"/>
        </w:rPr>
        <w:t>• BOAST / trauma neurosurgery</w:t>
      </w:r>
    </w:p>
    <w:p>
      <w:r>
        <w:br w:type="page"/>
      </w:r>
    </w:p>
    <w:p>
      <w:pPr>
        <w:spacing w:before="120" w:after="160" w:line="259" w:lineRule="auto"/>
      </w:pPr>
      <w:r>
        <w:rPr>
          <w:rFonts w:ascii="Calibri" w:hAnsi="Calibri" w:eastAsia="Calibri"/>
          <w:b/>
          <w:i w:val="0"/>
          <w:color w:val="0C0E10"/>
          <w:sz w:val="36"/>
        </w:rPr>
        <w:t>Case 25 — Haemorrhagic shock from open-book pelvic fracture</w:t>
      </w:r>
    </w:p>
    <w:p>
      <w:pPr>
        <w:spacing w:before="0" w:after="40" w:line="259" w:lineRule="auto"/>
      </w:pPr>
      <w:r>
        <w:rPr>
          <w:rFonts w:ascii="Calibri" w:hAnsi="Calibri" w:eastAsia="Calibri"/>
          <w:b w:val="0"/>
          <w:i/>
          <w:color w:val="5A5A5A"/>
          <w:sz w:val="20"/>
        </w:rPr>
        <w:t>pre-alert · Scottish Ambulance Service — pre-alert · rhythm sinus-tach</w:t>
      </w:r>
    </w:p>
    <w:p>
      <w:pPr>
        <w:spacing w:before="0" w:after="40" w:line="259" w:lineRule="auto"/>
      </w:pPr>
      <w:r>
        <w:rPr>
          <w:rFonts w:ascii="Calibri" w:hAnsi="Calibri" w:eastAsia="Calibri"/>
          <w:b w:val="0"/>
          <w:i/>
          <w:color w:val="5A5A5A"/>
          <w:sz w:val="20"/>
        </w:rPr>
        <w:t>HR 128   BP 84/52   RR 24   SpO2 97%   temp 35.8   GCS 15   BM 6</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27 years, male</w:t>
      </w:r>
    </w:p>
    <w:p>
      <w:pPr>
        <w:spacing w:before="0" w:after="40" w:line="259" w:lineRule="auto"/>
      </w:pPr>
      <w:r>
        <w:rPr>
          <w:rFonts w:ascii="Calibri" w:hAnsi="Calibri" w:eastAsia="Calibri"/>
          <w:b w:val="0"/>
          <w:i w:val="0"/>
          <w:sz w:val="22"/>
        </w:rPr>
        <w:t>T motorbike, 40 mph, vs wall 18 minutes ago</w:t>
      </w:r>
    </w:p>
    <w:p>
      <w:pPr>
        <w:spacing w:before="0" w:after="40" w:line="259" w:lineRule="auto"/>
      </w:pPr>
      <w:r>
        <w:rPr>
          <w:rFonts w:ascii="Calibri" w:hAnsi="Calibri" w:eastAsia="Calibri"/>
          <w:b w:val="0"/>
          <w:i w:val="0"/>
          <w:sz w:val="22"/>
        </w:rPr>
        <w:t>M blunt — pelvic pain, no helmet issue, talking</w:t>
      </w:r>
    </w:p>
    <w:p>
      <w:pPr>
        <w:spacing w:before="0" w:after="40" w:line="259" w:lineRule="auto"/>
      </w:pPr>
      <w:r>
        <w:rPr>
          <w:rFonts w:ascii="Calibri" w:hAnsi="Calibri" w:eastAsia="Calibri"/>
          <w:b w:val="0"/>
          <w:i w:val="0"/>
          <w:sz w:val="22"/>
        </w:rPr>
        <w:t>I none</w:t>
      </w:r>
    </w:p>
    <w:p>
      <w:pPr>
        <w:spacing w:before="0" w:after="40" w:line="259" w:lineRule="auto"/>
      </w:pPr>
      <w:r>
        <w:rPr>
          <w:rFonts w:ascii="Calibri" w:hAnsi="Calibri" w:eastAsia="Calibri"/>
          <w:b w:val="0"/>
          <w:i w:val="0"/>
          <w:sz w:val="22"/>
        </w:rPr>
        <w:t>S HR 128 BP 84/52 RR 24 SpO2 97% air GCS 15, pelvis feels wrong</w:t>
      </w:r>
    </w:p>
    <w:p>
      <w:pPr>
        <w:spacing w:before="0" w:after="40" w:line="259" w:lineRule="auto"/>
      </w:pPr>
      <w:r>
        <w:rPr>
          <w:rFonts w:ascii="Calibri" w:hAnsi="Calibri" w:eastAsia="Calibri"/>
          <w:b w:val="0"/>
          <w:i w:val="0"/>
          <w:sz w:val="22"/>
        </w:rPr>
        <w:t>T oxygen, one cannula, no binder</w:t>
      </w:r>
    </w:p>
    <w:p>
      <w:pPr>
        <w:spacing w:before="0" w:after="40" w:line="259" w:lineRule="auto"/>
      </w:pPr>
      <w:r>
        <w:rPr>
          <w:rFonts w:ascii="Calibri" w:hAnsi="Calibri" w:eastAsia="Calibri"/>
          <w:b w:val="0"/>
          <w:i w:val="0"/>
          <w:sz w:val="22"/>
        </w:rPr>
        <w:t>ETA 4 minutes. Crew: "We did not bind him. He is shocky."</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talking, no stridor.</w:t>
      </w:r>
    </w:p>
    <w:p>
      <w:pPr>
        <w:spacing w:before="0" w:after="40" w:line="259" w:lineRule="auto"/>
      </w:pPr>
      <w:r>
        <w:rPr>
          <w:rFonts w:ascii="Calibri" w:hAnsi="Calibri" w:eastAsia="Calibri"/>
          <w:b w:val="0"/>
          <w:i w:val="0"/>
          <w:sz w:val="22"/>
        </w:rPr>
        <w:t>B — RR 24, equal air entry, chest clear, SpO2 97% air. No flail.</w:t>
      </w:r>
    </w:p>
    <w:p>
      <w:pPr>
        <w:spacing w:before="0" w:after="40" w:line="259" w:lineRule="auto"/>
      </w:pPr>
      <w:r>
        <w:rPr>
          <w:rFonts w:ascii="Calibri" w:hAnsi="Calibri" w:eastAsia="Calibri"/>
          <w:b w:val="0"/>
          <w:i w:val="0"/>
          <w:sz w:val="22"/>
        </w:rPr>
        <w:t>C — HR 128, BP 84/52, abdomen mildly tender, pelvis unstable on a first gentle spring (then you stop), scrotal bruising, no femoral pulses delay, legs moving.</w:t>
      </w:r>
    </w:p>
    <w:p>
      <w:pPr>
        <w:spacing w:before="0" w:after="40" w:line="259" w:lineRule="auto"/>
      </w:pPr>
      <w:r>
        <w:rPr>
          <w:rFonts w:ascii="Calibri" w:hAnsi="Calibri" w:eastAsia="Calibri"/>
          <w:b w:val="0"/>
          <w:i w:val="0"/>
          <w:sz w:val="22"/>
        </w:rPr>
        <w:t>D — GCS 15, BM 6.0, no head wound.</w:t>
      </w:r>
    </w:p>
    <w:p>
      <w:pPr>
        <w:spacing w:before="0" w:after="40" w:line="259" w:lineRule="auto"/>
      </w:pPr>
      <w:r>
        <w:rPr>
          <w:rFonts w:ascii="Calibri" w:hAnsi="Calibri" w:eastAsia="Calibri"/>
          <w:b w:val="0"/>
          <w:i w:val="0"/>
          <w:sz w:val="22"/>
        </w:rPr>
        <w:t>E — shortened, externally rotated right leg, no open fracture, PR not yet done.</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Shocked, pelvis feels open, no binder on.</w:t>
      </w:r>
    </w:p>
    <w:p>
      <w:pPr>
        <w:spacing w:before="120" w:after="20" w:line="259" w:lineRule="auto"/>
        <w:shd w:fill="E8F5EC" w:val="clear"/>
      </w:pPr>
      <w:r>
        <w:rPr>
          <w:rFonts w:ascii="Calibri" w:hAnsi="Calibri" w:eastAsia="Calibri"/>
          <w:b/>
          <w:i w:val="0"/>
          <w:color w:val="146E3C"/>
          <w:sz w:val="22"/>
        </w:rPr>
        <w:t>A. [CORRECT] Pelvic binder at the greater trochanters</w:t>
      </w:r>
    </w:p>
    <w:p>
      <w:pPr>
        <w:spacing w:before="0" w:after="20" w:line="259" w:lineRule="auto"/>
      </w:pPr>
      <w:r>
        <w:rPr>
          <w:rFonts w:ascii="Calibri" w:hAnsi="Calibri" w:eastAsia="Calibri"/>
          <w:b w:val="0"/>
          <w:i/>
          <w:color w:val="282828"/>
          <w:sz w:val="22"/>
        </w:rPr>
        <w:t>Bay: Binder on, feet internally rotated. Blood called. You do not spring it again.</w:t>
      </w:r>
    </w:p>
    <w:p>
      <w:pPr>
        <w:spacing w:before="0" w:after="40" w:line="259" w:lineRule="auto"/>
      </w:pPr>
      <w:r>
        <w:rPr>
          <w:rFonts w:ascii="Calibri" w:hAnsi="Calibri" w:eastAsia="Calibri"/>
          <w:b w:val="0"/>
          <w:i/>
          <w:color w:val="5A4614"/>
          <w:sz w:val="20"/>
        </w:rPr>
        <w:t>Reaction: sbp +8</w:t>
      </w:r>
    </w:p>
    <w:p>
      <w:pPr>
        <w:spacing w:before="80" w:after="40" w:line="259" w:lineRule="auto"/>
      </w:pPr>
      <w:r>
        <w:rPr>
          <w:rFonts w:ascii="Calibri" w:hAnsi="Calibri" w:eastAsia="Calibri"/>
          <w:b/>
          <w:i w:val="0"/>
          <w:color w:val="46326E"/>
          <w:sz w:val="22"/>
        </w:rPr>
        <w:t xml:space="preserve">    Follow-up: Where does it sit?</w:t>
      </w:r>
    </w:p>
    <w:p>
      <w:pPr>
        <w:spacing w:before="120" w:after="20" w:line="259" w:lineRule="auto"/>
        <w:shd w:fill="E8F5EC" w:val="clear"/>
      </w:pPr>
      <w:r>
        <w:rPr>
          <w:rFonts w:ascii="Calibri" w:hAnsi="Calibri" w:eastAsia="Calibri"/>
          <w:b/>
          <w:i w:val="0"/>
          <w:color w:val="146E3C"/>
          <w:sz w:val="22"/>
        </w:rPr>
        <w:t xml:space="preserve">    A. [CORRECT] Over the greater trochanters, not the iliac crests</w:t>
      </w:r>
    </w:p>
    <w:p>
      <w:pPr>
        <w:spacing w:before="0" w:after="20" w:line="259" w:lineRule="auto"/>
      </w:pPr>
      <w:r>
        <w:rPr>
          <w:rFonts w:ascii="Calibri" w:hAnsi="Calibri" w:eastAsia="Calibri"/>
          <w:b w:val="0"/>
          <w:i/>
          <w:color w:val="282828"/>
          <w:sz w:val="22"/>
        </w:rPr>
        <w:t xml:space="preserve">       Bay: Too high and it does not close the ring.</w:t>
      </w:r>
    </w:p>
    <w:p>
      <w:pPr>
        <w:spacing w:before="120" w:after="20" w:line="259" w:lineRule="auto"/>
        <w:shd w:fill="F8E8E8" w:val="clear"/>
      </w:pPr>
      <w:r>
        <w:rPr>
          <w:rFonts w:ascii="Calibri" w:hAnsi="Calibri" w:eastAsia="Calibri"/>
          <w:b w:val="0"/>
          <w:i w:val="0"/>
          <w:color w:val="A02828"/>
          <w:sz w:val="22"/>
        </w:rPr>
        <w:t xml:space="preserve">    B. [WRONG] Over the iliac crests</w:t>
      </w:r>
    </w:p>
    <w:p>
      <w:pPr>
        <w:spacing w:before="0" w:after="20" w:line="259" w:lineRule="auto"/>
      </w:pPr>
      <w:r>
        <w:rPr>
          <w:rFonts w:ascii="Calibri" w:hAnsi="Calibri" w:eastAsia="Calibri"/>
          <w:b w:val="0"/>
          <w:i/>
          <w:color w:val="282828"/>
          <w:sz w:val="22"/>
        </w:rPr>
        <w:t xml:space="preserve">       Bay: A common mistake. It will not reduce an open book.</w:t>
      </w:r>
    </w:p>
    <w:p>
      <w:pPr>
        <w:spacing w:before="120" w:after="20" w:line="259" w:lineRule="auto"/>
        <w:shd w:fill="F8E8E8" w:val="clear"/>
      </w:pPr>
      <w:r>
        <w:rPr>
          <w:rFonts w:ascii="Calibri" w:hAnsi="Calibri" w:eastAsia="Calibri"/>
          <w:b w:val="0"/>
          <w:i w:val="0"/>
          <w:color w:val="A02828"/>
          <w:sz w:val="22"/>
        </w:rPr>
        <w:t xml:space="preserve">    C. [WRONG] Around the chest to 'splint everything'</w:t>
      </w:r>
    </w:p>
    <w:p>
      <w:pPr>
        <w:spacing w:before="0" w:after="20" w:line="259" w:lineRule="auto"/>
      </w:pPr>
      <w:r>
        <w:rPr>
          <w:rFonts w:ascii="Calibri" w:hAnsi="Calibri" w:eastAsia="Calibri"/>
          <w:b w:val="0"/>
          <w:i/>
          <w:color w:val="282828"/>
          <w:sz w:val="22"/>
        </w:rPr>
        <w:t xml:space="preserve">       Bay: Wrong cavity.</w:t>
      </w:r>
    </w:p>
    <w:p>
      <w:pPr>
        <w:spacing w:before="120" w:after="20" w:line="259" w:lineRule="auto"/>
        <w:shd w:fill="F8E8E8" w:val="clear"/>
      </w:pPr>
      <w:r>
        <w:rPr>
          <w:rFonts w:ascii="Calibri" w:hAnsi="Calibri" w:eastAsia="Calibri"/>
          <w:b w:val="0"/>
          <w:i w:val="0"/>
          <w:color w:val="A02828"/>
          <w:sz w:val="22"/>
        </w:rPr>
        <w:t xml:space="preserve">    D. [WRONG] Leave it off until a pelvic radiograph</w:t>
      </w:r>
    </w:p>
    <w:p>
      <w:pPr>
        <w:spacing w:before="0" w:after="20" w:line="259" w:lineRule="auto"/>
      </w:pPr>
      <w:r>
        <w:rPr>
          <w:rFonts w:ascii="Calibri" w:hAnsi="Calibri" w:eastAsia="Calibri"/>
          <w:b w:val="0"/>
          <w:i/>
          <w:color w:val="282828"/>
          <w:sz w:val="22"/>
        </w:rPr>
        <w:t xml:space="preserve">       Bay: Bind first. Film later.</w:t>
      </w:r>
    </w:p>
    <w:p>
      <w:pPr>
        <w:spacing w:before="120" w:after="20" w:line="259" w:lineRule="auto"/>
        <w:shd w:fill="F8E8E8" w:val="clear"/>
      </w:pPr>
      <w:r>
        <w:rPr>
          <w:rFonts w:ascii="Calibri" w:hAnsi="Calibri" w:eastAsia="Calibri"/>
          <w:b w:val="0"/>
          <w:i w:val="0"/>
          <w:color w:val="A02828"/>
          <w:sz w:val="22"/>
        </w:rPr>
        <w:t xml:space="preserve">    E. [WRONG] Spring the pelvis three more times to be sure</w:t>
      </w:r>
    </w:p>
    <w:p>
      <w:pPr>
        <w:spacing w:before="0" w:after="20" w:line="259" w:lineRule="auto"/>
      </w:pPr>
      <w:r>
        <w:rPr>
          <w:rFonts w:ascii="Calibri" w:hAnsi="Calibri" w:eastAsia="Calibri"/>
          <w:b w:val="0"/>
          <w:i/>
          <w:color w:val="282828"/>
          <w:sz w:val="22"/>
        </w:rPr>
        <w:t xml:space="preserve">       Bay: Once, if at all. You can make bleeding worse.</w:t>
      </w:r>
    </w:p>
    <w:p>
      <w:pPr>
        <w:spacing w:before="120" w:after="20" w:line="259" w:lineRule="auto"/>
        <w:shd w:fill="F8E8E8" w:val="clear"/>
      </w:pPr>
      <w:r>
        <w:rPr>
          <w:rFonts w:ascii="Calibri" w:hAnsi="Calibri" w:eastAsia="Calibri"/>
          <w:b w:val="0"/>
          <w:i w:val="0"/>
          <w:color w:val="A02828"/>
          <w:sz w:val="22"/>
        </w:rPr>
        <w:t>B. [WRONG] Spring the pelvis repeatedly to grade it</w:t>
      </w:r>
    </w:p>
    <w:p>
      <w:pPr>
        <w:spacing w:before="0" w:after="20" w:line="259" w:lineRule="auto"/>
      </w:pPr>
      <w:r>
        <w:rPr>
          <w:rFonts w:ascii="Calibri" w:hAnsi="Calibri" w:eastAsia="Calibri"/>
          <w:b w:val="0"/>
          <w:i/>
          <w:color w:val="282828"/>
          <w:sz w:val="22"/>
        </w:rPr>
        <w:t>Bay: You may have just made him bleed. Bind, do not demonstrate.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Bilateral femoral tourniquets</w:t>
      </w:r>
    </w:p>
    <w:p>
      <w:pPr>
        <w:spacing w:before="0" w:after="20" w:line="259" w:lineRule="auto"/>
      </w:pPr>
      <w:r>
        <w:rPr>
          <w:rFonts w:ascii="Calibri" w:hAnsi="Calibri" w:eastAsia="Calibri"/>
          <w:b w:val="0"/>
          <w:i/>
          <w:color w:val="282828"/>
          <w:sz w:val="22"/>
        </w:rPr>
        <w:t>Bay: The bleeding is in the pelvis, not the thighs.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Clamshell thoracotomy</w:t>
      </w:r>
    </w:p>
    <w:p>
      <w:pPr>
        <w:spacing w:before="0" w:after="20" w:line="259" w:lineRule="auto"/>
      </w:pPr>
      <w:r>
        <w:rPr>
          <w:rFonts w:ascii="Calibri" w:hAnsi="Calibri" w:eastAsia="Calibri"/>
          <w:b w:val="0"/>
          <w:i/>
          <w:color w:val="282828"/>
          <w:sz w:val="22"/>
        </w:rPr>
        <w:t>Bay: He is talking with a pelvic ring injury. Wrong cavity.</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Log-roll him onto a bed without a binder</w:t>
      </w:r>
    </w:p>
    <w:p>
      <w:pPr>
        <w:spacing w:before="0" w:after="20" w:line="259" w:lineRule="auto"/>
      </w:pPr>
      <w:r>
        <w:rPr>
          <w:rFonts w:ascii="Calibri" w:hAnsi="Calibri" w:eastAsia="Calibri"/>
          <w:b w:val="0"/>
          <w:i/>
          <w:color w:val="282828"/>
          <w:sz w:val="22"/>
        </w:rPr>
        <w:t>Bay: You will open the ring. Bind first.</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Binder on. Still 84 systolic. FAST negative.</w:t>
      </w:r>
    </w:p>
    <w:p>
      <w:pPr>
        <w:spacing w:before="120" w:after="20" w:line="259" w:lineRule="auto"/>
        <w:shd w:fill="E8F5EC" w:val="clear"/>
      </w:pPr>
      <w:r>
        <w:rPr>
          <w:rFonts w:ascii="Calibri" w:hAnsi="Calibri" w:eastAsia="Calibri"/>
          <w:b/>
          <w:i w:val="0"/>
          <w:color w:val="146E3C"/>
          <w:sz w:val="22"/>
        </w:rPr>
        <w:t>A. [CORRECT] Blood, TXA, call IR and a pelvic surgeon</w:t>
      </w:r>
    </w:p>
    <w:p>
      <w:pPr>
        <w:spacing w:before="0" w:after="20" w:line="259" w:lineRule="auto"/>
      </w:pPr>
      <w:r>
        <w:rPr>
          <w:rFonts w:ascii="Calibri" w:hAnsi="Calibri" w:eastAsia="Calibri"/>
          <w:b w:val="0"/>
          <w:i/>
          <w:color w:val="282828"/>
          <w:sz w:val="22"/>
        </w:rPr>
        <w:t>Bay: O-neg up. TXA in. They are warming the hybrid theatre.</w:t>
      </w:r>
    </w:p>
    <w:p>
      <w:pPr>
        <w:spacing w:before="0" w:after="40" w:line="259" w:lineRule="auto"/>
      </w:pPr>
      <w:r>
        <w:rPr>
          <w:rFonts w:ascii="Calibri" w:hAnsi="Calibri" w:eastAsia="Calibri"/>
          <w:b w:val="0"/>
          <w:i/>
          <w:color w:val="5A4614"/>
          <w:sz w:val="20"/>
        </w:rPr>
        <w:t>Reaction: sbp +6</w:t>
      </w:r>
    </w:p>
    <w:p>
      <w:pPr>
        <w:spacing w:before="80" w:after="40" w:line="259" w:lineRule="auto"/>
      </w:pPr>
      <w:r>
        <w:rPr>
          <w:rFonts w:ascii="Calibri" w:hAnsi="Calibri" w:eastAsia="Calibri"/>
          <w:b/>
          <w:i w:val="0"/>
          <w:color w:val="46326E"/>
          <w:sz w:val="22"/>
        </w:rPr>
        <w:t xml:space="preserve">    Follow-up: Where does he go if he stays shocked?</w:t>
      </w:r>
    </w:p>
    <w:p>
      <w:pPr>
        <w:spacing w:before="120" w:after="20" w:line="259" w:lineRule="auto"/>
        <w:shd w:fill="E8F5EC" w:val="clear"/>
      </w:pPr>
      <w:r>
        <w:rPr>
          <w:rFonts w:ascii="Calibri" w:hAnsi="Calibri" w:eastAsia="Calibri"/>
          <w:b/>
          <w:i w:val="0"/>
          <w:color w:val="146E3C"/>
          <w:sz w:val="22"/>
        </w:rPr>
        <w:t xml:space="preserve">    A. [CORRECT] Hybrid theatre — packing / binder / embolisation, not a diagnostic CT wander</w:t>
      </w:r>
    </w:p>
    <w:p>
      <w:pPr>
        <w:spacing w:before="0" w:after="20" w:line="259" w:lineRule="auto"/>
      </w:pPr>
      <w:r>
        <w:rPr>
          <w:rFonts w:ascii="Calibri" w:hAnsi="Calibri" w:eastAsia="Calibri"/>
          <w:b w:val="0"/>
          <w:i/>
          <w:color w:val="282828"/>
          <w:sz w:val="22"/>
        </w:rPr>
        <w:t xml:space="preserve">       Bay: Unstable pelvic haemorrhage is a theatre/IR problem.</w:t>
      </w:r>
    </w:p>
    <w:p>
      <w:pPr>
        <w:spacing w:before="120" w:after="20" w:line="259" w:lineRule="auto"/>
        <w:shd w:fill="F8E8E8" w:val="clear"/>
      </w:pPr>
      <w:r>
        <w:rPr>
          <w:rFonts w:ascii="Calibri" w:hAnsi="Calibri" w:eastAsia="Calibri"/>
          <w:b w:val="0"/>
          <w:i w:val="0"/>
          <w:color w:val="A02828"/>
          <w:sz w:val="22"/>
        </w:rPr>
        <w:t xml:space="preserve">    B. [WRONG] CT then a ward if the film is 'only a ramus'</w:t>
      </w:r>
    </w:p>
    <w:p>
      <w:pPr>
        <w:spacing w:before="0" w:after="20" w:line="259" w:lineRule="auto"/>
      </w:pPr>
      <w:r>
        <w:rPr>
          <w:rFonts w:ascii="Calibri" w:hAnsi="Calibri" w:eastAsia="Calibri"/>
          <w:b w:val="0"/>
          <w:i/>
          <w:color w:val="282828"/>
          <w:sz w:val="22"/>
        </w:rPr>
        <w:t xml:space="preserve">       Bay: Ramus plus shock is still a bleeder until proven otherwise.</w:t>
      </w:r>
    </w:p>
    <w:p>
      <w:pPr>
        <w:spacing w:before="120" w:after="20" w:line="259" w:lineRule="auto"/>
        <w:shd w:fill="F8E8E8" w:val="clear"/>
      </w:pPr>
      <w:r>
        <w:rPr>
          <w:rFonts w:ascii="Calibri" w:hAnsi="Calibri" w:eastAsia="Calibri"/>
          <w:b w:val="0"/>
          <w:i w:val="0"/>
          <w:color w:val="A02828"/>
          <w:sz w:val="22"/>
        </w:rPr>
        <w:t xml:space="preserve">    C. [WRONG] Medical admissions for a troponin</w:t>
      </w:r>
    </w:p>
    <w:p>
      <w:pPr>
        <w:spacing w:before="0" w:after="20" w:line="259" w:lineRule="auto"/>
      </w:pPr>
      <w:r>
        <w:rPr>
          <w:rFonts w:ascii="Calibri" w:hAnsi="Calibri" w:eastAsia="Calibri"/>
          <w:b w:val="0"/>
          <w:i/>
          <w:color w:val="282828"/>
          <w:sz w:val="22"/>
        </w:rPr>
        <w:t xml:space="preserve">       Bay: He fell off a bike, not an NSTEMI.</w:t>
      </w:r>
    </w:p>
    <w:p>
      <w:pPr>
        <w:spacing w:before="120" w:after="20" w:line="259" w:lineRule="auto"/>
        <w:shd w:fill="F8E8E8" w:val="clear"/>
      </w:pPr>
      <w:r>
        <w:rPr>
          <w:rFonts w:ascii="Calibri" w:hAnsi="Calibri" w:eastAsia="Calibri"/>
          <w:b w:val="0"/>
          <w:i w:val="0"/>
          <w:color w:val="A02828"/>
          <w:sz w:val="22"/>
        </w:rPr>
        <w:t xml:space="preserve">    D. [WRONG] Home with crutches because GCS is 15</w:t>
      </w:r>
    </w:p>
    <w:p>
      <w:pPr>
        <w:spacing w:before="0" w:after="20" w:line="259" w:lineRule="auto"/>
      </w:pPr>
      <w:r>
        <w:rPr>
          <w:rFonts w:ascii="Calibri" w:hAnsi="Calibri" w:eastAsia="Calibri"/>
          <w:b w:val="0"/>
          <w:i/>
          <w:color w:val="282828"/>
          <w:sz w:val="22"/>
        </w:rPr>
        <w:t xml:space="preserve">       Bay: He is 84 systolic.</w:t>
      </w:r>
    </w:p>
    <w:p>
      <w:pPr>
        <w:spacing w:before="120" w:after="20" w:line="259" w:lineRule="auto"/>
        <w:shd w:fill="F8E8E8" w:val="clear"/>
      </w:pPr>
      <w:r>
        <w:rPr>
          <w:rFonts w:ascii="Calibri" w:hAnsi="Calibri" w:eastAsia="Calibri"/>
          <w:b w:val="0"/>
          <w:i w:val="0"/>
          <w:color w:val="A02828"/>
          <w:sz w:val="22"/>
        </w:rPr>
        <w:t xml:space="preserve">    E. [WRONG] Laparotomy as default with no FAST and no surgeon plan</w:t>
      </w:r>
    </w:p>
    <w:p>
      <w:pPr>
        <w:spacing w:before="0" w:after="20" w:line="259" w:lineRule="auto"/>
      </w:pPr>
      <w:r>
        <w:rPr>
          <w:rFonts w:ascii="Calibri" w:hAnsi="Calibri" w:eastAsia="Calibri"/>
          <w:b w:val="0"/>
          <w:i/>
          <w:color w:val="282828"/>
          <w:sz w:val="22"/>
        </w:rPr>
        <w:t xml:space="preserve">       Bay: FAST was negative. Opening a dry abdomen delays pelvic control.</w:t>
      </w:r>
    </w:p>
    <w:p>
      <w:pPr>
        <w:spacing w:before="120" w:after="20" w:line="259" w:lineRule="auto"/>
        <w:shd w:fill="F8E8E8" w:val="clear"/>
      </w:pPr>
      <w:r>
        <w:rPr>
          <w:rFonts w:ascii="Calibri" w:hAnsi="Calibri" w:eastAsia="Calibri"/>
          <w:b w:val="0"/>
          <w:i w:val="0"/>
          <w:color w:val="A02828"/>
          <w:sz w:val="22"/>
        </w:rPr>
        <w:t>B. [WRONG] Two litres of crystalloid as the only fluid</w:t>
      </w:r>
    </w:p>
    <w:p>
      <w:pPr>
        <w:spacing w:before="0" w:after="20" w:line="259" w:lineRule="auto"/>
      </w:pPr>
      <w:r>
        <w:rPr>
          <w:rFonts w:ascii="Calibri" w:hAnsi="Calibri" w:eastAsia="Calibri"/>
          <w:b w:val="0"/>
          <w:i/>
          <w:color w:val="282828"/>
          <w:sz w:val="22"/>
        </w:rPr>
        <w:t>Bay: Permissive hypotension with blood, not a crystalloid dump.</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Remove the binder for a better radiograph</w:t>
      </w:r>
    </w:p>
    <w:p>
      <w:pPr>
        <w:spacing w:before="0" w:after="20" w:line="259" w:lineRule="auto"/>
      </w:pPr>
      <w:r>
        <w:rPr>
          <w:rFonts w:ascii="Calibri" w:hAnsi="Calibri" w:eastAsia="Calibri"/>
          <w:b w:val="0"/>
          <w:i/>
          <w:color w:val="282828"/>
          <w:sz w:val="22"/>
        </w:rPr>
        <w:t>Bay: Image through it. Do not open the ring.</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Unescorted CT because FAST was negative</w:t>
      </w:r>
    </w:p>
    <w:p>
      <w:pPr>
        <w:spacing w:before="0" w:after="20" w:line="259" w:lineRule="auto"/>
      </w:pPr>
      <w:r>
        <w:rPr>
          <w:rFonts w:ascii="Calibri" w:hAnsi="Calibri" w:eastAsia="Calibri"/>
          <w:b w:val="0"/>
          <w:i/>
          <w:color w:val="282828"/>
          <w:sz w:val="22"/>
        </w:rPr>
        <w:t>Bay: FAST-negative and shocked can still be a pelvic arterial bleed. He does not go alone.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Adrenaline 1 mg</w:t>
      </w:r>
    </w:p>
    <w:p>
      <w:pPr>
        <w:spacing w:before="0" w:after="20" w:line="259" w:lineRule="auto"/>
      </w:pPr>
      <w:r>
        <w:rPr>
          <w:rFonts w:ascii="Calibri" w:hAnsi="Calibri" w:eastAsia="Calibri"/>
          <w:b w:val="0"/>
          <w:i/>
          <w:color w:val="282828"/>
          <w:sz w:val="22"/>
        </w:rPr>
        <w:t>Bay: He has a pulse. Give blood.</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You can send from the bay.</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7.24  pCO2 4.4  pO2 12.8  HCO3 14  BE −11  lactate 6.2  K+ 4.3  Hb 92</w:t>
      </w:r>
    </w:p>
    <w:p>
      <w:pPr>
        <w:spacing w:before="0" w:after="40" w:line="259" w:lineRule="auto"/>
      </w:pPr>
      <w:r>
        <w:rPr>
          <w:rFonts w:ascii="Calibri" w:hAnsi="Calibri" w:eastAsia="Calibri"/>
          <w:b w:val="0"/>
          <w:i w:val="0"/>
          <w:sz w:val="22"/>
        </w:rPr>
        <w:t>Bleeding. The Hb will fall.</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6.0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sinus-tach</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Bloodstained. Do not place a urethral catheter if you suspect urethral injury — call urology.</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90   WCC 13.4   Plt 176</w:t>
      </w:r>
    </w:p>
    <w:p>
      <w:pPr>
        <w:spacing w:before="0" w:after="40" w:line="259" w:lineRule="auto"/>
      </w:pPr>
      <w:r>
        <w:rPr>
          <w:rFonts w:ascii="Calibri" w:hAnsi="Calibri" w:eastAsia="Calibri"/>
          <w:b w:val="0"/>
          <w:i w:val="0"/>
          <w:sz w:val="22"/>
        </w:rPr>
        <w:t>coag: PT 14 s   APTT 36 s</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Bloodstained meatus. Review results — then decide.</w:t>
      </w:r>
    </w:p>
    <w:p>
      <w:pPr>
        <w:spacing w:before="120" w:after="20" w:line="259" w:lineRule="auto"/>
        <w:shd w:fill="E8F5EC" w:val="clear"/>
      </w:pPr>
      <w:r>
        <w:rPr>
          <w:rFonts w:ascii="Calibri" w:hAnsi="Calibri" w:eastAsia="Calibri"/>
          <w:b/>
          <w:i w:val="0"/>
          <w:color w:val="146E3C"/>
          <w:sz w:val="22"/>
        </w:rPr>
        <w:t>A. [CORRECT] Hold the urethral catheter, blood up, pelvic X-ray through the binder</w:t>
      </w:r>
    </w:p>
    <w:p>
      <w:pPr>
        <w:spacing w:before="0" w:after="20" w:line="259" w:lineRule="auto"/>
      </w:pPr>
      <w:r>
        <w:rPr>
          <w:rFonts w:ascii="Calibri" w:hAnsi="Calibri" w:eastAsia="Calibri"/>
          <w:b w:val="0"/>
          <w:i/>
          <w:color w:val="282828"/>
          <w:sz w:val="22"/>
        </w:rPr>
        <w:t>Bay: Urology bleeped. Film through the binder: open book. He stays wrapped.</w:t>
      </w:r>
    </w:p>
    <w:p>
      <w:pPr>
        <w:spacing w:before="80" w:after="40" w:line="259" w:lineRule="auto"/>
      </w:pPr>
      <w:r>
        <w:rPr>
          <w:rFonts w:ascii="Calibri" w:hAnsi="Calibri" w:eastAsia="Calibri"/>
          <w:b/>
          <w:i w:val="0"/>
          <w:color w:val="46326E"/>
          <w:sz w:val="22"/>
        </w:rPr>
        <w:t xml:space="preserve">    Follow-up: Why no blind catheter?</w:t>
      </w:r>
    </w:p>
    <w:p>
      <w:pPr>
        <w:spacing w:before="120" w:after="20" w:line="259" w:lineRule="auto"/>
        <w:shd w:fill="E8F5EC" w:val="clear"/>
      </w:pPr>
      <w:r>
        <w:rPr>
          <w:rFonts w:ascii="Calibri" w:hAnsi="Calibri" w:eastAsia="Calibri"/>
          <w:b/>
          <w:i w:val="0"/>
          <w:color w:val="146E3C"/>
          <w:sz w:val="22"/>
        </w:rPr>
        <w:t xml:space="preserve">    A. [CORRECT] Blood at the meatus — assume urethral injury until a urethrogram / urology say otherwise</w:t>
      </w:r>
    </w:p>
    <w:p>
      <w:pPr>
        <w:spacing w:before="0" w:after="20" w:line="259" w:lineRule="auto"/>
      </w:pPr>
      <w:r>
        <w:rPr>
          <w:rFonts w:ascii="Calibri" w:hAnsi="Calibri" w:eastAsia="Calibri"/>
          <w:b w:val="0"/>
          <w:i/>
          <w:color w:val="282828"/>
          <w:sz w:val="22"/>
        </w:rPr>
        <w:t xml:space="preserve">       Bay: A false passage helps no one.</w:t>
      </w:r>
    </w:p>
    <w:p>
      <w:pPr>
        <w:spacing w:before="120" w:after="20" w:line="259" w:lineRule="auto"/>
        <w:shd w:fill="F8E8E8" w:val="clear"/>
      </w:pPr>
      <w:r>
        <w:rPr>
          <w:rFonts w:ascii="Calibri" w:hAnsi="Calibri" w:eastAsia="Calibri"/>
          <w:b w:val="0"/>
          <w:i w:val="0"/>
          <w:color w:val="A02828"/>
          <w:sz w:val="22"/>
        </w:rPr>
        <w:t xml:space="preserve">    B. [WRONG] Always catheterise trauma for the fluid chart</w:t>
      </w:r>
    </w:p>
    <w:p>
      <w:pPr>
        <w:spacing w:before="0" w:after="20" w:line="259" w:lineRule="auto"/>
      </w:pPr>
      <w:r>
        <w:rPr>
          <w:rFonts w:ascii="Calibri" w:hAnsi="Calibri" w:eastAsia="Calibri"/>
          <w:b w:val="0"/>
          <w:i/>
          <w:color w:val="282828"/>
          <w:sz w:val="22"/>
        </w:rPr>
        <w:t xml:space="preserve">       Bay: Not through a ruptured urethra.</w:t>
      </w:r>
    </w:p>
    <w:p>
      <w:pPr>
        <w:spacing w:before="120" w:after="20" w:line="259" w:lineRule="auto"/>
        <w:shd w:fill="F8E8E8" w:val="clear"/>
      </w:pPr>
      <w:r>
        <w:rPr>
          <w:rFonts w:ascii="Calibri" w:hAnsi="Calibri" w:eastAsia="Calibri"/>
          <w:b w:val="0"/>
          <w:i w:val="0"/>
          <w:color w:val="A02828"/>
          <w:sz w:val="22"/>
        </w:rPr>
        <w:t xml:space="preserve">    C. [WRONG] Suprapubic by the ED registrar immediately</w:t>
      </w:r>
    </w:p>
    <w:p>
      <w:pPr>
        <w:spacing w:before="0" w:after="20" w:line="259" w:lineRule="auto"/>
      </w:pPr>
      <w:r>
        <w:rPr>
          <w:rFonts w:ascii="Calibri" w:hAnsi="Calibri" w:eastAsia="Calibri"/>
          <w:b w:val="0"/>
          <w:i/>
          <w:color w:val="282828"/>
          <w:sz w:val="22"/>
        </w:rPr>
        <w:t xml:space="preserve">       Bay: That can wait for urology unless the bladder is about to rupture in your hands.</w:t>
      </w:r>
    </w:p>
    <w:p>
      <w:pPr>
        <w:spacing w:before="120" w:after="20" w:line="259" w:lineRule="auto"/>
        <w:shd w:fill="F8E8E8" w:val="clear"/>
      </w:pPr>
      <w:r>
        <w:rPr>
          <w:rFonts w:ascii="Calibri" w:hAnsi="Calibri" w:eastAsia="Calibri"/>
          <w:b w:val="0"/>
          <w:i w:val="0"/>
          <w:color w:val="A02828"/>
          <w:sz w:val="22"/>
        </w:rPr>
        <w:t xml:space="preserve">    D. [WRONG] PR examination will always clear the urethra</w:t>
      </w:r>
    </w:p>
    <w:p>
      <w:pPr>
        <w:spacing w:before="0" w:after="20" w:line="259" w:lineRule="auto"/>
      </w:pPr>
      <w:r>
        <w:rPr>
          <w:rFonts w:ascii="Calibri" w:hAnsi="Calibri" w:eastAsia="Calibri"/>
          <w:b w:val="0"/>
          <w:i/>
          <w:color w:val="282828"/>
          <w:sz w:val="22"/>
        </w:rPr>
        <w:t xml:space="preserve">       Bay: PR is useful; it does not licence a blind Foley.</w:t>
      </w:r>
    </w:p>
    <w:p>
      <w:pPr>
        <w:spacing w:before="120" w:after="20" w:line="259" w:lineRule="auto"/>
        <w:shd w:fill="F8E8E8" w:val="clear"/>
      </w:pPr>
      <w:r>
        <w:rPr>
          <w:rFonts w:ascii="Calibri" w:hAnsi="Calibri" w:eastAsia="Calibri"/>
          <w:b w:val="0"/>
          <w:i w:val="0"/>
          <w:color w:val="A02828"/>
          <w:sz w:val="22"/>
        </w:rPr>
        <w:t xml:space="preserve">    E. [WRONG] Ignore the meatus because he can still talk</w:t>
      </w:r>
    </w:p>
    <w:p>
      <w:pPr>
        <w:spacing w:before="0" w:after="20" w:line="259" w:lineRule="auto"/>
      </w:pPr>
      <w:r>
        <w:rPr>
          <w:rFonts w:ascii="Calibri" w:hAnsi="Calibri" w:eastAsia="Calibri"/>
          <w:b w:val="0"/>
          <w:i/>
          <w:color w:val="282828"/>
          <w:sz w:val="22"/>
        </w:rPr>
        <w:t xml:space="preserve">       Bay: Talking does not make the urethra intact.</w:t>
      </w:r>
    </w:p>
    <w:p>
      <w:pPr>
        <w:spacing w:before="120" w:after="20" w:line="259" w:lineRule="auto"/>
        <w:shd w:fill="F8E8E8" w:val="clear"/>
      </w:pPr>
      <w:r>
        <w:rPr>
          <w:rFonts w:ascii="Calibri" w:hAnsi="Calibri" w:eastAsia="Calibri"/>
          <w:b w:val="0"/>
          <w:i w:val="0"/>
          <w:color w:val="A02828"/>
          <w:sz w:val="22"/>
        </w:rPr>
        <w:t>B. [WRONG] Force a 16 Fr catheter because you need a urine output</w:t>
      </w:r>
    </w:p>
    <w:p>
      <w:pPr>
        <w:spacing w:before="0" w:after="20" w:line="259" w:lineRule="auto"/>
      </w:pPr>
      <w:r>
        <w:rPr>
          <w:rFonts w:ascii="Calibri" w:hAnsi="Calibri" w:eastAsia="Calibri"/>
          <w:b w:val="0"/>
          <w:i/>
          <w:color w:val="282828"/>
          <w:sz w:val="22"/>
        </w:rPr>
        <w:t>Bay: Blood at the meatus. Stop.</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Take the binder off for the pelvic film</w:t>
      </w:r>
    </w:p>
    <w:p>
      <w:pPr>
        <w:spacing w:before="0" w:after="20" w:line="259" w:lineRule="auto"/>
      </w:pPr>
      <w:r>
        <w:rPr>
          <w:rFonts w:ascii="Calibri" w:hAnsi="Calibri" w:eastAsia="Calibri"/>
          <w:b w:val="0"/>
          <w:i/>
          <w:color w:val="282828"/>
          <w:sz w:val="22"/>
        </w:rPr>
        <w:t>Bay: Shoot through it.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Give 2 L Hartmann's then decide on blood</w:t>
      </w:r>
    </w:p>
    <w:p>
      <w:pPr>
        <w:spacing w:before="0" w:after="20" w:line="259" w:lineRule="auto"/>
      </w:pPr>
      <w:r>
        <w:rPr>
          <w:rFonts w:ascii="Calibri" w:hAnsi="Calibri" w:eastAsia="Calibri"/>
          <w:b w:val="0"/>
          <w:i/>
          <w:color w:val="282828"/>
          <w:sz w:val="22"/>
        </w:rPr>
        <w:t>Bay: He is a bleeder. Blood.</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Thrombolyse in case this is a PE</w:t>
      </w:r>
    </w:p>
    <w:p>
      <w:pPr>
        <w:spacing w:before="0" w:after="20" w:line="259" w:lineRule="auto"/>
      </w:pPr>
      <w:r>
        <w:rPr>
          <w:rFonts w:ascii="Calibri" w:hAnsi="Calibri" w:eastAsia="Calibri"/>
          <w:b w:val="0"/>
          <w:i/>
          <w:color w:val="282828"/>
          <w:sz w:val="22"/>
        </w:rPr>
        <w:t>Bay: Open-book pelvis. No.</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His passenger is uninjured and talking.</w:t>
      </w:r>
    </w:p>
    <w:p>
      <w:pPr>
        <w:spacing w:before="120" w:after="20" w:line="259" w:lineRule="auto"/>
        <w:shd w:fill="E8F5EC" w:val="clear"/>
      </w:pPr>
      <w:r>
        <w:rPr>
          <w:rFonts w:ascii="Calibri" w:hAnsi="Calibri" w:eastAsia="Calibri"/>
          <w:b/>
          <w:i w:val="0"/>
          <w:color w:val="146E3C"/>
          <w:sz w:val="22"/>
        </w:rPr>
        <w:t>A. [CORRECT] Mechanism, speed, anticoagulants, last meal, allergies</w:t>
      </w:r>
    </w:p>
    <w:p>
      <w:pPr>
        <w:spacing w:before="0" w:after="20" w:line="259" w:lineRule="auto"/>
      </w:pPr>
      <w:r>
        <w:rPr>
          <w:rFonts w:ascii="Calibri" w:hAnsi="Calibri" w:eastAsia="Calibri"/>
          <w:b w:val="0"/>
          <w:i/>
          <w:color w:val="282828"/>
          <w:sz w:val="22"/>
        </w:rPr>
        <w:t>Bay: 40 mph, wall, no drugs, ate at lunch.</w:t>
      </w:r>
    </w:p>
    <w:p>
      <w:pPr>
        <w:spacing w:before="120" w:after="20" w:line="259" w:lineRule="auto"/>
        <w:shd w:fill="E8F5EC" w:val="clear"/>
      </w:pPr>
      <w:r>
        <w:rPr>
          <w:rFonts w:ascii="Calibri" w:hAnsi="Calibri" w:eastAsia="Calibri"/>
          <w:b/>
          <w:i w:val="0"/>
          <w:color w:val="146E3C"/>
          <w:sz w:val="22"/>
        </w:rPr>
        <w:t>B. [CORRECT] Look for open pelvic wounds, blood at the meatus, perineal bruising</w:t>
      </w:r>
    </w:p>
    <w:p>
      <w:pPr>
        <w:spacing w:before="0" w:after="20" w:line="259" w:lineRule="auto"/>
      </w:pPr>
      <w:r>
        <w:rPr>
          <w:rFonts w:ascii="Calibri" w:hAnsi="Calibri" w:eastAsia="Calibri"/>
          <w:b w:val="0"/>
          <w:i/>
          <w:color w:val="282828"/>
          <w:sz w:val="22"/>
        </w:rPr>
        <w:t>Bay: Meatus bloodstained, scrotal bruise, no open wound.</w:t>
      </w:r>
    </w:p>
    <w:p>
      <w:pPr>
        <w:spacing w:before="120" w:after="20" w:line="259" w:lineRule="auto"/>
        <w:shd w:fill="E8F5EC" w:val="clear"/>
      </w:pPr>
      <w:r>
        <w:rPr>
          <w:rFonts w:ascii="Calibri" w:hAnsi="Calibri" w:eastAsia="Calibri"/>
          <w:b/>
          <w:i w:val="0"/>
          <w:color w:val="146E3C"/>
          <w:sz w:val="22"/>
        </w:rPr>
        <w:t>C. [CORRECT] Keep him warm — hypothermia with bleeding is a clotting failure</w:t>
      </w:r>
    </w:p>
    <w:p>
      <w:pPr>
        <w:spacing w:before="0" w:after="20" w:line="259" w:lineRule="auto"/>
      </w:pPr>
      <w:r>
        <w:rPr>
          <w:rFonts w:ascii="Calibri" w:hAnsi="Calibri" w:eastAsia="Calibri"/>
          <w:b w:val="0"/>
          <w:i/>
          <w:color w:val="282828"/>
          <w:sz w:val="22"/>
        </w:rPr>
        <w:t>Bay: Blanket, warm blood. The bay is cold.</w:t>
      </w:r>
    </w:p>
    <w:p>
      <w:pPr>
        <w:spacing w:before="120" w:after="20" w:line="259" w:lineRule="auto"/>
        <w:shd w:fill="F8E8E8" w:val="clear"/>
      </w:pPr>
      <w:r>
        <w:rPr>
          <w:rFonts w:ascii="Calibri" w:hAnsi="Calibri" w:eastAsia="Calibri"/>
          <w:b w:val="0"/>
          <w:i w:val="0"/>
          <w:color w:val="A02828"/>
          <w:sz w:val="22"/>
        </w:rPr>
        <w:t>D. [WRONG] Spring the pelvis on the film table 'for the radiologist'</w:t>
      </w:r>
    </w:p>
    <w:p>
      <w:pPr>
        <w:spacing w:before="0" w:after="20" w:line="259" w:lineRule="auto"/>
      </w:pPr>
      <w:r>
        <w:rPr>
          <w:rFonts w:ascii="Calibri" w:hAnsi="Calibri" w:eastAsia="Calibri"/>
          <w:b w:val="0"/>
          <w:i/>
          <w:color w:val="282828"/>
          <w:sz w:val="22"/>
        </w:rPr>
        <w:t>Bay: Never again.</w:t>
      </w:r>
    </w:p>
    <w:p>
      <w:pPr>
        <w:spacing w:before="120" w:after="20" w:line="259" w:lineRule="auto"/>
        <w:shd w:fill="F8E8E8" w:val="clear"/>
      </w:pPr>
      <w:r>
        <w:rPr>
          <w:rFonts w:ascii="Calibri" w:hAnsi="Calibri" w:eastAsia="Calibri"/>
          <w:b w:val="0"/>
          <w:i w:val="0"/>
          <w:color w:val="A02828"/>
          <w:sz w:val="22"/>
        </w:rPr>
        <w:t>E. [WRONG] Sit him up for a chat because GCS is 15</w:t>
      </w:r>
    </w:p>
    <w:p>
      <w:pPr>
        <w:spacing w:before="0" w:after="20" w:line="259" w:lineRule="auto"/>
      </w:pPr>
      <w:r>
        <w:rPr>
          <w:rFonts w:ascii="Calibri" w:hAnsi="Calibri" w:eastAsia="Calibri"/>
          <w:b w:val="0"/>
          <w:i/>
          <w:color w:val="282828"/>
          <w:sz w:val="22"/>
        </w:rPr>
        <w:t>Bay: He is shocked. Lie him, bind him, move him.</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Haemorrhagic shock from an open-book pelvic fracture</w:t>
      </w:r>
    </w:p>
    <w:p>
      <w:pPr>
        <w:spacing w:before="0" w:after="20" w:line="259" w:lineRule="auto"/>
      </w:pPr>
      <w:r>
        <w:rPr>
          <w:rFonts w:ascii="Calibri" w:hAnsi="Calibri" w:eastAsia="Calibri"/>
          <w:b w:val="0"/>
          <w:i/>
          <w:color w:val="282828"/>
          <w:sz w:val="22"/>
        </w:rPr>
        <w:t>Bay: Unstable ring, meatus blood, FAST negative, shock. Bind, blood, IR/surgery.</w:t>
      </w:r>
    </w:p>
    <w:p>
      <w:pPr>
        <w:spacing w:before="120" w:after="20" w:line="259" w:lineRule="auto"/>
        <w:shd w:fill="F8E8E8" w:val="clear"/>
      </w:pPr>
      <w:r>
        <w:rPr>
          <w:rFonts w:ascii="Calibri" w:hAnsi="Calibri" w:eastAsia="Calibri"/>
          <w:b w:val="0"/>
          <w:i w:val="0"/>
          <w:color w:val="A02828"/>
          <w:sz w:val="22"/>
        </w:rPr>
        <w:t>B. [WRONG] Tension pneumothorax</w:t>
      </w:r>
    </w:p>
    <w:p>
      <w:pPr>
        <w:spacing w:before="0" w:after="20" w:line="259" w:lineRule="auto"/>
      </w:pPr>
      <w:r>
        <w:rPr>
          <w:rFonts w:ascii="Calibri" w:hAnsi="Calibri" w:eastAsia="Calibri"/>
          <w:b w:val="0"/>
          <w:i/>
          <w:color w:val="282828"/>
          <w:sz w:val="22"/>
        </w:rPr>
        <w:t>Bay: Chest is clear and equal.</w:t>
      </w:r>
    </w:p>
    <w:p>
      <w:pPr>
        <w:spacing w:before="120" w:after="20" w:line="259" w:lineRule="auto"/>
        <w:shd w:fill="F8E8E8" w:val="clear"/>
      </w:pPr>
      <w:r>
        <w:rPr>
          <w:rFonts w:ascii="Calibri" w:hAnsi="Calibri" w:eastAsia="Calibri"/>
          <w:b w:val="0"/>
          <w:i w:val="0"/>
          <w:color w:val="A02828"/>
          <w:sz w:val="22"/>
        </w:rPr>
        <w:t>C. [WRONG] Tamponade</w:t>
      </w:r>
    </w:p>
    <w:p>
      <w:pPr>
        <w:spacing w:before="0" w:after="20" w:line="259" w:lineRule="auto"/>
      </w:pPr>
      <w:r>
        <w:rPr>
          <w:rFonts w:ascii="Calibri" w:hAnsi="Calibri" w:eastAsia="Calibri"/>
          <w:b w:val="0"/>
          <w:i/>
          <w:color w:val="282828"/>
          <w:sz w:val="22"/>
        </w:rPr>
        <w:t>Bay: JVP is not the story; the pelvis is.</w:t>
      </w:r>
    </w:p>
    <w:p>
      <w:pPr>
        <w:spacing w:before="120" w:after="20" w:line="259" w:lineRule="auto"/>
        <w:shd w:fill="F8E8E8" w:val="clear"/>
      </w:pPr>
      <w:r>
        <w:rPr>
          <w:rFonts w:ascii="Calibri" w:hAnsi="Calibri" w:eastAsia="Calibri"/>
          <w:b w:val="0"/>
          <w:i w:val="0"/>
          <w:color w:val="A02828"/>
          <w:sz w:val="22"/>
        </w:rPr>
        <w:t>D. [WRONG] Isolated femoral fracture as the only bleed</w:t>
      </w:r>
    </w:p>
    <w:p>
      <w:pPr>
        <w:spacing w:before="0" w:after="20" w:line="259" w:lineRule="auto"/>
      </w:pPr>
      <w:r>
        <w:rPr>
          <w:rFonts w:ascii="Calibri" w:hAnsi="Calibri" w:eastAsia="Calibri"/>
          <w:b w:val="0"/>
          <w:i/>
          <w:color w:val="282828"/>
          <w:sz w:val="22"/>
        </w:rPr>
        <w:t>Bay: The ring is open. The femur can wait a splint.</w:t>
      </w:r>
    </w:p>
    <w:p>
      <w:pPr>
        <w:spacing w:before="120" w:after="20" w:line="259" w:lineRule="auto"/>
        <w:shd w:fill="F8E8E8" w:val="clear"/>
      </w:pPr>
      <w:r>
        <w:rPr>
          <w:rFonts w:ascii="Calibri" w:hAnsi="Calibri" w:eastAsia="Calibri"/>
          <w:b w:val="0"/>
          <w:i w:val="0"/>
          <w:color w:val="A02828"/>
          <w:sz w:val="22"/>
        </w:rPr>
        <w:t>E. [WRONG] Neurogenic shock</w:t>
      </w:r>
    </w:p>
    <w:p>
      <w:pPr>
        <w:spacing w:before="0" w:after="20" w:line="259" w:lineRule="auto"/>
      </w:pPr>
      <w:r>
        <w:rPr>
          <w:rFonts w:ascii="Calibri" w:hAnsi="Calibri" w:eastAsia="Calibri"/>
          <w:b w:val="0"/>
          <w:i/>
          <w:color w:val="282828"/>
          <w:sz w:val="22"/>
        </w:rPr>
        <w:t>Bay: He is tachycardic, not a relaxed bradycardic cord injury.</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Still 80 systolic after two units. IR are ready.</w:t>
      </w:r>
    </w:p>
    <w:p>
      <w:pPr>
        <w:spacing w:before="120" w:after="20" w:line="259" w:lineRule="auto"/>
        <w:shd w:fill="E8F5EC" w:val="clear"/>
      </w:pPr>
      <w:r>
        <w:rPr>
          <w:rFonts w:ascii="Calibri" w:hAnsi="Calibri" w:eastAsia="Calibri"/>
          <w:b/>
          <w:i w:val="0"/>
          <w:color w:val="146E3C"/>
          <w:sz w:val="22"/>
        </w:rPr>
        <w:t>A. [CORRECT] Go with him, binder on, blood running</w:t>
      </w:r>
    </w:p>
    <w:p>
      <w:pPr>
        <w:spacing w:before="0" w:after="20" w:line="259" w:lineRule="auto"/>
      </w:pPr>
      <w:r>
        <w:rPr>
          <w:rFonts w:ascii="Calibri" w:hAnsi="Calibri" w:eastAsia="Calibri"/>
          <w:b w:val="0"/>
          <w:i/>
          <w:color w:val="282828"/>
          <w:sz w:val="22"/>
        </w:rPr>
        <w:t>Bay: Embolisation of a bleeding internal iliac. Binder stays until they say.</w:t>
      </w:r>
    </w:p>
    <w:p>
      <w:pPr>
        <w:spacing w:before="0" w:after="40" w:line="259" w:lineRule="auto"/>
      </w:pPr>
      <w:r>
        <w:rPr>
          <w:rFonts w:ascii="Calibri" w:hAnsi="Calibri" w:eastAsia="Calibri"/>
          <w:b w:val="0"/>
          <w:i/>
          <w:color w:val="5A4614"/>
          <w:sz w:val="20"/>
        </w:rPr>
        <w:t>Reaction: sbp +10</w:t>
      </w:r>
    </w:p>
    <w:p>
      <w:pPr>
        <w:spacing w:before="80" w:after="40" w:line="259" w:lineRule="auto"/>
      </w:pPr>
      <w:r>
        <w:rPr>
          <w:rFonts w:ascii="Calibri" w:hAnsi="Calibri" w:eastAsia="Calibri"/>
          <w:b/>
          <w:i w:val="0"/>
          <w:color w:val="46326E"/>
          <w:sz w:val="22"/>
        </w:rPr>
        <w:t xml:space="preserve">    Follow-up: When can the binder come off?</w:t>
      </w:r>
    </w:p>
    <w:p>
      <w:pPr>
        <w:spacing w:before="120" w:after="20" w:line="259" w:lineRule="auto"/>
        <w:shd w:fill="E8F5EC" w:val="clear"/>
      </w:pPr>
      <w:r>
        <w:rPr>
          <w:rFonts w:ascii="Calibri" w:hAnsi="Calibri" w:eastAsia="Calibri"/>
          <w:b/>
          <w:i w:val="0"/>
          <w:color w:val="146E3C"/>
          <w:sz w:val="22"/>
        </w:rPr>
        <w:t xml:space="preserve">    A. [CORRECT] When the pelvis is mechanically stable or the surgeon / IR say so</w:t>
      </w:r>
    </w:p>
    <w:p>
      <w:pPr>
        <w:spacing w:before="0" w:after="20" w:line="259" w:lineRule="auto"/>
      </w:pPr>
      <w:r>
        <w:rPr>
          <w:rFonts w:ascii="Calibri" w:hAnsi="Calibri" w:eastAsia="Calibri"/>
          <w:b w:val="0"/>
          <w:i/>
          <w:color w:val="282828"/>
          <w:sz w:val="22"/>
        </w:rPr>
        <w:t xml:space="preserve">       Bay: Not in the corridor because he is uncomfortable.</w:t>
      </w:r>
    </w:p>
    <w:p>
      <w:pPr>
        <w:spacing w:before="120" w:after="20" w:line="259" w:lineRule="auto"/>
        <w:shd w:fill="F8E8E8" w:val="clear"/>
      </w:pPr>
      <w:r>
        <w:rPr>
          <w:rFonts w:ascii="Calibri" w:hAnsi="Calibri" w:eastAsia="Calibri"/>
          <w:b w:val="0"/>
          <w:i w:val="0"/>
          <w:color w:val="A02828"/>
          <w:sz w:val="22"/>
        </w:rPr>
        <w:t xml:space="preserve">    B. [WRONG] Now, so he can have a better CT</w:t>
      </w:r>
    </w:p>
    <w:p>
      <w:pPr>
        <w:spacing w:before="0" w:after="20" w:line="259" w:lineRule="auto"/>
      </w:pPr>
      <w:r>
        <w:rPr>
          <w:rFonts w:ascii="Calibri" w:hAnsi="Calibri" w:eastAsia="Calibri"/>
          <w:b w:val="0"/>
          <w:i/>
          <w:color w:val="282828"/>
          <w:sz w:val="22"/>
        </w:rPr>
        <w:t xml:space="preserve">       Bay: Image through it.</w:t>
      </w:r>
    </w:p>
    <w:p>
      <w:pPr>
        <w:spacing w:before="120" w:after="20" w:line="259" w:lineRule="auto"/>
        <w:shd w:fill="F8E8E8" w:val="clear"/>
      </w:pPr>
      <w:r>
        <w:rPr>
          <w:rFonts w:ascii="Calibri" w:hAnsi="Calibri" w:eastAsia="Calibri"/>
          <w:b w:val="0"/>
          <w:i w:val="0"/>
          <w:color w:val="A02828"/>
          <w:sz w:val="22"/>
        </w:rPr>
        <w:t xml:space="preserve">    C. [WRONG] After the first unit of blood</w:t>
      </w:r>
    </w:p>
    <w:p>
      <w:pPr>
        <w:spacing w:before="0" w:after="20" w:line="259" w:lineRule="auto"/>
      </w:pPr>
      <w:r>
        <w:rPr>
          <w:rFonts w:ascii="Calibri" w:hAnsi="Calibri" w:eastAsia="Calibri"/>
          <w:b w:val="0"/>
          <w:i/>
          <w:color w:val="282828"/>
          <w:sz w:val="22"/>
        </w:rPr>
        <w:t xml:space="preserve">       Bay: Volume does not close a ring.</w:t>
      </w:r>
    </w:p>
    <w:p>
      <w:pPr>
        <w:spacing w:before="120" w:after="20" w:line="259" w:lineRule="auto"/>
        <w:shd w:fill="F8E8E8" w:val="clear"/>
      </w:pPr>
      <w:r>
        <w:rPr>
          <w:rFonts w:ascii="Calibri" w:hAnsi="Calibri" w:eastAsia="Calibri"/>
          <w:b w:val="0"/>
          <w:i w:val="0"/>
          <w:color w:val="A02828"/>
          <w:sz w:val="22"/>
        </w:rPr>
        <w:t xml:space="preserve">    D. [WRONG] To check if the pelvis 'still springs'</w:t>
      </w:r>
    </w:p>
    <w:p>
      <w:pPr>
        <w:spacing w:before="0" w:after="20" w:line="259" w:lineRule="auto"/>
      </w:pPr>
      <w:r>
        <w:rPr>
          <w:rFonts w:ascii="Calibri" w:hAnsi="Calibri" w:eastAsia="Calibri"/>
          <w:b w:val="0"/>
          <w:i/>
          <w:color w:val="282828"/>
          <w:sz w:val="22"/>
        </w:rPr>
        <w:t xml:space="preserve">       Bay: Do not.</w:t>
      </w:r>
    </w:p>
    <w:p>
      <w:pPr>
        <w:spacing w:before="120" w:after="20" w:line="259" w:lineRule="auto"/>
        <w:shd w:fill="F8E8E8" w:val="clear"/>
      </w:pPr>
      <w:r>
        <w:rPr>
          <w:rFonts w:ascii="Calibri" w:hAnsi="Calibri" w:eastAsia="Calibri"/>
          <w:b w:val="0"/>
          <w:i w:val="0"/>
          <w:color w:val="A02828"/>
          <w:sz w:val="22"/>
        </w:rPr>
        <w:t xml:space="preserve">    E. [WRONG] Before embolisation so the groin is free</w:t>
      </w:r>
    </w:p>
    <w:p>
      <w:pPr>
        <w:spacing w:before="0" w:after="20" w:line="259" w:lineRule="auto"/>
      </w:pPr>
      <w:r>
        <w:rPr>
          <w:rFonts w:ascii="Calibri" w:hAnsi="Calibri" w:eastAsia="Calibri"/>
          <w:b w:val="0"/>
          <w:i/>
          <w:color w:val="282828"/>
          <w:sz w:val="22"/>
        </w:rPr>
        <w:t xml:space="preserve">       Bay: They can work with a binder. Ask them — do not assume.</w:t>
      </w:r>
    </w:p>
    <w:p>
      <w:pPr>
        <w:spacing w:before="120" w:after="20" w:line="259" w:lineRule="auto"/>
        <w:shd w:fill="F8E8E8" w:val="clear"/>
      </w:pPr>
      <w:r>
        <w:rPr>
          <w:rFonts w:ascii="Calibri" w:hAnsi="Calibri" w:eastAsia="Calibri"/>
          <w:b w:val="0"/>
          <w:i w:val="0"/>
          <w:color w:val="A02828"/>
          <w:sz w:val="22"/>
        </w:rPr>
        <w:t>B. [WRONG] Laparotomy as default despite a negative FAST</w:t>
      </w:r>
    </w:p>
    <w:p>
      <w:pPr>
        <w:spacing w:before="0" w:after="20" w:line="259" w:lineRule="auto"/>
      </w:pPr>
      <w:r>
        <w:rPr>
          <w:rFonts w:ascii="Calibri" w:hAnsi="Calibri" w:eastAsia="Calibri"/>
          <w:b w:val="0"/>
          <w:i/>
          <w:color w:val="282828"/>
          <w:sz w:val="22"/>
        </w:rPr>
        <w:t>Bay: A dry look delays pelvic control.</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Remove the binder for femoral access</w:t>
      </w:r>
    </w:p>
    <w:p>
      <w:pPr>
        <w:spacing w:before="0" w:after="20" w:line="259" w:lineRule="auto"/>
      </w:pPr>
      <w:r>
        <w:rPr>
          <w:rFonts w:ascii="Calibri" w:hAnsi="Calibri" w:eastAsia="Calibri"/>
          <w:b w:val="0"/>
          <w:i/>
          <w:color w:val="282828"/>
          <w:sz w:val="22"/>
        </w:rPr>
        <w:t>Bay: Ask IR. Do not default to opening the ring.</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Observe on a ward with 4-hourly observations</w:t>
      </w:r>
    </w:p>
    <w:p>
      <w:pPr>
        <w:spacing w:before="0" w:after="20" w:line="259" w:lineRule="auto"/>
      </w:pPr>
      <w:r>
        <w:rPr>
          <w:rFonts w:ascii="Calibri" w:hAnsi="Calibri" w:eastAsia="Calibri"/>
          <w:b w:val="0"/>
          <w:i/>
          <w:color w:val="282828"/>
          <w:sz w:val="22"/>
        </w:rPr>
        <w:t>Bay: He is still 80.</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Give TXA only after embolisation</w:t>
      </w:r>
    </w:p>
    <w:p>
      <w:pPr>
        <w:spacing w:before="0" w:after="20" w:line="259" w:lineRule="auto"/>
      </w:pPr>
      <w:r>
        <w:rPr>
          <w:rFonts w:ascii="Calibri" w:hAnsi="Calibri" w:eastAsia="Calibri"/>
          <w:b w:val="0"/>
          <w:i/>
          <w:color w:val="282828"/>
          <w:sz w:val="22"/>
        </w:rPr>
        <w:t>Bay: Give it now. CRASH-2 is early.</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Bleed controlled. He is 102 systolic.</w:t>
      </w:r>
    </w:p>
    <w:p>
      <w:pPr>
        <w:spacing w:before="120" w:after="20" w:line="259" w:lineRule="auto"/>
        <w:shd w:fill="E8F5EC" w:val="clear"/>
      </w:pPr>
      <w:r>
        <w:rPr>
          <w:rFonts w:ascii="Calibri" w:hAnsi="Calibri" w:eastAsia="Calibri"/>
          <w:b/>
          <w:i w:val="0"/>
          <w:color w:val="146E3C"/>
          <w:sz w:val="22"/>
        </w:rPr>
        <w:t>A. [CORRECT] Major trauma centre — IR / pelvic surgery / critical care</w:t>
      </w:r>
    </w:p>
    <w:p>
      <w:pPr>
        <w:spacing w:before="0" w:after="20" w:line="259" w:lineRule="auto"/>
      </w:pPr>
      <w:r>
        <w:rPr>
          <w:rFonts w:ascii="Calibri" w:hAnsi="Calibri" w:eastAsia="Calibri"/>
          <w:b w:val="0"/>
          <w:i/>
          <w:color w:val="282828"/>
          <w:sz w:val="22"/>
        </w:rPr>
        <w:t>Bay: That package. Not a DGH ward.</w:t>
      </w:r>
    </w:p>
    <w:p>
      <w:pPr>
        <w:spacing w:before="120" w:after="20" w:line="259" w:lineRule="auto"/>
        <w:shd w:fill="F8E8E8" w:val="clear"/>
      </w:pPr>
      <w:r>
        <w:rPr>
          <w:rFonts w:ascii="Calibri" w:hAnsi="Calibri" w:eastAsia="Calibri"/>
          <w:b w:val="0"/>
          <w:i w:val="0"/>
          <w:color w:val="A02828"/>
          <w:sz w:val="22"/>
        </w:rPr>
        <w:t>B. [WRONG] AMU</w:t>
      </w:r>
    </w:p>
    <w:p>
      <w:pPr>
        <w:spacing w:before="0" w:after="20" w:line="259" w:lineRule="auto"/>
      </w:pPr>
      <w:r>
        <w:rPr>
          <w:rFonts w:ascii="Calibri" w:hAnsi="Calibri" w:eastAsia="Calibri"/>
          <w:b w:val="0"/>
          <w:i/>
          <w:color w:val="282828"/>
          <w:sz w:val="22"/>
        </w:rPr>
        <w:t>Bay: Open-book bleeders do not go to AMU.</w:t>
      </w:r>
    </w:p>
    <w:p>
      <w:pPr>
        <w:spacing w:before="120" w:after="20" w:line="259" w:lineRule="auto"/>
        <w:shd w:fill="F8E8E8" w:val="clear"/>
      </w:pPr>
      <w:r>
        <w:rPr>
          <w:rFonts w:ascii="Calibri" w:hAnsi="Calibri" w:eastAsia="Calibri"/>
          <w:b w:val="0"/>
          <w:i w:val="0"/>
          <w:color w:val="A02828"/>
          <w:sz w:val="22"/>
        </w:rPr>
        <w:t>C. [WRONG] Home with a pelvic binder and GP follow-up</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D. [WRONG] Elective fracture clinic next week</w:t>
      </w:r>
    </w:p>
    <w:p>
      <w:pPr>
        <w:spacing w:before="0" w:after="20" w:line="259" w:lineRule="auto"/>
      </w:pPr>
      <w:r>
        <w:rPr>
          <w:rFonts w:ascii="Calibri" w:hAnsi="Calibri" w:eastAsia="Calibri"/>
          <w:b w:val="0"/>
          <w:i/>
          <w:color w:val="282828"/>
          <w:sz w:val="22"/>
        </w:rPr>
        <w:t>Bay: He just embolised.</w:t>
      </w:r>
    </w:p>
    <w:p>
      <w:pPr>
        <w:spacing w:before="120" w:after="20" w:line="259" w:lineRule="auto"/>
        <w:shd w:fill="F8E8E8" w:val="clear"/>
      </w:pPr>
      <w:r>
        <w:rPr>
          <w:rFonts w:ascii="Calibri" w:hAnsi="Calibri" w:eastAsia="Calibri"/>
          <w:b w:val="0"/>
          <w:i w:val="0"/>
          <w:color w:val="A02828"/>
          <w:sz w:val="22"/>
        </w:rPr>
        <w:t>E. [WRONG] Stroke unit because he was hypotensive</w:t>
      </w:r>
    </w:p>
    <w:p>
      <w:pPr>
        <w:spacing w:before="0" w:after="20" w:line="259" w:lineRule="auto"/>
      </w:pPr>
      <w:r>
        <w:rPr>
          <w:rFonts w:ascii="Calibri" w:hAnsi="Calibri" w:eastAsia="Calibri"/>
          <w:b w:val="0"/>
          <w:i/>
          <w:color w:val="282828"/>
          <w:sz w:val="22"/>
        </w:rPr>
        <w:t>Bay: Wrong specialty.</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he leaves.</w:t>
      </w:r>
    </w:p>
    <w:p>
      <w:pPr>
        <w:spacing w:before="120" w:after="20" w:line="259" w:lineRule="auto"/>
        <w:shd w:fill="E8F5EC" w:val="clear"/>
      </w:pPr>
      <w:r>
        <w:rPr>
          <w:rFonts w:ascii="Calibri" w:hAnsi="Calibri" w:eastAsia="Calibri"/>
          <w:b/>
          <w:i w:val="0"/>
          <w:color w:val="146E3C"/>
          <w:sz w:val="22"/>
        </w:rPr>
        <w:t>A. [CORRECT] Binder position, products, meatus blood, FAST, last BP</w:t>
      </w:r>
    </w:p>
    <w:p>
      <w:pPr>
        <w:spacing w:before="0" w:after="20" w:line="259" w:lineRule="auto"/>
      </w:pPr>
      <w:r>
        <w:rPr>
          <w:rFonts w:ascii="Calibri" w:hAnsi="Calibri" w:eastAsia="Calibri"/>
          <w:b w:val="0"/>
          <w:i/>
          <w:color w:val="282828"/>
          <w:sz w:val="22"/>
        </w:rPr>
        <w:t>Bay: Handover is the ring and the blood.</w:t>
      </w:r>
    </w:p>
    <w:p>
      <w:pPr>
        <w:spacing w:before="80" w:after="40" w:line="259" w:lineRule="auto"/>
      </w:pPr>
      <w:r>
        <w:rPr>
          <w:rFonts w:ascii="Calibri" w:hAnsi="Calibri" w:eastAsia="Calibri"/>
          <w:b/>
          <w:i w:val="0"/>
          <w:color w:val="46326E"/>
          <w:sz w:val="22"/>
        </w:rPr>
        <w:t xml:space="preserve">    Follow-up: What about the catheter?</w:t>
      </w:r>
    </w:p>
    <w:p>
      <w:pPr>
        <w:spacing w:before="120" w:after="20" w:line="259" w:lineRule="auto"/>
        <w:shd w:fill="E8F5EC" w:val="clear"/>
      </w:pPr>
      <w:r>
        <w:rPr>
          <w:rFonts w:ascii="Calibri" w:hAnsi="Calibri" w:eastAsia="Calibri"/>
          <w:b/>
          <w:i w:val="0"/>
          <w:color w:val="146E3C"/>
          <w:sz w:val="22"/>
        </w:rPr>
        <w:t xml:space="preserve">    A. [CORRECT] Do not pass a urethral catheter — urology know about the meatus</w:t>
      </w:r>
    </w:p>
    <w:p>
      <w:pPr>
        <w:spacing w:before="0" w:after="20" w:line="259" w:lineRule="auto"/>
      </w:pPr>
      <w:r>
        <w:rPr>
          <w:rFonts w:ascii="Calibri" w:hAnsi="Calibri" w:eastAsia="Calibri"/>
          <w:b w:val="0"/>
          <w:i/>
          <w:color w:val="282828"/>
          <w:sz w:val="22"/>
        </w:rPr>
        <w:t xml:space="preserve">       Bay: That is the message.</w:t>
      </w:r>
    </w:p>
    <w:p>
      <w:pPr>
        <w:spacing w:before="120" w:after="20" w:line="259" w:lineRule="auto"/>
        <w:shd w:fill="F8E8E8" w:val="clear"/>
      </w:pPr>
      <w:r>
        <w:rPr>
          <w:rFonts w:ascii="Calibri" w:hAnsi="Calibri" w:eastAsia="Calibri"/>
          <w:b w:val="0"/>
          <w:i w:val="0"/>
          <w:color w:val="A02828"/>
          <w:sz w:val="22"/>
        </w:rPr>
        <w:t xml:space="preserve">    B. [WRONG] A catheter is in — you forced it so they have a chart</w:t>
      </w:r>
    </w:p>
    <w:p>
      <w:pPr>
        <w:spacing w:before="0" w:after="20" w:line="259" w:lineRule="auto"/>
      </w:pPr>
      <w:r>
        <w:rPr>
          <w:rFonts w:ascii="Calibri" w:hAnsi="Calibri" w:eastAsia="Calibri"/>
          <w:b w:val="0"/>
          <w:i/>
          <w:color w:val="282828"/>
          <w:sz w:val="22"/>
        </w:rPr>
        <w:t xml:space="preserve">       Bay: Wrong.</w:t>
      </w:r>
    </w:p>
    <w:p>
      <w:pPr>
        <w:spacing w:before="120" w:after="20" w:line="259" w:lineRule="auto"/>
        <w:shd w:fill="F8E8E8" w:val="clear"/>
      </w:pPr>
      <w:r>
        <w:rPr>
          <w:rFonts w:ascii="Calibri" w:hAnsi="Calibri" w:eastAsia="Calibri"/>
          <w:b w:val="0"/>
          <w:i w:val="0"/>
          <w:color w:val="A02828"/>
          <w:sz w:val="22"/>
        </w:rPr>
        <w:t xml:space="preserve">    C. [WRONG] Suprapubic already by you, first attempt, no US</w:t>
      </w:r>
    </w:p>
    <w:p>
      <w:pPr>
        <w:spacing w:before="0" w:after="20" w:line="259" w:lineRule="auto"/>
      </w:pPr>
      <w:r>
        <w:rPr>
          <w:rFonts w:ascii="Calibri" w:hAnsi="Calibri" w:eastAsia="Calibri"/>
          <w:b w:val="0"/>
          <w:i/>
          <w:color w:val="282828"/>
          <w:sz w:val="22"/>
        </w:rPr>
        <w:t xml:space="preserve">       Bay: Leave it to urology unless in extremis.</w:t>
      </w:r>
    </w:p>
    <w:p>
      <w:pPr>
        <w:spacing w:before="120" w:after="20" w:line="259" w:lineRule="auto"/>
        <w:shd w:fill="F8E8E8" w:val="clear"/>
      </w:pPr>
      <w:r>
        <w:rPr>
          <w:rFonts w:ascii="Calibri" w:hAnsi="Calibri" w:eastAsia="Calibri"/>
          <w:b w:val="0"/>
          <w:i w:val="0"/>
          <w:color w:val="A02828"/>
          <w:sz w:val="22"/>
        </w:rPr>
        <w:t xml:space="preserve">    D. [WRONG] Ignore urology, IR is enough</w:t>
      </w:r>
    </w:p>
    <w:p>
      <w:pPr>
        <w:spacing w:before="0" w:after="20" w:line="259" w:lineRule="auto"/>
      </w:pPr>
      <w:r>
        <w:rPr>
          <w:rFonts w:ascii="Calibri" w:hAnsi="Calibri" w:eastAsia="Calibri"/>
          <w:b w:val="0"/>
          <w:i/>
          <w:color w:val="282828"/>
          <w:sz w:val="22"/>
        </w:rPr>
        <w:t xml:space="preserve">       Bay: Urethra and bladder still need a plan.</w:t>
      </w:r>
    </w:p>
    <w:p>
      <w:pPr>
        <w:spacing w:before="120" w:after="20" w:line="259" w:lineRule="auto"/>
        <w:shd w:fill="F8E8E8" w:val="clear"/>
      </w:pPr>
      <w:r>
        <w:rPr>
          <w:rFonts w:ascii="Calibri" w:hAnsi="Calibri" w:eastAsia="Calibri"/>
          <w:b w:val="0"/>
          <w:i w:val="0"/>
          <w:color w:val="A02828"/>
          <w:sz w:val="22"/>
        </w:rPr>
        <w:t xml:space="preserve">    E. [WRONG] Send him to void in the toilet to 'test' the urethra</w:t>
      </w:r>
    </w:p>
    <w:p>
      <w:pPr>
        <w:spacing w:before="0" w:after="20" w:line="259" w:lineRule="auto"/>
      </w:pPr>
      <w:r>
        <w:rPr>
          <w:rFonts w:ascii="Calibri" w:hAnsi="Calibri" w:eastAsia="Calibri"/>
          <w:b w:val="0"/>
          <w:i/>
          <w:color w:val="282828"/>
          <w:sz w:val="22"/>
        </w:rPr>
        <w:t xml:space="preserve">       Bay: He is just embolised.</w:t>
      </w:r>
    </w:p>
    <w:p>
      <w:pPr>
        <w:spacing w:before="120" w:after="20" w:line="259" w:lineRule="auto"/>
        <w:shd w:fill="F8E8E8" w:val="clear"/>
      </w:pPr>
      <w:r>
        <w:rPr>
          <w:rFonts w:ascii="Calibri" w:hAnsi="Calibri" w:eastAsia="Calibri"/>
          <w:b w:val="0"/>
          <w:i w:val="0"/>
          <w:color w:val="A02828"/>
          <w:sz w:val="22"/>
        </w:rPr>
        <w:t>B. [WRONG] Take the binder off for comfort on transfer</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Give 1 mg adrenaline as cover</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Sit him in a chair for the lift</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Delay IR for a full trauma CT because he said he is 'a bit better'</w:t>
      </w:r>
    </w:p>
    <w:p>
      <w:pPr>
        <w:spacing w:before="0" w:after="20" w:line="259" w:lineRule="auto"/>
      </w:pPr>
      <w:r>
        <w:rPr>
          <w:rFonts w:ascii="Calibri" w:hAnsi="Calibri" w:eastAsia="Calibri"/>
          <w:b w:val="0"/>
          <w:i/>
          <w:color w:val="282828"/>
          <w:sz w:val="22"/>
        </w:rPr>
        <w:t>Bay: Better after blood is not a reason to wander.</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IR call from the suite.</w:t>
      </w:r>
    </w:p>
    <w:p>
      <w:pPr>
        <w:spacing w:before="120" w:after="20" w:line="259" w:lineRule="auto"/>
        <w:shd w:fill="E8F5EC" w:val="clear"/>
      </w:pPr>
      <w:r>
        <w:rPr>
          <w:rFonts w:ascii="Calibri" w:hAnsi="Calibri" w:eastAsia="Calibri"/>
          <w:b/>
          <w:i w:val="0"/>
          <w:color w:val="146E3C"/>
          <w:sz w:val="22"/>
        </w:rPr>
        <w:t>A. [CORRECT] Open-book pelvic fracture with arterial haemorrhage</w:t>
      </w:r>
    </w:p>
    <w:p>
      <w:pPr>
        <w:spacing w:before="0" w:after="20" w:line="259" w:lineRule="auto"/>
      </w:pPr>
      <w:r>
        <w:rPr>
          <w:rFonts w:ascii="Calibri" w:hAnsi="Calibri" w:eastAsia="Calibri"/>
          <w:b w:val="0"/>
          <w:i/>
          <w:color w:val="282828"/>
          <w:sz w:val="22"/>
        </w:rPr>
        <w:t>Bay: That is the diagnosis.</w:t>
      </w:r>
    </w:p>
    <w:p>
      <w:pPr>
        <w:spacing w:before="120" w:after="20" w:line="259" w:lineRule="auto"/>
        <w:shd w:fill="F8E8E8" w:val="clear"/>
      </w:pPr>
      <w:r>
        <w:rPr>
          <w:rFonts w:ascii="Calibri" w:hAnsi="Calibri" w:eastAsia="Calibri"/>
          <w:b w:val="0"/>
          <w:i w:val="0"/>
          <w:color w:val="A02828"/>
          <w:sz w:val="22"/>
        </w:rPr>
        <w:t>B. [WRONG] Massive haemothorax</w:t>
      </w:r>
    </w:p>
    <w:p>
      <w:pPr>
        <w:spacing w:before="0" w:after="20" w:line="259" w:lineRule="auto"/>
      </w:pPr>
      <w:r>
        <w:rPr>
          <w:rFonts w:ascii="Calibri" w:hAnsi="Calibri" w:eastAsia="Calibri"/>
          <w:b w:val="0"/>
          <w:i/>
          <w:color w:val="282828"/>
          <w:sz w:val="22"/>
        </w:rPr>
        <w:t>Bay: Chest film clear, pelvis the problem.</w:t>
      </w:r>
    </w:p>
    <w:p>
      <w:pPr>
        <w:spacing w:before="120" w:after="20" w:line="259" w:lineRule="auto"/>
        <w:shd w:fill="F8E8E8" w:val="clear"/>
      </w:pPr>
      <w:r>
        <w:rPr>
          <w:rFonts w:ascii="Calibri" w:hAnsi="Calibri" w:eastAsia="Calibri"/>
          <w:b w:val="0"/>
          <w:i w:val="0"/>
          <w:color w:val="A02828"/>
          <w:sz w:val="22"/>
        </w:rPr>
        <w:t>C. [WRONG] Ruptured spleen only</w:t>
      </w:r>
    </w:p>
    <w:p>
      <w:pPr>
        <w:spacing w:before="0" w:after="20" w:line="259" w:lineRule="auto"/>
      </w:pPr>
      <w:r>
        <w:rPr>
          <w:rFonts w:ascii="Calibri" w:hAnsi="Calibri" w:eastAsia="Calibri"/>
          <w:b w:val="0"/>
          <w:i/>
          <w:color w:val="282828"/>
          <w:sz w:val="22"/>
        </w:rPr>
        <w:t>Bay: FAST negative; the ring was open.</w:t>
      </w:r>
    </w:p>
    <w:p>
      <w:pPr>
        <w:spacing w:before="120" w:after="20" w:line="259" w:lineRule="auto"/>
        <w:shd w:fill="F8E8E8" w:val="clear"/>
      </w:pPr>
      <w:r>
        <w:rPr>
          <w:rFonts w:ascii="Calibri" w:hAnsi="Calibri" w:eastAsia="Calibri"/>
          <w:b w:val="0"/>
          <w:i w:val="0"/>
          <w:color w:val="A02828"/>
          <w:sz w:val="22"/>
        </w:rPr>
        <w:t>D. [WRONG] Simple pubic ramus fracture in an older adult</w:t>
      </w:r>
    </w:p>
    <w:p>
      <w:pPr>
        <w:spacing w:before="0" w:after="20" w:line="259" w:lineRule="auto"/>
      </w:pPr>
      <w:r>
        <w:rPr>
          <w:rFonts w:ascii="Calibri" w:hAnsi="Calibri" w:eastAsia="Calibri"/>
          <w:b w:val="0"/>
          <w:i/>
          <w:color w:val="282828"/>
          <w:sz w:val="22"/>
        </w:rPr>
        <w:t>Bay: He is 27 after a 40 mph wall.</w:t>
      </w:r>
    </w:p>
    <w:p>
      <w:pPr>
        <w:spacing w:before="120" w:after="20" w:line="259" w:lineRule="auto"/>
        <w:shd w:fill="F8E8E8" w:val="clear"/>
      </w:pPr>
      <w:r>
        <w:rPr>
          <w:rFonts w:ascii="Calibri" w:hAnsi="Calibri" w:eastAsia="Calibri"/>
          <w:b w:val="0"/>
          <w:i w:val="0"/>
          <w:color w:val="A02828"/>
          <w:sz w:val="22"/>
        </w:rPr>
        <w:t>E. [WRONG] Spinal shock</w:t>
      </w:r>
    </w:p>
    <w:p>
      <w:pPr>
        <w:spacing w:before="0" w:after="20" w:line="259" w:lineRule="auto"/>
      </w:pPr>
      <w:r>
        <w:rPr>
          <w:rFonts w:ascii="Calibri" w:hAnsi="Calibri" w:eastAsia="Calibri"/>
          <w:b w:val="0"/>
          <w:i/>
          <w:color w:val="282828"/>
          <w:sz w:val="22"/>
        </w:rPr>
        <w:t>Bay: Tachycardic, moving legs.</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Haemorrhagic shock from open-book pelvic fracture</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Shock after motorbike trauma, unstable pelvis, no binder on arrival</w:t>
      </w:r>
    </w:p>
    <w:p>
      <w:pPr>
        <w:spacing w:before="0" w:after="40" w:line="259" w:lineRule="auto"/>
      </w:pPr>
      <w:r>
        <w:rPr>
          <w:rFonts w:ascii="Calibri" w:hAnsi="Calibri" w:eastAsia="Calibri"/>
          <w:b w:val="0"/>
          <w:i w:val="0"/>
          <w:sz w:val="22"/>
        </w:rPr>
        <w:t>• FAST negative, blood at the meatus</w:t>
      </w:r>
    </w:p>
    <w:p>
      <w:pPr>
        <w:spacing w:before="0" w:after="40" w:line="259" w:lineRule="auto"/>
      </w:pPr>
      <w:r>
        <w:rPr>
          <w:rFonts w:ascii="Calibri" w:hAnsi="Calibri" w:eastAsia="Calibri"/>
          <w:b w:val="0"/>
          <w:i w:val="0"/>
          <w:sz w:val="22"/>
        </w:rPr>
        <w:t>• Open-book on the film through the binder</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Bind first, then pelvic radiograph through the binder</w:t>
      </w:r>
    </w:p>
    <w:p>
      <w:pPr>
        <w:spacing w:before="0" w:after="40" w:line="259" w:lineRule="auto"/>
      </w:pPr>
      <w:r>
        <w:rPr>
          <w:rFonts w:ascii="Calibri" w:hAnsi="Calibri" w:eastAsia="Calibri"/>
          <w:b w:val="0"/>
          <w:i w:val="0"/>
          <w:sz w:val="22"/>
        </w:rPr>
        <w:t>• FAST to decide abdomen vs pelvis</w:t>
      </w:r>
    </w:p>
    <w:p>
      <w:pPr>
        <w:spacing w:before="0" w:after="40" w:line="259" w:lineRule="auto"/>
      </w:pPr>
      <w:r>
        <w:rPr>
          <w:rFonts w:ascii="Calibri" w:hAnsi="Calibri" w:eastAsia="Calibri"/>
          <w:b w:val="0"/>
          <w:i w:val="0"/>
          <w:sz w:val="22"/>
        </w:rPr>
        <w:t>• VBG, major haemorrhage labs — do not delay IR/surgery</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Binder at the greater trochanters, blood, TXA, warmth</w:t>
      </w:r>
    </w:p>
    <w:p>
      <w:pPr>
        <w:spacing w:before="0" w:after="40" w:line="259" w:lineRule="auto"/>
      </w:pPr>
      <w:r>
        <w:rPr>
          <w:rFonts w:ascii="Calibri" w:hAnsi="Calibri" w:eastAsia="Calibri"/>
          <w:b w:val="0"/>
          <w:i w:val="0"/>
          <w:sz w:val="22"/>
        </w:rPr>
        <w:t>• Do not spring the pelvis repeatedly; do not clamp/remove the binder to image</w:t>
      </w:r>
    </w:p>
    <w:p>
      <w:pPr>
        <w:spacing w:before="0" w:after="40" w:line="259" w:lineRule="auto"/>
      </w:pPr>
      <w:r>
        <w:rPr>
          <w:rFonts w:ascii="Calibri" w:hAnsi="Calibri" w:eastAsia="Calibri"/>
          <w:b w:val="0"/>
          <w:i w:val="0"/>
          <w:sz w:val="22"/>
        </w:rPr>
        <w:t>• Unstable: hybrid theatre / packing / embolisation</w:t>
      </w:r>
    </w:p>
    <w:p>
      <w:pPr>
        <w:spacing w:before="0" w:after="40" w:line="259" w:lineRule="auto"/>
      </w:pPr>
      <w:r>
        <w:rPr>
          <w:rFonts w:ascii="Calibri" w:hAnsi="Calibri" w:eastAsia="Calibri"/>
          <w:b w:val="0"/>
          <w:i w:val="0"/>
          <w:sz w:val="22"/>
        </w:rPr>
        <w:t>• Blood at the meatus: no blind urethral catheter</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BOAST pelvic fracture</w:t>
      </w:r>
    </w:p>
    <w:p>
      <w:pPr>
        <w:spacing w:before="0" w:after="40" w:line="259" w:lineRule="auto"/>
      </w:pPr>
      <w:r>
        <w:rPr>
          <w:rFonts w:ascii="Calibri" w:hAnsi="Calibri" w:eastAsia="Calibri"/>
          <w:b w:val="0"/>
          <w:i w:val="0"/>
          <w:sz w:val="22"/>
        </w:rPr>
        <w:t>• NICE NG39 major trauma</w:t>
      </w:r>
    </w:p>
    <w:p>
      <w:pPr>
        <w:spacing w:before="0" w:after="40" w:line="259" w:lineRule="auto"/>
      </w:pPr>
      <w:r>
        <w:rPr>
          <w:rFonts w:ascii="Calibri" w:hAnsi="Calibri" w:eastAsia="Calibri"/>
          <w:b w:val="0"/>
          <w:i w:val="0"/>
          <w:sz w:val="22"/>
        </w:rPr>
        <w:t>• RCEM major haemorrhage</w:t>
      </w:r>
    </w:p>
    <w:p>
      <w:pPr>
        <w:spacing w:before="0" w:after="40" w:line="259" w:lineRule="auto"/>
      </w:pPr>
      <w:r>
        <w:rPr>
          <w:rFonts w:ascii="Calibri" w:hAnsi="Calibri" w:eastAsia="Calibri"/>
          <w:b w:val="0"/>
          <w:i w:val="0"/>
          <w:sz w:val="22"/>
        </w:rPr>
        <w:t>• CRASH-2</w:t>
      </w:r>
    </w:p>
    <w:p>
      <w:r>
        <w:br w:type="page"/>
      </w:r>
    </w:p>
    <w:p>
      <w:pPr>
        <w:spacing w:before="120" w:after="160" w:line="259" w:lineRule="auto"/>
      </w:pPr>
      <w:r>
        <w:rPr>
          <w:rFonts w:ascii="Calibri" w:hAnsi="Calibri" w:eastAsia="Calibri"/>
          <w:b/>
          <w:i w:val="0"/>
          <w:color w:val="0C0E10"/>
          <w:sz w:val="36"/>
        </w:rPr>
        <w:t>Case 26 — Major burns with inhalational injury</w:t>
      </w:r>
    </w:p>
    <w:p>
      <w:pPr>
        <w:spacing w:before="0" w:after="40" w:line="259" w:lineRule="auto"/>
      </w:pPr>
      <w:r>
        <w:rPr>
          <w:rFonts w:ascii="Calibri" w:hAnsi="Calibri" w:eastAsia="Calibri"/>
          <w:b w:val="0"/>
          <w:i/>
          <w:color w:val="5A5A5A"/>
          <w:sz w:val="20"/>
        </w:rPr>
        <w:t>pre-alert · Scottish Ambulance Service — pre-alert · rhythm sinus-tach</w:t>
      </w:r>
    </w:p>
    <w:p>
      <w:pPr>
        <w:spacing w:before="0" w:after="40" w:line="259" w:lineRule="auto"/>
      </w:pPr>
      <w:r>
        <w:rPr>
          <w:rFonts w:ascii="Calibri" w:hAnsi="Calibri" w:eastAsia="Calibri"/>
          <w:b w:val="0"/>
          <w:i/>
          <w:color w:val="5A5A5A"/>
          <w:sz w:val="20"/>
        </w:rPr>
        <w:t>HR 118   BP 108/64   RR 28   SpO2 90%   temp 36.8   GCS 14   BM 7.1</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38 years, male</w:t>
      </w:r>
    </w:p>
    <w:p>
      <w:pPr>
        <w:spacing w:before="0" w:after="40" w:line="259" w:lineRule="auto"/>
      </w:pPr>
      <w:r>
        <w:rPr>
          <w:rFonts w:ascii="Calibri" w:hAnsi="Calibri" w:eastAsia="Calibri"/>
          <w:b w:val="0"/>
          <w:i w:val="0"/>
          <w:sz w:val="22"/>
        </w:rPr>
        <w:t>T house fire, dragged from a smoke-filled bedroom 25 minutes ago</w:t>
      </w:r>
    </w:p>
    <w:p>
      <w:pPr>
        <w:spacing w:before="0" w:after="40" w:line="259" w:lineRule="auto"/>
      </w:pPr>
      <w:r>
        <w:rPr>
          <w:rFonts w:ascii="Calibri" w:hAnsi="Calibri" w:eastAsia="Calibri"/>
          <w:b w:val="0"/>
          <w:i w:val="0"/>
          <w:sz w:val="22"/>
        </w:rPr>
        <w:t>M burns + inhalation</w:t>
      </w:r>
    </w:p>
    <w:p>
      <w:pPr>
        <w:spacing w:before="0" w:after="40" w:line="259" w:lineRule="auto"/>
      </w:pPr>
      <w:r>
        <w:rPr>
          <w:rFonts w:ascii="Calibri" w:hAnsi="Calibri" w:eastAsia="Calibri"/>
          <w:b w:val="0"/>
          <w:i w:val="0"/>
          <w:sz w:val="22"/>
        </w:rPr>
        <w:t>I none</w:t>
      </w:r>
    </w:p>
    <w:p>
      <w:pPr>
        <w:spacing w:before="0" w:after="40" w:line="259" w:lineRule="auto"/>
      </w:pPr>
      <w:r>
        <w:rPr>
          <w:rFonts w:ascii="Calibri" w:hAnsi="Calibri" w:eastAsia="Calibri"/>
          <w:b w:val="0"/>
          <w:i w:val="0"/>
          <w:sz w:val="22"/>
        </w:rPr>
        <w:t>S HR 118 BP 108/64 RR 28 SpO2 90% 15 L GCS 14, hoarse, soot</w:t>
      </w:r>
    </w:p>
    <w:p>
      <w:pPr>
        <w:spacing w:before="0" w:after="40" w:line="259" w:lineRule="auto"/>
      </w:pPr>
      <w:r>
        <w:rPr>
          <w:rFonts w:ascii="Calibri" w:hAnsi="Calibri" w:eastAsia="Calibri"/>
          <w:b w:val="0"/>
          <w:i w:val="0"/>
          <w:sz w:val="22"/>
        </w:rPr>
        <w:t>T oxygen, burns sheets, no fluids yet</w:t>
      </w:r>
    </w:p>
    <w:p>
      <w:pPr>
        <w:spacing w:before="0" w:after="40" w:line="259" w:lineRule="auto"/>
      </w:pPr>
      <w:r>
        <w:rPr>
          <w:rFonts w:ascii="Calibri" w:hAnsi="Calibri" w:eastAsia="Calibri"/>
          <w:b w:val="0"/>
          <w:i w:val="0"/>
          <w:sz w:val="22"/>
        </w:rPr>
        <w:t>ETA 5 minutes. Crew: "He is hoarse. The hairs in his nose are gone."</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hoarse, soot in the mouth, singed nasal hairs, no stridor yet, talking in short sentences.</w:t>
      </w:r>
    </w:p>
    <w:p>
      <w:pPr>
        <w:spacing w:before="0" w:after="40" w:line="259" w:lineRule="auto"/>
      </w:pPr>
      <w:r>
        <w:rPr>
          <w:rFonts w:ascii="Calibri" w:hAnsi="Calibri" w:eastAsia="Calibri"/>
          <w:b w:val="0"/>
          <w:i w:val="0"/>
          <w:sz w:val="22"/>
        </w:rPr>
        <w:t>B — RR 28, wheeze, SpO2 90% on 15 L, carbonaceous sputum. Chest otherwise equal.</w:t>
      </w:r>
    </w:p>
    <w:p>
      <w:pPr>
        <w:spacing w:before="0" w:after="40" w:line="259" w:lineRule="auto"/>
      </w:pPr>
      <w:r>
        <w:rPr>
          <w:rFonts w:ascii="Calibri" w:hAnsi="Calibri" w:eastAsia="Calibri"/>
          <w:b w:val="0"/>
          <w:i w:val="0"/>
          <w:sz w:val="22"/>
        </w:rPr>
        <w:t>C — HR 118, BP 108/64, CRT 3 s. Circumferential deep burns both arms, chest and back — roughly 40% TBSA.</w:t>
      </w:r>
    </w:p>
    <w:p>
      <w:pPr>
        <w:spacing w:before="0" w:after="40" w:line="259" w:lineRule="auto"/>
      </w:pPr>
      <w:r>
        <w:rPr>
          <w:rFonts w:ascii="Calibri" w:hAnsi="Calibri" w:eastAsia="Calibri"/>
          <w:b w:val="0"/>
          <w:i w:val="0"/>
          <w:sz w:val="22"/>
        </w:rPr>
        <w:t>D — GCS 14, BM 7.1, confused about the night.</w:t>
      </w:r>
    </w:p>
    <w:p>
      <w:pPr>
        <w:spacing w:before="0" w:after="40" w:line="259" w:lineRule="auto"/>
      </w:pPr>
      <w:r>
        <w:rPr>
          <w:rFonts w:ascii="Calibri" w:hAnsi="Calibri" w:eastAsia="Calibri"/>
          <w:b w:val="0"/>
          <w:i w:val="0"/>
          <w:sz w:val="22"/>
        </w:rPr>
        <w:t>E — no other trauma. Clothes cut. Pain 8/10.</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Hoarse, soot, singed hairs, 40% burns. No stridor yet.</w:t>
      </w:r>
    </w:p>
    <w:p>
      <w:pPr>
        <w:spacing w:before="120" w:after="20" w:line="259" w:lineRule="auto"/>
        <w:shd w:fill="E8F5EC" w:val="clear"/>
      </w:pPr>
      <w:r>
        <w:rPr>
          <w:rFonts w:ascii="Calibri" w:hAnsi="Calibri" w:eastAsia="Calibri"/>
          <w:b/>
          <w:i w:val="0"/>
          <w:color w:val="146E3C"/>
          <w:sz w:val="22"/>
        </w:rPr>
        <w:t>A. [CORRECT] Early RSI</w:t>
      </w:r>
    </w:p>
    <w:p>
      <w:pPr>
        <w:spacing w:before="0" w:after="20" w:line="259" w:lineRule="auto"/>
      </w:pPr>
      <w:r>
        <w:rPr>
          <w:rFonts w:ascii="Calibri" w:hAnsi="Calibri" w:eastAsia="Calibri"/>
          <w:b w:val="0"/>
          <w:i/>
          <w:color w:val="282828"/>
          <w:sz w:val="22"/>
        </w:rPr>
        <w:t>Bay: You tube while the mouth is still open. Soot below the cords. ICU and burns are coming.</w:t>
      </w:r>
    </w:p>
    <w:p>
      <w:pPr>
        <w:spacing w:before="0" w:after="40" w:line="259" w:lineRule="auto"/>
      </w:pPr>
      <w:r>
        <w:rPr>
          <w:rFonts w:ascii="Calibri" w:hAnsi="Calibri" w:eastAsia="Calibri"/>
          <w:b w:val="0"/>
          <w:i/>
          <w:color w:val="5A4614"/>
          <w:sz w:val="20"/>
        </w:rPr>
        <w:t>Reaction: spo2 +4, gcs -11, O2 15 L</w:t>
      </w:r>
    </w:p>
    <w:p>
      <w:pPr>
        <w:spacing w:before="80" w:after="40" w:line="259" w:lineRule="auto"/>
      </w:pPr>
      <w:r>
        <w:rPr>
          <w:rFonts w:ascii="Calibri" w:hAnsi="Calibri" w:eastAsia="Calibri"/>
          <w:b/>
          <w:i w:val="0"/>
          <w:color w:val="46326E"/>
          <w:sz w:val="22"/>
        </w:rPr>
        <w:t xml:space="preserve">    Follow-up: Why not wait for stridor?</w:t>
      </w:r>
    </w:p>
    <w:p>
      <w:pPr>
        <w:spacing w:before="120" w:after="20" w:line="259" w:lineRule="auto"/>
        <w:shd w:fill="E8F5EC" w:val="clear"/>
      </w:pPr>
      <w:r>
        <w:rPr>
          <w:rFonts w:ascii="Calibri" w:hAnsi="Calibri" w:eastAsia="Calibri"/>
          <w:b/>
          <w:i w:val="0"/>
          <w:color w:val="146E3C"/>
          <w:sz w:val="22"/>
        </w:rPr>
        <w:t xml:space="preserve">    A. [CORRECT] Inhalation burns swell. Tube while you can still see</w:t>
      </w:r>
    </w:p>
    <w:p>
      <w:pPr>
        <w:spacing w:before="0" w:after="20" w:line="259" w:lineRule="auto"/>
      </w:pPr>
      <w:r>
        <w:rPr>
          <w:rFonts w:ascii="Calibri" w:hAnsi="Calibri" w:eastAsia="Calibri"/>
          <w:b w:val="0"/>
          <w:i/>
          <w:color w:val="282828"/>
          <w:sz w:val="22"/>
        </w:rPr>
        <w:t xml:space="preserve">       Bay: Stridor is late. A hoarse sooty airway is the indication.</w:t>
      </w:r>
    </w:p>
    <w:p>
      <w:pPr>
        <w:spacing w:before="120" w:after="20" w:line="259" w:lineRule="auto"/>
        <w:shd w:fill="F8E8E8" w:val="clear"/>
      </w:pPr>
      <w:r>
        <w:rPr>
          <w:rFonts w:ascii="Calibri" w:hAnsi="Calibri" w:eastAsia="Calibri"/>
          <w:b w:val="0"/>
          <w:i w:val="0"/>
          <w:color w:val="A02828"/>
          <w:sz w:val="22"/>
        </w:rPr>
        <w:t xml:space="preserve">    B. [WRONG] Wait for a fibreoptic list in the morning</w:t>
      </w:r>
    </w:p>
    <w:p>
      <w:pPr>
        <w:spacing w:before="0" w:after="20" w:line="259" w:lineRule="auto"/>
      </w:pPr>
      <w:r>
        <w:rPr>
          <w:rFonts w:ascii="Calibri" w:hAnsi="Calibri" w:eastAsia="Calibri"/>
          <w:b w:val="0"/>
          <w:i/>
          <w:color w:val="282828"/>
          <w:sz w:val="22"/>
        </w:rPr>
        <w:t xml:space="preserve">       Bay: This airway will not wait for a list.</w:t>
      </w:r>
    </w:p>
    <w:p>
      <w:pPr>
        <w:spacing w:before="120" w:after="20" w:line="259" w:lineRule="auto"/>
        <w:shd w:fill="F8E8E8" w:val="clear"/>
      </w:pPr>
      <w:r>
        <w:rPr>
          <w:rFonts w:ascii="Calibri" w:hAnsi="Calibri" w:eastAsia="Calibri"/>
          <w:b w:val="0"/>
          <w:i w:val="0"/>
          <w:color w:val="A02828"/>
          <w:sz w:val="22"/>
        </w:rPr>
        <w:t xml:space="preserve">    C. [WRONG] Stridor is required before anyone tubes a burn</w:t>
      </w:r>
    </w:p>
    <w:p>
      <w:pPr>
        <w:spacing w:before="0" w:after="20" w:line="259" w:lineRule="auto"/>
      </w:pPr>
      <w:r>
        <w:rPr>
          <w:rFonts w:ascii="Calibri" w:hAnsi="Calibri" w:eastAsia="Calibri"/>
          <w:b w:val="0"/>
          <w:i/>
          <w:color w:val="282828"/>
          <w:sz w:val="22"/>
        </w:rPr>
        <w:t xml:space="preserve">       Bay: That is how you do a crash cric in an unrecognisable neck.</w:t>
      </w:r>
    </w:p>
    <w:p>
      <w:pPr>
        <w:spacing w:before="120" w:after="20" w:line="259" w:lineRule="auto"/>
        <w:shd w:fill="F8E8E8" w:val="clear"/>
      </w:pPr>
      <w:r>
        <w:rPr>
          <w:rFonts w:ascii="Calibri" w:hAnsi="Calibri" w:eastAsia="Calibri"/>
          <w:b w:val="0"/>
          <w:i w:val="0"/>
          <w:color w:val="A02828"/>
          <w:sz w:val="22"/>
        </w:rPr>
        <w:t xml:space="preserve">    D. [WRONG] NIV overnight to 'stent' the airway</w:t>
      </w:r>
    </w:p>
    <w:p>
      <w:pPr>
        <w:spacing w:before="0" w:after="20" w:line="259" w:lineRule="auto"/>
      </w:pPr>
      <w:r>
        <w:rPr>
          <w:rFonts w:ascii="Calibri" w:hAnsi="Calibri" w:eastAsia="Calibri"/>
          <w:b w:val="0"/>
          <w:i/>
          <w:color w:val="282828"/>
          <w:sz w:val="22"/>
        </w:rPr>
        <w:t xml:space="preserve">       Bay: NIV does not stent a swelling glottis and it is a fire-smoke lung.</w:t>
      </w:r>
    </w:p>
    <w:p>
      <w:pPr>
        <w:spacing w:before="120" w:after="20" w:line="259" w:lineRule="auto"/>
        <w:shd w:fill="F8E8E8" w:val="clear"/>
      </w:pPr>
      <w:r>
        <w:rPr>
          <w:rFonts w:ascii="Calibri" w:hAnsi="Calibri" w:eastAsia="Calibri"/>
          <w:b w:val="0"/>
          <w:i w:val="0"/>
          <w:color w:val="A02828"/>
          <w:sz w:val="22"/>
        </w:rPr>
        <w:t xml:space="preserve">    E. [WRONG] Heliox and observe on a ward</w:t>
      </w:r>
    </w:p>
    <w:p>
      <w:pPr>
        <w:spacing w:before="0" w:after="20" w:line="259" w:lineRule="auto"/>
      </w:pPr>
      <w:r>
        <w:rPr>
          <w:rFonts w:ascii="Calibri" w:hAnsi="Calibri" w:eastAsia="Calibri"/>
          <w:b w:val="0"/>
          <w:i/>
          <w:color w:val="282828"/>
          <w:sz w:val="22"/>
        </w:rPr>
        <w:t xml:space="preserve">       Bay: He has 40% burns and a dirty airway.</w:t>
      </w:r>
    </w:p>
    <w:p>
      <w:pPr>
        <w:spacing w:before="120" w:after="20" w:line="259" w:lineRule="auto"/>
        <w:shd w:fill="F8E8E8" w:val="clear"/>
      </w:pPr>
      <w:r>
        <w:rPr>
          <w:rFonts w:ascii="Calibri" w:hAnsi="Calibri" w:eastAsia="Calibri"/>
          <w:b w:val="0"/>
          <w:i w:val="0"/>
          <w:color w:val="A02828"/>
          <w:sz w:val="22"/>
        </w:rPr>
        <w:t>B. [WRONG] Observe until stridor, then crash-tube</w:t>
      </w:r>
    </w:p>
    <w:p>
      <w:pPr>
        <w:spacing w:before="0" w:after="20" w:line="259" w:lineRule="auto"/>
      </w:pPr>
      <w:r>
        <w:rPr>
          <w:rFonts w:ascii="Calibri" w:hAnsi="Calibri" w:eastAsia="Calibri"/>
          <w:b w:val="0"/>
          <w:i/>
          <w:color w:val="282828"/>
          <w:sz w:val="22"/>
        </w:rPr>
        <w:t>Bay: The neck will be a burnt football. Tube now.</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NIV for the hypoxia</w:t>
      </w:r>
    </w:p>
    <w:p>
      <w:pPr>
        <w:spacing w:before="0" w:after="20" w:line="259" w:lineRule="auto"/>
      </w:pPr>
      <w:r>
        <w:rPr>
          <w:rFonts w:ascii="Calibri" w:hAnsi="Calibri" w:eastAsia="Calibri"/>
          <w:b w:val="0"/>
          <w:i/>
          <w:color w:val="282828"/>
          <w:sz w:val="22"/>
        </w:rPr>
        <w:t>Bay: Wrong airway, wrong lung, delayed tube.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Immediate surgical airway as first line</w:t>
      </w:r>
    </w:p>
    <w:p>
      <w:pPr>
        <w:spacing w:before="0" w:after="20" w:line="259" w:lineRule="auto"/>
      </w:pPr>
      <w:r>
        <w:rPr>
          <w:rFonts w:ascii="Calibri" w:hAnsi="Calibri" w:eastAsia="Calibri"/>
          <w:b w:val="0"/>
          <w:i/>
          <w:color w:val="282828"/>
          <w:sz w:val="22"/>
        </w:rPr>
        <w:t>Bay: The mouth still works. RSI with a difficult-airway plan, cric if that fails.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Discharge after a normal chest film</w:t>
      </w:r>
    </w:p>
    <w:p>
      <w:pPr>
        <w:spacing w:before="0" w:after="20" w:line="259" w:lineRule="auto"/>
      </w:pPr>
      <w:r>
        <w:rPr>
          <w:rFonts w:ascii="Calibri" w:hAnsi="Calibri" w:eastAsia="Calibri"/>
          <w:b w:val="0"/>
          <w:i/>
          <w:color w:val="282828"/>
          <w:sz w:val="22"/>
        </w:rPr>
        <w:t>Bay: Hoarse, sooty, 40%. He is not going home.</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Tube in. Burns look 40%. BP 100. No fluids yet.</w:t>
      </w:r>
    </w:p>
    <w:p>
      <w:pPr>
        <w:spacing w:before="120" w:after="20" w:line="259" w:lineRule="auto"/>
        <w:shd w:fill="E8F5EC" w:val="clear"/>
      </w:pPr>
      <w:r>
        <w:rPr>
          <w:rFonts w:ascii="Calibri" w:hAnsi="Calibri" w:eastAsia="Calibri"/>
          <w:b/>
          <w:i w:val="0"/>
          <w:color w:val="146E3C"/>
          <w:sz w:val="22"/>
        </w:rPr>
        <w:t>A. [CORRECT] Parkland fluids from the time of the burn</w:t>
      </w:r>
    </w:p>
    <w:p>
      <w:pPr>
        <w:spacing w:before="0" w:after="20" w:line="259" w:lineRule="auto"/>
      </w:pPr>
      <w:r>
        <w:rPr>
          <w:rFonts w:ascii="Calibri" w:hAnsi="Calibri" w:eastAsia="Calibri"/>
          <w:b w:val="0"/>
          <w:i/>
          <w:color w:val="282828"/>
          <w:sz w:val="22"/>
        </w:rPr>
        <w:t>Bay: Warm Hartmann's running. You time it from the fire, not from the door.</w:t>
      </w:r>
    </w:p>
    <w:p>
      <w:pPr>
        <w:spacing w:before="0" w:after="40" w:line="259" w:lineRule="auto"/>
      </w:pPr>
      <w:r>
        <w:rPr>
          <w:rFonts w:ascii="Calibri" w:hAnsi="Calibri" w:eastAsia="Calibri"/>
          <w:b w:val="0"/>
          <w:i/>
          <w:color w:val="5A4614"/>
          <w:sz w:val="20"/>
        </w:rPr>
        <w:t>Reaction: sbp +6</w:t>
      </w:r>
    </w:p>
    <w:p>
      <w:pPr>
        <w:spacing w:before="80" w:after="40" w:line="259" w:lineRule="auto"/>
      </w:pPr>
      <w:r>
        <w:rPr>
          <w:rFonts w:ascii="Calibri" w:hAnsi="Calibri" w:eastAsia="Calibri"/>
          <w:b/>
          <w:i w:val="0"/>
          <w:color w:val="46326E"/>
          <w:sz w:val="22"/>
        </w:rPr>
        <w:t xml:space="preserve">    Follow-up: What formula?</w:t>
      </w:r>
    </w:p>
    <w:p>
      <w:pPr>
        <w:spacing w:before="120" w:after="20" w:line="259" w:lineRule="auto"/>
        <w:shd w:fill="E8F5EC" w:val="clear"/>
      </w:pPr>
      <w:r>
        <w:rPr>
          <w:rFonts w:ascii="Calibri" w:hAnsi="Calibri" w:eastAsia="Calibri"/>
          <w:b/>
          <w:i w:val="0"/>
          <w:color w:val="146E3C"/>
          <w:sz w:val="22"/>
        </w:rPr>
        <w:t xml:space="preserve">    A. [CORRECT] About 2 mL × kg × %TBSA in adults (modified Parkland), half in the first 8 hours from the burn</w:t>
      </w:r>
    </w:p>
    <w:p>
      <w:pPr>
        <w:spacing w:before="0" w:after="20" w:line="259" w:lineRule="auto"/>
      </w:pPr>
      <w:r>
        <w:rPr>
          <w:rFonts w:ascii="Calibri" w:hAnsi="Calibri" w:eastAsia="Calibri"/>
          <w:b w:val="0"/>
          <w:i/>
          <w:color w:val="282828"/>
          <w:sz w:val="22"/>
        </w:rPr>
        <w:t xml:space="preserve">       Bay: JBCR / BBA: start here and titrate to urine 0.5–1 mL/kg/h. Do not blindly pour 4 mL if he is not dry.</w:t>
      </w:r>
    </w:p>
    <w:p>
      <w:pPr>
        <w:spacing w:before="120" w:after="20" w:line="259" w:lineRule="auto"/>
        <w:shd w:fill="F8E8E8" w:val="clear"/>
      </w:pPr>
      <w:r>
        <w:rPr>
          <w:rFonts w:ascii="Calibri" w:hAnsi="Calibri" w:eastAsia="Calibri"/>
          <w:b w:val="0"/>
          <w:i w:val="0"/>
          <w:color w:val="A02828"/>
          <w:sz w:val="22"/>
        </w:rPr>
        <w:t xml:space="preserve">    B. [WRONG] 4 L of 5% glucose in the first hour</w:t>
      </w:r>
    </w:p>
    <w:p>
      <w:pPr>
        <w:spacing w:before="0" w:after="20" w:line="259" w:lineRule="auto"/>
      </w:pPr>
      <w:r>
        <w:rPr>
          <w:rFonts w:ascii="Calibri" w:hAnsi="Calibri" w:eastAsia="Calibri"/>
          <w:b w:val="0"/>
          <w:i/>
          <w:color w:val="282828"/>
          <w:sz w:val="22"/>
        </w:rPr>
        <w:t xml:space="preserve">       Bay: Isotonic crystalloid, timed from the burn, not a glucose dump.</w:t>
      </w:r>
    </w:p>
    <w:p>
      <w:pPr>
        <w:spacing w:before="120" w:after="20" w:line="259" w:lineRule="auto"/>
        <w:shd w:fill="F8E8E8" w:val="clear"/>
      </w:pPr>
      <w:r>
        <w:rPr>
          <w:rFonts w:ascii="Calibri" w:hAnsi="Calibri" w:eastAsia="Calibri"/>
          <w:b w:val="0"/>
          <w:i w:val="0"/>
          <w:color w:val="A02828"/>
          <w:sz w:val="22"/>
        </w:rPr>
        <w:t xml:space="preserve">    C. [WRONG] No fluid until a burns registrar measures the Lund-Browder on the ward</w:t>
      </w:r>
    </w:p>
    <w:p>
      <w:pPr>
        <w:spacing w:before="0" w:after="20" w:line="259" w:lineRule="auto"/>
      </w:pPr>
      <w:r>
        <w:rPr>
          <w:rFonts w:ascii="Calibri" w:hAnsi="Calibri" w:eastAsia="Calibri"/>
          <w:b w:val="0"/>
          <w:i/>
          <w:color w:val="282828"/>
          <w:sz w:val="22"/>
        </w:rPr>
        <w:t xml:space="preserve">       Bay: Start now. Refine the % later.</w:t>
      </w:r>
    </w:p>
    <w:p>
      <w:pPr>
        <w:spacing w:before="120" w:after="20" w:line="259" w:lineRule="auto"/>
        <w:shd w:fill="F8E8E8" w:val="clear"/>
      </w:pPr>
      <w:r>
        <w:rPr>
          <w:rFonts w:ascii="Calibri" w:hAnsi="Calibri" w:eastAsia="Calibri"/>
          <w:b w:val="0"/>
          <w:i w:val="0"/>
          <w:color w:val="A02828"/>
          <w:sz w:val="22"/>
        </w:rPr>
        <w:t xml:space="preserve">    D. [WRONG] Colloid only for the first 8 hours</w:t>
      </w:r>
    </w:p>
    <w:p>
      <w:pPr>
        <w:spacing w:before="0" w:after="20" w:line="259" w:lineRule="auto"/>
      </w:pPr>
      <w:r>
        <w:rPr>
          <w:rFonts w:ascii="Calibri" w:hAnsi="Calibri" w:eastAsia="Calibri"/>
          <w:b w:val="0"/>
          <w:i/>
          <w:color w:val="282828"/>
          <w:sz w:val="22"/>
        </w:rPr>
        <w:t xml:space="preserve">       Bay: Crystalloid first. Colloid is not the opening move.</w:t>
      </w:r>
    </w:p>
    <w:p>
      <w:pPr>
        <w:spacing w:before="120" w:after="20" w:line="259" w:lineRule="auto"/>
        <w:shd w:fill="F8E8E8" w:val="clear"/>
      </w:pPr>
      <w:r>
        <w:rPr>
          <w:rFonts w:ascii="Calibri" w:hAnsi="Calibri" w:eastAsia="Calibri"/>
          <w:b w:val="0"/>
          <w:i w:val="0"/>
          <w:color w:val="A02828"/>
          <w:sz w:val="22"/>
        </w:rPr>
        <w:t xml:space="preserve">    E. [WRONG] 1000 mL/h regardless of size</w:t>
      </w:r>
    </w:p>
    <w:p>
      <w:pPr>
        <w:spacing w:before="0" w:after="20" w:line="259" w:lineRule="auto"/>
      </w:pPr>
      <w:r>
        <w:rPr>
          <w:rFonts w:ascii="Calibri" w:hAnsi="Calibri" w:eastAsia="Calibri"/>
          <w:b w:val="0"/>
          <w:i/>
          <w:color w:val="282828"/>
          <w:sz w:val="22"/>
        </w:rPr>
        <w:t xml:space="preserve">       Bay: That under-treats 40% and over-treats a hand burn. Use the formula, then urine.</w:t>
      </w:r>
    </w:p>
    <w:p>
      <w:pPr>
        <w:spacing w:before="120" w:after="20" w:line="259" w:lineRule="auto"/>
        <w:shd w:fill="F8E8E8" w:val="clear"/>
      </w:pPr>
      <w:r>
        <w:rPr>
          <w:rFonts w:ascii="Calibri" w:hAnsi="Calibri" w:eastAsia="Calibri"/>
          <w:b w:val="0"/>
          <w:i w:val="0"/>
          <w:color w:val="A02828"/>
          <w:sz w:val="22"/>
        </w:rPr>
        <w:t>B. [WRONG] Wait for a formal Lund-Browder before any fluid</w:t>
      </w:r>
    </w:p>
    <w:p>
      <w:pPr>
        <w:spacing w:before="0" w:after="20" w:line="259" w:lineRule="auto"/>
      </w:pPr>
      <w:r>
        <w:rPr>
          <w:rFonts w:ascii="Calibri" w:hAnsi="Calibri" w:eastAsia="Calibri"/>
          <w:b w:val="0"/>
          <w:i/>
          <w:color w:val="282828"/>
          <w:sz w:val="22"/>
        </w:rPr>
        <w:t>Bay: Start now. 40% will hide a tank.</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Blood as first fluid because the BP is 100</w:t>
      </w:r>
    </w:p>
    <w:p>
      <w:pPr>
        <w:spacing w:before="0" w:after="20" w:line="259" w:lineRule="auto"/>
      </w:pPr>
      <w:r>
        <w:rPr>
          <w:rFonts w:ascii="Calibri" w:hAnsi="Calibri" w:eastAsia="Calibri"/>
          <w:b w:val="0"/>
          <w:i/>
          <w:color w:val="282828"/>
          <w:sz w:val="22"/>
        </w:rPr>
        <w:t>Bay: Burn shock is plasma loss first, not a bottle of O-neg unless he also bled.</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Ice the burns under running water for an hour</w:t>
      </w:r>
    </w:p>
    <w:p>
      <w:pPr>
        <w:spacing w:before="0" w:after="20" w:line="259" w:lineRule="auto"/>
      </w:pPr>
      <w:r>
        <w:rPr>
          <w:rFonts w:ascii="Calibri" w:hAnsi="Calibri" w:eastAsia="Calibri"/>
          <w:b w:val="0"/>
          <w:i/>
          <w:color w:val="282828"/>
          <w:sz w:val="22"/>
        </w:rPr>
        <w:t>Bay: Cool the burn 20 minutes, then warm the patient. Prolonged ice on 40% causes hypothermia.</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Escharotomy of both arms in resus before any fluid</w:t>
      </w:r>
    </w:p>
    <w:p>
      <w:pPr>
        <w:spacing w:before="0" w:after="20" w:line="259" w:lineRule="auto"/>
      </w:pPr>
      <w:r>
        <w:rPr>
          <w:rFonts w:ascii="Calibri" w:hAnsi="Calibri" w:eastAsia="Calibri"/>
          <w:b w:val="0"/>
          <w:i/>
          <w:color w:val="282828"/>
          <w:sz w:val="22"/>
        </w:rPr>
        <w:t>Bay: Fluid and a tube first. Escharotomy if pulses go or ventilation fails — with someone who does them.</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You can send from the bay.</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7.28  pCO2 4.2  pO2 11.8  HCO3 14  BE −10  lactate 4.0  COHb 18%  K+ 4.6  Hb 156</w:t>
      </w:r>
    </w:p>
    <w:p>
      <w:pPr>
        <w:spacing w:before="0" w:after="40" w:line="259" w:lineRule="auto"/>
      </w:pPr>
      <w:r>
        <w:rPr>
          <w:rFonts w:ascii="Calibri" w:hAnsi="Calibri" w:eastAsia="Calibri"/>
          <w:b w:val="0"/>
          <w:i w:val="0"/>
          <w:sz w:val="22"/>
        </w:rPr>
        <w:t>Carbon monoxide is up. Treat with high-concentration oxygen. Cyanide if he is more acidotic and comatose.</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7.1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sinus-tach</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Catheter: dark, 20 mL. You need 0.5–1 mL/kg/h.</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156   WCC 14.2   Plt 310</w:t>
      </w:r>
    </w:p>
    <w:p>
      <w:pPr>
        <w:spacing w:before="0" w:after="40" w:line="259" w:lineRule="auto"/>
      </w:pPr>
      <w:r>
        <w:rPr>
          <w:rFonts w:ascii="Calibri" w:hAnsi="Calibri" w:eastAsia="Calibri"/>
          <w:b w:val="0"/>
          <w:i w:val="0"/>
          <w:sz w:val="22"/>
        </w:rPr>
        <w:t>ue: Na 142   K 4.6   urea 8.2   creat 98</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COHb 18%. Still acidotic. Review results — then decide.</w:t>
      </w:r>
    </w:p>
    <w:p>
      <w:pPr>
        <w:spacing w:before="120" w:after="20" w:line="259" w:lineRule="auto"/>
        <w:shd w:fill="E8F5EC" w:val="clear"/>
      </w:pPr>
      <w:r>
        <w:rPr>
          <w:rFonts w:ascii="Calibri" w:hAnsi="Calibri" w:eastAsia="Calibri"/>
          <w:b/>
          <w:i w:val="0"/>
          <w:color w:val="146E3C"/>
          <w:sz w:val="22"/>
        </w:rPr>
        <w:t>A. [CORRECT] Keep FiO2 1.0, consider cyanide kit if he sinks, call burns</w:t>
      </w:r>
    </w:p>
    <w:p>
      <w:pPr>
        <w:spacing w:before="0" w:after="20" w:line="259" w:lineRule="auto"/>
      </w:pPr>
      <w:r>
        <w:rPr>
          <w:rFonts w:ascii="Calibri" w:hAnsi="Calibri" w:eastAsia="Calibri"/>
          <w:b w:val="0"/>
          <w:i/>
          <w:color w:val="282828"/>
          <w:sz w:val="22"/>
        </w:rPr>
        <w:t>Bay: High-concentration oxygen stays. Burns unit accept. You do not wait for a chamber that does not exist tonight.</w:t>
      </w:r>
    </w:p>
    <w:p>
      <w:pPr>
        <w:spacing w:before="0" w:after="40" w:line="259" w:lineRule="auto"/>
      </w:pPr>
      <w:r>
        <w:rPr>
          <w:rFonts w:ascii="Calibri" w:hAnsi="Calibri" w:eastAsia="Calibri"/>
          <w:b w:val="0"/>
          <w:i/>
          <w:color w:val="5A4614"/>
          <w:sz w:val="20"/>
        </w:rPr>
        <w:t>Reaction: spo2 +2</w:t>
      </w:r>
    </w:p>
    <w:p>
      <w:pPr>
        <w:spacing w:before="80" w:after="40" w:line="259" w:lineRule="auto"/>
      </w:pPr>
      <w:r>
        <w:rPr>
          <w:rFonts w:ascii="Calibri" w:hAnsi="Calibri" w:eastAsia="Calibri"/>
          <w:b/>
          <w:i w:val="0"/>
          <w:color w:val="46326E"/>
          <w:sz w:val="22"/>
        </w:rPr>
        <w:t xml:space="preserve">    Follow-up: What about the COHb?</w:t>
      </w:r>
    </w:p>
    <w:p>
      <w:pPr>
        <w:spacing w:before="120" w:after="20" w:line="259" w:lineRule="auto"/>
        <w:shd w:fill="E8F5EC" w:val="clear"/>
      </w:pPr>
      <w:r>
        <w:rPr>
          <w:rFonts w:ascii="Calibri" w:hAnsi="Calibri" w:eastAsia="Calibri"/>
          <w:b/>
          <w:i w:val="0"/>
          <w:color w:val="146E3C"/>
          <w:sz w:val="22"/>
        </w:rPr>
        <w:t xml:space="preserve">    A. [CORRECT] High-concentration oxygen now; hyperbaric only if a chamber is actually available and he meets criteria</w:t>
      </w:r>
    </w:p>
    <w:p>
      <w:pPr>
        <w:spacing w:before="0" w:after="20" w:line="259" w:lineRule="auto"/>
      </w:pPr>
      <w:r>
        <w:rPr>
          <w:rFonts w:ascii="Calibri" w:hAnsi="Calibri" w:eastAsia="Calibri"/>
          <w:b w:val="0"/>
          <w:i/>
          <w:color w:val="282828"/>
          <w:sz w:val="22"/>
        </w:rPr>
        <w:t xml:space="preserve">       Bay: Oxygen is the treatment you have. Do not delay burns care for a theoretical dive.</w:t>
      </w:r>
    </w:p>
    <w:p>
      <w:pPr>
        <w:spacing w:before="120" w:after="20" w:line="259" w:lineRule="auto"/>
        <w:shd w:fill="F8E8E8" w:val="clear"/>
      </w:pPr>
      <w:r>
        <w:rPr>
          <w:rFonts w:ascii="Calibri" w:hAnsi="Calibri" w:eastAsia="Calibri"/>
          <w:b w:val="0"/>
          <w:i w:val="0"/>
          <w:color w:val="A02828"/>
          <w:sz w:val="22"/>
        </w:rPr>
        <w:t xml:space="preserve">    B. [WRONG] Wean to air so the next COHb is 'real'</w:t>
      </w:r>
    </w:p>
    <w:p>
      <w:pPr>
        <w:spacing w:before="0" w:after="20" w:line="259" w:lineRule="auto"/>
      </w:pPr>
      <w:r>
        <w:rPr>
          <w:rFonts w:ascii="Calibri" w:hAnsi="Calibri" w:eastAsia="Calibri"/>
          <w:b w:val="0"/>
          <w:i/>
          <w:color w:val="282828"/>
          <w:sz w:val="22"/>
        </w:rPr>
        <w:t xml:space="preserve">       Bay: Never wean CO off oxygen to please a number.</w:t>
      </w:r>
    </w:p>
    <w:p>
      <w:pPr>
        <w:spacing w:before="120" w:after="20" w:line="259" w:lineRule="auto"/>
        <w:shd w:fill="F8E8E8" w:val="clear"/>
      </w:pPr>
      <w:r>
        <w:rPr>
          <w:rFonts w:ascii="Calibri" w:hAnsi="Calibri" w:eastAsia="Calibri"/>
          <w:b w:val="0"/>
          <w:i w:val="0"/>
          <w:color w:val="A02828"/>
          <w:sz w:val="22"/>
        </w:rPr>
        <w:t xml:space="preserve">    C. [WRONG] Must transfer 200 miles to a chamber before fluids</w:t>
      </w:r>
    </w:p>
    <w:p>
      <w:pPr>
        <w:spacing w:before="0" w:after="20" w:line="259" w:lineRule="auto"/>
      </w:pPr>
      <w:r>
        <w:rPr>
          <w:rFonts w:ascii="Calibri" w:hAnsi="Calibri" w:eastAsia="Calibri"/>
          <w:b w:val="0"/>
          <w:i/>
          <w:color w:val="282828"/>
          <w:sz w:val="22"/>
        </w:rPr>
        <w:t xml:space="preserve">       Bay: Airway, fluids, burns. Chamber is adjunct.</w:t>
      </w:r>
    </w:p>
    <w:p>
      <w:pPr>
        <w:spacing w:before="120" w:after="20" w:line="259" w:lineRule="auto"/>
        <w:shd w:fill="F8E8E8" w:val="clear"/>
      </w:pPr>
      <w:r>
        <w:rPr>
          <w:rFonts w:ascii="Calibri" w:hAnsi="Calibri" w:eastAsia="Calibri"/>
          <w:b w:val="0"/>
          <w:i w:val="0"/>
          <w:color w:val="A02828"/>
          <w:sz w:val="22"/>
        </w:rPr>
        <w:t xml:space="preserve">    D. [WRONG] Methylene blue for the COHb</w:t>
      </w:r>
    </w:p>
    <w:p>
      <w:pPr>
        <w:spacing w:before="0" w:after="20" w:line="259" w:lineRule="auto"/>
      </w:pPr>
      <w:r>
        <w:rPr>
          <w:rFonts w:ascii="Calibri" w:hAnsi="Calibri" w:eastAsia="Calibri"/>
          <w:b w:val="0"/>
          <w:i/>
          <w:color w:val="282828"/>
          <w:sz w:val="22"/>
        </w:rPr>
        <w:t xml:space="preserve">       Bay: Wrong toxin. That is methaemoglobin.</w:t>
      </w:r>
    </w:p>
    <w:p>
      <w:pPr>
        <w:spacing w:before="120" w:after="20" w:line="259" w:lineRule="auto"/>
        <w:shd w:fill="F8E8E8" w:val="clear"/>
      </w:pPr>
      <w:r>
        <w:rPr>
          <w:rFonts w:ascii="Calibri" w:hAnsi="Calibri" w:eastAsia="Calibri"/>
          <w:b w:val="0"/>
          <w:i w:val="0"/>
          <w:color w:val="A02828"/>
          <w:sz w:val="22"/>
        </w:rPr>
        <w:t xml:space="preserve">    E. [WRONG] Exchange transfusion as first-line for CO 18%</w:t>
      </w:r>
    </w:p>
    <w:p>
      <w:pPr>
        <w:spacing w:before="0" w:after="20" w:line="259" w:lineRule="auto"/>
      </w:pPr>
      <w:r>
        <w:rPr>
          <w:rFonts w:ascii="Calibri" w:hAnsi="Calibri" w:eastAsia="Calibri"/>
          <w:b w:val="0"/>
          <w:i/>
          <w:color w:val="282828"/>
          <w:sz w:val="22"/>
        </w:rPr>
        <w:t xml:space="preserve">       Bay: Not first-line in a breathing, tubed adult at 18%.</w:t>
      </w:r>
    </w:p>
    <w:p>
      <w:pPr>
        <w:spacing w:before="120" w:after="20" w:line="259" w:lineRule="auto"/>
        <w:shd w:fill="F8E8E8" w:val="clear"/>
      </w:pPr>
      <w:r>
        <w:rPr>
          <w:rFonts w:ascii="Calibri" w:hAnsi="Calibri" w:eastAsia="Calibri"/>
          <w:b w:val="0"/>
          <w:i w:val="0"/>
          <w:color w:val="A02828"/>
          <w:sz w:val="22"/>
        </w:rPr>
        <w:t>B. [WRONG] Wean oxygen to 28% because the film is clear</w:t>
      </w:r>
    </w:p>
    <w:p>
      <w:pPr>
        <w:spacing w:before="0" w:after="20" w:line="259" w:lineRule="auto"/>
      </w:pPr>
      <w:r>
        <w:rPr>
          <w:rFonts w:ascii="Calibri" w:hAnsi="Calibri" w:eastAsia="Calibri"/>
          <w:b w:val="0"/>
          <w:i/>
          <w:color w:val="282828"/>
          <w:sz w:val="22"/>
        </w:rPr>
        <w:t>Bay: COHb 18% and an inhalation injury. Keep FiO2 high.</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Hydroxocobalamin for every house fire regardless</w:t>
      </w:r>
    </w:p>
    <w:p>
      <w:pPr>
        <w:spacing w:before="0" w:after="20" w:line="259" w:lineRule="auto"/>
      </w:pPr>
      <w:r>
        <w:rPr>
          <w:rFonts w:ascii="Calibri" w:hAnsi="Calibri" w:eastAsia="Calibri"/>
          <w:b w:val="0"/>
          <w:i/>
          <w:color w:val="282828"/>
          <w:sz w:val="22"/>
        </w:rPr>
        <w:t>Bay: Consider cyanide if unexplained lactic acidosis and coma. He is 14 talking with CO 18% — oxygen and burns care first.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Antibiotics for all major burns in resus</w:t>
      </w:r>
    </w:p>
    <w:p>
      <w:pPr>
        <w:spacing w:before="0" w:after="20" w:line="259" w:lineRule="auto"/>
      </w:pPr>
      <w:r>
        <w:rPr>
          <w:rFonts w:ascii="Calibri" w:hAnsi="Calibri" w:eastAsia="Calibri"/>
          <w:b w:val="0"/>
          <w:i/>
          <w:color w:val="282828"/>
          <w:sz w:val="22"/>
        </w:rPr>
        <w:t>Bay: Not routine at the front door. Surgery and dressings later.</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Steroids to 'cover the airway oedema'</w:t>
      </w:r>
    </w:p>
    <w:p>
      <w:pPr>
        <w:spacing w:before="0" w:after="20" w:line="259" w:lineRule="auto"/>
      </w:pPr>
      <w:r>
        <w:rPr>
          <w:rFonts w:ascii="Calibri" w:hAnsi="Calibri" w:eastAsia="Calibri"/>
          <w:b w:val="0"/>
          <w:i/>
          <w:color w:val="282828"/>
          <w:sz w:val="22"/>
        </w:rPr>
        <w:t>Bay: Not indicated.</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His partner is in the relatives' room, also smoky.</w:t>
      </w:r>
    </w:p>
    <w:p>
      <w:pPr>
        <w:spacing w:before="120" w:after="20" w:line="259" w:lineRule="auto"/>
        <w:shd w:fill="E8F5EC" w:val="clear"/>
      </w:pPr>
      <w:r>
        <w:rPr>
          <w:rFonts w:ascii="Calibri" w:hAnsi="Calibri" w:eastAsia="Calibri"/>
          <w:b/>
          <w:i w:val="0"/>
          <w:color w:val="146E3C"/>
          <w:sz w:val="22"/>
        </w:rPr>
        <w:t>A. [CORRECT] Time of burn, closed space, other victims, tetanus, allergies</w:t>
      </w:r>
    </w:p>
    <w:p>
      <w:pPr>
        <w:spacing w:before="0" w:after="20" w:line="259" w:lineRule="auto"/>
      </w:pPr>
      <w:r>
        <w:rPr>
          <w:rFonts w:ascii="Calibri" w:hAnsi="Calibri" w:eastAsia="Calibri"/>
          <w:b w:val="0"/>
          <w:i/>
          <w:color w:val="282828"/>
          <w:sz w:val="22"/>
        </w:rPr>
        <w:t>Bay: Bedroom, door closed, cat still missing, tetanus unknown.</w:t>
      </w:r>
    </w:p>
    <w:p>
      <w:pPr>
        <w:spacing w:before="120" w:after="20" w:line="259" w:lineRule="auto"/>
        <w:shd w:fill="E8F5EC" w:val="clear"/>
      </w:pPr>
      <w:r>
        <w:rPr>
          <w:rFonts w:ascii="Calibri" w:hAnsi="Calibri" w:eastAsia="Calibri"/>
          <w:b/>
          <w:i w:val="0"/>
          <w:color w:val="146E3C"/>
          <w:sz w:val="22"/>
        </w:rPr>
        <w:t>B. [CORRECT] Estimate TBSA, depth, circumferential limbs and chest</w:t>
      </w:r>
    </w:p>
    <w:p>
      <w:pPr>
        <w:spacing w:before="0" w:after="20" w:line="259" w:lineRule="auto"/>
      </w:pPr>
      <w:r>
        <w:rPr>
          <w:rFonts w:ascii="Calibri" w:hAnsi="Calibri" w:eastAsia="Calibri"/>
          <w:b w:val="0"/>
          <w:i/>
          <w:color w:val="282828"/>
          <w:sz w:val="22"/>
        </w:rPr>
        <w:t>Bay: Arms and trunk circumferential. Chest may need escharotomy if the ventilator fights you.</w:t>
      </w:r>
    </w:p>
    <w:p>
      <w:pPr>
        <w:spacing w:before="120" w:after="20" w:line="259" w:lineRule="auto"/>
        <w:shd w:fill="E8F5EC" w:val="clear"/>
      </w:pPr>
      <w:r>
        <w:rPr>
          <w:rFonts w:ascii="Calibri" w:hAnsi="Calibri" w:eastAsia="Calibri"/>
          <w:b/>
          <w:i w:val="0"/>
          <w:color w:val="146E3C"/>
          <w:sz w:val="22"/>
        </w:rPr>
        <w:t>C. [CORRECT] Analgesia, catheter, warm the patient, photograph if your unit wants</w:t>
      </w:r>
    </w:p>
    <w:p>
      <w:pPr>
        <w:spacing w:before="0" w:after="20" w:line="259" w:lineRule="auto"/>
      </w:pPr>
      <w:r>
        <w:rPr>
          <w:rFonts w:ascii="Calibri" w:hAnsi="Calibri" w:eastAsia="Calibri"/>
          <w:b w:val="0"/>
          <w:i/>
          <w:color w:val="282828"/>
          <w:sz w:val="22"/>
        </w:rPr>
        <w:t>Bay: Fentanyl is in. He is shivering — warm him.</w:t>
      </w:r>
    </w:p>
    <w:p>
      <w:pPr>
        <w:spacing w:before="120" w:after="20" w:line="259" w:lineRule="auto"/>
        <w:shd w:fill="F8E8E8" w:val="clear"/>
      </w:pPr>
      <w:r>
        <w:rPr>
          <w:rFonts w:ascii="Calibri" w:hAnsi="Calibri" w:eastAsia="Calibri"/>
          <w:b w:val="0"/>
          <w:i w:val="0"/>
          <w:color w:val="A02828"/>
          <w:sz w:val="22"/>
        </w:rPr>
        <w:t>D. [WRONG] Send the partner home without assessment because she 'feels fine'</w:t>
      </w:r>
    </w:p>
    <w:p>
      <w:pPr>
        <w:spacing w:before="0" w:after="20" w:line="259" w:lineRule="auto"/>
      </w:pPr>
      <w:r>
        <w:rPr>
          <w:rFonts w:ascii="Calibri" w:hAnsi="Calibri" w:eastAsia="Calibri"/>
          <w:b w:val="0"/>
          <w:i/>
          <w:color w:val="282828"/>
          <w:sz w:val="22"/>
        </w:rPr>
        <w:t>Bay: Same fire. She needs a look and a COHb.</w:t>
      </w:r>
    </w:p>
    <w:p>
      <w:pPr>
        <w:spacing w:before="120" w:after="20" w:line="259" w:lineRule="auto"/>
        <w:shd w:fill="F8E8E8" w:val="clear"/>
      </w:pPr>
      <w:r>
        <w:rPr>
          <w:rFonts w:ascii="Calibri" w:hAnsi="Calibri" w:eastAsia="Calibri"/>
          <w:b w:val="0"/>
          <w:i w:val="0"/>
          <w:color w:val="A02828"/>
          <w:sz w:val="22"/>
        </w:rPr>
        <w:t>E. [WRONG] Apply silver sulfadiazine in thick layers before the burns team see him</w:t>
      </w:r>
    </w:p>
    <w:p>
      <w:pPr>
        <w:spacing w:before="0" w:after="20" w:line="259" w:lineRule="auto"/>
      </w:pPr>
      <w:r>
        <w:rPr>
          <w:rFonts w:ascii="Calibri" w:hAnsi="Calibri" w:eastAsia="Calibri"/>
          <w:b w:val="0"/>
          <w:i/>
          <w:color w:val="282828"/>
          <w:sz w:val="22"/>
        </w:rPr>
        <w:t>Bay: Cling film, not a cream that hides depth.</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Major burns with inhalational injury and carbon monoxide exposure</w:t>
      </w:r>
    </w:p>
    <w:p>
      <w:pPr>
        <w:spacing w:before="0" w:after="20" w:line="259" w:lineRule="auto"/>
      </w:pPr>
      <w:r>
        <w:rPr>
          <w:rFonts w:ascii="Calibri" w:hAnsi="Calibri" w:eastAsia="Calibri"/>
          <w:b w:val="0"/>
          <w:i/>
          <w:color w:val="282828"/>
          <w:sz w:val="22"/>
        </w:rPr>
        <w:t>Bay: Hoarse, soot, 40%, COHb 18%. Tube, oxygen, Parkland, burns.</w:t>
      </w:r>
    </w:p>
    <w:p>
      <w:pPr>
        <w:spacing w:before="120" w:after="20" w:line="259" w:lineRule="auto"/>
        <w:shd w:fill="F8E8E8" w:val="clear"/>
      </w:pPr>
      <w:r>
        <w:rPr>
          <w:rFonts w:ascii="Calibri" w:hAnsi="Calibri" w:eastAsia="Calibri"/>
          <w:b w:val="0"/>
          <w:i w:val="0"/>
          <w:color w:val="A02828"/>
          <w:sz w:val="22"/>
        </w:rPr>
        <w:t>B. [WRONG] Simple smoke inhalation without a need for a tube</w:t>
      </w:r>
    </w:p>
    <w:p>
      <w:pPr>
        <w:spacing w:before="0" w:after="20" w:line="259" w:lineRule="auto"/>
      </w:pPr>
      <w:r>
        <w:rPr>
          <w:rFonts w:ascii="Calibri" w:hAnsi="Calibri" w:eastAsia="Calibri"/>
          <w:b w:val="0"/>
          <w:i/>
          <w:color w:val="282828"/>
          <w:sz w:val="22"/>
        </w:rPr>
        <w:t>Bay: Hoarse with soot below the cords is not simple.</w:t>
      </w:r>
    </w:p>
    <w:p>
      <w:pPr>
        <w:spacing w:before="120" w:after="20" w:line="259" w:lineRule="auto"/>
        <w:shd w:fill="F8E8E8" w:val="clear"/>
      </w:pPr>
      <w:r>
        <w:rPr>
          <w:rFonts w:ascii="Calibri" w:hAnsi="Calibri" w:eastAsia="Calibri"/>
          <w:b w:val="0"/>
          <w:i w:val="0"/>
          <w:color w:val="A02828"/>
          <w:sz w:val="22"/>
        </w:rPr>
        <w:t>C. [WRONG] Anaphylaxis from the fire</w:t>
      </w:r>
    </w:p>
    <w:p>
      <w:pPr>
        <w:spacing w:before="0" w:after="20" w:line="259" w:lineRule="auto"/>
      </w:pPr>
      <w:r>
        <w:rPr>
          <w:rFonts w:ascii="Calibri" w:hAnsi="Calibri" w:eastAsia="Calibri"/>
          <w:b w:val="0"/>
          <w:i/>
          <w:color w:val="282828"/>
          <w:sz w:val="22"/>
        </w:rPr>
        <w:t>Bay: No urticaria, no wheals, a burnt airway.</w:t>
      </w:r>
    </w:p>
    <w:p>
      <w:pPr>
        <w:spacing w:before="120" w:after="20" w:line="259" w:lineRule="auto"/>
        <w:shd w:fill="F8E8E8" w:val="clear"/>
      </w:pPr>
      <w:r>
        <w:rPr>
          <w:rFonts w:ascii="Calibri" w:hAnsi="Calibri" w:eastAsia="Calibri"/>
          <w:b w:val="0"/>
          <w:i w:val="0"/>
          <w:color w:val="A02828"/>
          <w:sz w:val="22"/>
        </w:rPr>
        <w:t>D. [WRONG] Community pneumonia</w:t>
      </w:r>
    </w:p>
    <w:p>
      <w:pPr>
        <w:spacing w:before="0" w:after="20" w:line="259" w:lineRule="auto"/>
      </w:pPr>
      <w:r>
        <w:rPr>
          <w:rFonts w:ascii="Calibri" w:hAnsi="Calibri" w:eastAsia="Calibri"/>
          <w:b w:val="0"/>
          <w:i/>
          <w:color w:val="282828"/>
          <w:sz w:val="22"/>
        </w:rPr>
        <w:t>Bay: Minutes in a fire, not days of cough.</w:t>
      </w:r>
    </w:p>
    <w:p>
      <w:pPr>
        <w:spacing w:before="120" w:after="20" w:line="259" w:lineRule="auto"/>
        <w:shd w:fill="F8E8E8" w:val="clear"/>
      </w:pPr>
      <w:r>
        <w:rPr>
          <w:rFonts w:ascii="Calibri" w:hAnsi="Calibri" w:eastAsia="Calibri"/>
          <w:b w:val="0"/>
          <w:i w:val="0"/>
          <w:color w:val="A02828"/>
          <w:sz w:val="22"/>
        </w:rPr>
        <w:t>E. [WRONG] Flash burn to the hands only</w:t>
      </w:r>
    </w:p>
    <w:p>
      <w:pPr>
        <w:spacing w:before="0" w:after="20" w:line="259" w:lineRule="auto"/>
      </w:pPr>
      <w:r>
        <w:rPr>
          <w:rFonts w:ascii="Calibri" w:hAnsi="Calibri" w:eastAsia="Calibri"/>
          <w:b w:val="0"/>
          <w:i/>
          <w:color w:val="282828"/>
          <w:sz w:val="22"/>
        </w:rPr>
        <w:t>Bay: You can see 40%.</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Ventilator pressures are climbing. Chest is tight and leathery.</w:t>
      </w:r>
    </w:p>
    <w:p>
      <w:pPr>
        <w:spacing w:before="120" w:after="20" w:line="259" w:lineRule="auto"/>
        <w:shd w:fill="E8F5EC" w:val="clear"/>
      </w:pPr>
      <w:r>
        <w:rPr>
          <w:rFonts w:ascii="Calibri" w:hAnsi="Calibri" w:eastAsia="Calibri"/>
          <w:b/>
          <w:i w:val="0"/>
          <w:color w:val="146E3C"/>
          <w:sz w:val="22"/>
        </w:rPr>
        <w:t>A. [CORRECT] Chest escharotomy</w:t>
      </w:r>
    </w:p>
    <w:p>
      <w:pPr>
        <w:spacing w:before="0" w:after="20" w:line="259" w:lineRule="auto"/>
      </w:pPr>
      <w:r>
        <w:rPr>
          <w:rFonts w:ascii="Calibri" w:hAnsi="Calibri" w:eastAsia="Calibri"/>
          <w:b w:val="0"/>
          <w:i/>
          <w:color w:val="282828"/>
          <w:sz w:val="22"/>
        </w:rPr>
        <w:t>Bay: Longitudinal releases. Pressures fall. Arms next if pulses go.</w:t>
      </w:r>
    </w:p>
    <w:p>
      <w:pPr>
        <w:spacing w:before="0" w:after="40" w:line="259" w:lineRule="auto"/>
      </w:pPr>
      <w:r>
        <w:rPr>
          <w:rFonts w:ascii="Calibri" w:hAnsi="Calibri" w:eastAsia="Calibri"/>
          <w:b w:val="0"/>
          <w:i/>
          <w:color w:val="5A4614"/>
          <w:sz w:val="20"/>
        </w:rPr>
        <w:t>Reaction: rr -2, spo2 +3</w:t>
      </w:r>
    </w:p>
    <w:p>
      <w:pPr>
        <w:spacing w:before="80" w:after="40" w:line="259" w:lineRule="auto"/>
      </w:pPr>
      <w:r>
        <w:rPr>
          <w:rFonts w:ascii="Calibri" w:hAnsi="Calibri" w:eastAsia="Calibri"/>
          <w:b/>
          <w:i w:val="0"/>
          <w:color w:val="46326E"/>
          <w:sz w:val="22"/>
        </w:rPr>
        <w:t xml:space="preserve">    Follow-up: When do you cut?</w:t>
      </w:r>
    </w:p>
    <w:p>
      <w:pPr>
        <w:spacing w:before="120" w:after="20" w:line="259" w:lineRule="auto"/>
        <w:shd w:fill="E8F5EC" w:val="clear"/>
      </w:pPr>
      <w:r>
        <w:rPr>
          <w:rFonts w:ascii="Calibri" w:hAnsi="Calibri" w:eastAsia="Calibri"/>
          <w:b/>
          <w:i w:val="0"/>
          <w:color w:val="146E3C"/>
          <w:sz w:val="22"/>
        </w:rPr>
        <w:t xml:space="preserve">    A. [CORRECT] Circumferential chest with rising airway pressures, or a limb without a pulse</w:t>
      </w:r>
    </w:p>
    <w:p>
      <w:pPr>
        <w:spacing w:before="0" w:after="20" w:line="259" w:lineRule="auto"/>
      </w:pPr>
      <w:r>
        <w:rPr>
          <w:rFonts w:ascii="Calibri" w:hAnsi="Calibri" w:eastAsia="Calibri"/>
          <w:b w:val="0"/>
          <w:i/>
          <w:color w:val="282828"/>
          <w:sz w:val="22"/>
        </w:rPr>
        <w:t xml:space="preserve">       Bay: That is the indication. Not a decorative cut on every burn.</w:t>
      </w:r>
    </w:p>
    <w:p>
      <w:pPr>
        <w:spacing w:before="120" w:after="20" w:line="259" w:lineRule="auto"/>
        <w:shd w:fill="F8E8E8" w:val="clear"/>
      </w:pPr>
      <w:r>
        <w:rPr>
          <w:rFonts w:ascii="Calibri" w:hAnsi="Calibri" w:eastAsia="Calibri"/>
          <w:b w:val="0"/>
          <w:i w:val="0"/>
          <w:color w:val="A02828"/>
          <w:sz w:val="22"/>
        </w:rPr>
        <w:t xml:space="preserve">    B. [WRONG] Every 10% burn in resus</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C. [WRONG] Only after a week of dressings</w:t>
      </w:r>
    </w:p>
    <w:p>
      <w:pPr>
        <w:spacing w:before="0" w:after="20" w:line="259" w:lineRule="auto"/>
      </w:pPr>
      <w:r>
        <w:rPr>
          <w:rFonts w:ascii="Calibri" w:hAnsi="Calibri" w:eastAsia="Calibri"/>
          <w:b w:val="0"/>
          <w:i/>
          <w:color w:val="282828"/>
          <w:sz w:val="22"/>
        </w:rPr>
        <w:t xml:space="preserve">       Bay: He cannot ventilate now.</w:t>
      </w:r>
    </w:p>
    <w:p>
      <w:pPr>
        <w:spacing w:before="120" w:after="20" w:line="259" w:lineRule="auto"/>
        <w:shd w:fill="F8E8E8" w:val="clear"/>
      </w:pPr>
      <w:r>
        <w:rPr>
          <w:rFonts w:ascii="Calibri" w:hAnsi="Calibri" w:eastAsia="Calibri"/>
          <w:b w:val="0"/>
          <w:i w:val="0"/>
          <w:color w:val="A02828"/>
          <w:sz w:val="22"/>
        </w:rPr>
        <w:t xml:space="preserve">    D. [WRONG] A single midline laparotomy-type cut and stop</w:t>
      </w:r>
    </w:p>
    <w:p>
      <w:pPr>
        <w:spacing w:before="0" w:after="20" w:line="259" w:lineRule="auto"/>
      </w:pPr>
      <w:r>
        <w:rPr>
          <w:rFonts w:ascii="Calibri" w:hAnsi="Calibri" w:eastAsia="Calibri"/>
          <w:b w:val="0"/>
          <w:i/>
          <w:color w:val="282828"/>
          <w:sz w:val="22"/>
        </w:rPr>
        <w:t xml:space="preserve">       Bay: Chest escharotomy is mid-axillary plus costal margin releases as needed — know the pattern or get burns/plastics.</w:t>
      </w:r>
    </w:p>
    <w:p>
      <w:pPr>
        <w:spacing w:before="120" w:after="20" w:line="259" w:lineRule="auto"/>
        <w:shd w:fill="F8E8E8" w:val="clear"/>
      </w:pPr>
      <w:r>
        <w:rPr>
          <w:rFonts w:ascii="Calibri" w:hAnsi="Calibri" w:eastAsia="Calibri"/>
          <w:b w:val="0"/>
          <w:i w:val="0"/>
          <w:color w:val="A02828"/>
          <w:sz w:val="22"/>
        </w:rPr>
        <w:t xml:space="preserve">    E. [WRONG] Wait for a normal CK before any cut</w:t>
      </w:r>
    </w:p>
    <w:p>
      <w:pPr>
        <w:spacing w:before="0" w:after="20" w:line="259" w:lineRule="auto"/>
      </w:pPr>
      <w:r>
        <w:rPr>
          <w:rFonts w:ascii="Calibri" w:hAnsi="Calibri" w:eastAsia="Calibri"/>
          <w:b w:val="0"/>
          <w:i/>
          <w:color w:val="282828"/>
          <w:sz w:val="22"/>
        </w:rPr>
        <w:t xml:space="preserve">       Bay: CK does not time an escharotomy.</w:t>
      </w:r>
    </w:p>
    <w:p>
      <w:pPr>
        <w:spacing w:before="120" w:after="20" w:line="259" w:lineRule="auto"/>
        <w:shd w:fill="F8E8E8" w:val="clear"/>
      </w:pPr>
      <w:r>
        <w:rPr>
          <w:rFonts w:ascii="Calibri" w:hAnsi="Calibri" w:eastAsia="Calibri"/>
          <w:b w:val="0"/>
          <w:i w:val="0"/>
          <w:color w:val="A02828"/>
          <w:sz w:val="22"/>
        </w:rPr>
        <w:t>B. [WRONG] Needle decompress both chests</w:t>
      </w:r>
    </w:p>
    <w:p>
      <w:pPr>
        <w:spacing w:before="0" w:after="20" w:line="259" w:lineRule="auto"/>
      </w:pPr>
      <w:r>
        <w:rPr>
          <w:rFonts w:ascii="Calibri" w:hAnsi="Calibri" w:eastAsia="Calibri"/>
          <w:b w:val="0"/>
          <w:i/>
          <w:color w:val="282828"/>
          <w:sz w:val="22"/>
        </w:rPr>
        <w:t>Bay: This is leather, not tension air.</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Drop the fluids because he looks 'wet'</w:t>
      </w:r>
    </w:p>
    <w:p>
      <w:pPr>
        <w:spacing w:before="0" w:after="20" w:line="259" w:lineRule="auto"/>
      </w:pPr>
      <w:r>
        <w:rPr>
          <w:rFonts w:ascii="Calibri" w:hAnsi="Calibri" w:eastAsia="Calibri"/>
          <w:b w:val="0"/>
          <w:i/>
          <w:color w:val="282828"/>
          <w:sz w:val="22"/>
        </w:rPr>
        <w:t>Bay: He has 40% and a tight chest from eschar, not APO from one bag.</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Paralyse and accept a pCO2 of 12</w:t>
      </w:r>
    </w:p>
    <w:p>
      <w:pPr>
        <w:spacing w:before="0" w:after="20" w:line="259" w:lineRule="auto"/>
      </w:pPr>
      <w:r>
        <w:rPr>
          <w:rFonts w:ascii="Calibri" w:hAnsi="Calibri" w:eastAsia="Calibri"/>
          <w:b w:val="0"/>
          <w:i/>
          <w:color w:val="282828"/>
          <w:sz w:val="22"/>
        </w:rPr>
        <w:t>Bay: Release the chest. Permissive hypercapnia is not the first move here.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Extubate to see if he can cough it off</w:t>
      </w:r>
    </w:p>
    <w:p>
      <w:pPr>
        <w:spacing w:before="0" w:after="20" w:line="259" w:lineRule="auto"/>
      </w:pPr>
      <w:r>
        <w:rPr>
          <w:rFonts w:ascii="Calibri" w:hAnsi="Calibri" w:eastAsia="Calibri"/>
          <w:b w:val="0"/>
          <w:i/>
          <w:color w:val="282828"/>
          <w:sz w:val="22"/>
        </w:rPr>
        <w:t>Bay: You will not get the tube back.</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Pressures better. Burns unit have a bed.</w:t>
      </w:r>
    </w:p>
    <w:p>
      <w:pPr>
        <w:spacing w:before="120" w:after="20" w:line="259" w:lineRule="auto"/>
        <w:shd w:fill="E8F5EC" w:val="clear"/>
      </w:pPr>
      <w:r>
        <w:rPr>
          <w:rFonts w:ascii="Calibri" w:hAnsi="Calibri" w:eastAsia="Calibri"/>
          <w:b/>
          <w:i w:val="0"/>
          <w:color w:val="146E3C"/>
          <w:sz w:val="22"/>
        </w:rPr>
        <w:t>A. [CORRECT] Regional burns centre / ICU, escorted, tubed</w:t>
      </w:r>
    </w:p>
    <w:p>
      <w:pPr>
        <w:spacing w:before="0" w:after="20" w:line="259" w:lineRule="auto"/>
      </w:pPr>
      <w:r>
        <w:rPr>
          <w:rFonts w:ascii="Calibri" w:hAnsi="Calibri" w:eastAsia="Calibri"/>
          <w:b w:val="0"/>
          <w:i/>
          <w:color w:val="282828"/>
          <w:sz w:val="22"/>
        </w:rPr>
        <w:t>Bay: That is the destination. Not a medical ward with cream.</w:t>
      </w:r>
    </w:p>
    <w:p>
      <w:pPr>
        <w:spacing w:before="120" w:after="20" w:line="259" w:lineRule="auto"/>
        <w:shd w:fill="F8E8E8" w:val="clear"/>
      </w:pPr>
      <w:r>
        <w:rPr>
          <w:rFonts w:ascii="Calibri" w:hAnsi="Calibri" w:eastAsia="Calibri"/>
          <w:b w:val="0"/>
          <w:i w:val="0"/>
          <w:color w:val="A02828"/>
          <w:sz w:val="22"/>
        </w:rPr>
        <w:t>B. [WRONG] AMU with district-nurse burns</w:t>
      </w:r>
    </w:p>
    <w:p>
      <w:pPr>
        <w:spacing w:before="0" w:after="20" w:line="259" w:lineRule="auto"/>
      </w:pPr>
      <w:r>
        <w:rPr>
          <w:rFonts w:ascii="Calibri" w:hAnsi="Calibri" w:eastAsia="Calibri"/>
          <w:b w:val="0"/>
          <w:i/>
          <w:color w:val="282828"/>
          <w:sz w:val="22"/>
        </w:rPr>
        <w:t>Bay: 40% and a tube.</w:t>
      </w:r>
    </w:p>
    <w:p>
      <w:pPr>
        <w:spacing w:before="120" w:after="20" w:line="259" w:lineRule="auto"/>
        <w:shd w:fill="F8E8E8" w:val="clear"/>
      </w:pPr>
      <w:r>
        <w:rPr>
          <w:rFonts w:ascii="Calibri" w:hAnsi="Calibri" w:eastAsia="Calibri"/>
          <w:b w:val="0"/>
          <w:i w:val="0"/>
          <w:color w:val="A02828"/>
          <w:sz w:val="22"/>
        </w:rPr>
        <w:t>C. [WRONG] Home with cling film and GP</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D. [WRONG] Hyperbaric unit 200 miles away as the only stop</w:t>
      </w:r>
    </w:p>
    <w:p>
      <w:pPr>
        <w:spacing w:before="0" w:after="20" w:line="259" w:lineRule="auto"/>
      </w:pPr>
      <w:r>
        <w:rPr>
          <w:rFonts w:ascii="Calibri" w:hAnsi="Calibri" w:eastAsia="Calibri"/>
          <w:b w:val="0"/>
          <w:i/>
          <w:color w:val="282828"/>
          <w:sz w:val="22"/>
        </w:rPr>
        <w:t>Bay: Burns centre. Chamber only if it does not steal the airway care.</w:t>
      </w:r>
    </w:p>
    <w:p>
      <w:pPr>
        <w:spacing w:before="120" w:after="20" w:line="259" w:lineRule="auto"/>
        <w:shd w:fill="F8E8E8" w:val="clear"/>
      </w:pPr>
      <w:r>
        <w:rPr>
          <w:rFonts w:ascii="Calibri" w:hAnsi="Calibri" w:eastAsia="Calibri"/>
          <w:b w:val="0"/>
          <w:i w:val="0"/>
          <w:color w:val="A02828"/>
          <w:sz w:val="22"/>
        </w:rPr>
        <w:t>E. [WRONG] General theatre for a full body shave first</w:t>
      </w:r>
    </w:p>
    <w:p>
      <w:pPr>
        <w:spacing w:before="0" w:after="20" w:line="259" w:lineRule="auto"/>
      </w:pPr>
      <w:r>
        <w:rPr>
          <w:rFonts w:ascii="Calibri" w:hAnsi="Calibri" w:eastAsia="Calibri"/>
          <w:b w:val="0"/>
          <w:i/>
          <w:color w:val="282828"/>
          <w:sz w:val="22"/>
        </w:rPr>
        <w:t>Bay: He needs a burns ICU, not a vanity prep.</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transfer.</w:t>
      </w:r>
    </w:p>
    <w:p>
      <w:pPr>
        <w:spacing w:before="120" w:after="20" w:line="259" w:lineRule="auto"/>
        <w:shd w:fill="E8F5EC" w:val="clear"/>
      </w:pPr>
      <w:r>
        <w:rPr>
          <w:rFonts w:ascii="Calibri" w:hAnsi="Calibri" w:eastAsia="Calibri"/>
          <w:b/>
          <w:i w:val="0"/>
          <w:color w:val="146E3C"/>
          <w:sz w:val="22"/>
        </w:rPr>
        <w:t>A. [CORRECT] Tube, fluids from time of burn, TBSA, COHb, tetanus, cling film, escort</w:t>
      </w:r>
    </w:p>
    <w:p>
      <w:pPr>
        <w:spacing w:before="0" w:after="20" w:line="259" w:lineRule="auto"/>
      </w:pPr>
      <w:r>
        <w:rPr>
          <w:rFonts w:ascii="Calibri" w:hAnsi="Calibri" w:eastAsia="Calibri"/>
          <w:b w:val="0"/>
          <w:i/>
          <w:color w:val="282828"/>
          <w:sz w:val="22"/>
        </w:rPr>
        <w:t>Bay: Handover is the clock and the airway.</w:t>
      </w:r>
    </w:p>
    <w:p>
      <w:pPr>
        <w:spacing w:before="80" w:after="40" w:line="259" w:lineRule="auto"/>
      </w:pPr>
      <w:r>
        <w:rPr>
          <w:rFonts w:ascii="Calibri" w:hAnsi="Calibri" w:eastAsia="Calibri"/>
          <w:b/>
          <w:i w:val="0"/>
          <w:color w:val="46326E"/>
          <w:sz w:val="22"/>
        </w:rPr>
        <w:t xml:space="preserve">    Follow-up: What covers the burns?</w:t>
      </w:r>
    </w:p>
    <w:p>
      <w:pPr>
        <w:spacing w:before="120" w:after="20" w:line="259" w:lineRule="auto"/>
        <w:shd w:fill="E8F5EC" w:val="clear"/>
      </w:pPr>
      <w:r>
        <w:rPr>
          <w:rFonts w:ascii="Calibri" w:hAnsi="Calibri" w:eastAsia="Calibri"/>
          <w:b/>
          <w:i w:val="0"/>
          <w:color w:val="146E3C"/>
          <w:sz w:val="22"/>
        </w:rPr>
        <w:t xml:space="preserve">    A. [CORRECT] Cling film, loosely, not circumferential tape</w:t>
      </w:r>
    </w:p>
    <w:p>
      <w:pPr>
        <w:spacing w:before="0" w:after="20" w:line="259" w:lineRule="auto"/>
      </w:pPr>
      <w:r>
        <w:rPr>
          <w:rFonts w:ascii="Calibri" w:hAnsi="Calibri" w:eastAsia="Calibri"/>
          <w:b w:val="0"/>
          <w:i/>
          <w:color w:val="282828"/>
          <w:sz w:val="22"/>
        </w:rPr>
        <w:t xml:space="preserve">       Bay: See-through, clean, no cream that hides depth.</w:t>
      </w:r>
    </w:p>
    <w:p>
      <w:pPr>
        <w:spacing w:before="120" w:after="20" w:line="259" w:lineRule="auto"/>
        <w:shd w:fill="F8E8E8" w:val="clear"/>
      </w:pPr>
      <w:r>
        <w:rPr>
          <w:rFonts w:ascii="Calibri" w:hAnsi="Calibri" w:eastAsia="Calibri"/>
          <w:b w:val="0"/>
          <w:i w:val="0"/>
          <w:color w:val="A02828"/>
          <w:sz w:val="22"/>
        </w:rPr>
        <w:t xml:space="preserve">    B. [WRONG] Silver sulfadiazine thickly so they 'don't need to look'</w:t>
      </w:r>
    </w:p>
    <w:p>
      <w:pPr>
        <w:spacing w:before="0" w:after="20" w:line="259" w:lineRule="auto"/>
      </w:pPr>
      <w:r>
        <w:rPr>
          <w:rFonts w:ascii="Calibri" w:hAnsi="Calibri" w:eastAsia="Calibri"/>
          <w:b w:val="0"/>
          <w:i/>
          <w:color w:val="282828"/>
          <w:sz w:val="22"/>
        </w:rPr>
        <w:t xml:space="preserve">       Bay: They need to look.</w:t>
      </w:r>
    </w:p>
    <w:p>
      <w:pPr>
        <w:spacing w:before="120" w:after="20" w:line="259" w:lineRule="auto"/>
        <w:shd w:fill="F8E8E8" w:val="clear"/>
      </w:pPr>
      <w:r>
        <w:rPr>
          <w:rFonts w:ascii="Calibri" w:hAnsi="Calibri" w:eastAsia="Calibri"/>
          <w:b w:val="0"/>
          <w:i w:val="0"/>
          <w:color w:val="A02828"/>
          <w:sz w:val="22"/>
        </w:rPr>
        <w:t xml:space="preserve">    C. [WRONG] Ice packs for the whole journey</w:t>
      </w:r>
    </w:p>
    <w:p>
      <w:pPr>
        <w:spacing w:before="0" w:after="20" w:line="259" w:lineRule="auto"/>
      </w:pPr>
      <w:r>
        <w:rPr>
          <w:rFonts w:ascii="Calibri" w:hAnsi="Calibri" w:eastAsia="Calibri"/>
          <w:b w:val="0"/>
          <w:i/>
          <w:color w:val="282828"/>
          <w:sz w:val="22"/>
        </w:rPr>
        <w:t xml:space="preserve">       Bay: Hypothermia.</w:t>
      </w:r>
    </w:p>
    <w:p>
      <w:pPr>
        <w:spacing w:before="120" w:after="20" w:line="259" w:lineRule="auto"/>
        <w:shd w:fill="F8E8E8" w:val="clear"/>
      </w:pPr>
      <w:r>
        <w:rPr>
          <w:rFonts w:ascii="Calibri" w:hAnsi="Calibri" w:eastAsia="Calibri"/>
          <w:b w:val="0"/>
          <w:i w:val="0"/>
          <w:color w:val="A02828"/>
          <w:sz w:val="22"/>
        </w:rPr>
        <w:t xml:space="preserve">    D. [WRONG] Leave them open to air in a cold lift</w:t>
      </w:r>
    </w:p>
    <w:p>
      <w:pPr>
        <w:spacing w:before="0" w:after="20" w:line="259" w:lineRule="auto"/>
      </w:pPr>
      <w:r>
        <w:rPr>
          <w:rFonts w:ascii="Calibri" w:hAnsi="Calibri" w:eastAsia="Calibri"/>
          <w:b w:val="0"/>
          <w:i/>
          <w:color w:val="282828"/>
          <w:sz w:val="22"/>
        </w:rPr>
        <w:t xml:space="preserve">       Bay: Clean cover, keep him warm.</w:t>
      </w:r>
    </w:p>
    <w:p>
      <w:pPr>
        <w:spacing w:before="120" w:after="20" w:line="259" w:lineRule="auto"/>
        <w:shd w:fill="F8E8E8" w:val="clear"/>
      </w:pPr>
      <w:r>
        <w:rPr>
          <w:rFonts w:ascii="Calibri" w:hAnsi="Calibri" w:eastAsia="Calibri"/>
          <w:b w:val="0"/>
          <w:i w:val="0"/>
          <w:color w:val="A02828"/>
          <w:sz w:val="22"/>
        </w:rPr>
        <w:t xml:space="preserve">    E. [WRONG] Soak in water the whole trip</w:t>
      </w:r>
    </w:p>
    <w:p>
      <w:pPr>
        <w:spacing w:before="0" w:after="20" w:line="259" w:lineRule="auto"/>
      </w:pPr>
      <w:r>
        <w:rPr>
          <w:rFonts w:ascii="Calibri" w:hAnsi="Calibri" w:eastAsia="Calibri"/>
          <w:b w:val="0"/>
          <w:i/>
          <w:color w:val="282828"/>
          <w:sz w:val="22"/>
        </w:rPr>
        <w:t xml:space="preserve">       Bay: He will drop his temperature.</w:t>
      </w:r>
    </w:p>
    <w:p>
      <w:pPr>
        <w:spacing w:before="120" w:after="20" w:line="259" w:lineRule="auto"/>
        <w:shd w:fill="F8E8E8" w:val="clear"/>
      </w:pPr>
      <w:r>
        <w:rPr>
          <w:rFonts w:ascii="Calibri" w:hAnsi="Calibri" w:eastAsia="Calibri"/>
          <w:b w:val="0"/>
          <w:i w:val="0"/>
          <w:color w:val="A02828"/>
          <w:sz w:val="22"/>
        </w:rPr>
        <w:t>B. [WRONG] Pull the tube so they can 'assess voice' on arrival</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Stop fluids because urine ticked over once</w:t>
      </w:r>
    </w:p>
    <w:p>
      <w:pPr>
        <w:spacing w:before="0" w:after="20" w:line="259" w:lineRule="auto"/>
      </w:pPr>
      <w:r>
        <w:rPr>
          <w:rFonts w:ascii="Calibri" w:hAnsi="Calibri" w:eastAsia="Calibri"/>
          <w:b w:val="0"/>
          <w:i/>
          <w:color w:val="282828"/>
          <w:sz w:val="22"/>
        </w:rPr>
        <w:t>Bay: Titrate, do not stop.</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Give prophylactic IV antibiotics to 'cover the transfer'</w:t>
      </w:r>
    </w:p>
    <w:p>
      <w:pPr>
        <w:spacing w:before="0" w:after="20" w:line="259" w:lineRule="auto"/>
      </w:pPr>
      <w:r>
        <w:rPr>
          <w:rFonts w:ascii="Calibri" w:hAnsi="Calibri" w:eastAsia="Calibri"/>
          <w:b w:val="0"/>
          <w:i/>
          <w:color w:val="282828"/>
          <w:sz w:val="22"/>
        </w:rPr>
        <w:t>Bay: Not routine.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Sit him up unescorted in ambulance because GCS was 14 at the scene</w:t>
      </w:r>
    </w:p>
    <w:p>
      <w:pPr>
        <w:spacing w:before="0" w:after="20" w:line="259" w:lineRule="auto"/>
      </w:pPr>
      <w:r>
        <w:rPr>
          <w:rFonts w:ascii="Calibri" w:hAnsi="Calibri" w:eastAsia="Calibri"/>
          <w:b w:val="0"/>
          <w:i/>
          <w:color w:val="282828"/>
          <w:sz w:val="22"/>
        </w:rPr>
        <w:t>Bay: He is tubed.</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Burns ICU call later.</w:t>
      </w:r>
    </w:p>
    <w:p>
      <w:pPr>
        <w:spacing w:before="120" w:after="20" w:line="259" w:lineRule="auto"/>
        <w:shd w:fill="E8F5EC" w:val="clear"/>
      </w:pPr>
      <w:r>
        <w:rPr>
          <w:rFonts w:ascii="Calibri" w:hAnsi="Calibri" w:eastAsia="Calibri"/>
          <w:b/>
          <w:i w:val="0"/>
          <w:color w:val="146E3C"/>
          <w:sz w:val="22"/>
        </w:rPr>
        <w:t>A. [CORRECT] Major cutaneous burns with inhalational injury and CO exposure</w:t>
      </w:r>
    </w:p>
    <w:p>
      <w:pPr>
        <w:spacing w:before="0" w:after="20" w:line="259" w:lineRule="auto"/>
      </w:pPr>
      <w:r>
        <w:rPr>
          <w:rFonts w:ascii="Calibri" w:hAnsi="Calibri" w:eastAsia="Calibri"/>
          <w:b w:val="0"/>
          <w:i/>
          <w:color w:val="282828"/>
          <w:sz w:val="22"/>
        </w:rPr>
        <w:t>Bay: That is the diagnosis.</w:t>
      </w:r>
    </w:p>
    <w:p>
      <w:pPr>
        <w:spacing w:before="120" w:after="20" w:line="259" w:lineRule="auto"/>
        <w:shd w:fill="F8E8E8" w:val="clear"/>
      </w:pPr>
      <w:r>
        <w:rPr>
          <w:rFonts w:ascii="Calibri" w:hAnsi="Calibri" w:eastAsia="Calibri"/>
          <w:b w:val="0"/>
          <w:i w:val="0"/>
          <w:color w:val="A02828"/>
          <w:sz w:val="22"/>
        </w:rPr>
        <w:t>B. [WRONG] Isolated carbon monoxide without burns</w:t>
      </w:r>
    </w:p>
    <w:p>
      <w:pPr>
        <w:spacing w:before="0" w:after="20" w:line="259" w:lineRule="auto"/>
      </w:pPr>
      <w:r>
        <w:rPr>
          <w:rFonts w:ascii="Calibri" w:hAnsi="Calibri" w:eastAsia="Calibri"/>
          <w:b w:val="0"/>
          <w:i/>
          <w:color w:val="282828"/>
          <w:sz w:val="22"/>
        </w:rPr>
        <w:t>Bay: You counted 40%.</w:t>
      </w:r>
    </w:p>
    <w:p>
      <w:pPr>
        <w:spacing w:before="120" w:after="20" w:line="259" w:lineRule="auto"/>
        <w:shd w:fill="F8E8E8" w:val="clear"/>
      </w:pPr>
      <w:r>
        <w:rPr>
          <w:rFonts w:ascii="Calibri" w:hAnsi="Calibri" w:eastAsia="Calibri"/>
          <w:b w:val="0"/>
          <w:i w:val="0"/>
          <w:color w:val="A02828"/>
          <w:sz w:val="22"/>
        </w:rPr>
        <w:t>C. [WRONG] Anaphylaxis</w:t>
      </w:r>
    </w:p>
    <w:p>
      <w:pPr>
        <w:spacing w:before="0" w:after="20" w:line="259" w:lineRule="auto"/>
      </w:pPr>
      <w:r>
        <w:rPr>
          <w:rFonts w:ascii="Calibri" w:hAnsi="Calibri" w:eastAsia="Calibri"/>
          <w:b w:val="0"/>
          <w:i/>
          <w:color w:val="282828"/>
          <w:sz w:val="22"/>
        </w:rPr>
        <w:t>Bay: Soot and leather, not urticaria.</w:t>
      </w:r>
    </w:p>
    <w:p>
      <w:pPr>
        <w:spacing w:before="120" w:after="20" w:line="259" w:lineRule="auto"/>
        <w:shd w:fill="F8E8E8" w:val="clear"/>
      </w:pPr>
      <w:r>
        <w:rPr>
          <w:rFonts w:ascii="Calibri" w:hAnsi="Calibri" w:eastAsia="Calibri"/>
          <w:b w:val="0"/>
          <w:i w:val="0"/>
          <w:color w:val="A02828"/>
          <w:sz w:val="22"/>
        </w:rPr>
        <w:t>D. [WRONG] COPD exacerbation</w:t>
      </w:r>
    </w:p>
    <w:p>
      <w:pPr>
        <w:spacing w:before="0" w:after="20" w:line="259" w:lineRule="auto"/>
      </w:pPr>
      <w:r>
        <w:rPr>
          <w:rFonts w:ascii="Calibri" w:hAnsi="Calibri" w:eastAsia="Calibri"/>
          <w:b w:val="0"/>
          <w:i/>
          <w:color w:val="282828"/>
          <w:sz w:val="22"/>
        </w:rPr>
        <w:t>Bay: He does not have COPD. He has a fire.</w:t>
      </w:r>
    </w:p>
    <w:p>
      <w:pPr>
        <w:spacing w:before="120" w:after="20" w:line="259" w:lineRule="auto"/>
        <w:shd w:fill="F8E8E8" w:val="clear"/>
      </w:pPr>
      <w:r>
        <w:rPr>
          <w:rFonts w:ascii="Calibri" w:hAnsi="Calibri" w:eastAsia="Calibri"/>
          <w:b w:val="0"/>
          <w:i w:val="0"/>
          <w:color w:val="A02828"/>
          <w:sz w:val="22"/>
        </w:rPr>
        <w:t>E. [WRONG] Simple erythema of sunburn</w:t>
      </w:r>
    </w:p>
    <w:p>
      <w:pPr>
        <w:spacing w:before="0" w:after="20" w:line="259" w:lineRule="auto"/>
      </w:pPr>
      <w:r>
        <w:rPr>
          <w:rFonts w:ascii="Calibri" w:hAnsi="Calibri" w:eastAsia="Calibri"/>
          <w:b w:val="0"/>
          <w:i/>
          <w:color w:val="282828"/>
          <w:sz w:val="22"/>
        </w:rPr>
        <w:t>Bay: Full-thickness circumferential limbs are not sunburn.</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Major burns with inhalational injury</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Hoarse, soot, singed hairs after a closed-space fire</w:t>
      </w:r>
    </w:p>
    <w:p>
      <w:pPr>
        <w:spacing w:before="0" w:after="40" w:line="259" w:lineRule="auto"/>
      </w:pPr>
      <w:r>
        <w:rPr>
          <w:rFonts w:ascii="Calibri" w:hAnsi="Calibri" w:eastAsia="Calibri"/>
          <w:b w:val="0"/>
          <w:i w:val="0"/>
          <w:sz w:val="22"/>
        </w:rPr>
        <w:t>• Circumferential ~40% TBSA, COHb 18%</w:t>
      </w:r>
    </w:p>
    <w:p>
      <w:pPr>
        <w:spacing w:before="0" w:after="40" w:line="259" w:lineRule="auto"/>
      </w:pPr>
      <w:r>
        <w:rPr>
          <w:rFonts w:ascii="Calibri" w:hAnsi="Calibri" w:eastAsia="Calibri"/>
          <w:b w:val="0"/>
          <w:i w:val="0"/>
          <w:sz w:val="22"/>
        </w:rPr>
        <w:t>• Rising ventilator pressures from chest eschar</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ABG with COHb (and consider cyanide if unexplained lactate/coma)</w:t>
      </w:r>
    </w:p>
    <w:p>
      <w:pPr>
        <w:spacing w:before="0" w:after="40" w:line="259" w:lineRule="auto"/>
      </w:pPr>
      <w:r>
        <w:rPr>
          <w:rFonts w:ascii="Calibri" w:hAnsi="Calibri" w:eastAsia="Calibri"/>
          <w:b w:val="0"/>
          <w:i w:val="0"/>
          <w:sz w:val="22"/>
        </w:rPr>
        <w:t>• TBSA mapping, trauma films as indicated</w:t>
      </w:r>
    </w:p>
    <w:p>
      <w:pPr>
        <w:spacing w:before="0" w:after="40" w:line="259" w:lineRule="auto"/>
      </w:pPr>
      <w:r>
        <w:rPr>
          <w:rFonts w:ascii="Calibri" w:hAnsi="Calibri" w:eastAsia="Calibri"/>
          <w:b w:val="0"/>
          <w:i w:val="0"/>
          <w:sz w:val="22"/>
        </w:rPr>
        <w:t>• U&amp;E, CK, lactate — do not delay the tube for a chamber</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Early RSI if inhalation injury — do not wait for stridor</w:t>
      </w:r>
    </w:p>
    <w:p>
      <w:pPr>
        <w:spacing w:before="0" w:after="40" w:line="259" w:lineRule="auto"/>
      </w:pPr>
      <w:r>
        <w:rPr>
          <w:rFonts w:ascii="Calibri" w:hAnsi="Calibri" w:eastAsia="Calibri"/>
          <w:b w:val="0"/>
          <w:i w:val="0"/>
          <w:sz w:val="22"/>
        </w:rPr>
        <w:t>• High-concentration oxygen for CO; Parkland/modified Parkland from time of burn</w:t>
      </w:r>
    </w:p>
    <w:p>
      <w:pPr>
        <w:spacing w:before="0" w:after="40" w:line="259" w:lineRule="auto"/>
      </w:pPr>
      <w:r>
        <w:rPr>
          <w:rFonts w:ascii="Calibri" w:hAnsi="Calibri" w:eastAsia="Calibri"/>
          <w:b w:val="0"/>
          <w:i w:val="0"/>
          <w:sz w:val="22"/>
        </w:rPr>
        <w:t>• Cling film, warmth, analgesia, catheter, burns centre</w:t>
      </w:r>
    </w:p>
    <w:p>
      <w:pPr>
        <w:spacing w:before="0" w:after="40" w:line="259" w:lineRule="auto"/>
      </w:pPr>
      <w:r>
        <w:rPr>
          <w:rFonts w:ascii="Calibri" w:hAnsi="Calibri" w:eastAsia="Calibri"/>
          <w:b w:val="0"/>
          <w:i w:val="0"/>
          <w:sz w:val="22"/>
        </w:rPr>
        <w:t>• Escharotomy if circumferential chest/limbs compromise ventilation or perfusion</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BBA / JBCR burn care</w:t>
      </w:r>
    </w:p>
    <w:p>
      <w:pPr>
        <w:spacing w:before="0" w:after="40" w:line="259" w:lineRule="auto"/>
      </w:pPr>
      <w:r>
        <w:rPr>
          <w:rFonts w:ascii="Calibri" w:hAnsi="Calibri" w:eastAsia="Calibri"/>
          <w:b w:val="0"/>
          <w:i w:val="0"/>
          <w:sz w:val="22"/>
        </w:rPr>
        <w:t>• RCEM major burns</w:t>
      </w:r>
    </w:p>
    <w:p>
      <w:pPr>
        <w:spacing w:before="0" w:after="40" w:line="259" w:lineRule="auto"/>
      </w:pPr>
      <w:r>
        <w:rPr>
          <w:rFonts w:ascii="Calibri" w:hAnsi="Calibri" w:eastAsia="Calibri"/>
          <w:b w:val="0"/>
          <w:i w:val="0"/>
          <w:sz w:val="22"/>
        </w:rPr>
        <w:t>• TOXBASE carbon monoxide / cyanide</w:t>
      </w:r>
    </w:p>
    <w:p>
      <w:r>
        <w:br w:type="page"/>
      </w:r>
    </w:p>
    <w:p>
      <w:pPr>
        <w:spacing w:before="120" w:after="160" w:line="259" w:lineRule="auto"/>
      </w:pPr>
      <w:r>
        <w:rPr>
          <w:rFonts w:ascii="Calibri" w:hAnsi="Calibri" w:eastAsia="Calibri"/>
          <w:b/>
          <w:i w:val="0"/>
          <w:color w:val="0C0E10"/>
          <w:sz w:val="36"/>
        </w:rPr>
        <w:t>Case 27 — Life-threatening COPD exacerbation with hypercapnic acidosis</w:t>
      </w:r>
    </w:p>
    <w:p>
      <w:pPr>
        <w:spacing w:before="0" w:after="40" w:line="259" w:lineRule="auto"/>
      </w:pPr>
      <w:r>
        <w:rPr>
          <w:rFonts w:ascii="Calibri" w:hAnsi="Calibri" w:eastAsia="Calibri"/>
          <w:b w:val="0"/>
          <w:i/>
          <w:color w:val="5A5A5A"/>
          <w:sz w:val="20"/>
        </w:rPr>
        <w:t>buzzer · Emergency buzzer — Majors · rhythm sinus-tach</w:t>
      </w:r>
    </w:p>
    <w:p>
      <w:pPr>
        <w:spacing w:before="0" w:after="40" w:line="259" w:lineRule="auto"/>
      </w:pPr>
      <w:r>
        <w:rPr>
          <w:rFonts w:ascii="Calibri" w:hAnsi="Calibri" w:eastAsia="Calibri"/>
          <w:b w:val="0"/>
          <w:i/>
          <w:color w:val="5A5A5A"/>
          <w:sz w:val="20"/>
        </w:rPr>
        <w:t>HR 112   BP 148/82   RR 32   SpO2 99%   temp 37.4   GCS 14   BM 6.6</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Emergency buzzer — Majors 6.</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 72-year-old man with COPD, brought in 'for antibiotics', now tiring. He arrived on 15 L via a non-rebreathe that someone left on in the ambulance.</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He is sitting forward, pursed-lip, one-word sentences. You can hear him from the door.</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no stridor, speaking one word at a time.</w:t>
      </w:r>
    </w:p>
    <w:p>
      <w:pPr>
        <w:spacing w:before="0" w:after="40" w:line="259" w:lineRule="auto"/>
      </w:pPr>
      <w:r>
        <w:rPr>
          <w:rFonts w:ascii="Calibri" w:hAnsi="Calibri" w:eastAsia="Calibri"/>
          <w:b w:val="0"/>
          <w:i w:val="0"/>
          <w:sz w:val="22"/>
        </w:rPr>
        <w:t>B — RR 32, widespread wheeze, poor air entry at both bases, SpO2 99% on 15 L, barrel chest, no silent chest quite yet.</w:t>
      </w:r>
    </w:p>
    <w:p>
      <w:pPr>
        <w:spacing w:before="0" w:after="40" w:line="259" w:lineRule="auto"/>
      </w:pPr>
      <w:r>
        <w:rPr>
          <w:rFonts w:ascii="Calibri" w:hAnsi="Calibri" w:eastAsia="Calibri"/>
          <w:b w:val="0"/>
          <w:i w:val="0"/>
          <w:sz w:val="22"/>
        </w:rPr>
        <w:t>C — HR 112, BP 148/82, no oedema, warm.</w:t>
      </w:r>
    </w:p>
    <w:p>
      <w:pPr>
        <w:spacing w:before="0" w:after="40" w:line="259" w:lineRule="auto"/>
      </w:pPr>
      <w:r>
        <w:rPr>
          <w:rFonts w:ascii="Calibri" w:hAnsi="Calibri" w:eastAsia="Calibri"/>
          <w:b w:val="0"/>
          <w:i w:val="0"/>
          <w:sz w:val="22"/>
        </w:rPr>
        <w:t>D — GCS 14 (E4 V4 M6), a bit CO2-narcotic, BM 6.6.</w:t>
      </w:r>
    </w:p>
    <w:p>
      <w:pPr>
        <w:spacing w:before="0" w:after="40" w:line="259" w:lineRule="auto"/>
      </w:pPr>
      <w:r>
        <w:rPr>
          <w:rFonts w:ascii="Calibri" w:hAnsi="Calibri" w:eastAsia="Calibri"/>
          <w:b w:val="0"/>
          <w:i w:val="0"/>
          <w:sz w:val="22"/>
        </w:rPr>
        <w:t>E — no rash, barrelled, using accessory muscles. Sputum pot: green.</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COPD, tiring, someone left 15 L on. SpO2 99%.</w:t>
      </w:r>
    </w:p>
    <w:p>
      <w:pPr>
        <w:spacing w:before="120" w:after="20" w:line="259" w:lineRule="auto"/>
        <w:shd w:fill="E8F5EC" w:val="clear"/>
      </w:pPr>
      <w:r>
        <w:rPr>
          <w:rFonts w:ascii="Calibri" w:hAnsi="Calibri" w:eastAsia="Calibri"/>
          <w:b/>
          <w:i w:val="0"/>
          <w:color w:val="146E3C"/>
          <w:sz w:val="22"/>
        </w:rPr>
        <w:t>A. [CORRECT] Controlled oxygen targeting 88–92%</w:t>
      </w:r>
    </w:p>
    <w:p>
      <w:pPr>
        <w:spacing w:before="0" w:after="20" w:line="259" w:lineRule="auto"/>
      </w:pPr>
      <w:r>
        <w:rPr>
          <w:rFonts w:ascii="Calibri" w:hAnsi="Calibri" w:eastAsia="Calibri"/>
          <w:b w:val="0"/>
          <w:i/>
          <w:color w:val="282828"/>
          <w:sz w:val="22"/>
        </w:rPr>
        <w:t>Bay: Venturi 24–28% on. You will gas him in 20 minutes. Nebs running on air.</w:t>
      </w:r>
    </w:p>
    <w:p>
      <w:pPr>
        <w:spacing w:before="0" w:after="40" w:line="259" w:lineRule="auto"/>
      </w:pPr>
      <w:r>
        <w:rPr>
          <w:rFonts w:ascii="Calibri" w:hAnsi="Calibri" w:eastAsia="Calibri"/>
          <w:b w:val="0"/>
          <w:i/>
          <w:color w:val="5A4614"/>
          <w:sz w:val="20"/>
        </w:rPr>
        <w:t>Reaction: spo2 -8, O2 2 L</w:t>
      </w:r>
    </w:p>
    <w:p>
      <w:pPr>
        <w:spacing w:before="80" w:after="40" w:line="259" w:lineRule="auto"/>
      </w:pPr>
      <w:r>
        <w:rPr>
          <w:rFonts w:ascii="Calibri" w:hAnsi="Calibri" w:eastAsia="Calibri"/>
          <w:b/>
          <w:i w:val="0"/>
          <w:color w:val="46326E"/>
          <w:sz w:val="22"/>
        </w:rPr>
        <w:t xml:space="preserve">    Follow-up: What target?</w:t>
      </w:r>
    </w:p>
    <w:p>
      <w:pPr>
        <w:spacing w:before="120" w:after="20" w:line="259" w:lineRule="auto"/>
        <w:shd w:fill="E8F5EC" w:val="clear"/>
      </w:pPr>
      <w:r>
        <w:rPr>
          <w:rFonts w:ascii="Calibri" w:hAnsi="Calibri" w:eastAsia="Calibri"/>
          <w:b/>
          <w:i w:val="0"/>
          <w:color w:val="146E3C"/>
          <w:sz w:val="22"/>
        </w:rPr>
        <w:t xml:space="preserve">    A. [CORRECT] SpO2 88–92%</w:t>
      </w:r>
    </w:p>
    <w:p>
      <w:pPr>
        <w:spacing w:before="0" w:after="20" w:line="259" w:lineRule="auto"/>
      </w:pPr>
      <w:r>
        <w:rPr>
          <w:rFonts w:ascii="Calibri" w:hAnsi="Calibri" w:eastAsia="Calibri"/>
          <w:b w:val="0"/>
          <w:i/>
          <w:color w:val="282828"/>
          <w:sz w:val="22"/>
        </w:rPr>
        <w:t xml:space="preserve">       Bay: BTS: controlled oxygen in known COPD at risk of hypercapnia. 94–98% is the other population.</w:t>
      </w:r>
    </w:p>
    <w:p>
      <w:pPr>
        <w:spacing w:before="120" w:after="20" w:line="259" w:lineRule="auto"/>
        <w:shd w:fill="F8E8E8" w:val="clear"/>
      </w:pPr>
      <w:r>
        <w:rPr>
          <w:rFonts w:ascii="Calibri" w:hAnsi="Calibri" w:eastAsia="Calibri"/>
          <w:b w:val="0"/>
          <w:i w:val="0"/>
          <w:color w:val="A02828"/>
          <w:sz w:val="22"/>
        </w:rPr>
        <w:t xml:space="preserve">    B. [WRONG] SpO2 94–98%</w:t>
      </w:r>
    </w:p>
    <w:p>
      <w:pPr>
        <w:spacing w:before="0" w:after="20" w:line="259" w:lineRule="auto"/>
      </w:pPr>
      <w:r>
        <w:rPr>
          <w:rFonts w:ascii="Calibri" w:hAnsi="Calibri" w:eastAsia="Calibri"/>
          <w:b w:val="0"/>
          <w:i/>
          <w:color w:val="282828"/>
          <w:sz w:val="22"/>
        </w:rPr>
        <w:t xml:space="preserve">       Bay: That is the default for non-retainers. He is a known CO2 retainer risk.</w:t>
      </w:r>
    </w:p>
    <w:p>
      <w:pPr>
        <w:spacing w:before="120" w:after="20" w:line="259" w:lineRule="auto"/>
        <w:shd w:fill="F8E8E8" w:val="clear"/>
      </w:pPr>
      <w:r>
        <w:rPr>
          <w:rFonts w:ascii="Calibri" w:hAnsi="Calibri" w:eastAsia="Calibri"/>
          <w:b w:val="0"/>
          <w:i w:val="0"/>
          <w:color w:val="A02828"/>
          <w:sz w:val="22"/>
        </w:rPr>
        <w:t xml:space="preserve">    C. [WRONG] SpO2 100% on 15 L</w:t>
      </w:r>
    </w:p>
    <w:p>
      <w:pPr>
        <w:spacing w:before="0" w:after="20" w:line="259" w:lineRule="auto"/>
      </w:pPr>
      <w:r>
        <w:rPr>
          <w:rFonts w:ascii="Calibri" w:hAnsi="Calibri" w:eastAsia="Calibri"/>
          <w:b w:val="0"/>
          <w:i/>
          <w:color w:val="282828"/>
          <w:sz w:val="22"/>
        </w:rPr>
        <w:t xml:space="preserve">       Bay: You are about to narcose him.</w:t>
      </w:r>
    </w:p>
    <w:p>
      <w:pPr>
        <w:spacing w:before="120" w:after="20" w:line="259" w:lineRule="auto"/>
        <w:shd w:fill="F8E8E8" w:val="clear"/>
      </w:pPr>
      <w:r>
        <w:rPr>
          <w:rFonts w:ascii="Calibri" w:hAnsi="Calibri" w:eastAsia="Calibri"/>
          <w:b w:val="0"/>
          <w:i w:val="0"/>
          <w:color w:val="A02828"/>
          <w:sz w:val="22"/>
        </w:rPr>
        <w:t xml:space="preserve">    D. [WRONG] Room air regardless of saturations</w:t>
      </w:r>
    </w:p>
    <w:p>
      <w:pPr>
        <w:spacing w:before="0" w:after="20" w:line="259" w:lineRule="auto"/>
      </w:pPr>
      <w:r>
        <w:rPr>
          <w:rFonts w:ascii="Calibri" w:hAnsi="Calibri" w:eastAsia="Calibri"/>
          <w:b w:val="0"/>
          <w:i/>
          <w:color w:val="282828"/>
          <w:sz w:val="22"/>
        </w:rPr>
        <w:t xml:space="preserve">       Bay: He is tiring and hypoxic off oxygen. Target a band, do not run dry.</w:t>
      </w:r>
    </w:p>
    <w:p>
      <w:pPr>
        <w:spacing w:before="120" w:after="20" w:line="259" w:lineRule="auto"/>
        <w:shd w:fill="F8E8E8" w:val="clear"/>
      </w:pPr>
      <w:r>
        <w:rPr>
          <w:rFonts w:ascii="Calibri" w:hAnsi="Calibri" w:eastAsia="Calibri"/>
          <w:b w:val="0"/>
          <w:i w:val="0"/>
          <w:color w:val="A02828"/>
          <w:sz w:val="22"/>
        </w:rPr>
        <w:t xml:space="preserve">    E. [WRONG] Intubate because saturations are 99%</w:t>
      </w:r>
    </w:p>
    <w:p>
      <w:pPr>
        <w:spacing w:before="0" w:after="20" w:line="259" w:lineRule="auto"/>
      </w:pPr>
      <w:r>
        <w:rPr>
          <w:rFonts w:ascii="Calibri" w:hAnsi="Calibri" w:eastAsia="Calibri"/>
          <w:b w:val="0"/>
          <w:i/>
          <w:color w:val="282828"/>
          <w:sz w:val="22"/>
        </w:rPr>
        <w:t xml:space="preserve">       Bay: 99% on 15 L is iatrogenic, not a failed airway.</w:t>
      </w:r>
    </w:p>
    <w:p>
      <w:pPr>
        <w:spacing w:before="120" w:after="20" w:line="259" w:lineRule="auto"/>
        <w:shd w:fill="F8E8E8" w:val="clear"/>
      </w:pPr>
      <w:r>
        <w:rPr>
          <w:rFonts w:ascii="Calibri" w:hAnsi="Calibri" w:eastAsia="Calibri"/>
          <w:b w:val="0"/>
          <w:i w:val="0"/>
          <w:color w:val="A02828"/>
          <w:sz w:val="22"/>
        </w:rPr>
        <w:t>B. [WRONG] Leave the 15 L non-rebreathe on</w:t>
      </w:r>
    </w:p>
    <w:p>
      <w:pPr>
        <w:spacing w:before="0" w:after="20" w:line="259" w:lineRule="auto"/>
      </w:pPr>
      <w:r>
        <w:rPr>
          <w:rFonts w:ascii="Calibri" w:hAnsi="Calibri" w:eastAsia="Calibri"/>
          <w:b w:val="0"/>
          <w:i/>
          <w:color w:val="282828"/>
          <w:sz w:val="22"/>
        </w:rPr>
        <w:t>Bay: SpO2 99% in COPD is how you buy a pH of 7.15.</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Immediate RSI</w:t>
      </w:r>
    </w:p>
    <w:p>
      <w:pPr>
        <w:spacing w:before="0" w:after="20" w:line="259" w:lineRule="auto"/>
      </w:pPr>
      <w:r>
        <w:rPr>
          <w:rFonts w:ascii="Calibri" w:hAnsi="Calibri" w:eastAsia="Calibri"/>
          <w:b w:val="0"/>
          <w:i/>
          <w:color w:val="282828"/>
          <w:sz w:val="22"/>
        </w:rPr>
        <w:t>Bay: He is still talking. Controlled O2, nebs, steroids, gas, then NIV if acidotic.</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CPAP at 15 cm as first oxygen</w:t>
      </w:r>
    </w:p>
    <w:p>
      <w:pPr>
        <w:spacing w:before="0" w:after="20" w:line="259" w:lineRule="auto"/>
      </w:pPr>
      <w:r>
        <w:rPr>
          <w:rFonts w:ascii="Calibri" w:hAnsi="Calibri" w:eastAsia="Calibri"/>
          <w:b w:val="0"/>
          <w:i/>
          <w:color w:val="282828"/>
          <w:sz w:val="22"/>
        </w:rPr>
        <w:t>Bay: He needs controlled O2 and bronchodilators first; NIV is BiPAP if the gas says so.</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Room air to 'unmask' the real saturations</w:t>
      </w:r>
    </w:p>
    <w:p>
      <w:pPr>
        <w:spacing w:before="0" w:after="20" w:line="259" w:lineRule="auto"/>
      </w:pPr>
      <w:r>
        <w:rPr>
          <w:rFonts w:ascii="Calibri" w:hAnsi="Calibri" w:eastAsia="Calibri"/>
          <w:b w:val="0"/>
          <w:i/>
          <w:color w:val="282828"/>
          <w:sz w:val="22"/>
        </w:rPr>
        <w:t>Bay: Target 88–92%, do not strip him bare.</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Nebs on air. Gas is back: pH 7.26, pCO2 9.8, pO2 8.1 on 28%.</w:t>
      </w:r>
    </w:p>
    <w:p>
      <w:pPr>
        <w:spacing w:before="120" w:after="20" w:line="259" w:lineRule="auto"/>
        <w:shd w:fill="E8F5EC" w:val="clear"/>
      </w:pPr>
      <w:r>
        <w:rPr>
          <w:rFonts w:ascii="Calibri" w:hAnsi="Calibri" w:eastAsia="Calibri"/>
          <w:b/>
          <w:i w:val="0"/>
          <w:color w:val="146E3C"/>
          <w:sz w:val="22"/>
        </w:rPr>
        <w:t>A. [CORRECT] NIV (BiPAP)</w:t>
      </w:r>
    </w:p>
    <w:p>
      <w:pPr>
        <w:spacing w:before="0" w:after="20" w:line="259" w:lineRule="auto"/>
      </w:pPr>
      <w:r>
        <w:rPr>
          <w:rFonts w:ascii="Calibri" w:hAnsi="Calibri" w:eastAsia="Calibri"/>
          <w:b w:val="0"/>
          <w:i/>
          <w:color w:val="282828"/>
          <w:sz w:val="22"/>
        </w:rPr>
        <w:t>Bay: Mask on. IPAP 15, EPAP 5 to start. You stay. Steroid is in.</w:t>
      </w:r>
    </w:p>
    <w:p>
      <w:pPr>
        <w:spacing w:before="0" w:after="40" w:line="259" w:lineRule="auto"/>
      </w:pPr>
      <w:r>
        <w:rPr>
          <w:rFonts w:ascii="Calibri" w:hAnsi="Calibri" w:eastAsia="Calibri"/>
          <w:b w:val="0"/>
          <w:i/>
          <w:color w:val="5A4614"/>
          <w:sz w:val="20"/>
        </w:rPr>
        <w:t>Reaction: rr -6, spo2 +2</w:t>
      </w:r>
    </w:p>
    <w:p>
      <w:pPr>
        <w:spacing w:before="80" w:after="40" w:line="259" w:lineRule="auto"/>
      </w:pPr>
      <w:r>
        <w:rPr>
          <w:rFonts w:ascii="Calibri" w:hAnsi="Calibri" w:eastAsia="Calibri"/>
          <w:b/>
          <w:i w:val="0"/>
          <w:color w:val="46326E"/>
          <w:sz w:val="22"/>
        </w:rPr>
        <w:t xml:space="preserve">    Follow-up: Who gets NIV here?</w:t>
      </w:r>
    </w:p>
    <w:p>
      <w:pPr>
        <w:spacing w:before="120" w:after="20" w:line="259" w:lineRule="auto"/>
        <w:shd w:fill="E8F5EC" w:val="clear"/>
      </w:pPr>
      <w:r>
        <w:rPr>
          <w:rFonts w:ascii="Calibri" w:hAnsi="Calibri" w:eastAsia="Calibri"/>
          <w:b/>
          <w:i w:val="0"/>
          <w:color w:val="146E3C"/>
          <w:sz w:val="22"/>
        </w:rPr>
        <w:t xml:space="preserve">    A. [CORRECT] COPD exacerbation with pH 7.25–7.35 after controlled oxygen and nebs</w:t>
      </w:r>
    </w:p>
    <w:p>
      <w:pPr>
        <w:spacing w:before="0" w:after="20" w:line="259" w:lineRule="auto"/>
      </w:pPr>
      <w:r>
        <w:rPr>
          <w:rFonts w:ascii="Calibri" w:hAnsi="Calibri" w:eastAsia="Calibri"/>
          <w:b w:val="0"/>
          <w:i/>
          <w:color w:val="282828"/>
          <w:sz w:val="22"/>
        </w:rPr>
        <w:t xml:space="preserve">       Bay: BTS/ICS: that is the window. pH &lt;7.25 needs a senior/ICU plan because NIV failure is common.</w:t>
      </w:r>
    </w:p>
    <w:p>
      <w:pPr>
        <w:spacing w:before="120" w:after="20" w:line="259" w:lineRule="auto"/>
        <w:shd w:fill="F8E8E8" w:val="clear"/>
      </w:pPr>
      <w:r>
        <w:rPr>
          <w:rFonts w:ascii="Calibri" w:hAnsi="Calibri" w:eastAsia="Calibri"/>
          <w:b w:val="0"/>
          <w:i w:val="0"/>
          <w:color w:val="A02828"/>
          <w:sz w:val="22"/>
        </w:rPr>
        <w:t xml:space="preserve">    B. [WRONG] Any wheeze including asthma as first-line</w:t>
      </w:r>
    </w:p>
    <w:p>
      <w:pPr>
        <w:spacing w:before="0" w:after="20" w:line="259" w:lineRule="auto"/>
      </w:pPr>
      <w:r>
        <w:rPr>
          <w:rFonts w:ascii="Calibri" w:hAnsi="Calibri" w:eastAsia="Calibri"/>
          <w:b w:val="0"/>
          <w:i/>
          <w:color w:val="282828"/>
          <w:sz w:val="22"/>
        </w:rPr>
        <w:t xml:space="preserve">       Bay: Life-threatening asthma is not a BiPAP default in the same way.</w:t>
      </w:r>
    </w:p>
    <w:p>
      <w:pPr>
        <w:spacing w:before="120" w:after="20" w:line="259" w:lineRule="auto"/>
        <w:shd w:fill="F8E8E8" w:val="clear"/>
      </w:pPr>
      <w:r>
        <w:rPr>
          <w:rFonts w:ascii="Calibri" w:hAnsi="Calibri" w:eastAsia="Calibri"/>
          <w:b w:val="0"/>
          <w:i w:val="0"/>
          <w:color w:val="A02828"/>
          <w:sz w:val="22"/>
        </w:rPr>
        <w:t xml:space="preserve">    C. [WRONG] pH 6.9 and GCS 3 as a ward NIV</w:t>
      </w:r>
    </w:p>
    <w:p>
      <w:pPr>
        <w:spacing w:before="0" w:after="20" w:line="259" w:lineRule="auto"/>
      </w:pPr>
      <w:r>
        <w:rPr>
          <w:rFonts w:ascii="Calibri" w:hAnsi="Calibri" w:eastAsia="Calibri"/>
          <w:b w:val="0"/>
          <w:i/>
          <w:color w:val="282828"/>
          <w:sz w:val="22"/>
        </w:rPr>
        <w:t xml:space="preserve">       Bay: That is an airway.</w:t>
      </w:r>
    </w:p>
    <w:p>
      <w:pPr>
        <w:spacing w:before="120" w:after="20" w:line="259" w:lineRule="auto"/>
        <w:shd w:fill="F8E8E8" w:val="clear"/>
      </w:pPr>
      <w:r>
        <w:rPr>
          <w:rFonts w:ascii="Calibri" w:hAnsi="Calibri" w:eastAsia="Calibri"/>
          <w:b w:val="0"/>
          <w:i w:val="0"/>
          <w:color w:val="A02828"/>
          <w:sz w:val="22"/>
        </w:rPr>
        <w:t xml:space="preserve">    D. [WRONG] Pneumothorax with COPD</w:t>
      </w:r>
    </w:p>
    <w:p>
      <w:pPr>
        <w:spacing w:before="0" w:after="20" w:line="259" w:lineRule="auto"/>
      </w:pPr>
      <w:r>
        <w:rPr>
          <w:rFonts w:ascii="Calibri" w:hAnsi="Calibri" w:eastAsia="Calibri"/>
          <w:b w:val="0"/>
          <w:i/>
          <w:color w:val="282828"/>
          <w:sz w:val="22"/>
        </w:rPr>
        <w:t xml:space="preserve">       Bay: Exclude pneumothorax. NIV into a pneumothorax is unkind.</w:t>
      </w:r>
    </w:p>
    <w:p>
      <w:pPr>
        <w:spacing w:before="120" w:after="20" w:line="259" w:lineRule="auto"/>
        <w:shd w:fill="F8E8E8" w:val="clear"/>
      </w:pPr>
      <w:r>
        <w:rPr>
          <w:rFonts w:ascii="Calibri" w:hAnsi="Calibri" w:eastAsia="Calibri"/>
          <w:b w:val="0"/>
          <w:i w:val="0"/>
          <w:color w:val="A02828"/>
          <w:sz w:val="22"/>
        </w:rPr>
        <w:t xml:space="preserve">    E. [WRONG] Type 1 respiratory failure with a normal pCO2 as the only indication</w:t>
      </w:r>
    </w:p>
    <w:p>
      <w:pPr>
        <w:spacing w:before="0" w:after="20" w:line="259" w:lineRule="auto"/>
      </w:pPr>
      <w:r>
        <w:rPr>
          <w:rFonts w:ascii="Calibri" w:hAnsi="Calibri" w:eastAsia="Calibri"/>
          <w:b w:val="0"/>
          <w:i/>
          <w:color w:val="282828"/>
          <w:sz w:val="22"/>
        </w:rPr>
        <w:t xml:space="preserve">       Bay: The indication here is acidotic type 2.</w:t>
      </w:r>
    </w:p>
    <w:p>
      <w:pPr>
        <w:spacing w:before="120" w:after="20" w:line="259" w:lineRule="auto"/>
        <w:shd w:fill="F8E8E8" w:val="clear"/>
      </w:pPr>
      <w:r>
        <w:rPr>
          <w:rFonts w:ascii="Calibri" w:hAnsi="Calibri" w:eastAsia="Calibri"/>
          <w:b w:val="0"/>
          <w:i w:val="0"/>
          <w:color w:val="A02828"/>
          <w:sz w:val="22"/>
        </w:rPr>
        <w:t>B. [WRONG] Intubate immediately without a NIV trial</w:t>
      </w:r>
    </w:p>
    <w:p>
      <w:pPr>
        <w:spacing w:before="0" w:after="20" w:line="259" w:lineRule="auto"/>
      </w:pPr>
      <w:r>
        <w:rPr>
          <w:rFonts w:ascii="Calibri" w:hAnsi="Calibri" w:eastAsia="Calibri"/>
          <w:b w:val="0"/>
          <w:i/>
          <w:color w:val="282828"/>
          <w:sz w:val="22"/>
        </w:rPr>
        <w:t>Bay: pH 7.26, GCS 14 — NIV is first if you have it and a plan for failure.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Doxapram infusion instead of NIV</w:t>
      </w:r>
    </w:p>
    <w:p>
      <w:pPr>
        <w:spacing w:before="0" w:after="20" w:line="259" w:lineRule="auto"/>
      </w:pPr>
      <w:r>
        <w:rPr>
          <w:rFonts w:ascii="Calibri" w:hAnsi="Calibri" w:eastAsia="Calibri"/>
          <w:b w:val="0"/>
          <w:i/>
          <w:color w:val="282828"/>
          <w:sz w:val="22"/>
        </w:rPr>
        <w:t>Bay: Historical. Not first-line when NIV is available.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More 15 L oxygen to treat the pO2 of 8.1</w:t>
      </w:r>
    </w:p>
    <w:p>
      <w:pPr>
        <w:spacing w:before="0" w:after="20" w:line="259" w:lineRule="auto"/>
      </w:pPr>
      <w:r>
        <w:rPr>
          <w:rFonts w:ascii="Calibri" w:hAnsi="Calibri" w:eastAsia="Calibri"/>
          <w:b w:val="0"/>
          <w:i/>
          <w:color w:val="282828"/>
          <w:sz w:val="22"/>
        </w:rPr>
        <w:t>Bay: You will push the pCO2 up. Titrate 88–92%.</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Furosemide 80 mg IV</w:t>
      </w:r>
    </w:p>
    <w:p>
      <w:pPr>
        <w:spacing w:before="0" w:after="20" w:line="259" w:lineRule="auto"/>
      </w:pPr>
      <w:r>
        <w:rPr>
          <w:rFonts w:ascii="Calibri" w:hAnsi="Calibri" w:eastAsia="Calibri"/>
          <w:b w:val="0"/>
          <w:i/>
          <w:color w:val="282828"/>
          <w:sz w:val="22"/>
        </w:rPr>
        <w:t>Bay: This is wheeze and a barrel, not APO. The film will help — do not diurese a dry COPD.</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NIV is on. Send the rest.</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7.26  pCO2 9.8  pO2 8.1  HCO3 32  BE +4  lactate 1.4  K+ 4.0  Hb 164</w:t>
      </w:r>
    </w:p>
    <w:p>
      <w:pPr>
        <w:spacing w:before="0" w:after="40" w:line="259" w:lineRule="auto"/>
      </w:pPr>
      <w:r>
        <w:rPr>
          <w:rFonts w:ascii="Calibri" w:hAnsi="Calibri" w:eastAsia="Calibri"/>
          <w:b w:val="0"/>
          <w:i w:val="0"/>
          <w:sz w:val="22"/>
        </w:rPr>
        <w:t>Chronic retainer, acute acidosis. NIV and treat the cause.</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6.6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sinus-tach</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Dark, concentrated. No infection obvious.</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164   WCC 13.8   Plt 268</w:t>
      </w:r>
    </w:p>
    <w:p>
      <w:pPr>
        <w:spacing w:before="0" w:after="40" w:line="259" w:lineRule="auto"/>
      </w:pPr>
      <w:r>
        <w:rPr>
          <w:rFonts w:ascii="Calibri" w:hAnsi="Calibri" w:eastAsia="Calibri"/>
          <w:b w:val="0"/>
          <w:i w:val="0"/>
          <w:sz w:val="22"/>
        </w:rPr>
        <w:t>crp: 48 mg/L</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hyperinflation</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Film: hyperinflated, no pneumothorax, no consolidation huge. Review — then decide.</w:t>
      </w:r>
    </w:p>
    <w:p>
      <w:pPr>
        <w:spacing w:before="120" w:after="20" w:line="259" w:lineRule="auto"/>
        <w:shd w:fill="E8F5EC" w:val="clear"/>
      </w:pPr>
      <w:r>
        <w:rPr>
          <w:rFonts w:ascii="Calibri" w:hAnsi="Calibri" w:eastAsia="Calibri"/>
          <w:b/>
          <w:i w:val="0"/>
          <w:color w:val="146E3C"/>
          <w:sz w:val="22"/>
        </w:rPr>
        <w:t>A. [CORRECT] Steroid, nebulised bronchodilators, treat infection</w:t>
      </w:r>
    </w:p>
    <w:p>
      <w:pPr>
        <w:spacing w:before="0" w:after="20" w:line="259" w:lineRule="auto"/>
      </w:pPr>
      <w:r>
        <w:rPr>
          <w:rFonts w:ascii="Calibri" w:hAnsi="Calibri" w:eastAsia="Calibri"/>
          <w:b w:val="0"/>
          <w:i/>
          <w:color w:val="282828"/>
          <w:sz w:val="22"/>
        </w:rPr>
        <w:t>Bay: Prednisolone 30 mg (or IV hydrocortisone). Nebs continue. Amoxicillin / doxycycline as per local.</w:t>
      </w:r>
    </w:p>
    <w:p>
      <w:pPr>
        <w:spacing w:before="0" w:after="40" w:line="259" w:lineRule="auto"/>
      </w:pPr>
      <w:r>
        <w:rPr>
          <w:rFonts w:ascii="Calibri" w:hAnsi="Calibri" w:eastAsia="Calibri"/>
          <w:b w:val="0"/>
          <w:i/>
          <w:color w:val="5A4614"/>
          <w:sz w:val="20"/>
        </w:rPr>
        <w:t>Reaction: rr -4</w:t>
      </w:r>
    </w:p>
    <w:p>
      <w:pPr>
        <w:spacing w:before="80" w:after="40" w:line="259" w:lineRule="auto"/>
      </w:pPr>
      <w:r>
        <w:rPr>
          <w:rFonts w:ascii="Calibri" w:hAnsi="Calibri" w:eastAsia="Calibri"/>
          <w:b/>
          <w:i w:val="0"/>
          <w:color w:val="46326E"/>
          <w:sz w:val="22"/>
        </w:rPr>
        <w:t xml:space="preserve">    Follow-up: What steroid?</w:t>
      </w:r>
    </w:p>
    <w:p>
      <w:pPr>
        <w:spacing w:before="120" w:after="20" w:line="259" w:lineRule="auto"/>
        <w:shd w:fill="E8F5EC" w:val="clear"/>
      </w:pPr>
      <w:r>
        <w:rPr>
          <w:rFonts w:ascii="Calibri" w:hAnsi="Calibri" w:eastAsia="Calibri"/>
          <w:b/>
          <w:i w:val="0"/>
          <w:color w:val="146E3C"/>
          <w:sz w:val="22"/>
        </w:rPr>
        <w:t xml:space="preserve">    A. [CORRECT] Prednisolone 30 mg oral (or hydrocortisone IV if he cannot swallow)</w:t>
      </w:r>
    </w:p>
    <w:p>
      <w:pPr>
        <w:spacing w:before="0" w:after="20" w:line="259" w:lineRule="auto"/>
      </w:pPr>
      <w:r>
        <w:rPr>
          <w:rFonts w:ascii="Calibri" w:hAnsi="Calibri" w:eastAsia="Calibri"/>
          <w:b w:val="0"/>
          <w:i/>
          <w:color w:val="282828"/>
          <w:sz w:val="22"/>
        </w:rPr>
        <w:t xml:space="preserve">       Bay: NICE/BTS: 5-day oral steroid is enough for most. Do not start a home-going depot.</w:t>
      </w:r>
    </w:p>
    <w:p>
      <w:pPr>
        <w:spacing w:before="120" w:after="20" w:line="259" w:lineRule="auto"/>
        <w:shd w:fill="F8E8E8" w:val="clear"/>
      </w:pPr>
      <w:r>
        <w:rPr>
          <w:rFonts w:ascii="Calibri" w:hAnsi="Calibri" w:eastAsia="Calibri"/>
          <w:b w:val="0"/>
          <w:i w:val="0"/>
          <w:color w:val="A02828"/>
          <w:sz w:val="22"/>
        </w:rPr>
        <w:t xml:space="preserve">    B. [WRONG] Dexamethasone 8 mg as for meningitis</w:t>
      </w:r>
    </w:p>
    <w:p>
      <w:pPr>
        <w:spacing w:before="0" w:after="20" w:line="259" w:lineRule="auto"/>
      </w:pPr>
      <w:r>
        <w:rPr>
          <w:rFonts w:ascii="Calibri" w:hAnsi="Calibri" w:eastAsia="Calibri"/>
          <w:b w:val="0"/>
          <w:i/>
          <w:color w:val="282828"/>
          <w:sz w:val="22"/>
        </w:rPr>
        <w:t xml:space="preserve">       Bay: Wrong indication.</w:t>
      </w:r>
    </w:p>
    <w:p>
      <w:pPr>
        <w:spacing w:before="120" w:after="20" w:line="259" w:lineRule="auto"/>
        <w:shd w:fill="F8E8E8" w:val="clear"/>
      </w:pPr>
      <w:r>
        <w:rPr>
          <w:rFonts w:ascii="Calibri" w:hAnsi="Calibri" w:eastAsia="Calibri"/>
          <w:b w:val="0"/>
          <w:i w:val="0"/>
          <w:color w:val="A02828"/>
          <w:sz w:val="22"/>
        </w:rPr>
        <w:t xml:space="preserve">    C. [WRONG] Inhaled steroid only, stop the nebs</w:t>
      </w:r>
    </w:p>
    <w:p>
      <w:pPr>
        <w:spacing w:before="0" w:after="20" w:line="259" w:lineRule="auto"/>
      </w:pPr>
      <w:r>
        <w:rPr>
          <w:rFonts w:ascii="Calibri" w:hAnsi="Calibri" w:eastAsia="Calibri"/>
          <w:b w:val="0"/>
          <w:i/>
          <w:color w:val="282828"/>
          <w:sz w:val="22"/>
        </w:rPr>
        <w:t xml:space="preserve">       Bay: He needs systemic steroid and nebs now.</w:t>
      </w:r>
    </w:p>
    <w:p>
      <w:pPr>
        <w:spacing w:before="120" w:after="20" w:line="259" w:lineRule="auto"/>
        <w:shd w:fill="F8E8E8" w:val="clear"/>
      </w:pPr>
      <w:r>
        <w:rPr>
          <w:rFonts w:ascii="Calibri" w:hAnsi="Calibri" w:eastAsia="Calibri"/>
          <w:b w:val="0"/>
          <w:i w:val="0"/>
          <w:color w:val="A02828"/>
          <w:sz w:val="22"/>
        </w:rPr>
        <w:t xml:space="preserve">    D. [WRONG] No steroid unless eosinophils are known</w:t>
      </w:r>
    </w:p>
    <w:p>
      <w:pPr>
        <w:spacing w:before="0" w:after="20" w:line="259" w:lineRule="auto"/>
      </w:pPr>
      <w:r>
        <w:rPr>
          <w:rFonts w:ascii="Calibri" w:hAnsi="Calibri" w:eastAsia="Calibri"/>
          <w:b w:val="0"/>
          <w:i/>
          <w:color w:val="282828"/>
          <w:sz w:val="22"/>
        </w:rPr>
        <w:t xml:space="preserve">       Bay: In a tiring exacerbation you give it.</w:t>
      </w:r>
    </w:p>
    <w:p>
      <w:pPr>
        <w:spacing w:before="120" w:after="20" w:line="259" w:lineRule="auto"/>
        <w:shd w:fill="F8E8E8" w:val="clear"/>
      </w:pPr>
      <w:r>
        <w:rPr>
          <w:rFonts w:ascii="Calibri" w:hAnsi="Calibri" w:eastAsia="Calibri"/>
          <w:b w:val="0"/>
          <w:i w:val="0"/>
          <w:color w:val="A02828"/>
          <w:sz w:val="22"/>
        </w:rPr>
        <w:t xml:space="preserve">    E. [WRONG] Methylprednisolone 1 g</w:t>
      </w:r>
    </w:p>
    <w:p>
      <w:pPr>
        <w:spacing w:before="0" w:after="20" w:line="259" w:lineRule="auto"/>
      </w:pPr>
      <w:r>
        <w:rPr>
          <w:rFonts w:ascii="Calibri" w:hAnsi="Calibri" w:eastAsia="Calibri"/>
          <w:b w:val="0"/>
          <w:i/>
          <w:color w:val="282828"/>
          <w:sz w:val="22"/>
        </w:rPr>
        <w:t xml:space="preserve">       Bay: That is not a COPD pack.</w:t>
      </w:r>
    </w:p>
    <w:p>
      <w:pPr>
        <w:spacing w:before="120" w:after="20" w:line="259" w:lineRule="auto"/>
        <w:shd w:fill="F8E8E8" w:val="clear"/>
      </w:pPr>
      <w:r>
        <w:rPr>
          <w:rFonts w:ascii="Calibri" w:hAnsi="Calibri" w:eastAsia="Calibri"/>
          <w:b w:val="0"/>
          <w:i w:val="0"/>
          <w:color w:val="A02828"/>
          <w:sz w:val="22"/>
        </w:rPr>
        <w:t>B. [WRONG] Needle decompress because the film is black</w:t>
      </w:r>
    </w:p>
    <w:p>
      <w:pPr>
        <w:spacing w:before="0" w:after="20" w:line="259" w:lineRule="auto"/>
      </w:pPr>
      <w:r>
        <w:rPr>
          <w:rFonts w:ascii="Calibri" w:hAnsi="Calibri" w:eastAsia="Calibri"/>
          <w:b w:val="0"/>
          <w:i/>
          <w:color w:val="282828"/>
          <w:sz w:val="22"/>
        </w:rPr>
        <w:t>Bay: Hyperinflation is not tension. Trachea is central.</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Furosemide and GTN for 'wet lungs'</w:t>
      </w:r>
    </w:p>
    <w:p>
      <w:pPr>
        <w:spacing w:before="0" w:after="20" w:line="259" w:lineRule="auto"/>
      </w:pPr>
      <w:r>
        <w:rPr>
          <w:rFonts w:ascii="Calibri" w:hAnsi="Calibri" w:eastAsia="Calibri"/>
          <w:b w:val="0"/>
          <w:i/>
          <w:color w:val="282828"/>
          <w:sz w:val="22"/>
        </w:rPr>
        <w:t>Bay: The film is not APO.</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Thrombolysis for a possible PE</w:t>
      </w:r>
    </w:p>
    <w:p>
      <w:pPr>
        <w:spacing w:before="0" w:after="20" w:line="259" w:lineRule="auto"/>
      </w:pPr>
      <w:r>
        <w:rPr>
          <w:rFonts w:ascii="Calibri" w:hAnsi="Calibri" w:eastAsia="Calibri"/>
          <w:b w:val="0"/>
          <w:i/>
          <w:color w:val="282828"/>
          <w:sz w:val="22"/>
        </w:rPr>
        <w:t>Bay: Treat the exacerbation in front of you. PE is a thought, not lysis on a wheeze.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Aminophylline as first-line before NIV has had a chance</w:t>
      </w:r>
    </w:p>
    <w:p>
      <w:pPr>
        <w:spacing w:before="0" w:after="20" w:line="259" w:lineRule="auto"/>
      </w:pPr>
      <w:r>
        <w:rPr>
          <w:rFonts w:ascii="Calibri" w:hAnsi="Calibri" w:eastAsia="Calibri"/>
          <w:b w:val="0"/>
          <w:i/>
          <w:color w:val="282828"/>
          <w:sz w:val="22"/>
        </w:rPr>
        <w:t>Bay: Senior decision, not first syringe.</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Daughter says he is 'not himself'.</w:t>
      </w:r>
    </w:p>
    <w:p>
      <w:pPr>
        <w:spacing w:before="120" w:after="20" w:line="259" w:lineRule="auto"/>
        <w:shd w:fill="E8F5EC" w:val="clear"/>
      </w:pPr>
      <w:r>
        <w:rPr>
          <w:rFonts w:ascii="Calibri" w:hAnsi="Calibri" w:eastAsia="Calibri"/>
          <w:b/>
          <w:i w:val="0"/>
          <w:color w:val="146E3C"/>
          <w:sz w:val="22"/>
        </w:rPr>
        <w:t>A. [CORRECT] Usual FEV1, home NIV or not, usual steroids, smoking, last gases</w:t>
      </w:r>
    </w:p>
    <w:p>
      <w:pPr>
        <w:spacing w:before="0" w:after="20" w:line="259" w:lineRule="auto"/>
      </w:pPr>
      <w:r>
        <w:rPr>
          <w:rFonts w:ascii="Calibri" w:hAnsi="Calibri" w:eastAsia="Calibri"/>
          <w:b w:val="0"/>
          <w:i/>
          <w:color w:val="282828"/>
          <w:sz w:val="22"/>
        </w:rPr>
        <w:t>Bay: Home O2 2 L. No home NIV. Packs twice a year. Still smokes.</w:t>
      </w:r>
    </w:p>
    <w:p>
      <w:pPr>
        <w:spacing w:before="120" w:after="20" w:line="259" w:lineRule="auto"/>
        <w:shd w:fill="E8F5EC" w:val="clear"/>
      </w:pPr>
      <w:r>
        <w:rPr>
          <w:rFonts w:ascii="Calibri" w:hAnsi="Calibri" w:eastAsia="Calibri"/>
          <w:b/>
          <w:i w:val="0"/>
          <w:color w:val="146E3C"/>
          <w:sz w:val="22"/>
        </w:rPr>
        <w:t>B. [CORRECT] Look at the old gases — what is his usual pCO2?</w:t>
      </w:r>
    </w:p>
    <w:p>
      <w:pPr>
        <w:spacing w:before="0" w:after="20" w:line="259" w:lineRule="auto"/>
      </w:pPr>
      <w:r>
        <w:rPr>
          <w:rFonts w:ascii="Calibri" w:hAnsi="Calibri" w:eastAsia="Calibri"/>
          <w:b w:val="0"/>
          <w:i/>
          <w:color w:val="282828"/>
          <w:sz w:val="22"/>
        </w:rPr>
        <w:t>Bay: Last admission pCO2 7.1, pH 7.36. Today's 9.8 and 7.26 is new.</w:t>
      </w:r>
    </w:p>
    <w:p>
      <w:pPr>
        <w:spacing w:before="120" w:after="20" w:line="259" w:lineRule="auto"/>
        <w:shd w:fill="E8F5EC" w:val="clear"/>
      </w:pPr>
      <w:r>
        <w:rPr>
          <w:rFonts w:ascii="Calibri" w:hAnsi="Calibri" w:eastAsia="Calibri"/>
          <w:b/>
          <w:i w:val="0"/>
          <w:color w:val="146E3C"/>
          <w:sz w:val="22"/>
        </w:rPr>
        <w:t>C. [CORRECT] Drug chart: beta-blockers, sedatives, opiates from the ambulance</w:t>
      </w:r>
    </w:p>
    <w:p>
      <w:pPr>
        <w:spacing w:before="0" w:after="20" w:line="259" w:lineRule="auto"/>
      </w:pPr>
      <w:r>
        <w:rPr>
          <w:rFonts w:ascii="Calibri" w:hAnsi="Calibri" w:eastAsia="Calibri"/>
          <w:b w:val="0"/>
          <w:i/>
          <w:color w:val="282828"/>
          <w:sz w:val="22"/>
        </w:rPr>
        <w:t>Bay: No opiate. He had 15 L all the way in.</w:t>
      </w:r>
    </w:p>
    <w:p>
      <w:pPr>
        <w:spacing w:before="120" w:after="20" w:line="259" w:lineRule="auto"/>
        <w:shd w:fill="F8E8E8" w:val="clear"/>
      </w:pPr>
      <w:r>
        <w:rPr>
          <w:rFonts w:ascii="Calibri" w:hAnsi="Calibri" w:eastAsia="Calibri"/>
          <w:b w:val="0"/>
          <w:i w:val="0"/>
          <w:color w:val="A02828"/>
          <w:sz w:val="22"/>
        </w:rPr>
        <w:t>D. [WRONG] Send him for an unescorted CTPA on NIV</w:t>
      </w:r>
    </w:p>
    <w:p>
      <w:pPr>
        <w:spacing w:before="0" w:after="20" w:line="259" w:lineRule="auto"/>
      </w:pPr>
      <w:r>
        <w:rPr>
          <w:rFonts w:ascii="Calibri" w:hAnsi="Calibri" w:eastAsia="Calibri"/>
          <w:b w:val="0"/>
          <w:i/>
          <w:color w:val="282828"/>
          <w:sz w:val="22"/>
        </w:rPr>
        <w:t>Bay: He is tiring. Do not lose him in a scanner.</w:t>
      </w:r>
    </w:p>
    <w:p>
      <w:pPr>
        <w:spacing w:before="120" w:after="20" w:line="259" w:lineRule="auto"/>
        <w:shd w:fill="F8E8E8" w:val="clear"/>
      </w:pPr>
      <w:r>
        <w:rPr>
          <w:rFonts w:ascii="Calibri" w:hAnsi="Calibri" w:eastAsia="Calibri"/>
          <w:b w:val="0"/>
          <w:i w:val="0"/>
          <w:color w:val="A02828"/>
          <w:sz w:val="22"/>
        </w:rPr>
        <w:t>E. [WRONG] Stop NIV after five minutes because he 'doesn't like the mask'</w:t>
      </w:r>
    </w:p>
    <w:p>
      <w:pPr>
        <w:spacing w:before="0" w:after="20" w:line="259" w:lineRule="auto"/>
      </w:pPr>
      <w:r>
        <w:rPr>
          <w:rFonts w:ascii="Calibri" w:hAnsi="Calibri" w:eastAsia="Calibri"/>
          <w:b w:val="0"/>
          <w:i/>
          <w:color w:val="282828"/>
          <w:sz w:val="22"/>
        </w:rPr>
        <w:t>Bay: Coach, fit, stay. Do not abandon the treatment at the first complaint.</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Life-threatening COPD exacerbation with acute hypercapnic acidosis</w:t>
      </w:r>
    </w:p>
    <w:p>
      <w:pPr>
        <w:spacing w:before="0" w:after="20" w:line="259" w:lineRule="auto"/>
      </w:pPr>
      <w:r>
        <w:rPr>
          <w:rFonts w:ascii="Calibri" w:hAnsi="Calibri" w:eastAsia="Calibri"/>
          <w:b w:val="0"/>
          <w:i/>
          <w:color w:val="282828"/>
          <w:sz w:val="22"/>
        </w:rPr>
        <w:t>Bay: 15 L, tiring, pH 7.26, pCO2 9.8. Controlled O2, nebs, steroid, NIV.</w:t>
      </w:r>
    </w:p>
    <w:p>
      <w:pPr>
        <w:spacing w:before="120" w:after="20" w:line="259" w:lineRule="auto"/>
        <w:shd w:fill="F8E8E8" w:val="clear"/>
      </w:pPr>
      <w:r>
        <w:rPr>
          <w:rFonts w:ascii="Calibri" w:hAnsi="Calibri" w:eastAsia="Calibri"/>
          <w:b w:val="0"/>
          <w:i w:val="0"/>
          <w:color w:val="A02828"/>
          <w:sz w:val="22"/>
        </w:rPr>
        <w:t>B. [WRONG] Acute asthma in a 72-year-old never-wheezer</w:t>
      </w:r>
    </w:p>
    <w:p>
      <w:pPr>
        <w:spacing w:before="0" w:after="20" w:line="259" w:lineRule="auto"/>
      </w:pPr>
      <w:r>
        <w:rPr>
          <w:rFonts w:ascii="Calibri" w:hAnsi="Calibri" w:eastAsia="Calibri"/>
          <w:b w:val="0"/>
          <w:i/>
          <w:color w:val="282828"/>
          <w:sz w:val="22"/>
        </w:rPr>
        <w:t>Bay: He has COPD. Treat that.</w:t>
      </w:r>
    </w:p>
    <w:p>
      <w:pPr>
        <w:spacing w:before="120" w:after="20" w:line="259" w:lineRule="auto"/>
        <w:shd w:fill="F8E8E8" w:val="clear"/>
      </w:pPr>
      <w:r>
        <w:rPr>
          <w:rFonts w:ascii="Calibri" w:hAnsi="Calibri" w:eastAsia="Calibri"/>
          <w:b w:val="0"/>
          <w:i w:val="0"/>
          <w:color w:val="A02828"/>
          <w:sz w:val="22"/>
        </w:rPr>
        <w:t>C. [WRONG] Pulmonary oedema as the lead</w:t>
      </w:r>
    </w:p>
    <w:p>
      <w:pPr>
        <w:spacing w:before="0" w:after="20" w:line="259" w:lineRule="auto"/>
      </w:pPr>
      <w:r>
        <w:rPr>
          <w:rFonts w:ascii="Calibri" w:hAnsi="Calibri" w:eastAsia="Calibri"/>
          <w:b w:val="0"/>
          <w:i/>
          <w:color w:val="282828"/>
          <w:sz w:val="22"/>
        </w:rPr>
        <w:t>Bay: Hyperinflated, dry, wheeze, not pink froth.</w:t>
      </w:r>
    </w:p>
    <w:p>
      <w:pPr>
        <w:spacing w:before="120" w:after="20" w:line="259" w:lineRule="auto"/>
        <w:shd w:fill="F8E8E8" w:val="clear"/>
      </w:pPr>
      <w:r>
        <w:rPr>
          <w:rFonts w:ascii="Calibri" w:hAnsi="Calibri" w:eastAsia="Calibri"/>
          <w:b w:val="0"/>
          <w:i w:val="0"/>
          <w:color w:val="A02828"/>
          <w:sz w:val="22"/>
        </w:rPr>
        <w:t>D. [WRONG] PE as the only diagnosis</w:t>
      </w:r>
    </w:p>
    <w:p>
      <w:pPr>
        <w:spacing w:before="0" w:after="20" w:line="259" w:lineRule="auto"/>
      </w:pPr>
      <w:r>
        <w:rPr>
          <w:rFonts w:ascii="Calibri" w:hAnsi="Calibri" w:eastAsia="Calibri"/>
          <w:b w:val="0"/>
          <w:i/>
          <w:color w:val="282828"/>
          <w:sz w:val="22"/>
        </w:rPr>
        <w:t>Bay: It can coexist. The first hour is still the exacerbation.</w:t>
      </w:r>
    </w:p>
    <w:p>
      <w:pPr>
        <w:spacing w:before="120" w:after="20" w:line="259" w:lineRule="auto"/>
        <w:shd w:fill="F8E8E8" w:val="clear"/>
      </w:pPr>
      <w:r>
        <w:rPr>
          <w:rFonts w:ascii="Calibri" w:hAnsi="Calibri" w:eastAsia="Calibri"/>
          <w:b w:val="0"/>
          <w:i w:val="0"/>
          <w:color w:val="A02828"/>
          <w:sz w:val="22"/>
        </w:rPr>
        <w:t>E. [WRONG] Opioid toxicity</w:t>
      </w:r>
    </w:p>
    <w:p>
      <w:pPr>
        <w:spacing w:before="0" w:after="20" w:line="259" w:lineRule="auto"/>
      </w:pPr>
      <w:r>
        <w:rPr>
          <w:rFonts w:ascii="Calibri" w:hAnsi="Calibri" w:eastAsia="Calibri"/>
          <w:b w:val="0"/>
          <w:i/>
          <w:color w:val="282828"/>
          <w:sz w:val="22"/>
        </w:rPr>
        <w:t>Bay: RR 32 and a wheeze are not methadone.</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After one hour of NIV: pH 7.22, GCS 12, tiring, pulling the mask off.</w:t>
      </w:r>
    </w:p>
    <w:p>
      <w:pPr>
        <w:spacing w:before="120" w:after="20" w:line="259" w:lineRule="auto"/>
        <w:shd w:fill="E8F5EC" w:val="clear"/>
      </w:pPr>
      <w:r>
        <w:rPr>
          <w:rFonts w:ascii="Calibri" w:hAnsi="Calibri" w:eastAsia="Calibri"/>
          <w:b/>
          <w:i w:val="0"/>
          <w:color w:val="146E3C"/>
          <w:sz w:val="22"/>
        </w:rPr>
        <w:t>A. [CORRECT] Call ICU — NIV is failing</w:t>
      </w:r>
    </w:p>
    <w:p>
      <w:pPr>
        <w:spacing w:before="0" w:after="20" w:line="259" w:lineRule="auto"/>
      </w:pPr>
      <w:r>
        <w:rPr>
          <w:rFonts w:ascii="Calibri" w:hAnsi="Calibri" w:eastAsia="Calibri"/>
          <w:b w:val="0"/>
          <w:i/>
          <w:color w:val="282828"/>
          <w:sz w:val="22"/>
        </w:rPr>
        <w:t>Bay: You stay on the mask until they arrive. This is not a ward observation.</w:t>
      </w:r>
    </w:p>
    <w:p>
      <w:pPr>
        <w:spacing w:before="0" w:after="40" w:line="259" w:lineRule="auto"/>
      </w:pPr>
      <w:r>
        <w:rPr>
          <w:rFonts w:ascii="Calibri" w:hAnsi="Calibri" w:eastAsia="Calibri"/>
          <w:b w:val="0"/>
          <w:i/>
          <w:color w:val="5A4614"/>
          <w:sz w:val="20"/>
        </w:rPr>
        <w:t>Reaction: gcs -2</w:t>
      </w:r>
    </w:p>
    <w:p>
      <w:pPr>
        <w:spacing w:before="80" w:after="40" w:line="259" w:lineRule="auto"/>
      </w:pPr>
      <w:r>
        <w:rPr>
          <w:rFonts w:ascii="Calibri" w:hAnsi="Calibri" w:eastAsia="Calibri"/>
          <w:b/>
          <w:i w:val="0"/>
          <w:color w:val="46326E"/>
          <w:sz w:val="22"/>
        </w:rPr>
        <w:t xml:space="preserve">    Follow-up: What is NIV failure here?</w:t>
      </w:r>
    </w:p>
    <w:p>
      <w:pPr>
        <w:spacing w:before="120" w:after="20" w:line="259" w:lineRule="auto"/>
        <w:shd w:fill="E8F5EC" w:val="clear"/>
      </w:pPr>
      <w:r>
        <w:rPr>
          <w:rFonts w:ascii="Calibri" w:hAnsi="Calibri" w:eastAsia="Calibri"/>
          <w:b/>
          <w:i w:val="0"/>
          <w:color w:val="146E3C"/>
          <w:sz w:val="22"/>
        </w:rPr>
        <w:t xml:space="preserve">    A. [CORRECT] Falling pH, falling GCS, tiring, mask intolerance after a proper trial</w:t>
      </w:r>
    </w:p>
    <w:p>
      <w:pPr>
        <w:spacing w:before="0" w:after="20" w:line="259" w:lineRule="auto"/>
      </w:pPr>
      <w:r>
        <w:rPr>
          <w:rFonts w:ascii="Calibri" w:hAnsi="Calibri" w:eastAsia="Calibri"/>
          <w:b w:val="0"/>
          <w:i/>
          <w:color w:val="282828"/>
          <w:sz w:val="22"/>
        </w:rPr>
        <w:t xml:space="preserve">       Bay: BTS: do not leave a failing NIV on a back corridor.</w:t>
      </w:r>
    </w:p>
    <w:p>
      <w:pPr>
        <w:spacing w:before="120" w:after="20" w:line="259" w:lineRule="auto"/>
        <w:shd w:fill="F8E8E8" w:val="clear"/>
      </w:pPr>
      <w:r>
        <w:rPr>
          <w:rFonts w:ascii="Calibri" w:hAnsi="Calibri" w:eastAsia="Calibri"/>
          <w:b w:val="0"/>
          <w:i w:val="0"/>
          <w:color w:val="A02828"/>
          <w:sz w:val="22"/>
        </w:rPr>
        <w:t xml:space="preserve">    B. [WRONG] Any pO2 under 10 on 28%</w:t>
      </w:r>
    </w:p>
    <w:p>
      <w:pPr>
        <w:spacing w:before="0" w:after="20" w:line="259" w:lineRule="auto"/>
      </w:pPr>
      <w:r>
        <w:rPr>
          <w:rFonts w:ascii="Calibri" w:hAnsi="Calibri" w:eastAsia="Calibri"/>
          <w:b w:val="0"/>
          <w:i/>
          <w:color w:val="282828"/>
          <w:sz w:val="22"/>
        </w:rPr>
        <w:t xml:space="preserve">       Bay: Titrate oxygen. Failure is the pH and the work.</w:t>
      </w:r>
    </w:p>
    <w:p>
      <w:pPr>
        <w:spacing w:before="120" w:after="20" w:line="259" w:lineRule="auto"/>
        <w:shd w:fill="F8E8E8" w:val="clear"/>
      </w:pPr>
      <w:r>
        <w:rPr>
          <w:rFonts w:ascii="Calibri" w:hAnsi="Calibri" w:eastAsia="Calibri"/>
          <w:b w:val="0"/>
          <w:i w:val="0"/>
          <w:color w:val="A02828"/>
          <w:sz w:val="22"/>
        </w:rPr>
        <w:t xml:space="preserve">    C. [WRONG] A single wheeze still audible</w:t>
      </w:r>
    </w:p>
    <w:p>
      <w:pPr>
        <w:spacing w:before="0" w:after="20" w:line="259" w:lineRule="auto"/>
      </w:pPr>
      <w:r>
        <w:rPr>
          <w:rFonts w:ascii="Calibri" w:hAnsi="Calibri" w:eastAsia="Calibri"/>
          <w:b w:val="0"/>
          <w:i/>
          <w:color w:val="282828"/>
          <w:sz w:val="22"/>
        </w:rPr>
        <w:t xml:space="preserve">       Bay: Wheeze can remain. Look at pH and effort.</w:t>
      </w:r>
    </w:p>
    <w:p>
      <w:pPr>
        <w:spacing w:before="120" w:after="20" w:line="259" w:lineRule="auto"/>
        <w:shd w:fill="F8E8E8" w:val="clear"/>
      </w:pPr>
      <w:r>
        <w:rPr>
          <w:rFonts w:ascii="Calibri" w:hAnsi="Calibri" w:eastAsia="Calibri"/>
          <w:b w:val="0"/>
          <w:i w:val="0"/>
          <w:color w:val="A02828"/>
          <w:sz w:val="22"/>
        </w:rPr>
        <w:t xml:space="preserve">    D. [WRONG] He asked for a drink</w:t>
      </w:r>
    </w:p>
    <w:p>
      <w:pPr>
        <w:spacing w:before="0" w:after="20" w:line="259" w:lineRule="auto"/>
      </w:pPr>
      <w:r>
        <w:rPr>
          <w:rFonts w:ascii="Calibri" w:hAnsi="Calibri" w:eastAsia="Calibri"/>
          <w:b w:val="0"/>
          <w:i/>
          <w:color w:val="282828"/>
          <w:sz w:val="22"/>
        </w:rPr>
        <w:t xml:space="preserve">       Bay: Not failure.</w:t>
      </w:r>
    </w:p>
    <w:p>
      <w:pPr>
        <w:spacing w:before="120" w:after="20" w:line="259" w:lineRule="auto"/>
        <w:shd w:fill="F8E8E8" w:val="clear"/>
      </w:pPr>
      <w:r>
        <w:rPr>
          <w:rFonts w:ascii="Calibri" w:hAnsi="Calibri" w:eastAsia="Calibri"/>
          <w:b w:val="0"/>
          <w:i w:val="0"/>
          <w:color w:val="A02828"/>
          <w:sz w:val="22"/>
        </w:rPr>
        <w:t xml:space="preserve">    E. [WRONG] Heart rate 100</w:t>
      </w:r>
    </w:p>
    <w:p>
      <w:pPr>
        <w:spacing w:before="0" w:after="20" w:line="259" w:lineRule="auto"/>
      </w:pPr>
      <w:r>
        <w:rPr>
          <w:rFonts w:ascii="Calibri" w:hAnsi="Calibri" w:eastAsia="Calibri"/>
          <w:b w:val="0"/>
          <w:i/>
          <w:color w:val="282828"/>
          <w:sz w:val="22"/>
        </w:rPr>
        <w:t xml:space="preserve">       Bay: Not failure on its own.</w:t>
      </w:r>
    </w:p>
    <w:p>
      <w:pPr>
        <w:spacing w:before="120" w:after="20" w:line="259" w:lineRule="auto"/>
        <w:shd w:fill="F8E8E8" w:val="clear"/>
      </w:pPr>
      <w:r>
        <w:rPr>
          <w:rFonts w:ascii="Calibri" w:hAnsi="Calibri" w:eastAsia="Calibri"/>
          <w:b w:val="0"/>
          <w:i w:val="0"/>
          <w:color w:val="A02828"/>
          <w:sz w:val="22"/>
        </w:rPr>
        <w:t>B. [WRONG] Turn NIV up to IPAP 30 and leave him with a nurse in majors</w:t>
      </w:r>
    </w:p>
    <w:p>
      <w:pPr>
        <w:spacing w:before="0" w:after="20" w:line="259" w:lineRule="auto"/>
      </w:pPr>
      <w:r>
        <w:rPr>
          <w:rFonts w:ascii="Calibri" w:hAnsi="Calibri" w:eastAsia="Calibri"/>
          <w:b w:val="0"/>
          <w:i/>
          <w:color w:val="282828"/>
          <w:sz w:val="22"/>
        </w:rPr>
        <w:t>Bay: He is failing. He needs an airway plan, not an unsupervised 30.</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Give a morphine aliquot to 'settle the rate'</w:t>
      </w:r>
    </w:p>
    <w:p>
      <w:pPr>
        <w:spacing w:before="0" w:after="20" w:line="259" w:lineRule="auto"/>
      </w:pPr>
      <w:r>
        <w:rPr>
          <w:rFonts w:ascii="Calibri" w:hAnsi="Calibri" w:eastAsia="Calibri"/>
          <w:b w:val="0"/>
          <w:i/>
          <w:color w:val="282828"/>
          <w:sz w:val="22"/>
        </w:rPr>
        <w:t>Bay: You will stop him breathing.</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Discharge with a rescue pack because he has had an hour of treatment</w:t>
      </w:r>
    </w:p>
    <w:p>
      <w:pPr>
        <w:spacing w:before="0" w:after="20" w:line="259" w:lineRule="auto"/>
      </w:pPr>
      <w:r>
        <w:rPr>
          <w:rFonts w:ascii="Calibri" w:hAnsi="Calibri" w:eastAsia="Calibri"/>
          <w:b w:val="0"/>
          <w:i/>
          <w:color w:val="282828"/>
          <w:sz w:val="22"/>
        </w:rPr>
        <w:t>Bay: pH 7.22 and GCS 12.</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Extubate… he is not intubated. Start doxapram and go to lunch</w:t>
      </w:r>
    </w:p>
    <w:p>
      <w:pPr>
        <w:spacing w:before="0" w:after="20" w:line="259" w:lineRule="auto"/>
      </w:pPr>
      <w:r>
        <w:rPr>
          <w:rFonts w:ascii="Calibri" w:hAnsi="Calibri" w:eastAsia="Calibri"/>
          <w:b w:val="0"/>
          <w:i/>
          <w:color w:val="282828"/>
          <w:sz w:val="22"/>
        </w:rPr>
        <w:t>Bay: Stay. Call ICU.</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ICU are coming to tube him.</w:t>
      </w:r>
    </w:p>
    <w:p>
      <w:pPr>
        <w:spacing w:before="120" w:after="20" w:line="259" w:lineRule="auto"/>
        <w:shd w:fill="E8F5EC" w:val="clear"/>
      </w:pPr>
      <w:r>
        <w:rPr>
          <w:rFonts w:ascii="Calibri" w:hAnsi="Calibri" w:eastAsia="Calibri"/>
          <w:b/>
          <w:i w:val="0"/>
          <w:color w:val="146E3C"/>
          <w:sz w:val="22"/>
        </w:rPr>
        <w:t>A. [CORRECT] ICU for intubation after failed NIV</w:t>
      </w:r>
    </w:p>
    <w:p>
      <w:pPr>
        <w:spacing w:before="0" w:after="20" w:line="259" w:lineRule="auto"/>
      </w:pPr>
      <w:r>
        <w:rPr>
          <w:rFonts w:ascii="Calibri" w:hAnsi="Calibri" w:eastAsia="Calibri"/>
          <w:b w:val="0"/>
          <w:i/>
          <w:color w:val="282828"/>
          <w:sz w:val="22"/>
        </w:rPr>
        <w:t>Bay: That is the right room.</w:t>
      </w:r>
    </w:p>
    <w:p>
      <w:pPr>
        <w:spacing w:before="120" w:after="20" w:line="259" w:lineRule="auto"/>
        <w:shd w:fill="F8E8E8" w:val="clear"/>
      </w:pPr>
      <w:r>
        <w:rPr>
          <w:rFonts w:ascii="Calibri" w:hAnsi="Calibri" w:eastAsia="Calibri"/>
          <w:b w:val="0"/>
          <w:i w:val="0"/>
          <w:color w:val="A02828"/>
          <w:sz w:val="22"/>
        </w:rPr>
        <w:t>B. [WRONG] Home with home-NIV starting tomorrow</w:t>
      </w:r>
    </w:p>
    <w:p>
      <w:pPr>
        <w:spacing w:before="0" w:after="20" w:line="259" w:lineRule="auto"/>
      </w:pPr>
      <w:r>
        <w:rPr>
          <w:rFonts w:ascii="Calibri" w:hAnsi="Calibri" w:eastAsia="Calibri"/>
          <w:b w:val="0"/>
          <w:i/>
          <w:color w:val="282828"/>
          <w:sz w:val="22"/>
        </w:rPr>
        <w:t>Bay: He is failing now.</w:t>
      </w:r>
    </w:p>
    <w:p>
      <w:pPr>
        <w:spacing w:before="120" w:after="20" w:line="259" w:lineRule="auto"/>
        <w:shd w:fill="F8E8E8" w:val="clear"/>
      </w:pPr>
      <w:r>
        <w:rPr>
          <w:rFonts w:ascii="Calibri" w:hAnsi="Calibri" w:eastAsia="Calibri"/>
          <w:b w:val="0"/>
          <w:i w:val="0"/>
          <w:color w:val="A02828"/>
          <w:sz w:val="22"/>
        </w:rPr>
        <w:t>C. [WRONG] AMU cubicle with 4-hourly obs</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D. [WRONG] Respiratory ward without a failing-NIV plan</w:t>
      </w:r>
    </w:p>
    <w:p>
      <w:pPr>
        <w:spacing w:before="0" w:after="20" w:line="259" w:lineRule="auto"/>
      </w:pPr>
      <w:r>
        <w:rPr>
          <w:rFonts w:ascii="Calibri" w:hAnsi="Calibri" w:eastAsia="Calibri"/>
          <w:b w:val="0"/>
          <w:i/>
          <w:color w:val="282828"/>
          <w:sz w:val="22"/>
        </w:rPr>
        <w:t>Bay: Only if ICU have declined and the plan is explicit — they have not.</w:t>
      </w:r>
    </w:p>
    <w:p>
      <w:pPr>
        <w:spacing w:before="120" w:after="20" w:line="259" w:lineRule="auto"/>
        <w:shd w:fill="F8E8E8" w:val="clear"/>
      </w:pPr>
      <w:r>
        <w:rPr>
          <w:rFonts w:ascii="Calibri" w:hAnsi="Calibri" w:eastAsia="Calibri"/>
          <w:b w:val="0"/>
          <w:i w:val="0"/>
          <w:color w:val="A02828"/>
          <w:sz w:val="22"/>
        </w:rPr>
        <w:t>E. [WRONG] Coronary care because HR is 112</w:t>
      </w:r>
    </w:p>
    <w:p>
      <w:pPr>
        <w:spacing w:before="0" w:after="20" w:line="259" w:lineRule="auto"/>
      </w:pPr>
      <w:r>
        <w:rPr>
          <w:rFonts w:ascii="Calibri" w:hAnsi="Calibri" w:eastAsia="Calibri"/>
          <w:b w:val="0"/>
          <w:i/>
          <w:color w:val="282828"/>
          <w:sz w:val="22"/>
        </w:rPr>
        <w:t>Bay: Wrong organ.</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ICU take him.</w:t>
      </w:r>
    </w:p>
    <w:p>
      <w:pPr>
        <w:spacing w:before="120" w:after="20" w:line="259" w:lineRule="auto"/>
        <w:shd w:fill="E8F5EC" w:val="clear"/>
      </w:pPr>
      <w:r>
        <w:rPr>
          <w:rFonts w:ascii="Calibri" w:hAnsi="Calibri" w:eastAsia="Calibri"/>
          <w:b/>
          <w:i w:val="0"/>
          <w:color w:val="146E3C"/>
          <w:sz w:val="22"/>
        </w:rPr>
        <w:t>A. [CORRECT] Last gas, NIV settings, time of start, ceiling of care, theophylline/steroid given</w:t>
      </w:r>
    </w:p>
    <w:p>
      <w:pPr>
        <w:spacing w:before="0" w:after="20" w:line="259" w:lineRule="auto"/>
      </w:pPr>
      <w:r>
        <w:rPr>
          <w:rFonts w:ascii="Calibri" w:hAnsi="Calibri" w:eastAsia="Calibri"/>
          <w:b w:val="0"/>
          <w:i/>
          <w:color w:val="282828"/>
          <w:sz w:val="22"/>
        </w:rPr>
        <w:t>Bay: Handover is the pH trend and what he wants.</w:t>
      </w:r>
    </w:p>
    <w:p>
      <w:pPr>
        <w:spacing w:before="80" w:after="40" w:line="259" w:lineRule="auto"/>
      </w:pPr>
      <w:r>
        <w:rPr>
          <w:rFonts w:ascii="Calibri" w:hAnsi="Calibri" w:eastAsia="Calibri"/>
          <w:b/>
          <w:i w:val="0"/>
          <w:color w:val="46326E"/>
          <w:sz w:val="22"/>
        </w:rPr>
        <w:t xml:space="preserve">    Follow-up: What about ceiling of care?</w:t>
      </w:r>
    </w:p>
    <w:p>
      <w:pPr>
        <w:spacing w:before="120" w:after="20" w:line="259" w:lineRule="auto"/>
        <w:shd w:fill="E8F5EC" w:val="clear"/>
      </w:pPr>
      <w:r>
        <w:rPr>
          <w:rFonts w:ascii="Calibri" w:hAnsi="Calibri" w:eastAsia="Calibri"/>
          <w:b/>
          <w:i w:val="0"/>
          <w:color w:val="146E3C"/>
          <w:sz w:val="22"/>
        </w:rPr>
        <w:t xml:space="preserve">    A. [CORRECT] Document what you discussed — NIV, intubation, who was asked</w:t>
      </w:r>
    </w:p>
    <w:p>
      <w:pPr>
        <w:spacing w:before="0" w:after="20" w:line="259" w:lineRule="auto"/>
      </w:pPr>
      <w:r>
        <w:rPr>
          <w:rFonts w:ascii="Calibri" w:hAnsi="Calibri" w:eastAsia="Calibri"/>
          <w:b w:val="0"/>
          <w:i/>
          <w:color w:val="282828"/>
          <w:sz w:val="22"/>
        </w:rPr>
        <w:t xml:space="preserve">       Bay: 72, COPD, tiring. The note matters.</w:t>
      </w:r>
    </w:p>
    <w:p>
      <w:pPr>
        <w:spacing w:before="120" w:after="20" w:line="259" w:lineRule="auto"/>
        <w:shd w:fill="F8E8E8" w:val="clear"/>
      </w:pPr>
      <w:r>
        <w:rPr>
          <w:rFonts w:ascii="Calibri" w:hAnsi="Calibri" w:eastAsia="Calibri"/>
          <w:b w:val="0"/>
          <w:i w:val="0"/>
          <w:color w:val="A02828"/>
          <w:sz w:val="22"/>
        </w:rPr>
        <w:t xml:space="preserve">    B. [WRONG] Assume no intubation because he has COPD</w:t>
      </w:r>
    </w:p>
    <w:p>
      <w:pPr>
        <w:spacing w:before="0" w:after="20" w:line="259" w:lineRule="auto"/>
      </w:pPr>
      <w:r>
        <w:rPr>
          <w:rFonts w:ascii="Calibri" w:hAnsi="Calibri" w:eastAsia="Calibri"/>
          <w:b w:val="0"/>
          <w:i/>
          <w:color w:val="282828"/>
          <w:sz w:val="22"/>
        </w:rPr>
        <w:t xml:space="preserve">       Bay: COPD is not a blanket DNACPR. Ask.</w:t>
      </w:r>
    </w:p>
    <w:p>
      <w:pPr>
        <w:spacing w:before="120" w:after="20" w:line="259" w:lineRule="auto"/>
        <w:shd w:fill="F8E8E8" w:val="clear"/>
      </w:pPr>
      <w:r>
        <w:rPr>
          <w:rFonts w:ascii="Calibri" w:hAnsi="Calibri" w:eastAsia="Calibri"/>
          <w:b w:val="0"/>
          <w:i w:val="0"/>
          <w:color w:val="A02828"/>
          <w:sz w:val="22"/>
        </w:rPr>
        <w:t xml:space="preserve">    C. [WRONG] Assume full escalation with no conversation</w:t>
      </w:r>
    </w:p>
    <w:p>
      <w:pPr>
        <w:spacing w:before="0" w:after="20" w:line="259" w:lineRule="auto"/>
      </w:pPr>
      <w:r>
        <w:rPr>
          <w:rFonts w:ascii="Calibri" w:hAnsi="Calibri" w:eastAsia="Calibri"/>
          <w:b w:val="0"/>
          <w:i/>
          <w:color w:val="282828"/>
          <w:sz w:val="22"/>
        </w:rPr>
        <w:t xml:space="preserve">       Bay: Try to talk before the tube.</w:t>
      </w:r>
    </w:p>
    <w:p>
      <w:pPr>
        <w:spacing w:before="120" w:after="20" w:line="259" w:lineRule="auto"/>
        <w:shd w:fill="F8E8E8" w:val="clear"/>
      </w:pPr>
      <w:r>
        <w:rPr>
          <w:rFonts w:ascii="Calibri" w:hAnsi="Calibri" w:eastAsia="Calibri"/>
          <w:b w:val="0"/>
          <w:i w:val="0"/>
          <w:color w:val="A02828"/>
          <w:sz w:val="22"/>
        </w:rPr>
        <w:t xml:space="preserve">    D. [WRONG] Ask the daughter only and ignore him</w:t>
      </w:r>
    </w:p>
    <w:p>
      <w:pPr>
        <w:spacing w:before="0" w:after="20" w:line="259" w:lineRule="auto"/>
      </w:pPr>
      <w:r>
        <w:rPr>
          <w:rFonts w:ascii="Calibri" w:hAnsi="Calibri" w:eastAsia="Calibri"/>
          <w:b w:val="0"/>
          <w:i/>
          <w:color w:val="282828"/>
          <w:sz w:val="22"/>
        </w:rPr>
        <w:t xml:space="preserve">       Bay: He had GCS 14 an hour ago. His view counts.</w:t>
      </w:r>
    </w:p>
    <w:p>
      <w:pPr>
        <w:spacing w:before="120" w:after="20" w:line="259" w:lineRule="auto"/>
        <w:shd w:fill="F8E8E8" w:val="clear"/>
      </w:pPr>
      <w:r>
        <w:rPr>
          <w:rFonts w:ascii="Calibri" w:hAnsi="Calibri" w:eastAsia="Calibri"/>
          <w:b w:val="0"/>
          <w:i w:val="0"/>
          <w:color w:val="A02828"/>
          <w:sz w:val="22"/>
        </w:rPr>
        <w:t xml:space="preserve">    E. [WRONG] Write DNACPR without telling anyone because the pH is 7.22</w:t>
      </w:r>
    </w:p>
    <w:p>
      <w:pPr>
        <w:spacing w:before="0" w:after="20" w:line="259" w:lineRule="auto"/>
      </w:pPr>
      <w:r>
        <w:rPr>
          <w:rFonts w:ascii="Calibri" w:hAnsi="Calibri" w:eastAsia="Calibri"/>
          <w:b w:val="0"/>
          <w:i/>
          <w:color w:val="282828"/>
          <w:sz w:val="22"/>
        </w:rPr>
        <w:t xml:space="preserve">       Bay: That is not how you do that.</w:t>
      </w:r>
    </w:p>
    <w:p>
      <w:pPr>
        <w:spacing w:before="120" w:after="20" w:line="259" w:lineRule="auto"/>
        <w:shd w:fill="F8E8E8" w:val="clear"/>
      </w:pPr>
      <w:r>
        <w:rPr>
          <w:rFonts w:ascii="Calibri" w:hAnsi="Calibri" w:eastAsia="Calibri"/>
          <w:b w:val="0"/>
          <w:i w:val="0"/>
          <w:color w:val="A02828"/>
          <w:sz w:val="22"/>
        </w:rPr>
        <w:t>B. [WRONG] Stop the steroid so ICU can 'start clean'</w:t>
      </w:r>
    </w:p>
    <w:p>
      <w:pPr>
        <w:spacing w:before="0" w:after="20" w:line="259" w:lineRule="auto"/>
      </w:pPr>
      <w:r>
        <w:rPr>
          <w:rFonts w:ascii="Calibri" w:hAnsi="Calibri" w:eastAsia="Calibri"/>
          <w:b w:val="0"/>
          <w:i/>
          <w:color w:val="282828"/>
          <w:sz w:val="22"/>
        </w:rPr>
        <w:t>Bay: Leave it.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Pull the NIV off for transfer so the lift is quieter</w:t>
      </w:r>
    </w:p>
    <w:p>
      <w:pPr>
        <w:spacing w:before="0" w:after="20" w:line="259" w:lineRule="auto"/>
      </w:pPr>
      <w:r>
        <w:rPr>
          <w:rFonts w:ascii="Calibri" w:hAnsi="Calibri" w:eastAsia="Calibri"/>
          <w:b w:val="0"/>
          <w:i/>
          <w:color w:val="282828"/>
          <w:sz w:val="22"/>
        </w:rPr>
        <w:t>Bay: He is the pH. Keep the mask on.</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Give 15 L for the corridor 'just in case'</w:t>
      </w:r>
    </w:p>
    <w:p>
      <w:pPr>
        <w:spacing w:before="0" w:after="20" w:line="259" w:lineRule="auto"/>
      </w:pPr>
      <w:r>
        <w:rPr>
          <w:rFonts w:ascii="Calibri" w:hAnsi="Calibri" w:eastAsia="Calibri"/>
          <w:b w:val="0"/>
          <w:i/>
          <w:color w:val="282828"/>
          <w:sz w:val="22"/>
        </w:rPr>
        <w:t>Bay: You know what that does.</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Aminophylline bolus as they wheel him out, unsupervised</w:t>
      </w:r>
    </w:p>
    <w:p>
      <w:pPr>
        <w:spacing w:before="0" w:after="20" w:line="259" w:lineRule="auto"/>
      </w:pPr>
      <w:r>
        <w:rPr>
          <w:rFonts w:ascii="Calibri" w:hAnsi="Calibri" w:eastAsia="Calibri"/>
          <w:b w:val="0"/>
          <w:i/>
          <w:color w:val="282828"/>
          <w:sz w:val="22"/>
        </w:rPr>
        <w:t>Bay: If given at all, it is a senior, monitored infusion.</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ICU later.</w:t>
      </w:r>
    </w:p>
    <w:p>
      <w:pPr>
        <w:spacing w:before="120" w:after="20" w:line="259" w:lineRule="auto"/>
        <w:shd w:fill="E8F5EC" w:val="clear"/>
      </w:pPr>
      <w:r>
        <w:rPr>
          <w:rFonts w:ascii="Calibri" w:hAnsi="Calibri" w:eastAsia="Calibri"/>
          <w:b/>
          <w:i w:val="0"/>
          <w:color w:val="146E3C"/>
          <w:sz w:val="22"/>
        </w:rPr>
        <w:t>A. [CORRECT] Acute hypercapnic respiratory failure from a COPD exacerbation</w:t>
      </w:r>
    </w:p>
    <w:p>
      <w:pPr>
        <w:spacing w:before="0" w:after="20" w:line="259" w:lineRule="auto"/>
      </w:pPr>
      <w:r>
        <w:rPr>
          <w:rFonts w:ascii="Calibri" w:hAnsi="Calibri" w:eastAsia="Calibri"/>
          <w:b w:val="0"/>
          <w:i/>
          <w:color w:val="282828"/>
          <w:sz w:val="22"/>
        </w:rPr>
        <w:t>Bay: That is the diagnosis.</w:t>
      </w:r>
    </w:p>
    <w:p>
      <w:pPr>
        <w:spacing w:before="120" w:after="20" w:line="259" w:lineRule="auto"/>
        <w:shd w:fill="F8E8E8" w:val="clear"/>
      </w:pPr>
      <w:r>
        <w:rPr>
          <w:rFonts w:ascii="Calibri" w:hAnsi="Calibri" w:eastAsia="Calibri"/>
          <w:b w:val="0"/>
          <w:i w:val="0"/>
          <w:color w:val="A02828"/>
          <w:sz w:val="22"/>
        </w:rPr>
        <w:t>B. [WRONG] Life-threatening asthma as a first presentation at 72</w:t>
      </w:r>
    </w:p>
    <w:p>
      <w:pPr>
        <w:spacing w:before="0" w:after="20" w:line="259" w:lineRule="auto"/>
      </w:pPr>
      <w:r>
        <w:rPr>
          <w:rFonts w:ascii="Calibri" w:hAnsi="Calibri" w:eastAsia="Calibri"/>
          <w:b w:val="0"/>
          <w:i/>
          <w:color w:val="282828"/>
          <w:sz w:val="22"/>
        </w:rPr>
        <w:t>Bay: He has COPD.</w:t>
      </w:r>
    </w:p>
    <w:p>
      <w:pPr>
        <w:spacing w:before="120" w:after="20" w:line="259" w:lineRule="auto"/>
        <w:shd w:fill="F8E8E8" w:val="clear"/>
      </w:pPr>
      <w:r>
        <w:rPr>
          <w:rFonts w:ascii="Calibri" w:hAnsi="Calibri" w:eastAsia="Calibri"/>
          <w:b w:val="0"/>
          <w:i w:val="0"/>
          <w:color w:val="A02828"/>
          <w:sz w:val="22"/>
        </w:rPr>
        <w:t>C. [WRONG] OP poisoning</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D. [WRONG] Psychogenic hyperventilation</w:t>
      </w:r>
    </w:p>
    <w:p>
      <w:pPr>
        <w:spacing w:before="0" w:after="20" w:line="259" w:lineRule="auto"/>
      </w:pPr>
      <w:r>
        <w:rPr>
          <w:rFonts w:ascii="Calibri" w:hAnsi="Calibri" w:eastAsia="Calibri"/>
          <w:b w:val="0"/>
          <w:i/>
          <w:color w:val="282828"/>
          <w:sz w:val="22"/>
        </w:rPr>
        <w:t>Bay: pCO2 9.8 is the opposite.</w:t>
      </w:r>
    </w:p>
    <w:p>
      <w:pPr>
        <w:spacing w:before="120" w:after="20" w:line="259" w:lineRule="auto"/>
        <w:shd w:fill="F8E8E8" w:val="clear"/>
      </w:pPr>
      <w:r>
        <w:rPr>
          <w:rFonts w:ascii="Calibri" w:hAnsi="Calibri" w:eastAsia="Calibri"/>
          <w:b w:val="0"/>
          <w:i w:val="0"/>
          <w:color w:val="A02828"/>
          <w:sz w:val="22"/>
        </w:rPr>
        <w:t>E. [WRONG] Pulmonary oedema as the only process</w:t>
      </w:r>
    </w:p>
    <w:p>
      <w:pPr>
        <w:spacing w:before="0" w:after="20" w:line="259" w:lineRule="auto"/>
      </w:pPr>
      <w:r>
        <w:rPr>
          <w:rFonts w:ascii="Calibri" w:hAnsi="Calibri" w:eastAsia="Calibri"/>
          <w:b w:val="0"/>
          <w:i/>
          <w:color w:val="282828"/>
          <w:sz w:val="22"/>
        </w:rPr>
        <w:t>Bay: The film was hyperinflated.</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Life-threatening COPD exacerbation with hypercapnic acidosis</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Known COPD, tiring, left on 15 L, SpO2 99%</w:t>
      </w:r>
    </w:p>
    <w:p>
      <w:pPr>
        <w:spacing w:before="0" w:after="40" w:line="259" w:lineRule="auto"/>
      </w:pPr>
      <w:r>
        <w:rPr>
          <w:rFonts w:ascii="Calibri" w:hAnsi="Calibri" w:eastAsia="Calibri"/>
          <w:b w:val="0"/>
          <w:i w:val="0"/>
          <w:sz w:val="22"/>
        </w:rPr>
        <w:t>• pH 7.26, pCO2 9.8 after controlled oxygen</w:t>
      </w:r>
    </w:p>
    <w:p>
      <w:pPr>
        <w:spacing w:before="0" w:after="40" w:line="259" w:lineRule="auto"/>
      </w:pPr>
      <w:r>
        <w:rPr>
          <w:rFonts w:ascii="Calibri" w:hAnsi="Calibri" w:eastAsia="Calibri"/>
          <w:b w:val="0"/>
          <w:i w:val="0"/>
          <w:sz w:val="22"/>
        </w:rPr>
        <w:t>• NIV trial then failure — falling pH and GCS</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ABG after controlled oxygen</w:t>
      </w:r>
    </w:p>
    <w:p>
      <w:pPr>
        <w:spacing w:before="0" w:after="40" w:line="259" w:lineRule="auto"/>
      </w:pPr>
      <w:r>
        <w:rPr>
          <w:rFonts w:ascii="Calibri" w:hAnsi="Calibri" w:eastAsia="Calibri"/>
          <w:b w:val="0"/>
          <w:i w:val="0"/>
          <w:sz w:val="22"/>
        </w:rPr>
        <w:t>• Chest radiograph to exclude pneumothorax / consolidation</w:t>
      </w:r>
    </w:p>
    <w:p>
      <w:pPr>
        <w:spacing w:before="0" w:after="40" w:line="259" w:lineRule="auto"/>
      </w:pPr>
      <w:r>
        <w:rPr>
          <w:rFonts w:ascii="Calibri" w:hAnsi="Calibri" w:eastAsia="Calibri"/>
          <w:b w:val="0"/>
          <w:i w:val="0"/>
          <w:sz w:val="22"/>
        </w:rPr>
        <w:t>• Theophylline level if he takes it</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Target SpO2 88–92%, nebs on air/oxygen as appropriate, steroid</w:t>
      </w:r>
    </w:p>
    <w:p>
      <w:pPr>
        <w:spacing w:before="0" w:after="40" w:line="259" w:lineRule="auto"/>
      </w:pPr>
      <w:r>
        <w:rPr>
          <w:rFonts w:ascii="Calibri" w:hAnsi="Calibri" w:eastAsia="Calibri"/>
          <w:b w:val="0"/>
          <w:i w:val="0"/>
          <w:sz w:val="22"/>
        </w:rPr>
        <w:t>• NIV for pH 7.25–7.35 after medical therapy; stay with the mask</w:t>
      </w:r>
    </w:p>
    <w:p>
      <w:pPr>
        <w:spacing w:before="0" w:after="40" w:line="259" w:lineRule="auto"/>
      </w:pPr>
      <w:r>
        <w:rPr>
          <w:rFonts w:ascii="Calibri" w:hAnsi="Calibri" w:eastAsia="Calibri"/>
          <w:b w:val="0"/>
          <w:i w:val="0"/>
          <w:sz w:val="22"/>
        </w:rPr>
        <w:t>• ICU if NIV fails or pH keeps falling</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BTS / ICS NIV guideline</w:t>
      </w:r>
    </w:p>
    <w:p>
      <w:pPr>
        <w:spacing w:before="0" w:after="40" w:line="259" w:lineRule="auto"/>
      </w:pPr>
      <w:r>
        <w:rPr>
          <w:rFonts w:ascii="Calibri" w:hAnsi="Calibri" w:eastAsia="Calibri"/>
          <w:b w:val="0"/>
          <w:i w:val="0"/>
          <w:sz w:val="22"/>
        </w:rPr>
        <w:t>• NICE NG115 COPD</w:t>
      </w:r>
    </w:p>
    <w:p>
      <w:pPr>
        <w:spacing w:before="0" w:after="40" w:line="259" w:lineRule="auto"/>
      </w:pPr>
      <w:r>
        <w:rPr>
          <w:rFonts w:ascii="Calibri" w:hAnsi="Calibri" w:eastAsia="Calibri"/>
          <w:b w:val="0"/>
          <w:i w:val="0"/>
          <w:sz w:val="22"/>
        </w:rPr>
        <w:t>• BTS oxygen guideline</w:t>
      </w:r>
    </w:p>
    <w:p>
      <w:r>
        <w:br w:type="page"/>
      </w:r>
    </w:p>
    <w:p>
      <w:pPr>
        <w:spacing w:before="120" w:after="160" w:line="259" w:lineRule="auto"/>
      </w:pPr>
      <w:r>
        <w:rPr>
          <w:rFonts w:ascii="Calibri" w:hAnsi="Calibri" w:eastAsia="Calibri"/>
          <w:b/>
          <w:i w:val="0"/>
          <w:color w:val="0C0E10"/>
          <w:sz w:val="36"/>
        </w:rPr>
        <w:t>Case 28 — SVT with adverse features</w:t>
      </w:r>
    </w:p>
    <w:p>
      <w:pPr>
        <w:spacing w:before="0" w:after="40" w:line="259" w:lineRule="auto"/>
      </w:pPr>
      <w:r>
        <w:rPr>
          <w:rFonts w:ascii="Calibri" w:hAnsi="Calibri" w:eastAsia="Calibri"/>
          <w:b w:val="0"/>
          <w:i/>
          <w:color w:val="5A5A5A"/>
          <w:sz w:val="20"/>
        </w:rPr>
        <w:t>buzzer · Emergency buzzer — Minors overflow · rhythm svt</w:t>
      </w:r>
    </w:p>
    <w:p>
      <w:pPr>
        <w:spacing w:before="0" w:after="40" w:line="259" w:lineRule="auto"/>
      </w:pPr>
      <w:r>
        <w:rPr>
          <w:rFonts w:ascii="Calibri" w:hAnsi="Calibri" w:eastAsia="Calibri"/>
          <w:b w:val="0"/>
          <w:i/>
          <w:color w:val="5A5A5A"/>
          <w:sz w:val="20"/>
        </w:rPr>
        <w:t>HR 188   BP 78/50   RR 24   SpO2 96%   temp 36.6   GCS 15   BM 5.8</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Emergency buzzer — they put her in Minors with 'palpitations'.</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 34-year-old woman, sudden fast heartbeat 40 minutes ago, now grey, sweaty, chest tight. No history of WPW on the notes you have. She is looking at you like she might faint.</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talking, no stridor.</w:t>
      </w:r>
    </w:p>
    <w:p>
      <w:pPr>
        <w:spacing w:before="0" w:after="40" w:line="259" w:lineRule="auto"/>
      </w:pPr>
      <w:r>
        <w:rPr>
          <w:rFonts w:ascii="Calibri" w:hAnsi="Calibri" w:eastAsia="Calibri"/>
          <w:b w:val="0"/>
          <w:i w:val="0"/>
          <w:sz w:val="22"/>
        </w:rPr>
        <w:t>B — RR 24, clear chest, SpO2 96% air.</w:t>
      </w:r>
    </w:p>
    <w:p>
      <w:pPr>
        <w:spacing w:before="0" w:after="40" w:line="259" w:lineRule="auto"/>
      </w:pPr>
      <w:r>
        <w:rPr>
          <w:rFonts w:ascii="Calibri" w:hAnsi="Calibri" w:eastAsia="Calibri"/>
          <w:b w:val="0"/>
          <w:i w:val="0"/>
          <w:sz w:val="22"/>
        </w:rPr>
        <w:t>C — HR 188 regular, BP 78/50, CRT 3 s, sweaty, no murmur you can hear at this rate.</w:t>
      </w:r>
    </w:p>
    <w:p>
      <w:pPr>
        <w:spacing w:before="0" w:after="40" w:line="259" w:lineRule="auto"/>
      </w:pPr>
      <w:r>
        <w:rPr>
          <w:rFonts w:ascii="Calibri" w:hAnsi="Calibri" w:eastAsia="Calibri"/>
          <w:b w:val="0"/>
          <w:i w:val="0"/>
          <w:sz w:val="22"/>
        </w:rPr>
        <w:t>D — GCS 15, BM 5.8, chest pain 6/10.</w:t>
      </w:r>
    </w:p>
    <w:p>
      <w:pPr>
        <w:spacing w:before="0" w:after="40" w:line="259" w:lineRule="auto"/>
      </w:pPr>
      <w:r>
        <w:rPr>
          <w:rFonts w:ascii="Calibri" w:hAnsi="Calibri" w:eastAsia="Calibri"/>
          <w:b w:val="0"/>
          <w:i w:val="0"/>
          <w:sz w:val="22"/>
        </w:rPr>
        <w:t>E — no rash, no fever, no ankle swelling.</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Regular narrow complex 188, BP 78, chest pain, grey.</w:t>
      </w:r>
    </w:p>
    <w:p>
      <w:pPr>
        <w:spacing w:before="120" w:after="20" w:line="259" w:lineRule="auto"/>
        <w:shd w:fill="E8F5EC" w:val="clear"/>
      </w:pPr>
      <w:r>
        <w:rPr>
          <w:rFonts w:ascii="Calibri" w:hAnsi="Calibri" w:eastAsia="Calibri"/>
          <w:b/>
          <w:i w:val="0"/>
          <w:color w:val="146E3C"/>
          <w:sz w:val="22"/>
        </w:rPr>
        <w:t>A. [CORRECT] Synchronised cardioversion</w:t>
      </w:r>
    </w:p>
    <w:p>
      <w:pPr>
        <w:spacing w:before="0" w:after="20" w:line="259" w:lineRule="auto"/>
      </w:pPr>
      <w:r>
        <w:rPr>
          <w:rFonts w:ascii="Calibri" w:hAnsi="Calibri" w:eastAsia="Calibri"/>
          <w:b w:val="0"/>
          <w:i/>
          <w:color w:val="282828"/>
          <w:sz w:val="22"/>
        </w:rPr>
        <w:t>Bay: Sedation drawn. Pads on. This is an adverse-feature SVT — shock, do not stack adenosine first.</w:t>
      </w:r>
    </w:p>
    <w:p>
      <w:pPr>
        <w:spacing w:before="80" w:after="40" w:line="259" w:lineRule="auto"/>
      </w:pPr>
      <w:r>
        <w:rPr>
          <w:rFonts w:ascii="Calibri" w:hAnsi="Calibri" w:eastAsia="Calibri"/>
          <w:b/>
          <w:i w:val="0"/>
          <w:color w:val="46326E"/>
          <w:sz w:val="22"/>
        </w:rPr>
        <w:t xml:space="preserve">    Follow-up: What counts as an adverse feature?</w:t>
      </w:r>
    </w:p>
    <w:p>
      <w:pPr>
        <w:spacing w:before="120" w:after="20" w:line="259" w:lineRule="auto"/>
        <w:shd w:fill="E8F5EC" w:val="clear"/>
      </w:pPr>
      <w:r>
        <w:rPr>
          <w:rFonts w:ascii="Calibri" w:hAnsi="Calibri" w:eastAsia="Calibri"/>
          <w:b/>
          <w:i w:val="0"/>
          <w:color w:val="146E3C"/>
          <w:sz w:val="22"/>
        </w:rPr>
        <w:t xml:space="preserve">    A. [CORRECT] Shock, syncope, myocardial ischaemia, heart failure</w:t>
      </w:r>
    </w:p>
    <w:p>
      <w:pPr>
        <w:spacing w:before="0" w:after="20" w:line="259" w:lineRule="auto"/>
      </w:pPr>
      <w:r>
        <w:rPr>
          <w:rFonts w:ascii="Calibri" w:hAnsi="Calibri" w:eastAsia="Calibri"/>
          <w:b w:val="0"/>
          <w:i/>
          <w:color w:val="282828"/>
          <w:sz w:val="22"/>
        </w:rPr>
        <w:t xml:space="preserve">       Bay: RCUK peri-arrest. She has shock and chest pain. DC shock.</w:t>
      </w:r>
    </w:p>
    <w:p>
      <w:pPr>
        <w:spacing w:before="120" w:after="20" w:line="259" w:lineRule="auto"/>
        <w:shd w:fill="F8E8E8" w:val="clear"/>
      </w:pPr>
      <w:r>
        <w:rPr>
          <w:rFonts w:ascii="Calibri" w:hAnsi="Calibri" w:eastAsia="Calibri"/>
          <w:b w:val="0"/>
          <w:i w:val="0"/>
          <w:color w:val="A02828"/>
          <w:sz w:val="22"/>
        </w:rPr>
        <w:t xml:space="preserve">    B. [WRONG] Heart rate over 150 alone, whatever the blood pressure</w:t>
      </w:r>
    </w:p>
    <w:p>
      <w:pPr>
        <w:spacing w:before="0" w:after="20" w:line="259" w:lineRule="auto"/>
      </w:pPr>
      <w:r>
        <w:rPr>
          <w:rFonts w:ascii="Calibri" w:hAnsi="Calibri" w:eastAsia="Calibri"/>
          <w:b w:val="0"/>
          <w:i/>
          <w:color w:val="282828"/>
          <w:sz w:val="22"/>
        </w:rPr>
        <w:t xml:space="preserve">       Bay: Rate alone is not the rule. Adverse features are.</w:t>
      </w:r>
    </w:p>
    <w:p>
      <w:pPr>
        <w:spacing w:before="120" w:after="20" w:line="259" w:lineRule="auto"/>
        <w:shd w:fill="F8E8E8" w:val="clear"/>
      </w:pPr>
      <w:r>
        <w:rPr>
          <w:rFonts w:ascii="Calibri" w:hAnsi="Calibri" w:eastAsia="Calibri"/>
          <w:b w:val="0"/>
          <w:i w:val="0"/>
          <w:color w:val="A02828"/>
          <w:sz w:val="22"/>
        </w:rPr>
        <w:t xml:space="preserve">    C. [WRONG] Anxiety and a normal blood pressure</w:t>
      </w:r>
    </w:p>
    <w:p>
      <w:pPr>
        <w:spacing w:before="0" w:after="20" w:line="259" w:lineRule="auto"/>
      </w:pPr>
      <w:r>
        <w:rPr>
          <w:rFonts w:ascii="Calibri" w:hAnsi="Calibri" w:eastAsia="Calibri"/>
          <w:b w:val="0"/>
          <w:i/>
          <w:color w:val="282828"/>
          <w:sz w:val="22"/>
        </w:rPr>
        <w:t xml:space="preserve">       Bay: That is vagal / adenosine territory.</w:t>
      </w:r>
    </w:p>
    <w:p>
      <w:pPr>
        <w:spacing w:before="120" w:after="20" w:line="259" w:lineRule="auto"/>
        <w:shd w:fill="F8E8E8" w:val="clear"/>
      </w:pPr>
      <w:r>
        <w:rPr>
          <w:rFonts w:ascii="Calibri" w:hAnsi="Calibri" w:eastAsia="Calibri"/>
          <w:b w:val="0"/>
          <w:i w:val="0"/>
          <w:color w:val="A02828"/>
          <w:sz w:val="22"/>
        </w:rPr>
        <w:t xml:space="preserve">    D. [WRONG] A single missed beat on the monitor</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E. [WRONG] Any palpitations in under-40s</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B. [WRONG] Adenosine as first treatment</w:t>
      </w:r>
    </w:p>
    <w:p>
      <w:pPr>
        <w:spacing w:before="0" w:after="20" w:line="259" w:lineRule="auto"/>
      </w:pPr>
      <w:r>
        <w:rPr>
          <w:rFonts w:ascii="Calibri" w:hAnsi="Calibri" w:eastAsia="Calibri"/>
          <w:b w:val="0"/>
          <w:i/>
          <w:color w:val="282828"/>
          <w:sz w:val="22"/>
        </w:rPr>
        <w:t>Bay: She is shocked. RCUK: adverse features → synchronised cardioversion, not a diagnostic adenosine first.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Verapamil IV</w:t>
      </w:r>
    </w:p>
    <w:p>
      <w:pPr>
        <w:spacing w:before="0" w:after="20" w:line="259" w:lineRule="auto"/>
      </w:pPr>
      <w:r>
        <w:rPr>
          <w:rFonts w:ascii="Calibri" w:hAnsi="Calibri" w:eastAsia="Calibri"/>
          <w:b w:val="0"/>
          <w:i/>
          <w:color w:val="282828"/>
          <w:sz w:val="22"/>
        </w:rPr>
        <w:t>Bay: Not in a shocked SVT, and never if this could be VT or WPW AF.</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Bisoprolol 2.5 mg oral and wait 4 hours</w:t>
      </w:r>
    </w:p>
    <w:p>
      <w:pPr>
        <w:spacing w:before="0" w:after="20" w:line="259" w:lineRule="auto"/>
      </w:pPr>
      <w:r>
        <w:rPr>
          <w:rFonts w:ascii="Calibri" w:hAnsi="Calibri" w:eastAsia="Calibri"/>
          <w:b w:val="0"/>
          <w:i/>
          <w:color w:val="282828"/>
          <w:sz w:val="22"/>
        </w:rPr>
        <w:t>Bay: BP 78. She will not wait.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Unsynchronised 200 J</w:t>
      </w:r>
    </w:p>
    <w:p>
      <w:pPr>
        <w:spacing w:before="0" w:after="20" w:line="259" w:lineRule="auto"/>
      </w:pPr>
      <w:r>
        <w:rPr>
          <w:rFonts w:ascii="Calibri" w:hAnsi="Calibri" w:eastAsia="Calibri"/>
          <w:b w:val="0"/>
          <w:i/>
          <w:color w:val="282828"/>
          <w:sz w:val="22"/>
        </w:rPr>
        <w:t>Bay: She has a pulse and a narrow complex. Synchronise. Unsync risks an R-on-T.</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Anaesthetist is drawing propofol. Pads on.</w:t>
      </w:r>
    </w:p>
    <w:p>
      <w:pPr>
        <w:spacing w:before="120" w:after="20" w:line="259" w:lineRule="auto"/>
        <w:shd w:fill="E8F5EC" w:val="clear"/>
      </w:pPr>
      <w:r>
        <w:rPr>
          <w:rFonts w:ascii="Calibri" w:hAnsi="Calibri" w:eastAsia="Calibri"/>
          <w:b/>
          <w:i w:val="0"/>
          <w:color w:val="146E3C"/>
          <w:sz w:val="22"/>
        </w:rPr>
        <w:t>A. [CORRECT] Synchronised biphasic shock, start around 70–120 J</w:t>
      </w:r>
    </w:p>
    <w:p>
      <w:pPr>
        <w:spacing w:before="0" w:after="20" w:line="259" w:lineRule="auto"/>
      </w:pPr>
      <w:r>
        <w:rPr>
          <w:rFonts w:ascii="Calibri" w:hAnsi="Calibri" w:eastAsia="Calibri"/>
          <w:b w:val="0"/>
          <w:i/>
          <w:color w:val="282828"/>
          <w:sz w:val="22"/>
        </w:rPr>
        <w:t>Bay: 120 J. She converts to sinus at 84. BP 118. She cries. You get a 12-lead.</w:t>
      </w:r>
    </w:p>
    <w:p>
      <w:pPr>
        <w:spacing w:before="0" w:after="40" w:line="259" w:lineRule="auto"/>
      </w:pPr>
      <w:r>
        <w:rPr>
          <w:rFonts w:ascii="Calibri" w:hAnsi="Calibri" w:eastAsia="Calibri"/>
          <w:b w:val="0"/>
          <w:i/>
          <w:color w:val="5A4614"/>
          <w:sz w:val="20"/>
        </w:rPr>
        <w:t>Reaction: hr -100, sbp +40, dbp +20, rhythm → sinus</w:t>
      </w:r>
    </w:p>
    <w:p>
      <w:pPr>
        <w:spacing w:before="80" w:after="40" w:line="259" w:lineRule="auto"/>
      </w:pPr>
      <w:r>
        <w:rPr>
          <w:rFonts w:ascii="Calibri" w:hAnsi="Calibri" w:eastAsia="Calibri"/>
          <w:b/>
          <w:i w:val="0"/>
          <w:color w:val="46326E"/>
          <w:sz w:val="22"/>
        </w:rPr>
        <w:t xml:space="preserve">    Follow-up: If the first shock fails?</w:t>
      </w:r>
    </w:p>
    <w:p>
      <w:pPr>
        <w:spacing w:before="120" w:after="20" w:line="259" w:lineRule="auto"/>
        <w:shd w:fill="E8F5EC" w:val="clear"/>
      </w:pPr>
      <w:r>
        <w:rPr>
          <w:rFonts w:ascii="Calibri" w:hAnsi="Calibri" w:eastAsia="Calibri"/>
          <w:b/>
          <w:i w:val="0"/>
          <w:color w:val="146E3C"/>
          <w:sz w:val="22"/>
        </w:rPr>
        <w:t xml:space="preserve">    A. [CORRECT] Repeat, escalating energy, still synchronised, still under sedation</w:t>
      </w:r>
    </w:p>
    <w:p>
      <w:pPr>
        <w:spacing w:before="0" w:after="20" w:line="259" w:lineRule="auto"/>
      </w:pPr>
      <w:r>
        <w:rPr>
          <w:rFonts w:ascii="Calibri" w:hAnsi="Calibri" w:eastAsia="Calibri"/>
          <w:b w:val="0"/>
          <w:i/>
          <w:color w:val="282828"/>
          <w:sz w:val="22"/>
        </w:rPr>
        <w:t xml:space="preserve">       Bay: RCUK: up to three shocks then amiodarone 300 mg, then further shock.</w:t>
      </w:r>
    </w:p>
    <w:p>
      <w:pPr>
        <w:spacing w:before="120" w:after="20" w:line="259" w:lineRule="auto"/>
        <w:shd w:fill="F8E8E8" w:val="clear"/>
      </w:pPr>
      <w:r>
        <w:rPr>
          <w:rFonts w:ascii="Calibri" w:hAnsi="Calibri" w:eastAsia="Calibri"/>
          <w:b w:val="0"/>
          <w:i w:val="0"/>
          <w:color w:val="A02828"/>
          <w:sz w:val="22"/>
        </w:rPr>
        <w:t xml:space="preserve">    B. [WRONG] Give three unsynchronised 360 J stacked shocks</w:t>
      </w:r>
    </w:p>
    <w:p>
      <w:pPr>
        <w:spacing w:before="0" w:after="20" w:line="259" w:lineRule="auto"/>
      </w:pPr>
      <w:r>
        <w:rPr>
          <w:rFonts w:ascii="Calibri" w:hAnsi="Calibri" w:eastAsia="Calibri"/>
          <w:b w:val="0"/>
          <w:i/>
          <w:color w:val="282828"/>
          <w:sz w:val="22"/>
        </w:rPr>
        <w:t xml:space="preserve">       Bay: She has a pulse. That is a VF recipe.</w:t>
      </w:r>
    </w:p>
    <w:p>
      <w:pPr>
        <w:spacing w:before="120" w:after="20" w:line="259" w:lineRule="auto"/>
        <w:shd w:fill="F8E8E8" w:val="clear"/>
      </w:pPr>
      <w:r>
        <w:rPr>
          <w:rFonts w:ascii="Calibri" w:hAnsi="Calibri" w:eastAsia="Calibri"/>
          <w:b w:val="0"/>
          <w:i w:val="0"/>
          <w:color w:val="A02828"/>
          <w:sz w:val="22"/>
        </w:rPr>
        <w:t xml:space="preserve">    C. [WRONG] Adenosine 18 mg between shocks without a monitor</w:t>
      </w:r>
    </w:p>
    <w:p>
      <w:pPr>
        <w:spacing w:before="0" w:after="20" w:line="259" w:lineRule="auto"/>
      </w:pPr>
      <w:r>
        <w:rPr>
          <w:rFonts w:ascii="Calibri" w:hAnsi="Calibri" w:eastAsia="Calibri"/>
          <w:b w:val="0"/>
          <w:i/>
          <w:color w:val="282828"/>
          <w:sz w:val="22"/>
        </w:rPr>
        <w:t xml:space="preserve">       Bay: You are in a DC pathway now. Stay on it.</w:t>
      </w:r>
    </w:p>
    <w:p>
      <w:pPr>
        <w:spacing w:before="120" w:after="20" w:line="259" w:lineRule="auto"/>
        <w:shd w:fill="F8E8E8" w:val="clear"/>
      </w:pPr>
      <w:r>
        <w:rPr>
          <w:rFonts w:ascii="Calibri" w:hAnsi="Calibri" w:eastAsia="Calibri"/>
          <w:b w:val="0"/>
          <w:i w:val="0"/>
          <w:color w:val="A02828"/>
          <w:sz w:val="22"/>
        </w:rPr>
        <w:t xml:space="preserve">    D. [WRONG] Verapamil 5 mg as rescue</w:t>
      </w:r>
    </w:p>
    <w:p>
      <w:pPr>
        <w:spacing w:before="0" w:after="20" w:line="259" w:lineRule="auto"/>
      </w:pPr>
      <w:r>
        <w:rPr>
          <w:rFonts w:ascii="Calibri" w:hAnsi="Calibri" w:eastAsia="Calibri"/>
          <w:b w:val="0"/>
          <w:i/>
          <w:color w:val="282828"/>
          <w:sz w:val="22"/>
        </w:rPr>
        <w:t xml:space="preserve">       Bay: Not in this pathway.</w:t>
      </w:r>
    </w:p>
    <w:p>
      <w:pPr>
        <w:spacing w:before="120" w:after="20" w:line="259" w:lineRule="auto"/>
        <w:shd w:fill="F8E8E8" w:val="clear"/>
      </w:pPr>
      <w:r>
        <w:rPr>
          <w:rFonts w:ascii="Calibri" w:hAnsi="Calibri" w:eastAsia="Calibri"/>
          <w:b w:val="0"/>
          <w:i w:val="0"/>
          <w:color w:val="A02828"/>
          <w:sz w:val="22"/>
        </w:rPr>
        <w:t xml:space="preserve">    E. [WRONG] Declare it 'anxiety' and send her to the waiting room</w:t>
      </w:r>
    </w:p>
    <w:p>
      <w:pPr>
        <w:spacing w:before="0" w:after="20" w:line="259" w:lineRule="auto"/>
      </w:pPr>
      <w:r>
        <w:rPr>
          <w:rFonts w:ascii="Calibri" w:hAnsi="Calibri" w:eastAsia="Calibri"/>
          <w:b w:val="0"/>
          <w:i/>
          <w:color w:val="282828"/>
          <w:sz w:val="22"/>
        </w:rPr>
        <w:t xml:space="preserve">       Bay: You have just seen shock at 188.</w:t>
      </w:r>
    </w:p>
    <w:p>
      <w:pPr>
        <w:spacing w:before="120" w:after="20" w:line="259" w:lineRule="auto"/>
        <w:shd w:fill="F8E8E8" w:val="clear"/>
      </w:pPr>
      <w:r>
        <w:rPr>
          <w:rFonts w:ascii="Calibri" w:hAnsi="Calibri" w:eastAsia="Calibri"/>
          <w:b w:val="0"/>
          <w:i w:val="0"/>
          <w:color w:val="A02828"/>
          <w:sz w:val="22"/>
        </w:rPr>
        <w:t>B. [WRONG] Adenosine 6 mg while they draw the propofol, no pads</w:t>
      </w:r>
    </w:p>
    <w:p>
      <w:pPr>
        <w:spacing w:before="0" w:after="20" w:line="259" w:lineRule="auto"/>
      </w:pPr>
      <w:r>
        <w:rPr>
          <w:rFonts w:ascii="Calibri" w:hAnsi="Calibri" w:eastAsia="Calibri"/>
          <w:b w:val="0"/>
          <w:i/>
          <w:color w:val="282828"/>
          <w:sz w:val="22"/>
        </w:rPr>
        <w:t>Bay: Pads on first. She is 78 systolic.</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Amiodarone 300 mg as the first and only step</w:t>
      </w:r>
    </w:p>
    <w:p>
      <w:pPr>
        <w:spacing w:before="0" w:after="20" w:line="259" w:lineRule="auto"/>
      </w:pPr>
      <w:r>
        <w:rPr>
          <w:rFonts w:ascii="Calibri" w:hAnsi="Calibri" w:eastAsia="Calibri"/>
          <w:b w:val="0"/>
          <w:i/>
          <w:color w:val="282828"/>
          <w:sz w:val="22"/>
        </w:rPr>
        <w:t>Bay: Shock first when there are adverse features. Amiodarone is after failed shocks.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Digoxin loading in resus</w:t>
      </w:r>
    </w:p>
    <w:p>
      <w:pPr>
        <w:spacing w:before="0" w:after="20" w:line="259" w:lineRule="auto"/>
      </w:pPr>
      <w:r>
        <w:rPr>
          <w:rFonts w:ascii="Calibri" w:hAnsi="Calibri" w:eastAsia="Calibri"/>
          <w:b w:val="0"/>
          <w:i/>
          <w:color w:val="282828"/>
          <w:sz w:val="22"/>
        </w:rPr>
        <w:t>Bay: Slow, inotropic, not for a crashing SVT.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Carotid sinus massage as the only treatment</w:t>
      </w:r>
    </w:p>
    <w:p>
      <w:pPr>
        <w:spacing w:before="0" w:after="20" w:line="259" w:lineRule="auto"/>
      </w:pPr>
      <w:r>
        <w:rPr>
          <w:rFonts w:ascii="Calibri" w:hAnsi="Calibri" w:eastAsia="Calibri"/>
          <w:b w:val="0"/>
          <w:i/>
          <w:color w:val="282828"/>
          <w:sz w:val="22"/>
        </w:rPr>
        <w:t>Bay: Vagal is for the stable ones. She is grey.</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Sinus now. Send from the bay.</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7.36  pCO2 4.4  pO2 12.6  HCO3 22  BE −1  lactate 2.8  K+ 3.8  Hb 132</w:t>
      </w:r>
    </w:p>
    <w:p>
      <w:pPr>
        <w:spacing w:before="0" w:after="40" w:line="259" w:lineRule="auto"/>
      </w:pPr>
      <w:r>
        <w:rPr>
          <w:rFonts w:ascii="Calibri" w:hAnsi="Calibri" w:eastAsia="Calibri"/>
          <w:b w:val="0"/>
          <w:i w:val="0"/>
          <w:sz w:val="22"/>
        </w:rPr>
        <w:t>Lactate from hypoperfusion, clearing.</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5.8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normal</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Neg. Not pregnant on the first pass — still send βhCG.</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ue: Na 138   K 3.8   urea 4.8   creat 62</w:t>
      </w:r>
    </w:p>
    <w:p>
      <w:pPr>
        <w:spacing w:before="0" w:after="40" w:line="259" w:lineRule="auto"/>
      </w:pPr>
      <w:r>
        <w:rPr>
          <w:rFonts w:ascii="Calibri" w:hAnsi="Calibri" w:eastAsia="Calibri"/>
          <w:b w:val="0"/>
          <w:i w:val="0"/>
          <w:sz w:val="22"/>
        </w:rPr>
        <w:t>trop: Pending</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Post-conversion 12-lead looks sinus, no WPW obvious, no STEMI. Review — then decide.</w:t>
      </w:r>
    </w:p>
    <w:p>
      <w:pPr>
        <w:spacing w:before="120" w:after="20" w:line="259" w:lineRule="auto"/>
        <w:shd w:fill="E8F5EC" w:val="clear"/>
      </w:pPr>
      <w:r>
        <w:rPr>
          <w:rFonts w:ascii="Calibri" w:hAnsi="Calibri" w:eastAsia="Calibri"/>
          <w:b/>
          <w:i w:val="0"/>
          <w:color w:val="146E3C"/>
          <w:sz w:val="22"/>
        </w:rPr>
        <w:t>A. [CORRECT] Observe, 12-lead, electrolytes, refer cardiology</w:t>
      </w:r>
    </w:p>
    <w:p>
      <w:pPr>
        <w:spacing w:before="0" w:after="20" w:line="259" w:lineRule="auto"/>
      </w:pPr>
      <w:r>
        <w:rPr>
          <w:rFonts w:ascii="Calibri" w:hAnsi="Calibri" w:eastAsia="Calibri"/>
          <w:b w:val="0"/>
          <w:i/>
          <w:color w:val="282828"/>
          <w:sz w:val="22"/>
        </w:rPr>
        <w:t>Bay: She stays on a monitor. You do not send a just-shocked patient to the bus stop.</w:t>
      </w:r>
    </w:p>
    <w:p>
      <w:pPr>
        <w:spacing w:before="80" w:after="40" w:line="259" w:lineRule="auto"/>
      </w:pPr>
      <w:r>
        <w:rPr>
          <w:rFonts w:ascii="Calibri" w:hAnsi="Calibri" w:eastAsia="Calibri"/>
          <w:b/>
          <w:i w:val="0"/>
          <w:color w:val="46326E"/>
          <w:sz w:val="22"/>
        </w:rPr>
        <w:t xml:space="preserve">    Follow-up: What are you looking for on the 12-lead?</w:t>
      </w:r>
    </w:p>
    <w:p>
      <w:pPr>
        <w:spacing w:before="120" w:after="20" w:line="259" w:lineRule="auto"/>
        <w:shd w:fill="E8F5EC" w:val="clear"/>
      </w:pPr>
      <w:r>
        <w:rPr>
          <w:rFonts w:ascii="Calibri" w:hAnsi="Calibri" w:eastAsia="Calibri"/>
          <w:b/>
          <w:i w:val="0"/>
          <w:color w:val="146E3C"/>
          <w:sz w:val="22"/>
        </w:rPr>
        <w:t xml:space="preserve">    A. [CORRECT] Pre-excitation, ischaemia, a flutter that will come back</w:t>
      </w:r>
    </w:p>
    <w:p>
      <w:pPr>
        <w:spacing w:before="0" w:after="20" w:line="259" w:lineRule="auto"/>
      </w:pPr>
      <w:r>
        <w:rPr>
          <w:rFonts w:ascii="Calibri" w:hAnsi="Calibri" w:eastAsia="Calibri"/>
          <w:b w:val="0"/>
          <w:i/>
          <w:color w:val="282828"/>
          <w:sz w:val="22"/>
        </w:rPr>
        <w:t xml:space="preserve">       Bay: Delta waves change the next drug. Ischaemia changes the bed.</w:t>
      </w:r>
    </w:p>
    <w:p>
      <w:pPr>
        <w:spacing w:before="120" w:after="20" w:line="259" w:lineRule="auto"/>
        <w:shd w:fill="F8E8E8" w:val="clear"/>
      </w:pPr>
      <w:r>
        <w:rPr>
          <w:rFonts w:ascii="Calibri" w:hAnsi="Calibri" w:eastAsia="Calibri"/>
          <w:b w:val="0"/>
          <w:i w:val="0"/>
          <w:color w:val="A02828"/>
          <w:sz w:val="22"/>
        </w:rPr>
        <w:t xml:space="preserve">    B. [WRONG] A reason to give verapamil empirically tonight</w:t>
      </w:r>
    </w:p>
    <w:p>
      <w:pPr>
        <w:spacing w:before="0" w:after="20" w:line="259" w:lineRule="auto"/>
      </w:pPr>
      <w:r>
        <w:rPr>
          <w:rFonts w:ascii="Calibri" w:hAnsi="Calibri" w:eastAsia="Calibri"/>
          <w:b w:val="0"/>
          <w:i/>
          <w:color w:val="282828"/>
          <w:sz w:val="22"/>
        </w:rPr>
        <w:t xml:space="preserve">       Bay: Not unless a specialist says so and there is no WPW.</w:t>
      </w:r>
    </w:p>
    <w:p>
      <w:pPr>
        <w:spacing w:before="120" w:after="20" w:line="259" w:lineRule="auto"/>
        <w:shd w:fill="F8E8E8" w:val="clear"/>
      </w:pPr>
      <w:r>
        <w:rPr>
          <w:rFonts w:ascii="Calibri" w:hAnsi="Calibri" w:eastAsia="Calibri"/>
          <w:b w:val="0"/>
          <w:i w:val="0"/>
          <w:color w:val="A02828"/>
          <w:sz w:val="22"/>
        </w:rPr>
        <w:t xml:space="preserve">    C. [WRONG] A normal film means she can drive home now</w:t>
      </w:r>
    </w:p>
    <w:p>
      <w:pPr>
        <w:spacing w:before="0" w:after="20" w:line="259" w:lineRule="auto"/>
      </w:pPr>
      <w:r>
        <w:rPr>
          <w:rFonts w:ascii="Calibri" w:hAnsi="Calibri" w:eastAsia="Calibri"/>
          <w:b w:val="0"/>
          <w:i/>
          <w:color w:val="282828"/>
          <w:sz w:val="22"/>
        </w:rPr>
        <w:t xml:space="preserve">       Bay: She was just cardioverted from shock.</w:t>
      </w:r>
    </w:p>
    <w:p>
      <w:pPr>
        <w:spacing w:before="120" w:after="20" w:line="259" w:lineRule="auto"/>
        <w:shd w:fill="F8E8E8" w:val="clear"/>
      </w:pPr>
      <w:r>
        <w:rPr>
          <w:rFonts w:ascii="Calibri" w:hAnsi="Calibri" w:eastAsia="Calibri"/>
          <w:b w:val="0"/>
          <w:i w:val="0"/>
          <w:color w:val="A02828"/>
          <w:sz w:val="22"/>
        </w:rPr>
        <w:t xml:space="preserve">    D. [WRONG] QT so you can give sotalol from the drawer</w:t>
      </w:r>
    </w:p>
    <w:p>
      <w:pPr>
        <w:spacing w:before="0" w:after="20" w:line="259" w:lineRule="auto"/>
      </w:pPr>
      <w:r>
        <w:rPr>
          <w:rFonts w:ascii="Calibri" w:hAnsi="Calibri" w:eastAsia="Calibri"/>
          <w:b w:val="0"/>
          <w:i/>
          <w:color w:val="282828"/>
          <w:sz w:val="22"/>
        </w:rPr>
        <w:t xml:space="preserve">       Bay: Not your first prescription at 02:00.</w:t>
      </w:r>
    </w:p>
    <w:p>
      <w:pPr>
        <w:spacing w:before="120" w:after="20" w:line="259" w:lineRule="auto"/>
        <w:shd w:fill="F8E8E8" w:val="clear"/>
      </w:pPr>
      <w:r>
        <w:rPr>
          <w:rFonts w:ascii="Calibri" w:hAnsi="Calibri" w:eastAsia="Calibri"/>
          <w:b w:val="0"/>
          <w:i w:val="0"/>
          <w:color w:val="A02828"/>
          <w:sz w:val="22"/>
        </w:rPr>
        <w:t xml:space="preserve">    E. [WRONG] Nothing — palpitations are always anxiety under 40</w:t>
      </w:r>
    </w:p>
    <w:p>
      <w:pPr>
        <w:spacing w:before="0" w:after="20" w:line="259" w:lineRule="auto"/>
      </w:pPr>
      <w:r>
        <w:rPr>
          <w:rFonts w:ascii="Calibri" w:hAnsi="Calibri" w:eastAsia="Calibri"/>
          <w:b w:val="0"/>
          <w:i/>
          <w:color w:val="282828"/>
          <w:sz w:val="22"/>
        </w:rPr>
        <w:t xml:space="preserve">       Bay: Her BP was 78.</w:t>
      </w:r>
    </w:p>
    <w:p>
      <w:pPr>
        <w:spacing w:before="120" w:after="20" w:line="259" w:lineRule="auto"/>
        <w:shd w:fill="F8E8E8" w:val="clear"/>
      </w:pPr>
      <w:r>
        <w:rPr>
          <w:rFonts w:ascii="Calibri" w:hAnsi="Calibri" w:eastAsia="Calibri"/>
          <w:b w:val="0"/>
          <w:i w:val="0"/>
          <w:color w:val="A02828"/>
          <w:sz w:val="22"/>
        </w:rPr>
        <w:t>B. [WRONG] Load amiodarone 1.2 g overnight as default</w:t>
      </w:r>
    </w:p>
    <w:p>
      <w:pPr>
        <w:spacing w:before="0" w:after="20" w:line="259" w:lineRule="auto"/>
      </w:pPr>
      <w:r>
        <w:rPr>
          <w:rFonts w:ascii="Calibri" w:hAnsi="Calibri" w:eastAsia="Calibri"/>
          <w:b w:val="0"/>
          <w:i/>
          <w:color w:val="282828"/>
          <w:sz w:val="22"/>
        </w:rPr>
        <w:t>Bay: Sinus, stable, young. That is not automatic.</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Warfarin tonight because she was fast</w:t>
      </w:r>
    </w:p>
    <w:p>
      <w:pPr>
        <w:spacing w:before="0" w:after="20" w:line="259" w:lineRule="auto"/>
      </w:pPr>
      <w:r>
        <w:rPr>
          <w:rFonts w:ascii="Calibri" w:hAnsi="Calibri" w:eastAsia="Calibri"/>
          <w:b w:val="0"/>
          <w:i/>
          <w:color w:val="282828"/>
          <w:sz w:val="22"/>
        </w:rPr>
        <w:t>Bay: SVT is not AF. No.</w:t>
      </w:r>
    </w:p>
    <w:p>
      <w:pPr>
        <w:spacing w:before="120" w:after="20" w:line="259" w:lineRule="auto"/>
        <w:shd w:fill="F8E8E8" w:val="clear"/>
      </w:pPr>
      <w:r>
        <w:rPr>
          <w:rFonts w:ascii="Calibri" w:hAnsi="Calibri" w:eastAsia="Calibri"/>
          <w:b w:val="0"/>
          <w:i w:val="0"/>
          <w:color w:val="A02828"/>
          <w:sz w:val="22"/>
        </w:rPr>
        <w:t>D. [WRONG] Discharge from resus in ten minutes</w:t>
      </w:r>
    </w:p>
    <w:p>
      <w:pPr>
        <w:spacing w:before="0" w:after="20" w:line="259" w:lineRule="auto"/>
      </w:pPr>
      <w:r>
        <w:rPr>
          <w:rFonts w:ascii="Calibri" w:hAnsi="Calibri" w:eastAsia="Calibri"/>
          <w:b w:val="0"/>
          <w:i/>
          <w:color w:val="282828"/>
          <w:sz w:val="22"/>
        </w:rPr>
        <w:t>Bay: She had adverse features. Watch her.</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Thrombolysis because there was chest pain</w:t>
      </w:r>
    </w:p>
    <w:p>
      <w:pPr>
        <w:spacing w:before="0" w:after="20" w:line="259" w:lineRule="auto"/>
      </w:pPr>
      <w:r>
        <w:rPr>
          <w:rFonts w:ascii="Calibri" w:hAnsi="Calibri" w:eastAsia="Calibri"/>
          <w:b w:val="0"/>
          <w:i/>
          <w:color w:val="282828"/>
          <w:sz w:val="22"/>
        </w:rPr>
        <w:t>Bay: The pain was rate. The 12-lead is not a STEMI.</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Partner is outside.</w:t>
      </w:r>
    </w:p>
    <w:p>
      <w:pPr>
        <w:spacing w:before="120" w:after="20" w:line="259" w:lineRule="auto"/>
        <w:shd w:fill="E8F5EC" w:val="clear"/>
      </w:pPr>
      <w:r>
        <w:rPr>
          <w:rFonts w:ascii="Calibri" w:hAnsi="Calibri" w:eastAsia="Calibri"/>
          <w:b/>
          <w:i w:val="0"/>
          <w:color w:val="146E3C"/>
          <w:sz w:val="22"/>
        </w:rPr>
        <w:t>A. [CORRECT] Previous palpitations, syncope, caffeine, cocaine, thyroid, pregnancy</w:t>
      </w:r>
    </w:p>
    <w:p>
      <w:pPr>
        <w:spacing w:before="0" w:after="20" w:line="259" w:lineRule="auto"/>
      </w:pPr>
      <w:r>
        <w:rPr>
          <w:rFonts w:ascii="Calibri" w:hAnsi="Calibri" w:eastAsia="Calibri"/>
          <w:b w:val="0"/>
          <w:i/>
          <w:color w:val="282828"/>
          <w:sz w:val="22"/>
        </w:rPr>
        <w:t>Bay: First episode. Coffee, no cocaine, not pregnant.</w:t>
      </w:r>
    </w:p>
    <w:p>
      <w:pPr>
        <w:spacing w:before="120" w:after="20" w:line="259" w:lineRule="auto"/>
        <w:shd w:fill="E8F5EC" w:val="clear"/>
      </w:pPr>
      <w:r>
        <w:rPr>
          <w:rFonts w:ascii="Calibri" w:hAnsi="Calibri" w:eastAsia="Calibri"/>
          <w:b/>
          <w:i w:val="0"/>
          <w:color w:val="146E3C"/>
          <w:sz w:val="22"/>
        </w:rPr>
        <w:t>B. [CORRECT] Family history of sudden death or known WPW</w:t>
      </w:r>
    </w:p>
    <w:p>
      <w:pPr>
        <w:spacing w:before="0" w:after="20" w:line="259" w:lineRule="auto"/>
      </w:pPr>
      <w:r>
        <w:rPr>
          <w:rFonts w:ascii="Calibri" w:hAnsi="Calibri" w:eastAsia="Calibri"/>
          <w:b w:val="0"/>
          <w:i/>
          <w:color w:val="282828"/>
          <w:sz w:val="22"/>
        </w:rPr>
        <w:t>Bay: Uncle died at 38 — you flag that for cardiology.</w:t>
      </w:r>
    </w:p>
    <w:p>
      <w:pPr>
        <w:spacing w:before="120" w:after="20" w:line="259" w:lineRule="auto"/>
        <w:shd w:fill="E8F5EC" w:val="clear"/>
      </w:pPr>
      <w:r>
        <w:rPr>
          <w:rFonts w:ascii="Calibri" w:hAnsi="Calibri" w:eastAsia="Calibri"/>
          <w:b/>
          <w:i w:val="0"/>
          <w:color w:val="146E3C"/>
          <w:sz w:val="22"/>
        </w:rPr>
        <w:t>C. [CORRECT] Medication list — theophylline, beta-agonists, antidepressants</w:t>
      </w:r>
    </w:p>
    <w:p>
      <w:pPr>
        <w:spacing w:before="0" w:after="20" w:line="259" w:lineRule="auto"/>
      </w:pPr>
      <w:r>
        <w:rPr>
          <w:rFonts w:ascii="Calibri" w:hAnsi="Calibri" w:eastAsia="Calibri"/>
          <w:b w:val="0"/>
          <w:i/>
          <w:color w:val="282828"/>
          <w:sz w:val="22"/>
        </w:rPr>
        <w:t>Bay: Salbutamol inhaler only.</w:t>
      </w:r>
    </w:p>
    <w:p>
      <w:pPr>
        <w:spacing w:before="120" w:after="20" w:line="259" w:lineRule="auto"/>
        <w:shd w:fill="F8E8E8" w:val="clear"/>
      </w:pPr>
      <w:r>
        <w:rPr>
          <w:rFonts w:ascii="Calibri" w:hAnsi="Calibri" w:eastAsia="Calibri"/>
          <w:b w:val="0"/>
          <w:i w:val="0"/>
          <w:color w:val="A02828"/>
          <w:sz w:val="22"/>
        </w:rPr>
        <w:t>D. [WRONG] Reassure and send her to wait in the cafe for a Holter</w:t>
      </w:r>
    </w:p>
    <w:p>
      <w:pPr>
        <w:spacing w:before="0" w:after="20" w:line="259" w:lineRule="auto"/>
      </w:pPr>
      <w:r>
        <w:rPr>
          <w:rFonts w:ascii="Calibri" w:hAnsi="Calibri" w:eastAsia="Calibri"/>
          <w:b w:val="0"/>
          <w:i/>
          <w:color w:val="282828"/>
          <w:sz w:val="22"/>
        </w:rPr>
        <w:t>Bay: She was just shocked.</w:t>
      </w:r>
    </w:p>
    <w:p>
      <w:pPr>
        <w:spacing w:before="120" w:after="20" w:line="259" w:lineRule="auto"/>
        <w:shd w:fill="F8E8E8" w:val="clear"/>
      </w:pPr>
      <w:r>
        <w:rPr>
          <w:rFonts w:ascii="Calibri" w:hAnsi="Calibri" w:eastAsia="Calibri"/>
          <w:b w:val="0"/>
          <w:i w:val="0"/>
          <w:color w:val="A02828"/>
          <w:sz w:val="22"/>
        </w:rPr>
        <w:t>E. [WRONG] Start a beta-blocker before the 12-lead because 'they all need one'</w:t>
      </w:r>
    </w:p>
    <w:p>
      <w:pPr>
        <w:spacing w:before="0" w:after="20" w:line="259" w:lineRule="auto"/>
      </w:pPr>
      <w:r>
        <w:rPr>
          <w:rFonts w:ascii="Calibri" w:hAnsi="Calibri" w:eastAsia="Calibri"/>
          <w:b w:val="0"/>
          <w:i/>
          <w:color w:val="282828"/>
          <w:sz w:val="22"/>
        </w:rPr>
        <w:t>Bay: See the tracing first, especially with a family death.</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SVT with adverse features</w:t>
      </w:r>
    </w:p>
    <w:p>
      <w:pPr>
        <w:spacing w:before="0" w:after="20" w:line="259" w:lineRule="auto"/>
      </w:pPr>
      <w:r>
        <w:rPr>
          <w:rFonts w:ascii="Calibri" w:hAnsi="Calibri" w:eastAsia="Calibri"/>
          <w:b w:val="0"/>
          <w:i/>
          <w:color w:val="282828"/>
          <w:sz w:val="22"/>
        </w:rPr>
        <w:t>Bay: Regular narrow 188, shock, chest pain. Synchronised cardioversion.</w:t>
      </w:r>
    </w:p>
    <w:p>
      <w:pPr>
        <w:spacing w:before="120" w:after="20" w:line="259" w:lineRule="auto"/>
        <w:shd w:fill="F8E8E8" w:val="clear"/>
      </w:pPr>
      <w:r>
        <w:rPr>
          <w:rFonts w:ascii="Calibri" w:hAnsi="Calibri" w:eastAsia="Calibri"/>
          <w:b w:val="0"/>
          <w:i w:val="0"/>
          <w:color w:val="A02828"/>
          <w:sz w:val="22"/>
        </w:rPr>
        <w:t>B. [WRONG] Sinus tachycardia from sepsis</w:t>
      </w:r>
    </w:p>
    <w:p>
      <w:pPr>
        <w:spacing w:before="0" w:after="20" w:line="259" w:lineRule="auto"/>
      </w:pPr>
      <w:r>
        <w:rPr>
          <w:rFonts w:ascii="Calibri" w:hAnsi="Calibri" w:eastAsia="Calibri"/>
          <w:b w:val="0"/>
          <w:i/>
          <w:color w:val="282828"/>
          <w:sz w:val="22"/>
        </w:rPr>
        <w:t>Bay: Sudden onset at 188 regular that converted with one shock is re-entry, not sinus.</w:t>
      </w:r>
    </w:p>
    <w:p>
      <w:pPr>
        <w:spacing w:before="120" w:after="20" w:line="259" w:lineRule="auto"/>
        <w:shd w:fill="F8E8E8" w:val="clear"/>
      </w:pPr>
      <w:r>
        <w:rPr>
          <w:rFonts w:ascii="Calibri" w:hAnsi="Calibri" w:eastAsia="Calibri"/>
          <w:b w:val="0"/>
          <w:i w:val="0"/>
          <w:color w:val="A02828"/>
          <w:sz w:val="22"/>
        </w:rPr>
        <w:t>C. [WRONG] AF with a rapid ventricular response</w:t>
      </w:r>
    </w:p>
    <w:p>
      <w:pPr>
        <w:spacing w:before="0" w:after="20" w:line="259" w:lineRule="auto"/>
      </w:pPr>
      <w:r>
        <w:rPr>
          <w:rFonts w:ascii="Calibri" w:hAnsi="Calibri" w:eastAsia="Calibri"/>
          <w:b w:val="0"/>
          <w:i/>
          <w:color w:val="282828"/>
          <w:sz w:val="22"/>
        </w:rPr>
        <w:t>Bay: It was regular.</w:t>
      </w:r>
    </w:p>
    <w:p>
      <w:pPr>
        <w:spacing w:before="120" w:after="20" w:line="259" w:lineRule="auto"/>
        <w:shd w:fill="F8E8E8" w:val="clear"/>
      </w:pPr>
      <w:r>
        <w:rPr>
          <w:rFonts w:ascii="Calibri" w:hAnsi="Calibri" w:eastAsia="Calibri"/>
          <w:b w:val="0"/>
          <w:i w:val="0"/>
          <w:color w:val="A02828"/>
          <w:sz w:val="22"/>
        </w:rPr>
        <w:t>D. [WRONG] VT because all fast rates are VT until proven otherwise</w:t>
      </w:r>
    </w:p>
    <w:p>
      <w:pPr>
        <w:spacing w:before="0" w:after="20" w:line="259" w:lineRule="auto"/>
      </w:pPr>
      <w:r>
        <w:rPr>
          <w:rFonts w:ascii="Calibri" w:hAnsi="Calibri" w:eastAsia="Calibri"/>
          <w:b w:val="0"/>
          <w:i/>
          <w:color w:val="282828"/>
          <w:sz w:val="22"/>
        </w:rPr>
        <w:t>Bay: Narrow and regular in a 34-year-old is SVT — but you still treated the adverse features with a shock, which was right.</w:t>
      </w:r>
    </w:p>
    <w:p>
      <w:pPr>
        <w:spacing w:before="120" w:after="20" w:line="259" w:lineRule="auto"/>
        <w:shd w:fill="F8E8E8" w:val="clear"/>
      </w:pPr>
      <w:r>
        <w:rPr>
          <w:rFonts w:ascii="Calibri" w:hAnsi="Calibri" w:eastAsia="Calibri"/>
          <w:b w:val="0"/>
          <w:i w:val="0"/>
          <w:color w:val="A02828"/>
          <w:sz w:val="22"/>
        </w:rPr>
        <w:t>E. [WRONG] Panic attack</w:t>
      </w:r>
    </w:p>
    <w:p>
      <w:pPr>
        <w:spacing w:before="0" w:after="20" w:line="259" w:lineRule="auto"/>
      </w:pPr>
      <w:r>
        <w:rPr>
          <w:rFonts w:ascii="Calibri" w:hAnsi="Calibri" w:eastAsia="Calibri"/>
          <w:b w:val="0"/>
          <w:i/>
          <w:color w:val="282828"/>
          <w:sz w:val="22"/>
        </w:rPr>
        <w:t>Bay: BP 78 and a rate of 188 that cardioverted is not panic.</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Cardiology ask if she needs to stay.</w:t>
      </w:r>
    </w:p>
    <w:p>
      <w:pPr>
        <w:spacing w:before="120" w:after="20" w:line="259" w:lineRule="auto"/>
        <w:shd w:fill="E8F5EC" w:val="clear"/>
      </w:pPr>
      <w:r>
        <w:rPr>
          <w:rFonts w:ascii="Calibri" w:hAnsi="Calibri" w:eastAsia="Calibri"/>
          <w:b/>
          <w:i w:val="0"/>
          <w:color w:val="146E3C"/>
          <w:sz w:val="22"/>
        </w:rPr>
        <w:t>A. [CORRECT] Yes — first SVT with shock, family history of sudden death</w:t>
      </w:r>
    </w:p>
    <w:p>
      <w:pPr>
        <w:spacing w:before="0" w:after="20" w:line="259" w:lineRule="auto"/>
      </w:pPr>
      <w:r>
        <w:rPr>
          <w:rFonts w:ascii="Calibri" w:hAnsi="Calibri" w:eastAsia="Calibri"/>
          <w:b w:val="0"/>
          <w:i/>
          <w:color w:val="282828"/>
          <w:sz w:val="22"/>
        </w:rPr>
        <w:t>Bay: Monitored bed. Echo and a specialist look at the 12-lead for pre-excitation.</w:t>
      </w:r>
    </w:p>
    <w:p>
      <w:pPr>
        <w:spacing w:before="80" w:after="40" w:line="259" w:lineRule="auto"/>
      </w:pPr>
      <w:r>
        <w:rPr>
          <w:rFonts w:ascii="Calibri" w:hAnsi="Calibri" w:eastAsia="Calibri"/>
          <w:b/>
          <w:i w:val="0"/>
          <w:color w:val="46326E"/>
          <w:sz w:val="22"/>
        </w:rPr>
        <w:t xml:space="preserve">    Follow-up: Who can go home after SVT?</w:t>
      </w:r>
    </w:p>
    <w:p>
      <w:pPr>
        <w:spacing w:before="120" w:after="20" w:line="259" w:lineRule="auto"/>
        <w:shd w:fill="E8F5EC" w:val="clear"/>
      </w:pPr>
      <w:r>
        <w:rPr>
          <w:rFonts w:ascii="Calibri" w:hAnsi="Calibri" w:eastAsia="Calibri"/>
          <w:b/>
          <w:i w:val="0"/>
          <w:color w:val="146E3C"/>
          <w:sz w:val="22"/>
        </w:rPr>
        <w:t xml:space="preserve">    A. [CORRECT] Stable, converted, no adverse features, normal 12-lead, follow-up in place — not this woman tonight</w:t>
      </w:r>
    </w:p>
    <w:p>
      <w:pPr>
        <w:spacing w:before="0" w:after="20" w:line="259" w:lineRule="auto"/>
      </w:pPr>
      <w:r>
        <w:rPr>
          <w:rFonts w:ascii="Calibri" w:hAnsi="Calibri" w:eastAsia="Calibri"/>
          <w:b w:val="0"/>
          <w:i/>
          <w:color w:val="282828"/>
          <w:sz w:val="22"/>
        </w:rPr>
        <w:t xml:space="preserve">       Bay: She was shocked and has a concerning family history.</w:t>
      </w:r>
    </w:p>
    <w:p>
      <w:pPr>
        <w:spacing w:before="120" w:after="20" w:line="259" w:lineRule="auto"/>
        <w:shd w:fill="F8E8E8" w:val="clear"/>
      </w:pPr>
      <w:r>
        <w:rPr>
          <w:rFonts w:ascii="Calibri" w:hAnsi="Calibri" w:eastAsia="Calibri"/>
          <w:b w:val="0"/>
          <w:i w:val="0"/>
          <w:color w:val="A02828"/>
          <w:sz w:val="22"/>
        </w:rPr>
        <w:t xml:space="preserve">    B. [WRONG] Anyone under 40 after any shock</w:t>
      </w:r>
    </w:p>
    <w:p>
      <w:pPr>
        <w:spacing w:before="0" w:after="20" w:line="259" w:lineRule="auto"/>
      </w:pPr>
      <w:r>
        <w:rPr>
          <w:rFonts w:ascii="Calibri" w:hAnsi="Calibri" w:eastAsia="Calibri"/>
          <w:b w:val="0"/>
          <w:i/>
          <w:color w:val="282828"/>
          <w:sz w:val="22"/>
        </w:rPr>
        <w:t xml:space="preserve">       Bay: Adverse features keep her.</w:t>
      </w:r>
    </w:p>
    <w:p>
      <w:pPr>
        <w:spacing w:before="120" w:after="20" w:line="259" w:lineRule="auto"/>
        <w:shd w:fill="F8E8E8" w:val="clear"/>
      </w:pPr>
      <w:r>
        <w:rPr>
          <w:rFonts w:ascii="Calibri" w:hAnsi="Calibri" w:eastAsia="Calibri"/>
          <w:b w:val="0"/>
          <w:i w:val="0"/>
          <w:color w:val="A02828"/>
          <w:sz w:val="22"/>
        </w:rPr>
        <w:t xml:space="preserve">    C. [WRONG] Everyone needs an ICD before dawn</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D. [WRONG] WPW with pre-excited AF can go home on verapamil</w:t>
      </w:r>
    </w:p>
    <w:p>
      <w:pPr>
        <w:spacing w:before="0" w:after="20" w:line="259" w:lineRule="auto"/>
      </w:pPr>
      <w:r>
        <w:rPr>
          <w:rFonts w:ascii="Calibri" w:hAnsi="Calibri" w:eastAsia="Calibri"/>
          <w:b w:val="0"/>
          <w:i/>
          <w:color w:val="282828"/>
          <w:sz w:val="22"/>
        </w:rPr>
        <w:t xml:space="preserve">       Bay: Verapamil can kill them.</w:t>
      </w:r>
    </w:p>
    <w:p>
      <w:pPr>
        <w:spacing w:before="120" w:after="20" w:line="259" w:lineRule="auto"/>
        <w:shd w:fill="F8E8E8" w:val="clear"/>
      </w:pPr>
      <w:r>
        <w:rPr>
          <w:rFonts w:ascii="Calibri" w:hAnsi="Calibri" w:eastAsia="Calibri"/>
          <w:b w:val="0"/>
          <w:i w:val="0"/>
          <w:color w:val="A02828"/>
          <w:sz w:val="22"/>
        </w:rPr>
        <w:t xml:space="preserve">    E. [WRONG] All first SVTs are a 6-week clinic and a bus</w:t>
      </w:r>
    </w:p>
    <w:p>
      <w:pPr>
        <w:spacing w:before="0" w:after="20" w:line="259" w:lineRule="auto"/>
      </w:pPr>
      <w:r>
        <w:rPr>
          <w:rFonts w:ascii="Calibri" w:hAnsi="Calibri" w:eastAsia="Calibri"/>
          <w:b w:val="0"/>
          <w:i/>
          <w:color w:val="282828"/>
          <w:sz w:val="22"/>
        </w:rPr>
        <w:t xml:space="preserve">       Bay: Not after cardioversion for shock.</w:t>
      </w:r>
    </w:p>
    <w:p>
      <w:pPr>
        <w:spacing w:before="120" w:after="20" w:line="259" w:lineRule="auto"/>
        <w:shd w:fill="F8E8E8" w:val="clear"/>
      </w:pPr>
      <w:r>
        <w:rPr>
          <w:rFonts w:ascii="Calibri" w:hAnsi="Calibri" w:eastAsia="Calibri"/>
          <w:b w:val="0"/>
          <w:i w:val="0"/>
          <w:color w:val="A02828"/>
          <w:sz w:val="22"/>
        </w:rPr>
        <w:t>B. [WRONG] Home now with a copy of the tracing</w:t>
      </w:r>
    </w:p>
    <w:p>
      <w:pPr>
        <w:spacing w:before="0" w:after="20" w:line="259" w:lineRule="auto"/>
      </w:pPr>
      <w:r>
        <w:rPr>
          <w:rFonts w:ascii="Calibri" w:hAnsi="Calibri" w:eastAsia="Calibri"/>
          <w:b w:val="0"/>
          <w:i/>
          <w:color w:val="282828"/>
          <w:sz w:val="22"/>
        </w:rPr>
        <w:t>Bay: Not this one.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Start verapamil SR from the ED cupboard</w:t>
      </w:r>
    </w:p>
    <w:p>
      <w:pPr>
        <w:spacing w:before="0" w:after="20" w:line="259" w:lineRule="auto"/>
      </w:pPr>
      <w:r>
        <w:rPr>
          <w:rFonts w:ascii="Calibri" w:hAnsi="Calibri" w:eastAsia="Calibri"/>
          <w:b w:val="0"/>
          <w:i/>
          <w:color w:val="282828"/>
          <w:sz w:val="22"/>
        </w:rPr>
        <w:t>Bay: Family sudden death and possible WPW — do not.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Give flecainide 'pill in the pocket' to take in the car</w:t>
      </w:r>
    </w:p>
    <w:p>
      <w:pPr>
        <w:spacing w:before="0" w:after="20" w:line="259" w:lineRule="auto"/>
      </w:pPr>
      <w:r>
        <w:rPr>
          <w:rFonts w:ascii="Calibri" w:hAnsi="Calibri" w:eastAsia="Calibri"/>
          <w:b w:val="0"/>
          <w:i/>
          <w:color w:val="282828"/>
          <w:sz w:val="22"/>
        </w:rPr>
        <w:t>Bay: Not after shock, not without a specialist.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Anticoagulate to INR 2–3 tonight</w:t>
      </w:r>
    </w:p>
    <w:p>
      <w:pPr>
        <w:spacing w:before="0" w:after="20" w:line="259" w:lineRule="auto"/>
      </w:pPr>
      <w:r>
        <w:rPr>
          <w:rFonts w:ascii="Calibri" w:hAnsi="Calibri" w:eastAsia="Calibri"/>
          <w:b w:val="0"/>
          <w:i/>
          <w:color w:val="282828"/>
          <w:sz w:val="22"/>
        </w:rPr>
        <w:t>Bay: It was SVT, not AF.</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Bed offer.</w:t>
      </w:r>
    </w:p>
    <w:p>
      <w:pPr>
        <w:spacing w:before="120" w:after="20" w:line="259" w:lineRule="auto"/>
        <w:shd w:fill="E8F5EC" w:val="clear"/>
      </w:pPr>
      <w:r>
        <w:rPr>
          <w:rFonts w:ascii="Calibri" w:hAnsi="Calibri" w:eastAsia="Calibri"/>
          <w:b/>
          <w:i w:val="0"/>
          <w:color w:val="146E3C"/>
          <w:sz w:val="22"/>
        </w:rPr>
        <w:t>A. [CORRECT] CCU / monitored cardiology bed</w:t>
      </w:r>
    </w:p>
    <w:p>
      <w:pPr>
        <w:spacing w:before="0" w:after="20" w:line="259" w:lineRule="auto"/>
      </w:pPr>
      <w:r>
        <w:rPr>
          <w:rFonts w:ascii="Calibri" w:hAnsi="Calibri" w:eastAsia="Calibri"/>
          <w:b w:val="0"/>
          <w:i/>
          <w:color w:val="282828"/>
          <w:sz w:val="22"/>
        </w:rPr>
        <w:t>Bay: First shocked SVT. Yes.</w:t>
      </w:r>
    </w:p>
    <w:p>
      <w:pPr>
        <w:spacing w:before="120" w:after="20" w:line="259" w:lineRule="auto"/>
        <w:shd w:fill="F8E8E8" w:val="clear"/>
      </w:pPr>
      <w:r>
        <w:rPr>
          <w:rFonts w:ascii="Calibri" w:hAnsi="Calibri" w:eastAsia="Calibri"/>
          <w:b w:val="0"/>
          <w:i w:val="0"/>
          <w:color w:val="A02828"/>
          <w:sz w:val="22"/>
        </w:rPr>
        <w:t>B. [WRONG] Home</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C. [WRONG] AMU unmonitored cubicle</w:t>
      </w:r>
    </w:p>
    <w:p>
      <w:pPr>
        <w:spacing w:before="0" w:after="20" w:line="259" w:lineRule="auto"/>
      </w:pPr>
      <w:r>
        <w:rPr>
          <w:rFonts w:ascii="Calibri" w:hAnsi="Calibri" w:eastAsia="Calibri"/>
          <w:b w:val="0"/>
          <w:i/>
          <w:color w:val="282828"/>
          <w:sz w:val="22"/>
        </w:rPr>
        <w:t>Bay: She just had DC cardioversion.</w:t>
      </w:r>
    </w:p>
    <w:p>
      <w:pPr>
        <w:spacing w:before="120" w:after="20" w:line="259" w:lineRule="auto"/>
        <w:shd w:fill="F8E8E8" w:val="clear"/>
      </w:pPr>
      <w:r>
        <w:rPr>
          <w:rFonts w:ascii="Calibri" w:hAnsi="Calibri" w:eastAsia="Calibri"/>
          <w:b w:val="0"/>
          <w:i w:val="0"/>
          <w:color w:val="A02828"/>
          <w:sz w:val="22"/>
        </w:rPr>
        <w:t>D. [WRONG] Psych liaison as the primary team</w:t>
      </w:r>
    </w:p>
    <w:p>
      <w:pPr>
        <w:spacing w:before="0" w:after="20" w:line="259" w:lineRule="auto"/>
      </w:pPr>
      <w:r>
        <w:rPr>
          <w:rFonts w:ascii="Calibri" w:hAnsi="Calibri" w:eastAsia="Calibri"/>
          <w:b w:val="0"/>
          <w:i/>
          <w:color w:val="282828"/>
          <w:sz w:val="22"/>
        </w:rPr>
        <w:t>Bay: Insulting and wrong.</w:t>
      </w:r>
    </w:p>
    <w:p>
      <w:pPr>
        <w:spacing w:before="120" w:after="20" w:line="259" w:lineRule="auto"/>
        <w:shd w:fill="F8E8E8" w:val="clear"/>
      </w:pPr>
      <w:r>
        <w:rPr>
          <w:rFonts w:ascii="Calibri" w:hAnsi="Calibri" w:eastAsia="Calibri"/>
          <w:b w:val="0"/>
          <w:i w:val="0"/>
          <w:color w:val="A02828"/>
          <w:sz w:val="22"/>
        </w:rPr>
        <w:t>E. [WRONG] ICU only because the rate was over 150</w:t>
      </w:r>
    </w:p>
    <w:p>
      <w:pPr>
        <w:spacing w:before="0" w:after="20" w:line="259" w:lineRule="auto"/>
      </w:pPr>
      <w:r>
        <w:rPr>
          <w:rFonts w:ascii="Calibri" w:hAnsi="Calibri" w:eastAsia="Calibri"/>
          <w:b w:val="0"/>
          <w:i/>
          <w:color w:val="282828"/>
          <w:sz w:val="22"/>
        </w:rPr>
        <w:t>Bay: She is sinus and talking. Monitor, not necessarily a tube.</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she wheels out.</w:t>
      </w:r>
    </w:p>
    <w:p>
      <w:pPr>
        <w:spacing w:before="120" w:after="20" w:line="259" w:lineRule="auto"/>
        <w:shd w:fill="E8F5EC" w:val="clear"/>
      </w:pPr>
      <w:r>
        <w:rPr>
          <w:rFonts w:ascii="Calibri" w:hAnsi="Calibri" w:eastAsia="Calibri"/>
          <w:b/>
          <w:i w:val="0"/>
          <w:color w:val="146E3C"/>
          <w:sz w:val="22"/>
        </w:rPr>
        <w:t>A. [CORRECT] Pads off only when she is stable on a monitor, 12-lead in the notes, no driving tonight</w:t>
      </w:r>
    </w:p>
    <w:p>
      <w:pPr>
        <w:spacing w:before="0" w:after="20" w:line="259" w:lineRule="auto"/>
      </w:pPr>
      <w:r>
        <w:rPr>
          <w:rFonts w:ascii="Calibri" w:hAnsi="Calibri" w:eastAsia="Calibri"/>
          <w:b w:val="0"/>
          <w:i/>
          <w:color w:val="282828"/>
          <w:sz w:val="22"/>
        </w:rPr>
        <w:t>Bay: DVLA: do not drive after syncope/shock until advised.</w:t>
      </w:r>
    </w:p>
    <w:p>
      <w:pPr>
        <w:spacing w:before="80" w:after="40" w:line="259" w:lineRule="auto"/>
      </w:pPr>
      <w:r>
        <w:rPr>
          <w:rFonts w:ascii="Calibri" w:hAnsi="Calibri" w:eastAsia="Calibri"/>
          <w:b/>
          <w:i w:val="0"/>
          <w:color w:val="46326E"/>
          <w:sz w:val="22"/>
        </w:rPr>
        <w:t xml:space="preserve">    Follow-up: What about driving?</w:t>
      </w:r>
    </w:p>
    <w:p>
      <w:pPr>
        <w:spacing w:before="120" w:after="20" w:line="259" w:lineRule="auto"/>
        <w:shd w:fill="E8F5EC" w:val="clear"/>
      </w:pPr>
      <w:r>
        <w:rPr>
          <w:rFonts w:ascii="Calibri" w:hAnsi="Calibri" w:eastAsia="Calibri"/>
          <w:b/>
          <w:i w:val="0"/>
          <w:color w:val="146E3C"/>
          <w:sz w:val="22"/>
        </w:rPr>
        <w:t xml:space="preserve">    A. [CORRECT] Do not drive herself home — she was hypotensive and cardioverted</w:t>
      </w:r>
    </w:p>
    <w:p>
      <w:pPr>
        <w:spacing w:before="0" w:after="20" w:line="259" w:lineRule="auto"/>
      </w:pPr>
      <w:r>
        <w:rPr>
          <w:rFonts w:ascii="Calibri" w:hAnsi="Calibri" w:eastAsia="Calibri"/>
          <w:b w:val="0"/>
          <w:i/>
          <w:color w:val="282828"/>
          <w:sz w:val="22"/>
        </w:rPr>
        <w:t xml:space="preserve">       Bay: Simple, safe, documented.</w:t>
      </w:r>
    </w:p>
    <w:p>
      <w:pPr>
        <w:spacing w:before="120" w:after="20" w:line="259" w:lineRule="auto"/>
        <w:shd w:fill="F8E8E8" w:val="clear"/>
      </w:pPr>
      <w:r>
        <w:rPr>
          <w:rFonts w:ascii="Calibri" w:hAnsi="Calibri" w:eastAsia="Calibri"/>
          <w:b w:val="0"/>
          <w:i w:val="0"/>
          <w:color w:val="A02828"/>
          <w:sz w:val="22"/>
        </w:rPr>
        <w:t xml:space="preserve">    B. [WRONG] She can drive, it was 'just palpitations'</w:t>
      </w:r>
    </w:p>
    <w:p>
      <w:pPr>
        <w:spacing w:before="0" w:after="20" w:line="259" w:lineRule="auto"/>
      </w:pPr>
      <w:r>
        <w:rPr>
          <w:rFonts w:ascii="Calibri" w:hAnsi="Calibri" w:eastAsia="Calibri"/>
          <w:b w:val="0"/>
          <w:i/>
          <w:color w:val="282828"/>
          <w:sz w:val="22"/>
        </w:rPr>
        <w:t xml:space="preserve">       Bay: BP 78.</w:t>
      </w:r>
    </w:p>
    <w:p>
      <w:pPr>
        <w:spacing w:before="120" w:after="20" w:line="259" w:lineRule="auto"/>
        <w:shd w:fill="F8E8E8" w:val="clear"/>
      </w:pPr>
      <w:r>
        <w:rPr>
          <w:rFonts w:ascii="Calibri" w:hAnsi="Calibri" w:eastAsia="Calibri"/>
          <w:b w:val="0"/>
          <w:i w:val="0"/>
          <w:color w:val="A02828"/>
          <w:sz w:val="22"/>
        </w:rPr>
        <w:t xml:space="preserve">    C. [WRONG] HGV licence is unaffected forever</w:t>
      </w:r>
    </w:p>
    <w:p>
      <w:pPr>
        <w:spacing w:before="0" w:after="20" w:line="259" w:lineRule="auto"/>
      </w:pPr>
      <w:r>
        <w:rPr>
          <w:rFonts w:ascii="Calibri" w:hAnsi="Calibri" w:eastAsia="Calibri"/>
          <w:b w:val="0"/>
          <w:i/>
          <w:color w:val="282828"/>
          <w:sz w:val="22"/>
        </w:rPr>
        <w:t xml:space="preserve">       Bay: Not your midnight sign-off.</w:t>
      </w:r>
    </w:p>
    <w:p>
      <w:pPr>
        <w:spacing w:before="120" w:after="20" w:line="259" w:lineRule="auto"/>
        <w:shd w:fill="F8E8E8" w:val="clear"/>
      </w:pPr>
      <w:r>
        <w:rPr>
          <w:rFonts w:ascii="Calibri" w:hAnsi="Calibri" w:eastAsia="Calibri"/>
          <w:b w:val="0"/>
          <w:i w:val="0"/>
          <w:color w:val="A02828"/>
          <w:sz w:val="22"/>
        </w:rPr>
        <w:t xml:space="preserve">    D. [WRONG] Must never drive again from tonight</w:t>
      </w:r>
    </w:p>
    <w:p>
      <w:pPr>
        <w:spacing w:before="0" w:after="20" w:line="259" w:lineRule="auto"/>
      </w:pPr>
      <w:r>
        <w:rPr>
          <w:rFonts w:ascii="Calibri" w:hAnsi="Calibri" w:eastAsia="Calibri"/>
          <w:b w:val="0"/>
          <w:i/>
          <w:color w:val="282828"/>
          <w:sz w:val="22"/>
        </w:rPr>
        <w:t xml:space="preserve">       Bay: Cardiology and DVLA, not a resus ban for life.</w:t>
      </w:r>
    </w:p>
    <w:p>
      <w:pPr>
        <w:spacing w:before="120" w:after="20" w:line="259" w:lineRule="auto"/>
        <w:shd w:fill="F8E8E8" w:val="clear"/>
      </w:pPr>
      <w:r>
        <w:rPr>
          <w:rFonts w:ascii="Calibri" w:hAnsi="Calibri" w:eastAsia="Calibri"/>
          <w:b w:val="0"/>
          <w:i w:val="0"/>
          <w:color w:val="A02828"/>
          <w:sz w:val="22"/>
        </w:rPr>
        <w:t xml:space="preserve">    E. [WRONG] Drive now so she is home before the beta-blocker kicks in</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B. [WRONG] Give her a GTN spray for the next episode</w:t>
      </w:r>
    </w:p>
    <w:p>
      <w:pPr>
        <w:spacing w:before="0" w:after="20" w:line="259" w:lineRule="auto"/>
      </w:pPr>
      <w:r>
        <w:rPr>
          <w:rFonts w:ascii="Calibri" w:hAnsi="Calibri" w:eastAsia="Calibri"/>
          <w:b w:val="0"/>
          <w:i/>
          <w:color w:val="282828"/>
          <w:sz w:val="22"/>
        </w:rPr>
        <w:t>Bay: Wrong drug.</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Adenosine auto-injectors to keep in her bag</w:t>
      </w:r>
    </w:p>
    <w:p>
      <w:pPr>
        <w:spacing w:before="0" w:after="20" w:line="259" w:lineRule="auto"/>
      </w:pPr>
      <w:r>
        <w:rPr>
          <w:rFonts w:ascii="Calibri" w:hAnsi="Calibri" w:eastAsia="Calibri"/>
          <w:b w:val="0"/>
          <w:i/>
          <w:color w:val="282828"/>
          <w:sz w:val="22"/>
        </w:rPr>
        <w:t>Bay: They do not exist as a home kit like this.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Unsupervised treadmill in ED to 'see if it comes back'</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Switch off the monitor to help her sleep in resus</w:t>
      </w:r>
    </w:p>
    <w:p>
      <w:pPr>
        <w:spacing w:before="0" w:after="20" w:line="259" w:lineRule="auto"/>
      </w:pPr>
      <w:r>
        <w:rPr>
          <w:rFonts w:ascii="Calibri" w:hAnsi="Calibri" w:eastAsia="Calibri"/>
          <w:b w:val="0"/>
          <w:i/>
          <w:color w:val="282828"/>
          <w:sz w:val="22"/>
        </w:rPr>
        <w:t>Bay: Not yet.</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The formal report.</w:t>
      </w:r>
    </w:p>
    <w:p>
      <w:pPr>
        <w:spacing w:before="120" w:after="20" w:line="259" w:lineRule="auto"/>
        <w:shd w:fill="E8F5EC" w:val="clear"/>
      </w:pPr>
      <w:r>
        <w:rPr>
          <w:rFonts w:ascii="Calibri" w:hAnsi="Calibri" w:eastAsia="Calibri"/>
          <w:b/>
          <w:i w:val="0"/>
          <w:color w:val="146E3C"/>
          <w:sz w:val="22"/>
        </w:rPr>
        <w:t>A. [CORRECT] Paroxysmal SVT with adverse features</w:t>
      </w:r>
    </w:p>
    <w:p>
      <w:pPr>
        <w:spacing w:before="0" w:after="20" w:line="259" w:lineRule="auto"/>
      </w:pPr>
      <w:r>
        <w:rPr>
          <w:rFonts w:ascii="Calibri" w:hAnsi="Calibri" w:eastAsia="Calibri"/>
          <w:b w:val="0"/>
          <w:i/>
          <w:color w:val="282828"/>
          <w:sz w:val="22"/>
        </w:rPr>
        <w:t>Bay: That is the diagnosis.</w:t>
      </w:r>
    </w:p>
    <w:p>
      <w:pPr>
        <w:spacing w:before="120" w:after="20" w:line="259" w:lineRule="auto"/>
        <w:shd w:fill="F8E8E8" w:val="clear"/>
      </w:pPr>
      <w:r>
        <w:rPr>
          <w:rFonts w:ascii="Calibri" w:hAnsi="Calibri" w:eastAsia="Calibri"/>
          <w:b w:val="0"/>
          <w:i w:val="0"/>
          <w:color w:val="A02828"/>
          <w:sz w:val="22"/>
        </w:rPr>
        <w:t>B. [WRONG] STEMI</w:t>
      </w:r>
    </w:p>
    <w:p>
      <w:pPr>
        <w:spacing w:before="0" w:after="20" w:line="259" w:lineRule="auto"/>
      </w:pPr>
      <w:r>
        <w:rPr>
          <w:rFonts w:ascii="Calibri" w:hAnsi="Calibri" w:eastAsia="Calibri"/>
          <w:b w:val="0"/>
          <w:i/>
          <w:color w:val="282828"/>
          <w:sz w:val="22"/>
        </w:rPr>
        <w:t>Bay: Post-conversion 12-lead was not STEMI.</w:t>
      </w:r>
    </w:p>
    <w:p>
      <w:pPr>
        <w:spacing w:before="120" w:after="20" w:line="259" w:lineRule="auto"/>
        <w:shd w:fill="F8E8E8" w:val="clear"/>
      </w:pPr>
      <w:r>
        <w:rPr>
          <w:rFonts w:ascii="Calibri" w:hAnsi="Calibri" w:eastAsia="Calibri"/>
          <w:b w:val="0"/>
          <w:i w:val="0"/>
          <w:color w:val="A02828"/>
          <w:sz w:val="22"/>
        </w:rPr>
        <w:t>C. [WRONG] Sinus tach from PE</w:t>
      </w:r>
    </w:p>
    <w:p>
      <w:pPr>
        <w:spacing w:before="0" w:after="20" w:line="259" w:lineRule="auto"/>
      </w:pPr>
      <w:r>
        <w:rPr>
          <w:rFonts w:ascii="Calibri" w:hAnsi="Calibri" w:eastAsia="Calibri"/>
          <w:b w:val="0"/>
          <w:i/>
          <w:color w:val="282828"/>
          <w:sz w:val="22"/>
        </w:rPr>
        <w:t>Bay: It converted with 120 J.</w:t>
      </w:r>
    </w:p>
    <w:p>
      <w:pPr>
        <w:spacing w:before="120" w:after="20" w:line="259" w:lineRule="auto"/>
        <w:shd w:fill="F8E8E8" w:val="clear"/>
      </w:pPr>
      <w:r>
        <w:rPr>
          <w:rFonts w:ascii="Calibri" w:hAnsi="Calibri" w:eastAsia="Calibri"/>
          <w:b w:val="0"/>
          <w:i w:val="0"/>
          <w:color w:val="A02828"/>
          <w:sz w:val="22"/>
        </w:rPr>
        <w:t>D. [WRONG] Torsades</w:t>
      </w:r>
    </w:p>
    <w:p>
      <w:pPr>
        <w:spacing w:before="0" w:after="20" w:line="259" w:lineRule="auto"/>
      </w:pPr>
      <w:r>
        <w:rPr>
          <w:rFonts w:ascii="Calibri" w:hAnsi="Calibri" w:eastAsia="Calibri"/>
          <w:b w:val="0"/>
          <w:i/>
          <w:color w:val="282828"/>
          <w:sz w:val="22"/>
        </w:rPr>
        <w:t>Bay: It was narrow and regular.</w:t>
      </w:r>
    </w:p>
    <w:p>
      <w:pPr>
        <w:spacing w:before="120" w:after="20" w:line="259" w:lineRule="auto"/>
        <w:shd w:fill="F8E8E8" w:val="clear"/>
      </w:pPr>
      <w:r>
        <w:rPr>
          <w:rFonts w:ascii="Calibri" w:hAnsi="Calibri" w:eastAsia="Calibri"/>
          <w:b w:val="0"/>
          <w:i w:val="0"/>
          <w:color w:val="A02828"/>
          <w:sz w:val="22"/>
        </w:rPr>
        <w:t>E. [WRONG] Anxiety</w:t>
      </w:r>
    </w:p>
    <w:p>
      <w:pPr>
        <w:spacing w:before="0" w:after="20" w:line="259" w:lineRule="auto"/>
      </w:pPr>
      <w:r>
        <w:rPr>
          <w:rFonts w:ascii="Calibri" w:hAnsi="Calibri" w:eastAsia="Calibri"/>
          <w:b w:val="0"/>
          <w:i/>
          <w:color w:val="282828"/>
          <w:sz w:val="22"/>
        </w:rPr>
        <w:t>Bay: Stop.</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SVT with adverse features</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Sudden regular narrow-complex tachycardia at 188</w:t>
      </w:r>
    </w:p>
    <w:p>
      <w:pPr>
        <w:spacing w:before="0" w:after="40" w:line="259" w:lineRule="auto"/>
      </w:pPr>
      <w:r>
        <w:rPr>
          <w:rFonts w:ascii="Calibri" w:hAnsi="Calibri" w:eastAsia="Calibri"/>
          <w:b w:val="0"/>
          <w:i w:val="0"/>
          <w:sz w:val="22"/>
        </w:rPr>
        <w:t>• Hypotension and chest pain — adverse features</w:t>
      </w:r>
    </w:p>
    <w:p>
      <w:pPr>
        <w:spacing w:before="0" w:after="40" w:line="259" w:lineRule="auto"/>
      </w:pPr>
      <w:r>
        <w:rPr>
          <w:rFonts w:ascii="Calibri" w:hAnsi="Calibri" w:eastAsia="Calibri"/>
          <w:b w:val="0"/>
          <w:i w:val="0"/>
          <w:sz w:val="22"/>
        </w:rPr>
        <w:t>• Converted with synchronised cardioversion; 12-lead without obvious WPW</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Immediate 12-lead if it will not delay shock</w:t>
      </w:r>
    </w:p>
    <w:p>
      <w:pPr>
        <w:spacing w:before="0" w:after="40" w:line="259" w:lineRule="auto"/>
      </w:pPr>
      <w:r>
        <w:rPr>
          <w:rFonts w:ascii="Calibri" w:hAnsi="Calibri" w:eastAsia="Calibri"/>
          <w:b w:val="0"/>
          <w:i w:val="0"/>
          <w:sz w:val="22"/>
        </w:rPr>
        <w:t>• Post-conversion 12-lead for pre-excitation / ischaemia</w:t>
      </w:r>
    </w:p>
    <w:p>
      <w:pPr>
        <w:spacing w:before="0" w:after="40" w:line="259" w:lineRule="auto"/>
      </w:pPr>
      <w:r>
        <w:rPr>
          <w:rFonts w:ascii="Calibri" w:hAnsi="Calibri" w:eastAsia="Calibri"/>
          <w:b w:val="0"/>
          <w:i w:val="0"/>
          <w:sz w:val="22"/>
        </w:rPr>
        <w:t>• Electrolytes, βhCG, trop as adjuncts — they do not replace the shock</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RCUK: adverse features → synchronised DC cardioversion under sedation</w:t>
      </w:r>
    </w:p>
    <w:p>
      <w:pPr>
        <w:spacing w:before="0" w:after="40" w:line="259" w:lineRule="auto"/>
      </w:pPr>
      <w:r>
        <w:rPr>
          <w:rFonts w:ascii="Calibri" w:hAnsi="Calibri" w:eastAsia="Calibri"/>
          <w:b w:val="0"/>
          <w:i w:val="0"/>
          <w:sz w:val="22"/>
        </w:rPr>
        <w:t>• Start 70–120 J biphasic, escalate, still synchronised</w:t>
      </w:r>
    </w:p>
    <w:p>
      <w:pPr>
        <w:spacing w:before="0" w:after="40" w:line="259" w:lineRule="auto"/>
      </w:pPr>
      <w:r>
        <w:rPr>
          <w:rFonts w:ascii="Calibri" w:hAnsi="Calibri" w:eastAsia="Calibri"/>
          <w:b w:val="0"/>
          <w:i w:val="0"/>
          <w:sz w:val="22"/>
        </w:rPr>
        <w:t>• Stable SVT without adverse features: vagal then adenosine</w:t>
      </w:r>
    </w:p>
    <w:p>
      <w:pPr>
        <w:spacing w:before="0" w:after="40" w:line="259" w:lineRule="auto"/>
      </w:pPr>
      <w:r>
        <w:rPr>
          <w:rFonts w:ascii="Calibri" w:hAnsi="Calibri" w:eastAsia="Calibri"/>
          <w:b w:val="0"/>
          <w:i w:val="0"/>
          <w:sz w:val="22"/>
        </w:rPr>
        <w:t>• Avoid verapamil if WPW possible</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RCUK Adult tachycardia algorithm 2021</w:t>
      </w:r>
    </w:p>
    <w:p>
      <w:pPr>
        <w:spacing w:before="0" w:after="40" w:line="259" w:lineRule="auto"/>
      </w:pPr>
      <w:r>
        <w:rPr>
          <w:rFonts w:ascii="Calibri" w:hAnsi="Calibri" w:eastAsia="Calibri"/>
          <w:b w:val="0"/>
          <w:i w:val="0"/>
          <w:sz w:val="22"/>
        </w:rPr>
        <w:t>• ESC SVT 2019</w:t>
      </w:r>
    </w:p>
    <w:p>
      <w:pPr>
        <w:spacing w:before="0" w:after="40" w:line="259" w:lineRule="auto"/>
      </w:pPr>
      <w:r>
        <w:rPr>
          <w:rFonts w:ascii="Calibri" w:hAnsi="Calibri" w:eastAsia="Calibri"/>
          <w:b w:val="0"/>
          <w:i w:val="0"/>
          <w:sz w:val="22"/>
        </w:rPr>
        <w:t>• RCEM palpitations</w:t>
      </w:r>
    </w:p>
    <w:p>
      <w:r>
        <w:br w:type="page"/>
      </w:r>
    </w:p>
    <w:p>
      <w:pPr>
        <w:spacing w:before="120" w:after="160" w:line="259" w:lineRule="auto"/>
      </w:pPr>
      <w:r>
        <w:rPr>
          <w:rFonts w:ascii="Calibri" w:hAnsi="Calibri" w:eastAsia="Calibri"/>
          <w:b/>
          <w:i w:val="0"/>
          <w:color w:val="0C0E10"/>
          <w:sz w:val="36"/>
        </w:rPr>
        <w:t>Case 29 — Torsades de pointes (acquired long QT)</w:t>
      </w:r>
    </w:p>
    <w:p>
      <w:pPr>
        <w:spacing w:before="0" w:after="40" w:line="259" w:lineRule="auto"/>
      </w:pPr>
      <w:r>
        <w:rPr>
          <w:rFonts w:ascii="Calibri" w:hAnsi="Calibri" w:eastAsia="Calibri"/>
          <w:b w:val="0"/>
          <w:i/>
          <w:color w:val="5A5A5A"/>
          <w:sz w:val="20"/>
        </w:rPr>
        <w:t>buzzer · Emergency buzzer — AMU transfer · rhythm vt</w:t>
      </w:r>
    </w:p>
    <w:p>
      <w:pPr>
        <w:spacing w:before="0" w:after="40" w:line="259" w:lineRule="auto"/>
      </w:pPr>
      <w:r>
        <w:rPr>
          <w:rFonts w:ascii="Calibri" w:hAnsi="Calibri" w:eastAsia="Calibri"/>
          <w:b w:val="0"/>
          <w:i/>
          <w:color w:val="5A5A5A"/>
          <w:sz w:val="20"/>
        </w:rPr>
        <w:t>HR 160   BP 88/54   RR 20   SpO2 95%   temp 36.4   GCS 14   BM 5.4</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Emergency buzzer — a 67-year-old woman just arrived from AMU for 'a funny ECG'.</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She was admitted with diarrhoea on erythromycin plus her usual sotalol. She feels faint. The monitor looks wrong — twisting, polymorphic, still a pulse.</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talking, no stridor.</w:t>
      </w:r>
    </w:p>
    <w:p>
      <w:pPr>
        <w:spacing w:before="0" w:after="40" w:line="259" w:lineRule="auto"/>
      </w:pPr>
      <w:r>
        <w:rPr>
          <w:rFonts w:ascii="Calibri" w:hAnsi="Calibri" w:eastAsia="Calibri"/>
          <w:b w:val="0"/>
          <w:i w:val="0"/>
          <w:sz w:val="22"/>
        </w:rPr>
        <w:t>B — RR 20, clear, SpO2 95% air.</w:t>
      </w:r>
    </w:p>
    <w:p>
      <w:pPr>
        <w:spacing w:before="0" w:after="40" w:line="259" w:lineRule="auto"/>
      </w:pPr>
      <w:r>
        <w:rPr>
          <w:rFonts w:ascii="Calibri" w:hAnsi="Calibri" w:eastAsia="Calibri"/>
          <w:b w:val="0"/>
          <w:i w:val="0"/>
          <w:sz w:val="22"/>
        </w:rPr>
        <w:t>C — HR 160 irregular-looking on the screen, BP 88/54, CRT 3 s, no pulse deficit you can count, heart sounds lost in the rate.</w:t>
      </w:r>
    </w:p>
    <w:p>
      <w:pPr>
        <w:spacing w:before="0" w:after="40" w:line="259" w:lineRule="auto"/>
      </w:pPr>
      <w:r>
        <w:rPr>
          <w:rFonts w:ascii="Calibri" w:hAnsi="Calibri" w:eastAsia="Calibri"/>
          <w:b w:val="0"/>
          <w:i w:val="0"/>
          <w:sz w:val="22"/>
        </w:rPr>
        <w:t>D — GCS 14, BM 5.4, no focal neurology.</w:t>
      </w:r>
    </w:p>
    <w:p>
      <w:pPr>
        <w:spacing w:before="0" w:after="40" w:line="259" w:lineRule="auto"/>
      </w:pPr>
      <w:r>
        <w:rPr>
          <w:rFonts w:ascii="Calibri" w:hAnsi="Calibri" w:eastAsia="Calibri"/>
          <w:b w:val="0"/>
          <w:i w:val="0"/>
          <w:sz w:val="22"/>
        </w:rPr>
        <w:t>E — no rash. Medication list: sotalol, erythromycin, furosemide.</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Polymorphic VT, twisting around the baseline, she still has a pulse. On sotalol and a macrolide.</w:t>
      </w:r>
    </w:p>
    <w:p>
      <w:pPr>
        <w:spacing w:before="120" w:after="20" w:line="259" w:lineRule="auto"/>
        <w:shd w:fill="E8F5EC" w:val="clear"/>
      </w:pPr>
      <w:r>
        <w:rPr>
          <w:rFonts w:ascii="Calibri" w:hAnsi="Calibri" w:eastAsia="Calibri"/>
          <w:b/>
          <w:i w:val="0"/>
          <w:color w:val="146E3C"/>
          <w:sz w:val="22"/>
        </w:rPr>
        <w:t>A. [CORRECT] Magnesium sulfate</w:t>
      </w:r>
    </w:p>
    <w:p>
      <w:pPr>
        <w:spacing w:before="0" w:after="20" w:line="259" w:lineRule="auto"/>
      </w:pPr>
      <w:r>
        <w:rPr>
          <w:rFonts w:ascii="Calibri" w:hAnsi="Calibri" w:eastAsia="Calibri"/>
          <w:b w:val="0"/>
          <w:i/>
          <w:color w:val="282828"/>
          <w:sz w:val="22"/>
        </w:rPr>
        <w:t>Bay: 2 g already drawing. You do not give amiodarone for torsades — you will lengthen the QT further.</w:t>
      </w:r>
    </w:p>
    <w:p>
      <w:pPr>
        <w:spacing w:before="0" w:after="40" w:line="259" w:lineRule="auto"/>
      </w:pPr>
      <w:r>
        <w:rPr>
          <w:rFonts w:ascii="Calibri" w:hAnsi="Calibri" w:eastAsia="Calibri"/>
          <w:b w:val="0"/>
          <w:i/>
          <w:color w:val="5A4614"/>
          <w:sz w:val="20"/>
        </w:rPr>
        <w:t>Reaction: sbp +6</w:t>
      </w:r>
    </w:p>
    <w:p>
      <w:pPr>
        <w:spacing w:before="80" w:after="40" w:line="259" w:lineRule="auto"/>
      </w:pPr>
      <w:r>
        <w:rPr>
          <w:rFonts w:ascii="Calibri" w:hAnsi="Calibri" w:eastAsia="Calibri"/>
          <w:b/>
          <w:i w:val="0"/>
          <w:color w:val="46326E"/>
          <w:sz w:val="22"/>
        </w:rPr>
        <w:t xml:space="preserve">    Follow-up: What dose?</w:t>
      </w:r>
    </w:p>
    <w:p>
      <w:pPr>
        <w:spacing w:before="120" w:after="20" w:line="259" w:lineRule="auto"/>
        <w:shd w:fill="E8F5EC" w:val="clear"/>
      </w:pPr>
      <w:r>
        <w:rPr>
          <w:rFonts w:ascii="Calibri" w:hAnsi="Calibri" w:eastAsia="Calibri"/>
          <w:b/>
          <w:i w:val="0"/>
          <w:color w:val="146E3C"/>
          <w:sz w:val="22"/>
        </w:rPr>
        <w:t xml:space="preserve">    A. [CORRECT] Magnesium sulfate 2 g IV over 10 minutes, even if the serum Mg is 'normal'</w:t>
      </w:r>
    </w:p>
    <w:p>
      <w:pPr>
        <w:spacing w:before="0" w:after="20" w:line="259" w:lineRule="auto"/>
      </w:pPr>
      <w:r>
        <w:rPr>
          <w:rFonts w:ascii="Calibri" w:hAnsi="Calibri" w:eastAsia="Calibri"/>
          <w:b w:val="0"/>
          <w:i/>
          <w:color w:val="282828"/>
          <w:sz w:val="22"/>
        </w:rPr>
        <w:t xml:space="preserve">       Bay: RCUK / TOXBASE: first-line for torsades. Do not wait on the level.</w:t>
      </w:r>
    </w:p>
    <w:p>
      <w:pPr>
        <w:spacing w:before="120" w:after="20" w:line="259" w:lineRule="auto"/>
        <w:shd w:fill="F8E8E8" w:val="clear"/>
      </w:pPr>
      <w:r>
        <w:rPr>
          <w:rFonts w:ascii="Calibri" w:hAnsi="Calibri" w:eastAsia="Calibri"/>
          <w:b w:val="0"/>
          <w:i w:val="0"/>
          <w:color w:val="A02828"/>
          <w:sz w:val="22"/>
        </w:rPr>
        <w:t xml:space="preserve">    B. [WRONG] Magnesium 10 g as a push</w:t>
      </w:r>
    </w:p>
    <w:p>
      <w:pPr>
        <w:spacing w:before="0" w:after="20" w:line="259" w:lineRule="auto"/>
      </w:pPr>
      <w:r>
        <w:rPr>
          <w:rFonts w:ascii="Calibri" w:hAnsi="Calibri" w:eastAsia="Calibri"/>
          <w:b w:val="0"/>
          <w:i/>
          <w:color w:val="282828"/>
          <w:sz w:val="22"/>
        </w:rPr>
        <w:t xml:space="preserve">       Bay: 2 g is the usual first dose. 10 g risks profound hypotension and areflexia.</w:t>
      </w:r>
    </w:p>
    <w:p>
      <w:pPr>
        <w:spacing w:before="120" w:after="20" w:line="259" w:lineRule="auto"/>
        <w:shd w:fill="F8E8E8" w:val="clear"/>
      </w:pPr>
      <w:r>
        <w:rPr>
          <w:rFonts w:ascii="Calibri" w:hAnsi="Calibri" w:eastAsia="Calibri"/>
          <w:b w:val="0"/>
          <w:i w:val="0"/>
          <w:color w:val="A02828"/>
          <w:sz w:val="22"/>
        </w:rPr>
        <w:t xml:space="preserve">    C. [WRONG] Oral magnesium tablets</w:t>
      </w:r>
    </w:p>
    <w:p>
      <w:pPr>
        <w:spacing w:before="0" w:after="20" w:line="259" w:lineRule="auto"/>
      </w:pPr>
      <w:r>
        <w:rPr>
          <w:rFonts w:ascii="Calibri" w:hAnsi="Calibri" w:eastAsia="Calibri"/>
          <w:b w:val="0"/>
          <w:i/>
          <w:color w:val="282828"/>
          <w:sz w:val="22"/>
        </w:rPr>
        <w:t xml:space="preserve">       Bay: She is in polymorphic VT.</w:t>
      </w:r>
    </w:p>
    <w:p>
      <w:pPr>
        <w:spacing w:before="120" w:after="20" w:line="259" w:lineRule="auto"/>
        <w:shd w:fill="F8E8E8" w:val="clear"/>
      </w:pPr>
      <w:r>
        <w:rPr>
          <w:rFonts w:ascii="Calibri" w:hAnsi="Calibri" w:eastAsia="Calibri"/>
          <w:b w:val="0"/>
          <w:i w:val="0"/>
          <w:color w:val="A02828"/>
          <w:sz w:val="22"/>
        </w:rPr>
        <w:t xml:space="preserve">    D. [WRONG] Magnesium only if the lab Mg is under 0.5</w:t>
      </w:r>
    </w:p>
    <w:p>
      <w:pPr>
        <w:spacing w:before="0" w:after="20" w:line="259" w:lineRule="auto"/>
      </w:pPr>
      <w:r>
        <w:rPr>
          <w:rFonts w:ascii="Calibri" w:hAnsi="Calibri" w:eastAsia="Calibri"/>
          <w:b w:val="0"/>
          <w:i/>
          <w:color w:val="282828"/>
          <w:sz w:val="22"/>
        </w:rPr>
        <w:t xml:space="preserve">       Bay: Give it anyway.</w:t>
      </w:r>
    </w:p>
    <w:p>
      <w:pPr>
        <w:spacing w:before="120" w:after="20" w:line="259" w:lineRule="auto"/>
        <w:shd w:fill="F8E8E8" w:val="clear"/>
      </w:pPr>
      <w:r>
        <w:rPr>
          <w:rFonts w:ascii="Calibri" w:hAnsi="Calibri" w:eastAsia="Calibri"/>
          <w:b w:val="0"/>
          <w:i w:val="0"/>
          <w:color w:val="A02828"/>
          <w:sz w:val="22"/>
        </w:rPr>
        <w:t xml:space="preserve">    E. [WRONG] Amiodarone 300 mg instead of magnesium</w:t>
      </w:r>
    </w:p>
    <w:p>
      <w:pPr>
        <w:spacing w:before="0" w:after="20" w:line="259" w:lineRule="auto"/>
      </w:pPr>
      <w:r>
        <w:rPr>
          <w:rFonts w:ascii="Calibri" w:hAnsi="Calibri" w:eastAsia="Calibri"/>
          <w:b w:val="0"/>
          <w:i/>
          <w:color w:val="282828"/>
          <w:sz w:val="22"/>
        </w:rPr>
        <w:t xml:space="preserve">       Bay: Amiodarone prolongs QT. Wrong drug.</w:t>
      </w:r>
    </w:p>
    <w:p>
      <w:pPr>
        <w:spacing w:before="120" w:after="20" w:line="259" w:lineRule="auto"/>
        <w:shd w:fill="F8E8E8" w:val="clear"/>
      </w:pPr>
      <w:r>
        <w:rPr>
          <w:rFonts w:ascii="Calibri" w:hAnsi="Calibri" w:eastAsia="Calibri"/>
          <w:b w:val="0"/>
          <w:i w:val="0"/>
          <w:color w:val="A02828"/>
          <w:sz w:val="22"/>
        </w:rPr>
        <w:t>B. [WRONG] Amiodarone 300 mg IV</w:t>
      </w:r>
    </w:p>
    <w:p>
      <w:pPr>
        <w:spacing w:before="0" w:after="20" w:line="259" w:lineRule="auto"/>
      </w:pPr>
      <w:r>
        <w:rPr>
          <w:rFonts w:ascii="Calibri" w:hAnsi="Calibri" w:eastAsia="Calibri"/>
          <w:b w:val="0"/>
          <w:i/>
          <w:color w:val="282828"/>
          <w:sz w:val="22"/>
        </w:rPr>
        <w:t>Bay: QT-prolonging. You may lock her into torsades.</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Lidocaine as first-line ahead of magnesium</w:t>
      </w:r>
    </w:p>
    <w:p>
      <w:pPr>
        <w:spacing w:before="0" w:after="20" w:line="259" w:lineRule="auto"/>
      </w:pPr>
      <w:r>
        <w:rPr>
          <w:rFonts w:ascii="Calibri" w:hAnsi="Calibri" w:eastAsia="Calibri"/>
          <w:b w:val="0"/>
          <w:i/>
          <w:color w:val="282828"/>
          <w:sz w:val="22"/>
        </w:rPr>
        <w:t>Bay: Magnesium first in torsades. Lidocaine is a later option.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Procainamide</w:t>
      </w:r>
    </w:p>
    <w:p>
      <w:pPr>
        <w:spacing w:before="0" w:after="20" w:line="259" w:lineRule="auto"/>
      </w:pPr>
      <w:r>
        <w:rPr>
          <w:rFonts w:ascii="Calibri" w:hAnsi="Calibri" w:eastAsia="Calibri"/>
          <w:b w:val="0"/>
          <w:i/>
          <w:color w:val="282828"/>
          <w:sz w:val="22"/>
        </w:rPr>
        <w:t>Bay: QT.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Sotalol 40 mg IV to 'cover the rate'</w:t>
      </w:r>
    </w:p>
    <w:p>
      <w:pPr>
        <w:spacing w:before="0" w:after="20" w:line="259" w:lineRule="auto"/>
      </w:pPr>
      <w:r>
        <w:rPr>
          <w:rFonts w:ascii="Calibri" w:hAnsi="Calibri" w:eastAsia="Calibri"/>
          <w:b w:val="0"/>
          <w:i/>
          <w:color w:val="282828"/>
          <w:sz w:val="22"/>
        </w:rPr>
        <w:t>Bay: She is already on sotalol. That is the cause.</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Magnesium is in. She still bursts. BP 86. Pulse still there.</w:t>
      </w:r>
    </w:p>
    <w:p>
      <w:pPr>
        <w:spacing w:before="120" w:after="20" w:line="259" w:lineRule="auto"/>
        <w:shd w:fill="E8F5EC" w:val="clear"/>
      </w:pPr>
      <w:r>
        <w:rPr>
          <w:rFonts w:ascii="Calibri" w:hAnsi="Calibri" w:eastAsia="Calibri"/>
          <w:b/>
          <w:i w:val="0"/>
          <w:color w:val="146E3C"/>
          <w:sz w:val="22"/>
        </w:rPr>
        <w:t>A. [CORRECT] Stop the QT drugs, correct K, prepare to shock if she loses output</w:t>
      </w:r>
    </w:p>
    <w:p>
      <w:pPr>
        <w:spacing w:before="0" w:after="20" w:line="259" w:lineRule="auto"/>
      </w:pPr>
      <w:r>
        <w:rPr>
          <w:rFonts w:ascii="Calibri" w:hAnsi="Calibri" w:eastAsia="Calibri"/>
          <w:b w:val="0"/>
          <w:i/>
          <w:color w:val="282828"/>
          <w:sz w:val="22"/>
        </w:rPr>
        <w:t>Bay: Erythromycin stopped. K heading over 4.0. Pads on. Isoprenaline is a conversation if she keeps bursting.</w:t>
      </w:r>
    </w:p>
    <w:p>
      <w:pPr>
        <w:spacing w:before="0" w:after="40" w:line="259" w:lineRule="auto"/>
      </w:pPr>
      <w:r>
        <w:rPr>
          <w:rFonts w:ascii="Calibri" w:hAnsi="Calibri" w:eastAsia="Calibri"/>
          <w:b w:val="0"/>
          <w:i/>
          <w:color w:val="5A4614"/>
          <w:sz w:val="20"/>
        </w:rPr>
        <w:t>Reaction: sbp +4</w:t>
      </w:r>
    </w:p>
    <w:p>
      <w:pPr>
        <w:spacing w:before="80" w:after="40" w:line="259" w:lineRule="auto"/>
      </w:pPr>
      <w:r>
        <w:rPr>
          <w:rFonts w:ascii="Calibri" w:hAnsi="Calibri" w:eastAsia="Calibri"/>
          <w:b/>
          <w:i w:val="0"/>
          <w:color w:val="46326E"/>
          <w:sz w:val="22"/>
        </w:rPr>
        <w:t xml:space="preserve">    Follow-up: If she becomes pulseless?</w:t>
      </w:r>
    </w:p>
    <w:p>
      <w:pPr>
        <w:spacing w:before="120" w:after="20" w:line="259" w:lineRule="auto"/>
        <w:shd w:fill="E8F5EC" w:val="clear"/>
      </w:pPr>
      <w:r>
        <w:rPr>
          <w:rFonts w:ascii="Calibri" w:hAnsi="Calibri" w:eastAsia="Calibri"/>
          <w:b/>
          <w:i w:val="0"/>
          <w:color w:val="146E3C"/>
          <w:sz w:val="22"/>
        </w:rPr>
        <w:t xml:space="preserve">    A. [CORRECT] Unsynchronised defibrillation — treat like VF</w:t>
      </w:r>
    </w:p>
    <w:p>
      <w:pPr>
        <w:spacing w:before="0" w:after="20" w:line="259" w:lineRule="auto"/>
      </w:pPr>
      <w:r>
        <w:rPr>
          <w:rFonts w:ascii="Calibri" w:hAnsi="Calibri" w:eastAsia="Calibri"/>
          <w:b w:val="0"/>
          <w:i/>
          <w:color w:val="282828"/>
          <w:sz w:val="22"/>
        </w:rPr>
        <w:t xml:space="preserve">       Bay: Pulseless polymorphic VT is a shockable arrest.</w:t>
      </w:r>
    </w:p>
    <w:p>
      <w:pPr>
        <w:spacing w:before="120" w:after="20" w:line="259" w:lineRule="auto"/>
        <w:shd w:fill="F8E8E8" w:val="clear"/>
      </w:pPr>
      <w:r>
        <w:rPr>
          <w:rFonts w:ascii="Calibri" w:hAnsi="Calibri" w:eastAsia="Calibri"/>
          <w:b w:val="0"/>
          <w:i w:val="0"/>
          <w:color w:val="A02828"/>
          <w:sz w:val="22"/>
        </w:rPr>
        <w:t xml:space="preserve">    B. [WRONG] Synchronised low-energy cardioversion only</w:t>
      </w:r>
    </w:p>
    <w:p>
      <w:pPr>
        <w:spacing w:before="0" w:after="20" w:line="259" w:lineRule="auto"/>
      </w:pPr>
      <w:r>
        <w:rPr>
          <w:rFonts w:ascii="Calibri" w:hAnsi="Calibri" w:eastAsia="Calibri"/>
          <w:b w:val="0"/>
          <w:i/>
          <w:color w:val="282828"/>
          <w:sz w:val="22"/>
        </w:rPr>
        <w:t xml:space="preserve">       Bay: There is no reliable QRS to sync to. Defibrillate.</w:t>
      </w:r>
    </w:p>
    <w:p>
      <w:pPr>
        <w:spacing w:before="120" w:after="20" w:line="259" w:lineRule="auto"/>
        <w:shd w:fill="F8E8E8" w:val="clear"/>
      </w:pPr>
      <w:r>
        <w:rPr>
          <w:rFonts w:ascii="Calibri" w:hAnsi="Calibri" w:eastAsia="Calibri"/>
          <w:b w:val="0"/>
          <w:i w:val="0"/>
          <w:color w:val="A02828"/>
          <w:sz w:val="22"/>
        </w:rPr>
        <w:t xml:space="preserve">    C. [WRONG] More sotalol</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D. [WRONG] Amiodarone 300 mg as the ALS anti-arrhythmic of choice here</w:t>
      </w:r>
    </w:p>
    <w:p>
      <w:pPr>
        <w:spacing w:before="0" w:after="20" w:line="259" w:lineRule="auto"/>
      </w:pPr>
      <w:r>
        <w:rPr>
          <w:rFonts w:ascii="Calibri" w:hAnsi="Calibri" w:eastAsia="Calibri"/>
          <w:b w:val="0"/>
          <w:i/>
          <w:color w:val="282828"/>
          <w:sz w:val="22"/>
        </w:rPr>
        <w:t xml:space="preserve">       Bay: Still the wrong family in torsades.</w:t>
      </w:r>
    </w:p>
    <w:p>
      <w:pPr>
        <w:spacing w:before="120" w:after="20" w:line="259" w:lineRule="auto"/>
        <w:shd w:fill="F8E8E8" w:val="clear"/>
      </w:pPr>
      <w:r>
        <w:rPr>
          <w:rFonts w:ascii="Calibri" w:hAnsi="Calibri" w:eastAsia="Calibri"/>
          <w:b w:val="0"/>
          <w:i w:val="0"/>
          <w:color w:val="A02828"/>
          <w:sz w:val="22"/>
        </w:rPr>
        <w:t xml:space="preserve">    E. [WRONG] Wait for a 12-lead during the arrest</w:t>
      </w:r>
    </w:p>
    <w:p>
      <w:pPr>
        <w:spacing w:before="0" w:after="20" w:line="259" w:lineRule="auto"/>
      </w:pPr>
      <w:r>
        <w:rPr>
          <w:rFonts w:ascii="Calibri" w:hAnsi="Calibri" w:eastAsia="Calibri"/>
          <w:b w:val="0"/>
          <w:i/>
          <w:color w:val="282828"/>
          <w:sz w:val="22"/>
        </w:rPr>
        <w:t xml:space="preserve">       Bay: Shock.</w:t>
      </w:r>
    </w:p>
    <w:p>
      <w:pPr>
        <w:spacing w:before="120" w:after="20" w:line="259" w:lineRule="auto"/>
        <w:shd w:fill="F8E8E8" w:val="clear"/>
      </w:pPr>
      <w:r>
        <w:rPr>
          <w:rFonts w:ascii="Calibri" w:hAnsi="Calibri" w:eastAsia="Calibri"/>
          <w:b w:val="0"/>
          <w:i w:val="0"/>
          <w:color w:val="A02828"/>
          <w:sz w:val="22"/>
        </w:rPr>
        <w:t>B. [WRONG] Give a further 300 mg amiodarone</w:t>
      </w:r>
    </w:p>
    <w:p>
      <w:pPr>
        <w:spacing w:before="0" w:after="20" w:line="259" w:lineRule="auto"/>
      </w:pPr>
      <w:r>
        <w:rPr>
          <w:rFonts w:ascii="Calibri" w:hAnsi="Calibri" w:eastAsia="Calibri"/>
          <w:b w:val="0"/>
          <w:i/>
          <w:color w:val="282828"/>
          <w:sz w:val="22"/>
        </w:rPr>
        <w:t>Bay: You will make the QT worse.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Start a sotalol infusion</w:t>
      </w:r>
    </w:p>
    <w:p>
      <w:pPr>
        <w:spacing w:before="0" w:after="20" w:line="259" w:lineRule="auto"/>
      </w:pPr>
      <w:r>
        <w:rPr>
          <w:rFonts w:ascii="Calibri" w:hAnsi="Calibri" w:eastAsia="Calibri"/>
          <w:b w:val="0"/>
          <w:i/>
          <w:color w:val="282828"/>
          <w:sz w:val="22"/>
        </w:rPr>
        <w:t>Bay: Cause, not cure.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Verapamil 5 mg</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Discharge on a longer erythromycin course</w:t>
      </w:r>
    </w:p>
    <w:p>
      <w:pPr>
        <w:spacing w:before="0" w:after="20" w:line="259" w:lineRule="auto"/>
      </w:pPr>
      <w:r>
        <w:rPr>
          <w:rFonts w:ascii="Calibri" w:hAnsi="Calibri" w:eastAsia="Calibri"/>
          <w:b w:val="0"/>
          <w:i/>
          <w:color w:val="282828"/>
          <w:sz w:val="22"/>
        </w:rPr>
        <w:t>Bay: The antibiotic is part of the QT story.</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Bursts settling. Send labs.</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7.41  pCO2 4.6  pO2 12.0  HCO3 24  BE 0  lactate 2.2  K+ 3.1  Hb 128</w:t>
      </w:r>
    </w:p>
    <w:p>
      <w:pPr>
        <w:spacing w:before="0" w:after="40" w:line="259" w:lineRule="auto"/>
      </w:pPr>
      <w:r>
        <w:rPr>
          <w:rFonts w:ascii="Calibri" w:hAnsi="Calibri" w:eastAsia="Calibri"/>
          <w:b w:val="0"/>
          <w:i w:val="0"/>
          <w:sz w:val="22"/>
        </w:rPr>
        <w:t>Potassium 3.1. Replace. Magnesium still give even if the lab comes back normal.</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5.4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nonspecific</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Diarrhoea admission — concentrated. No blood.</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ue: Na 134   K 3.1   urea 9.1   creat 88</w:t>
      </w:r>
    </w:p>
    <w:p>
      <w:pPr>
        <w:spacing w:before="0" w:after="40" w:line="259" w:lineRule="auto"/>
      </w:pPr>
      <w:r>
        <w:rPr>
          <w:rFonts w:ascii="Calibri" w:hAnsi="Calibri" w:eastAsia="Calibri"/>
          <w:b w:val="0"/>
          <w:i w:val="0"/>
          <w:sz w:val="22"/>
        </w:rPr>
        <w:t>mg: 0.68 mmol/L</w:t>
      </w:r>
    </w:p>
    <w:p>
      <w:pPr>
        <w:spacing w:before="0" w:after="40" w:line="259" w:lineRule="auto"/>
      </w:pPr>
      <w:r>
        <w:rPr>
          <w:rFonts w:ascii="Calibri" w:hAnsi="Calibri" w:eastAsia="Calibri"/>
          <w:b w:val="0"/>
          <w:i w:val="0"/>
          <w:sz w:val="22"/>
        </w:rPr>
        <w:t>trop: 8 ng/L</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K 3.1, Mg 0.68. Review — then decide.</w:t>
      </w:r>
    </w:p>
    <w:p>
      <w:pPr>
        <w:spacing w:before="120" w:after="20" w:line="259" w:lineRule="auto"/>
        <w:shd w:fill="E8F5EC" w:val="clear"/>
      </w:pPr>
      <w:r>
        <w:rPr>
          <w:rFonts w:ascii="Calibri" w:hAnsi="Calibri" w:eastAsia="Calibri"/>
          <w:b/>
          <w:i w:val="0"/>
          <w:color w:val="146E3C"/>
          <w:sz w:val="22"/>
        </w:rPr>
        <w:t>A. [CORRECT] Replace potassium, more magnesium if bursts return, telemetry</w:t>
      </w:r>
    </w:p>
    <w:p>
      <w:pPr>
        <w:spacing w:before="0" w:after="20" w:line="259" w:lineRule="auto"/>
      </w:pPr>
      <w:r>
        <w:rPr>
          <w:rFonts w:ascii="Calibri" w:hAnsi="Calibri" w:eastAsia="Calibri"/>
          <w:b w:val="0"/>
          <w:i/>
          <w:color w:val="282828"/>
          <w:sz w:val="22"/>
        </w:rPr>
        <w:t>Bay: KCl running. Pads stay. You do not put her back on sotalol tonight.</w:t>
      </w:r>
    </w:p>
    <w:p>
      <w:pPr>
        <w:spacing w:before="80" w:after="40" w:line="259" w:lineRule="auto"/>
      </w:pPr>
      <w:r>
        <w:rPr>
          <w:rFonts w:ascii="Calibri" w:hAnsi="Calibri" w:eastAsia="Calibri"/>
          <w:b/>
          <w:i w:val="0"/>
          <w:color w:val="46326E"/>
          <w:sz w:val="22"/>
        </w:rPr>
        <w:t xml:space="preserve">    Follow-up: Target potassium?</w:t>
      </w:r>
    </w:p>
    <w:p>
      <w:pPr>
        <w:spacing w:before="120" w:after="20" w:line="259" w:lineRule="auto"/>
        <w:shd w:fill="E8F5EC" w:val="clear"/>
      </w:pPr>
      <w:r>
        <w:rPr>
          <w:rFonts w:ascii="Calibri" w:hAnsi="Calibri" w:eastAsia="Calibri"/>
          <w:b/>
          <w:i w:val="0"/>
          <w:color w:val="146E3C"/>
          <w:sz w:val="22"/>
        </w:rPr>
        <w:t xml:space="preserve">    A. [CORRECT] Aim over 4.0 mmol/L in an irritable, long-QT ventricle</w:t>
      </w:r>
    </w:p>
    <w:p>
      <w:pPr>
        <w:spacing w:before="0" w:after="20" w:line="259" w:lineRule="auto"/>
      </w:pPr>
      <w:r>
        <w:rPr>
          <w:rFonts w:ascii="Calibri" w:hAnsi="Calibri" w:eastAsia="Calibri"/>
          <w:b w:val="0"/>
          <w:i/>
          <w:color w:val="282828"/>
          <w:sz w:val="22"/>
        </w:rPr>
        <w:t xml:space="preserve">       Bay: Higher-normal K is the point.</w:t>
      </w:r>
    </w:p>
    <w:p>
      <w:pPr>
        <w:spacing w:before="120" w:after="20" w:line="259" w:lineRule="auto"/>
        <w:shd w:fill="F8E8E8" w:val="clear"/>
      </w:pPr>
      <w:r>
        <w:rPr>
          <w:rFonts w:ascii="Calibri" w:hAnsi="Calibri" w:eastAsia="Calibri"/>
          <w:b w:val="0"/>
          <w:i w:val="0"/>
          <w:color w:val="A02828"/>
          <w:sz w:val="22"/>
        </w:rPr>
        <w:t xml:space="preserve">    B. [WRONG] Leave K at 3.1 if she is 'asymptomatic now'</w:t>
      </w:r>
    </w:p>
    <w:p>
      <w:pPr>
        <w:spacing w:before="0" w:after="20" w:line="259" w:lineRule="auto"/>
      </w:pPr>
      <w:r>
        <w:rPr>
          <w:rFonts w:ascii="Calibri" w:hAnsi="Calibri" w:eastAsia="Calibri"/>
          <w:b w:val="0"/>
          <w:i/>
          <w:color w:val="282828"/>
          <w:sz w:val="22"/>
        </w:rPr>
        <w:t xml:space="preserve">       Bay: She was just in torsades.</w:t>
      </w:r>
    </w:p>
    <w:p>
      <w:pPr>
        <w:spacing w:before="120" w:after="20" w:line="259" w:lineRule="auto"/>
        <w:shd w:fill="F8E8E8" w:val="clear"/>
      </w:pPr>
      <w:r>
        <w:rPr>
          <w:rFonts w:ascii="Calibri" w:hAnsi="Calibri" w:eastAsia="Calibri"/>
          <w:b w:val="0"/>
          <w:i w:val="0"/>
          <w:color w:val="A02828"/>
          <w:sz w:val="22"/>
        </w:rPr>
        <w:t xml:space="preserve">    C. [WRONG] Push 40 mmol KCl as a neat bolus</w:t>
      </w:r>
    </w:p>
    <w:p>
      <w:pPr>
        <w:spacing w:before="0" w:after="20" w:line="259" w:lineRule="auto"/>
      </w:pPr>
      <w:r>
        <w:rPr>
          <w:rFonts w:ascii="Calibri" w:hAnsi="Calibri" w:eastAsia="Calibri"/>
          <w:b w:val="0"/>
          <w:i/>
          <w:color w:val="282828"/>
          <w:sz w:val="22"/>
        </w:rPr>
        <w:t xml:space="preserve">       Bay: That is how you arrest people. Infuse, monitor.</w:t>
      </w:r>
    </w:p>
    <w:p>
      <w:pPr>
        <w:spacing w:before="120" w:after="20" w:line="259" w:lineRule="auto"/>
        <w:shd w:fill="F8E8E8" w:val="clear"/>
      </w:pPr>
      <w:r>
        <w:rPr>
          <w:rFonts w:ascii="Calibri" w:hAnsi="Calibri" w:eastAsia="Calibri"/>
          <w:b w:val="0"/>
          <w:i w:val="0"/>
          <w:color w:val="A02828"/>
          <w:sz w:val="22"/>
        </w:rPr>
        <w:t xml:space="preserve">    D. [WRONG] Kayexalate because any potassium manipulation is good</w:t>
      </w:r>
    </w:p>
    <w:p>
      <w:pPr>
        <w:spacing w:before="0" w:after="20" w:line="259" w:lineRule="auto"/>
      </w:pPr>
      <w:r>
        <w:rPr>
          <w:rFonts w:ascii="Calibri" w:hAnsi="Calibri" w:eastAsia="Calibri"/>
          <w:b w:val="0"/>
          <w:i/>
          <w:color w:val="282828"/>
          <w:sz w:val="22"/>
        </w:rPr>
        <w:t xml:space="preserve">       Bay: She is low, not high.</w:t>
      </w:r>
    </w:p>
    <w:p>
      <w:pPr>
        <w:spacing w:before="120" w:after="20" w:line="259" w:lineRule="auto"/>
        <w:shd w:fill="F8E8E8" w:val="clear"/>
      </w:pPr>
      <w:r>
        <w:rPr>
          <w:rFonts w:ascii="Calibri" w:hAnsi="Calibri" w:eastAsia="Calibri"/>
          <w:b w:val="0"/>
          <w:i w:val="0"/>
          <w:color w:val="A02828"/>
          <w:sz w:val="22"/>
        </w:rPr>
        <w:t xml:space="preserve">    E. [WRONG] Bicarbonate to shift K in</w:t>
      </w:r>
    </w:p>
    <w:p>
      <w:pPr>
        <w:spacing w:before="0" w:after="20" w:line="259" w:lineRule="auto"/>
      </w:pPr>
      <w:r>
        <w:rPr>
          <w:rFonts w:ascii="Calibri" w:hAnsi="Calibri" w:eastAsia="Calibri"/>
          <w:b w:val="0"/>
          <w:i/>
          <w:color w:val="282828"/>
          <w:sz w:val="22"/>
        </w:rPr>
        <w:t xml:space="preserve">       Bay: That would drop it further.</w:t>
      </w:r>
    </w:p>
    <w:p>
      <w:pPr>
        <w:spacing w:before="120" w:after="20" w:line="259" w:lineRule="auto"/>
        <w:shd w:fill="F8E8E8" w:val="clear"/>
      </w:pPr>
      <w:r>
        <w:rPr>
          <w:rFonts w:ascii="Calibri" w:hAnsi="Calibri" w:eastAsia="Calibri"/>
          <w:b w:val="0"/>
          <w:i w:val="0"/>
          <w:color w:val="A02828"/>
          <w:sz w:val="22"/>
        </w:rPr>
        <w:t>B. [WRONG] Restart sotalol because her rate might climb</w:t>
      </w:r>
    </w:p>
    <w:p>
      <w:pPr>
        <w:spacing w:before="0" w:after="20" w:line="259" w:lineRule="auto"/>
      </w:pPr>
      <w:r>
        <w:rPr>
          <w:rFonts w:ascii="Calibri" w:hAnsi="Calibri" w:eastAsia="Calibri"/>
          <w:b w:val="0"/>
          <w:i/>
          <w:color w:val="282828"/>
          <w:sz w:val="22"/>
        </w:rPr>
        <w:t>Bay: You just resuscitated the side-effect.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Give erythromycin IV to 'finish the course'</w:t>
      </w:r>
    </w:p>
    <w:p>
      <w:pPr>
        <w:spacing w:before="0" w:after="20" w:line="259" w:lineRule="auto"/>
      </w:pPr>
      <w:r>
        <w:rPr>
          <w:rFonts w:ascii="Calibri" w:hAnsi="Calibri" w:eastAsia="Calibri"/>
          <w:b w:val="0"/>
          <w:i/>
          <w:color w:val="282828"/>
          <w:sz w:val="22"/>
        </w:rPr>
        <w:t>Bay: Macrolide plus sotalol plus low K is the triad.</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Amiodarone infusion overnight</w:t>
      </w:r>
    </w:p>
    <w:p>
      <w:pPr>
        <w:spacing w:before="0" w:after="20" w:line="259" w:lineRule="auto"/>
      </w:pPr>
      <w:r>
        <w:rPr>
          <w:rFonts w:ascii="Calibri" w:hAnsi="Calibri" w:eastAsia="Calibri"/>
          <w:b w:val="0"/>
          <w:i/>
          <w:color w:val="282828"/>
          <w:sz w:val="22"/>
        </w:rPr>
        <w:t>Bay: QT.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Unmonitored ward because the last burst has stopped</w:t>
      </w:r>
    </w:p>
    <w:p>
      <w:pPr>
        <w:spacing w:before="0" w:after="20" w:line="259" w:lineRule="auto"/>
      </w:pPr>
      <w:r>
        <w:rPr>
          <w:rFonts w:ascii="Calibri" w:hAnsi="Calibri" w:eastAsia="Calibri"/>
          <w:b w:val="0"/>
          <w:i/>
          <w:color w:val="282828"/>
          <w:sz w:val="22"/>
        </w:rPr>
        <w:t>Bay: Torsades clusters. Telemetry.</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The drug chart is a mess.</w:t>
      </w:r>
    </w:p>
    <w:p>
      <w:pPr>
        <w:spacing w:before="120" w:after="20" w:line="259" w:lineRule="auto"/>
        <w:shd w:fill="E8F5EC" w:val="clear"/>
      </w:pPr>
      <w:r>
        <w:rPr>
          <w:rFonts w:ascii="Calibri" w:hAnsi="Calibri" w:eastAsia="Calibri"/>
          <w:b/>
          <w:i w:val="0"/>
          <w:color w:val="146E3C"/>
          <w:sz w:val="22"/>
        </w:rPr>
        <w:t>A. [CORRECT] List every QT-prolonging drug — sotalol, macrolide, antiemetics, antipsychotics</w:t>
      </w:r>
    </w:p>
    <w:p>
      <w:pPr>
        <w:spacing w:before="0" w:after="20" w:line="259" w:lineRule="auto"/>
      </w:pPr>
      <w:r>
        <w:rPr>
          <w:rFonts w:ascii="Calibri" w:hAnsi="Calibri" w:eastAsia="Calibri"/>
          <w:b w:val="0"/>
          <w:i/>
          <w:color w:val="282828"/>
          <w:sz w:val="22"/>
        </w:rPr>
        <w:t>Bay: Sotalol + erythromycin + she had ondansetron on AMU.</w:t>
      </w:r>
    </w:p>
    <w:p>
      <w:pPr>
        <w:spacing w:before="120" w:after="20" w:line="259" w:lineRule="auto"/>
        <w:shd w:fill="E8F5EC" w:val="clear"/>
      </w:pPr>
      <w:r>
        <w:rPr>
          <w:rFonts w:ascii="Calibri" w:hAnsi="Calibri" w:eastAsia="Calibri"/>
          <w:b/>
          <w:i w:val="0"/>
          <w:color w:val="146E3C"/>
          <w:sz w:val="22"/>
        </w:rPr>
        <w:t>B. [CORRECT] Diarrhoea, diuretics, last potassium, family long-QT</w:t>
      </w:r>
    </w:p>
    <w:p>
      <w:pPr>
        <w:spacing w:before="0" w:after="20" w:line="259" w:lineRule="auto"/>
      </w:pPr>
      <w:r>
        <w:rPr>
          <w:rFonts w:ascii="Calibri" w:hAnsi="Calibri" w:eastAsia="Calibri"/>
          <w:b w:val="0"/>
          <w:i/>
          <w:color w:val="282828"/>
          <w:sz w:val="22"/>
        </w:rPr>
        <w:t>Bay: Furosemide at home, K 3.1, no family history known.</w:t>
      </w:r>
    </w:p>
    <w:p>
      <w:pPr>
        <w:spacing w:before="120" w:after="20" w:line="259" w:lineRule="auto"/>
        <w:shd w:fill="E8F5EC" w:val="clear"/>
      </w:pPr>
      <w:r>
        <w:rPr>
          <w:rFonts w:ascii="Calibri" w:hAnsi="Calibri" w:eastAsia="Calibri"/>
          <w:b/>
          <w:i w:val="0"/>
          <w:color w:val="146E3C"/>
          <w:sz w:val="22"/>
        </w:rPr>
        <w:t>C. [CORRECT] Ask about syncope, deafness, previous 'seizures' that were arrhythmic</w:t>
      </w:r>
    </w:p>
    <w:p>
      <w:pPr>
        <w:spacing w:before="0" w:after="20" w:line="259" w:lineRule="auto"/>
      </w:pPr>
      <w:r>
        <w:rPr>
          <w:rFonts w:ascii="Calibri" w:hAnsi="Calibri" w:eastAsia="Calibri"/>
          <w:b w:val="0"/>
          <w:i/>
          <w:color w:val="282828"/>
          <w:sz w:val="22"/>
        </w:rPr>
        <w:t>Bay: Two faints this week they called vasovagal.</w:t>
      </w:r>
    </w:p>
    <w:p>
      <w:pPr>
        <w:spacing w:before="120" w:after="20" w:line="259" w:lineRule="auto"/>
        <w:shd w:fill="F8E8E8" w:val="clear"/>
      </w:pPr>
      <w:r>
        <w:rPr>
          <w:rFonts w:ascii="Calibri" w:hAnsi="Calibri" w:eastAsia="Calibri"/>
          <w:b w:val="0"/>
          <w:i w:val="0"/>
          <w:color w:val="A02828"/>
          <w:sz w:val="22"/>
        </w:rPr>
        <w:t>D. [WRONG] Give a further antiemetic from the QTc list because she feels sick</w:t>
      </w:r>
    </w:p>
    <w:p>
      <w:pPr>
        <w:spacing w:before="0" w:after="20" w:line="259" w:lineRule="auto"/>
      </w:pPr>
      <w:r>
        <w:rPr>
          <w:rFonts w:ascii="Calibri" w:hAnsi="Calibri" w:eastAsia="Calibri"/>
          <w:b w:val="0"/>
          <w:i/>
          <w:color w:val="282828"/>
          <w:sz w:val="22"/>
        </w:rPr>
        <w:t>Bay: Ondansetron is not your friend here. Cyclizine or something less QT-active.</w:t>
      </w:r>
    </w:p>
    <w:p>
      <w:pPr>
        <w:spacing w:before="120" w:after="20" w:line="259" w:lineRule="auto"/>
        <w:shd w:fill="F8E8E8" w:val="clear"/>
      </w:pPr>
      <w:r>
        <w:rPr>
          <w:rFonts w:ascii="Calibri" w:hAnsi="Calibri" w:eastAsia="Calibri"/>
          <w:b w:val="0"/>
          <w:i w:val="0"/>
          <w:color w:val="A02828"/>
          <w:sz w:val="22"/>
        </w:rPr>
        <w:t>E. [WRONG] Send her for an unescorted exercise test at 03:00</w:t>
      </w:r>
    </w:p>
    <w:p>
      <w:pPr>
        <w:spacing w:before="0" w:after="20" w:line="259" w:lineRule="auto"/>
      </w:pPr>
      <w:r>
        <w:rPr>
          <w:rFonts w:ascii="Calibri" w:hAnsi="Calibri" w:eastAsia="Calibri"/>
          <w:b w:val="0"/>
          <w:i/>
          <w:color w:val="282828"/>
          <w:sz w:val="22"/>
        </w:rPr>
        <w:t>Bay: No.</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Torsades de pointes from acquired long QT</w:t>
      </w:r>
    </w:p>
    <w:p>
      <w:pPr>
        <w:spacing w:before="0" w:after="20" w:line="259" w:lineRule="auto"/>
      </w:pPr>
      <w:r>
        <w:rPr>
          <w:rFonts w:ascii="Calibri" w:hAnsi="Calibri" w:eastAsia="Calibri"/>
          <w:b w:val="0"/>
          <w:i/>
          <w:color w:val="282828"/>
          <w:sz w:val="22"/>
        </w:rPr>
        <w:t>Bay: Polymorphic VT, sotalol, macrolide, low K. Magnesium, stop the drugs.</w:t>
      </w:r>
    </w:p>
    <w:p>
      <w:pPr>
        <w:spacing w:before="120" w:after="20" w:line="259" w:lineRule="auto"/>
        <w:shd w:fill="F8E8E8" w:val="clear"/>
      </w:pPr>
      <w:r>
        <w:rPr>
          <w:rFonts w:ascii="Calibri" w:hAnsi="Calibri" w:eastAsia="Calibri"/>
          <w:b w:val="0"/>
          <w:i w:val="0"/>
          <w:color w:val="A02828"/>
          <w:sz w:val="22"/>
        </w:rPr>
        <w:t>B. [WRONG] Monomorphic VT from ischaemia as the only story</w:t>
      </w:r>
    </w:p>
    <w:p>
      <w:pPr>
        <w:spacing w:before="0" w:after="20" w:line="259" w:lineRule="auto"/>
      </w:pPr>
      <w:r>
        <w:rPr>
          <w:rFonts w:ascii="Calibri" w:hAnsi="Calibri" w:eastAsia="Calibri"/>
          <w:b w:val="0"/>
          <w:i/>
          <w:color w:val="282828"/>
          <w:sz w:val="22"/>
        </w:rPr>
        <w:t>Bay: It twisted. The drug list is the cause.</w:t>
      </w:r>
    </w:p>
    <w:p>
      <w:pPr>
        <w:spacing w:before="120" w:after="20" w:line="259" w:lineRule="auto"/>
        <w:shd w:fill="F8E8E8" w:val="clear"/>
      </w:pPr>
      <w:r>
        <w:rPr>
          <w:rFonts w:ascii="Calibri" w:hAnsi="Calibri" w:eastAsia="Calibri"/>
          <w:b w:val="0"/>
          <w:i w:val="0"/>
          <w:color w:val="A02828"/>
          <w:sz w:val="22"/>
        </w:rPr>
        <w:t>C. [WRONG] SVT with aberrancy</w:t>
      </w:r>
    </w:p>
    <w:p>
      <w:pPr>
        <w:spacing w:before="0" w:after="20" w:line="259" w:lineRule="auto"/>
      </w:pPr>
      <w:r>
        <w:rPr>
          <w:rFonts w:ascii="Calibri" w:hAnsi="Calibri" w:eastAsia="Calibri"/>
          <w:b w:val="0"/>
          <w:i/>
          <w:color w:val="282828"/>
          <w:sz w:val="22"/>
        </w:rPr>
        <w:t>Bay: Polymorphic and twisting is not SVT.</w:t>
      </w:r>
    </w:p>
    <w:p>
      <w:pPr>
        <w:spacing w:before="120" w:after="20" w:line="259" w:lineRule="auto"/>
        <w:shd w:fill="F8E8E8" w:val="clear"/>
      </w:pPr>
      <w:r>
        <w:rPr>
          <w:rFonts w:ascii="Calibri" w:hAnsi="Calibri" w:eastAsia="Calibri"/>
          <w:b w:val="0"/>
          <w:i w:val="0"/>
          <w:color w:val="A02828"/>
          <w:sz w:val="22"/>
        </w:rPr>
        <w:t>D. [WRONG] AF with a rapid ventricular response</w:t>
      </w:r>
    </w:p>
    <w:p>
      <w:pPr>
        <w:spacing w:before="0" w:after="20" w:line="259" w:lineRule="auto"/>
      </w:pPr>
      <w:r>
        <w:rPr>
          <w:rFonts w:ascii="Calibri" w:hAnsi="Calibri" w:eastAsia="Calibri"/>
          <w:b w:val="0"/>
          <w:i/>
          <w:color w:val="282828"/>
          <w:sz w:val="22"/>
        </w:rPr>
        <w:t>Bay: Not AF.</w:t>
      </w:r>
    </w:p>
    <w:p>
      <w:pPr>
        <w:spacing w:before="120" w:after="20" w:line="259" w:lineRule="auto"/>
        <w:shd w:fill="F8E8E8" w:val="clear"/>
      </w:pPr>
      <w:r>
        <w:rPr>
          <w:rFonts w:ascii="Calibri" w:hAnsi="Calibri" w:eastAsia="Calibri"/>
          <w:b w:val="0"/>
          <w:i w:val="0"/>
          <w:color w:val="A02828"/>
          <w:sz w:val="22"/>
        </w:rPr>
        <w:t>E. [WRONG] Seizure</w:t>
      </w:r>
    </w:p>
    <w:p>
      <w:pPr>
        <w:spacing w:before="0" w:after="20" w:line="259" w:lineRule="auto"/>
      </w:pPr>
      <w:r>
        <w:rPr>
          <w:rFonts w:ascii="Calibri" w:hAnsi="Calibri" w:eastAsia="Calibri"/>
          <w:b w:val="0"/>
          <w:i/>
          <w:color w:val="282828"/>
          <w:sz w:val="22"/>
        </w:rPr>
        <w:t>Bay: The monitor showed torsades. The faints were probably the same.</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She bursts again and this time there is no pulse.</w:t>
      </w:r>
    </w:p>
    <w:p>
      <w:pPr>
        <w:spacing w:before="120" w:after="20" w:line="259" w:lineRule="auto"/>
        <w:shd w:fill="E8F5EC" w:val="clear"/>
      </w:pPr>
      <w:r>
        <w:rPr>
          <w:rFonts w:ascii="Calibri" w:hAnsi="Calibri" w:eastAsia="Calibri"/>
          <w:b/>
          <w:i w:val="0"/>
          <w:color w:val="146E3C"/>
          <w:sz w:val="22"/>
        </w:rPr>
        <w:t>A. [CORRECT] Defibrillate now</w:t>
      </w:r>
    </w:p>
    <w:p>
      <w:pPr>
        <w:spacing w:before="0" w:after="20" w:line="259" w:lineRule="auto"/>
      </w:pPr>
      <w:r>
        <w:rPr>
          <w:rFonts w:ascii="Calibri" w:hAnsi="Calibri" w:eastAsia="Calibri"/>
          <w:b w:val="0"/>
          <w:i/>
          <w:color w:val="282828"/>
          <w:sz w:val="22"/>
        </w:rPr>
        <w:t>Bay: Shock, CPR, magnesium already in. She returns with a pulse after one shock.</w:t>
      </w:r>
    </w:p>
    <w:p>
      <w:pPr>
        <w:spacing w:before="0" w:after="40" w:line="259" w:lineRule="auto"/>
      </w:pPr>
      <w:r>
        <w:rPr>
          <w:rFonts w:ascii="Calibri" w:hAnsi="Calibri" w:eastAsia="Calibri"/>
          <w:b w:val="0"/>
          <w:i/>
          <w:color w:val="5A4614"/>
          <w:sz w:val="20"/>
        </w:rPr>
        <w:t>Reaction: hr -40, sbp +20, rhythm → sinus-brady</w:t>
      </w:r>
    </w:p>
    <w:p>
      <w:pPr>
        <w:spacing w:before="80" w:after="40" w:line="259" w:lineRule="auto"/>
      </w:pPr>
      <w:r>
        <w:rPr>
          <w:rFonts w:ascii="Calibri" w:hAnsi="Calibri" w:eastAsia="Calibri"/>
          <w:b/>
          <w:i w:val="0"/>
          <w:color w:val="46326E"/>
          <w:sz w:val="22"/>
        </w:rPr>
        <w:t xml:space="preserve">    Follow-up: After ROSC, which anti-arrhythmic?</w:t>
      </w:r>
    </w:p>
    <w:p>
      <w:pPr>
        <w:spacing w:before="120" w:after="20" w:line="259" w:lineRule="auto"/>
        <w:shd w:fill="E8F5EC" w:val="clear"/>
      </w:pPr>
      <w:r>
        <w:rPr>
          <w:rFonts w:ascii="Calibri" w:hAnsi="Calibri" w:eastAsia="Calibri"/>
          <w:b/>
          <w:i w:val="0"/>
          <w:color w:val="146E3C"/>
          <w:sz w:val="22"/>
        </w:rPr>
        <w:t xml:space="preserve">    A. [CORRECT] Not amiodarone — keep magnesium, consider isoprenaline / overdrive if she keeps bursting</w:t>
      </w:r>
    </w:p>
    <w:p>
      <w:pPr>
        <w:spacing w:before="0" w:after="20" w:line="259" w:lineRule="auto"/>
      </w:pPr>
      <w:r>
        <w:rPr>
          <w:rFonts w:ascii="Calibri" w:hAnsi="Calibri" w:eastAsia="Calibri"/>
          <w:b w:val="0"/>
          <w:i/>
          <w:color w:val="282828"/>
          <w:sz w:val="22"/>
        </w:rPr>
        <w:t xml:space="preserve">       Bay: Isoprenaline or pacing to a rate of ~90–110 can stop pause-dependent torsades.</w:t>
      </w:r>
    </w:p>
    <w:p>
      <w:pPr>
        <w:spacing w:before="120" w:after="20" w:line="259" w:lineRule="auto"/>
        <w:shd w:fill="F8E8E8" w:val="clear"/>
      </w:pPr>
      <w:r>
        <w:rPr>
          <w:rFonts w:ascii="Calibri" w:hAnsi="Calibri" w:eastAsia="Calibri"/>
          <w:b w:val="0"/>
          <w:i w:val="0"/>
          <w:color w:val="A02828"/>
          <w:sz w:val="22"/>
        </w:rPr>
        <w:t xml:space="preserve">    B. [WRONG] Amiodarone 300 mg as standard ALS</w:t>
      </w:r>
    </w:p>
    <w:p>
      <w:pPr>
        <w:spacing w:before="0" w:after="20" w:line="259" w:lineRule="auto"/>
      </w:pPr>
      <w:r>
        <w:rPr>
          <w:rFonts w:ascii="Calibri" w:hAnsi="Calibri" w:eastAsia="Calibri"/>
          <w:b w:val="0"/>
          <w:i/>
          <w:color w:val="282828"/>
          <w:sz w:val="22"/>
        </w:rPr>
        <w:t xml:space="preserve">       Bay: Standard ALS anti-arrhythmic is wrong in torsades.</w:t>
      </w:r>
    </w:p>
    <w:p>
      <w:pPr>
        <w:spacing w:before="120" w:after="20" w:line="259" w:lineRule="auto"/>
        <w:shd w:fill="F8E8E8" w:val="clear"/>
      </w:pPr>
      <w:r>
        <w:rPr>
          <w:rFonts w:ascii="Calibri" w:hAnsi="Calibri" w:eastAsia="Calibri"/>
          <w:b w:val="0"/>
          <w:i w:val="0"/>
          <w:color w:val="A02828"/>
          <w:sz w:val="22"/>
        </w:rPr>
        <w:t xml:space="preserve">    C. [WRONG] Sotalol 40 mg</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D. [WRONG] Flecainide</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E. [WRONG] No further shocks if it recurs, magnesium only</w:t>
      </w:r>
    </w:p>
    <w:p>
      <w:pPr>
        <w:spacing w:before="0" w:after="20" w:line="259" w:lineRule="auto"/>
      </w:pPr>
      <w:r>
        <w:rPr>
          <w:rFonts w:ascii="Calibri" w:hAnsi="Calibri" w:eastAsia="Calibri"/>
          <w:b w:val="0"/>
          <w:i/>
          <w:color w:val="282828"/>
          <w:sz w:val="22"/>
        </w:rPr>
        <w:t xml:space="preserve">       Bay: Pulseless = shock every time.</w:t>
      </w:r>
    </w:p>
    <w:p>
      <w:pPr>
        <w:spacing w:before="120" w:after="20" w:line="259" w:lineRule="auto"/>
        <w:shd w:fill="F8E8E8" w:val="clear"/>
      </w:pPr>
      <w:r>
        <w:rPr>
          <w:rFonts w:ascii="Calibri" w:hAnsi="Calibri" w:eastAsia="Calibri"/>
          <w:b w:val="0"/>
          <w:i w:val="0"/>
          <w:color w:val="A02828"/>
          <w:sz w:val="22"/>
        </w:rPr>
        <w:t>B. [WRONG] Adenosine 6 mg</w:t>
      </w:r>
    </w:p>
    <w:p>
      <w:pPr>
        <w:spacing w:before="0" w:after="20" w:line="259" w:lineRule="auto"/>
      </w:pPr>
      <w:r>
        <w:rPr>
          <w:rFonts w:ascii="Calibri" w:hAnsi="Calibri" w:eastAsia="Calibri"/>
          <w:b w:val="0"/>
          <w:i/>
          <w:color w:val="282828"/>
          <w:sz w:val="22"/>
        </w:rPr>
        <w:t>Bay: Not torsades.</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Synchronised 70 J only</w:t>
      </w:r>
    </w:p>
    <w:p>
      <w:pPr>
        <w:spacing w:before="0" w:after="20" w:line="259" w:lineRule="auto"/>
      </w:pPr>
      <w:r>
        <w:rPr>
          <w:rFonts w:ascii="Calibri" w:hAnsi="Calibri" w:eastAsia="Calibri"/>
          <w:b w:val="0"/>
          <w:i/>
          <w:color w:val="282828"/>
          <w:sz w:val="22"/>
        </w:rPr>
        <w:t>Bay: Pulseless polymorphic — defibrillate.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Wait for a 12-lead</w:t>
      </w:r>
    </w:p>
    <w:p>
      <w:pPr>
        <w:spacing w:before="0" w:after="20" w:line="259" w:lineRule="auto"/>
      </w:pPr>
      <w:r>
        <w:rPr>
          <w:rFonts w:ascii="Calibri" w:hAnsi="Calibri" w:eastAsia="Calibri"/>
          <w:b w:val="0"/>
          <w:i/>
          <w:color w:val="282828"/>
          <w:sz w:val="22"/>
        </w:rPr>
        <w:t>Bay: No pulse.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Give amiodarone then shock</w:t>
      </w:r>
    </w:p>
    <w:p>
      <w:pPr>
        <w:spacing w:before="0" w:after="20" w:line="259" w:lineRule="auto"/>
      </w:pPr>
      <w:r>
        <w:rPr>
          <w:rFonts w:ascii="Calibri" w:hAnsi="Calibri" w:eastAsia="Calibri"/>
          <w:b w:val="0"/>
          <w:i/>
          <w:color w:val="282828"/>
          <w:sz w:val="22"/>
        </w:rPr>
        <w:t>Bay: Shock first. Skip the amiodarone.</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Pulse back. QTc still long.</w:t>
      </w:r>
    </w:p>
    <w:p>
      <w:pPr>
        <w:spacing w:before="120" w:after="20" w:line="259" w:lineRule="auto"/>
        <w:shd w:fill="E8F5EC" w:val="clear"/>
      </w:pPr>
      <w:r>
        <w:rPr>
          <w:rFonts w:ascii="Calibri" w:hAnsi="Calibri" w:eastAsia="Calibri"/>
          <w:b/>
          <w:i w:val="0"/>
          <w:color w:val="146E3C"/>
          <w:sz w:val="22"/>
        </w:rPr>
        <w:t>A. [CORRECT] CCU / ICU with pads on and a QTc plan</w:t>
      </w:r>
    </w:p>
    <w:p>
      <w:pPr>
        <w:spacing w:before="0" w:after="20" w:line="259" w:lineRule="auto"/>
      </w:pPr>
      <w:r>
        <w:rPr>
          <w:rFonts w:ascii="Calibri" w:hAnsi="Calibri" w:eastAsia="Calibri"/>
          <w:b w:val="0"/>
          <w:i/>
          <w:color w:val="282828"/>
          <w:sz w:val="22"/>
        </w:rPr>
        <w:t>Bay: Yes.</w:t>
      </w:r>
    </w:p>
    <w:p>
      <w:pPr>
        <w:spacing w:before="120" w:after="20" w:line="259" w:lineRule="auto"/>
        <w:shd w:fill="F8E8E8" w:val="clear"/>
      </w:pPr>
      <w:r>
        <w:rPr>
          <w:rFonts w:ascii="Calibri" w:hAnsi="Calibri" w:eastAsia="Calibri"/>
          <w:b w:val="0"/>
          <w:i w:val="0"/>
          <w:color w:val="A02828"/>
          <w:sz w:val="22"/>
        </w:rPr>
        <w:t>B. [WRONG] Home with a Holter</w:t>
      </w:r>
    </w:p>
    <w:p>
      <w:pPr>
        <w:spacing w:before="0" w:after="20" w:line="259" w:lineRule="auto"/>
      </w:pPr>
      <w:r>
        <w:rPr>
          <w:rFonts w:ascii="Calibri" w:hAnsi="Calibri" w:eastAsia="Calibri"/>
          <w:b w:val="0"/>
          <w:i/>
          <w:color w:val="282828"/>
          <w:sz w:val="22"/>
        </w:rPr>
        <w:t>Bay: She just arrested.</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AMU unmonitored</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D. [WRONG] Stroke unit</w:t>
      </w:r>
    </w:p>
    <w:p>
      <w:pPr>
        <w:spacing w:before="0" w:after="20" w:line="259" w:lineRule="auto"/>
      </w:pPr>
      <w:r>
        <w:rPr>
          <w:rFonts w:ascii="Calibri" w:hAnsi="Calibri" w:eastAsia="Calibri"/>
          <w:b w:val="0"/>
          <w:i/>
          <w:color w:val="282828"/>
          <w:sz w:val="22"/>
        </w:rPr>
        <w:t>Bay: Wrong.</w:t>
      </w:r>
    </w:p>
    <w:p>
      <w:pPr>
        <w:spacing w:before="120" w:after="20" w:line="259" w:lineRule="auto"/>
        <w:shd w:fill="F8E8E8" w:val="clear"/>
      </w:pPr>
      <w:r>
        <w:rPr>
          <w:rFonts w:ascii="Calibri" w:hAnsi="Calibri" w:eastAsia="Calibri"/>
          <w:b w:val="0"/>
          <w:i w:val="0"/>
          <w:color w:val="A02828"/>
          <w:sz w:val="22"/>
        </w:rPr>
        <w:t>E. [WRONG] Psych ward because of 'funny turns'</w:t>
      </w:r>
    </w:p>
    <w:p>
      <w:pPr>
        <w:spacing w:before="0" w:after="20" w:line="259" w:lineRule="auto"/>
      </w:pPr>
      <w:r>
        <w:rPr>
          <w:rFonts w:ascii="Calibri" w:hAnsi="Calibri" w:eastAsia="Calibri"/>
          <w:b w:val="0"/>
          <w:i/>
          <w:color w:val="282828"/>
          <w:sz w:val="22"/>
        </w:rPr>
        <w:t>Bay: They were deaths averted.</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CCU.</w:t>
      </w:r>
    </w:p>
    <w:p>
      <w:pPr>
        <w:spacing w:before="120" w:after="20" w:line="259" w:lineRule="auto"/>
        <w:shd w:fill="E8F5EC" w:val="clear"/>
      </w:pPr>
      <w:r>
        <w:rPr>
          <w:rFonts w:ascii="Calibri" w:hAnsi="Calibri" w:eastAsia="Calibri"/>
          <w:b/>
          <w:i w:val="0"/>
          <w:color w:val="146E3C"/>
          <w:sz w:val="22"/>
        </w:rPr>
        <w:t>A. [CORRECT] Stop sotalol and macrolide, list QT drugs as allergies, K/Mg running, pads on</w:t>
      </w:r>
    </w:p>
    <w:p>
      <w:pPr>
        <w:spacing w:before="0" w:after="20" w:line="259" w:lineRule="auto"/>
      </w:pPr>
      <w:r>
        <w:rPr>
          <w:rFonts w:ascii="Calibri" w:hAnsi="Calibri" w:eastAsia="Calibri"/>
          <w:b w:val="0"/>
          <w:i/>
          <w:color w:val="282828"/>
          <w:sz w:val="22"/>
        </w:rPr>
        <w:t>Bay: Write it in red.</w:t>
      </w:r>
    </w:p>
    <w:p>
      <w:pPr>
        <w:spacing w:before="80" w:after="40" w:line="259" w:lineRule="auto"/>
      </w:pPr>
      <w:r>
        <w:rPr>
          <w:rFonts w:ascii="Calibri" w:hAnsi="Calibri" w:eastAsia="Calibri"/>
          <w:b/>
          <w:i w:val="0"/>
          <w:color w:val="46326E"/>
          <w:sz w:val="22"/>
        </w:rPr>
        <w:t xml:space="preserve">    Follow-up: What goes on the allergy line?</w:t>
      </w:r>
    </w:p>
    <w:p>
      <w:pPr>
        <w:spacing w:before="120" w:after="20" w:line="259" w:lineRule="auto"/>
        <w:shd w:fill="E8F5EC" w:val="clear"/>
      </w:pPr>
      <w:r>
        <w:rPr>
          <w:rFonts w:ascii="Calibri" w:hAnsi="Calibri" w:eastAsia="Calibri"/>
          <w:b/>
          <w:i w:val="0"/>
          <w:color w:val="146E3C"/>
          <w:sz w:val="22"/>
        </w:rPr>
        <w:t xml:space="preserve">    A. [CORRECT] Sotalol / acquired long QT / macrolide caution — so nobody restarts them at 06:00</w:t>
      </w:r>
    </w:p>
    <w:p>
      <w:pPr>
        <w:spacing w:before="0" w:after="20" w:line="259" w:lineRule="auto"/>
      </w:pPr>
      <w:r>
        <w:rPr>
          <w:rFonts w:ascii="Calibri" w:hAnsi="Calibri" w:eastAsia="Calibri"/>
          <w:b w:val="0"/>
          <w:i/>
          <w:color w:val="282828"/>
          <w:sz w:val="22"/>
        </w:rPr>
        <w:t xml:space="preserve">       Bay: That is the intervention.</w:t>
      </w:r>
    </w:p>
    <w:p>
      <w:pPr>
        <w:spacing w:before="120" w:after="20" w:line="259" w:lineRule="auto"/>
        <w:shd w:fill="F8E8E8" w:val="clear"/>
      </w:pPr>
      <w:r>
        <w:rPr>
          <w:rFonts w:ascii="Calibri" w:hAnsi="Calibri" w:eastAsia="Calibri"/>
          <w:b w:val="0"/>
          <w:i w:val="0"/>
          <w:color w:val="A02828"/>
          <w:sz w:val="22"/>
        </w:rPr>
        <w:t xml:space="preserve">    B. [WRONG] Penicillin, because everyone gets that</w:t>
      </w:r>
    </w:p>
    <w:p>
      <w:pPr>
        <w:spacing w:before="0" w:after="20" w:line="259" w:lineRule="auto"/>
      </w:pPr>
      <w:r>
        <w:rPr>
          <w:rFonts w:ascii="Calibri" w:hAnsi="Calibri" w:eastAsia="Calibri"/>
          <w:b w:val="0"/>
          <w:i/>
          <w:color w:val="282828"/>
          <w:sz w:val="22"/>
        </w:rPr>
        <w:t xml:space="preserve">       Bay: Not the point.</w:t>
      </w:r>
    </w:p>
    <w:p>
      <w:pPr>
        <w:spacing w:before="120" w:after="20" w:line="259" w:lineRule="auto"/>
        <w:shd w:fill="F8E8E8" w:val="clear"/>
      </w:pPr>
      <w:r>
        <w:rPr>
          <w:rFonts w:ascii="Calibri" w:hAnsi="Calibri" w:eastAsia="Calibri"/>
          <w:b w:val="0"/>
          <w:i w:val="0"/>
          <w:color w:val="A02828"/>
          <w:sz w:val="22"/>
        </w:rPr>
        <w:t xml:space="preserve">    C. [WRONG] Magnesium, so nobody gives more</w:t>
      </w:r>
    </w:p>
    <w:p>
      <w:pPr>
        <w:spacing w:before="0" w:after="20" w:line="259" w:lineRule="auto"/>
      </w:pPr>
      <w:r>
        <w:rPr>
          <w:rFonts w:ascii="Calibri" w:hAnsi="Calibri" w:eastAsia="Calibri"/>
          <w:b w:val="0"/>
          <w:i/>
          <w:color w:val="282828"/>
          <w:sz w:val="22"/>
        </w:rPr>
        <w:t xml:space="preserve">       Bay: She may need more.</w:t>
      </w:r>
    </w:p>
    <w:p>
      <w:pPr>
        <w:spacing w:before="120" w:after="20" w:line="259" w:lineRule="auto"/>
        <w:shd w:fill="F8E8E8" w:val="clear"/>
      </w:pPr>
      <w:r>
        <w:rPr>
          <w:rFonts w:ascii="Calibri" w:hAnsi="Calibri" w:eastAsia="Calibri"/>
          <w:b w:val="0"/>
          <w:i w:val="0"/>
          <w:color w:val="A02828"/>
          <w:sz w:val="22"/>
        </w:rPr>
        <w:t xml:space="preserve">    D. [WRONG] Nothing — pharmacy will notice</w:t>
      </w:r>
    </w:p>
    <w:p>
      <w:pPr>
        <w:spacing w:before="0" w:after="20" w:line="259" w:lineRule="auto"/>
      </w:pPr>
      <w:r>
        <w:rPr>
          <w:rFonts w:ascii="Calibri" w:hAnsi="Calibri" w:eastAsia="Calibri"/>
          <w:b w:val="0"/>
          <w:i/>
          <w:color w:val="282828"/>
          <w:sz w:val="22"/>
        </w:rPr>
        <w:t xml:space="preserve">       Bay: They might not at 4 a.m.</w:t>
      </w:r>
    </w:p>
    <w:p>
      <w:pPr>
        <w:spacing w:before="120" w:after="20" w:line="259" w:lineRule="auto"/>
        <w:shd w:fill="F8E8E8" w:val="clear"/>
      </w:pPr>
      <w:r>
        <w:rPr>
          <w:rFonts w:ascii="Calibri" w:hAnsi="Calibri" w:eastAsia="Calibri"/>
          <w:b w:val="0"/>
          <w:i w:val="0"/>
          <w:color w:val="A02828"/>
          <w:sz w:val="22"/>
        </w:rPr>
        <w:t xml:space="preserve">    E. [WRONG] Amiodarone as 'needed for VT'</w:t>
      </w:r>
    </w:p>
    <w:p>
      <w:pPr>
        <w:spacing w:before="0" w:after="20" w:line="259" w:lineRule="auto"/>
      </w:pPr>
      <w:r>
        <w:rPr>
          <w:rFonts w:ascii="Calibri" w:hAnsi="Calibri" w:eastAsia="Calibri"/>
          <w:b w:val="0"/>
          <w:i/>
          <w:color w:val="282828"/>
          <w:sz w:val="22"/>
        </w:rPr>
        <w:t xml:space="preserve">       Bay: Please do not.</w:t>
      </w:r>
    </w:p>
    <w:p>
      <w:pPr>
        <w:spacing w:before="120" w:after="20" w:line="259" w:lineRule="auto"/>
        <w:shd w:fill="F8E8E8" w:val="clear"/>
      </w:pPr>
      <w:r>
        <w:rPr>
          <w:rFonts w:ascii="Calibri" w:hAnsi="Calibri" w:eastAsia="Calibri"/>
          <w:b w:val="0"/>
          <w:i w:val="0"/>
          <w:color w:val="A02828"/>
          <w:sz w:val="22"/>
        </w:rPr>
        <w:t>B. [WRONG] Restart sotalol at half dose</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Give a one-off ondansetron for transfer nausea</w:t>
      </w:r>
    </w:p>
    <w:p>
      <w:pPr>
        <w:spacing w:before="0" w:after="20" w:line="259" w:lineRule="auto"/>
      </w:pPr>
      <w:r>
        <w:rPr>
          <w:rFonts w:ascii="Calibri" w:hAnsi="Calibri" w:eastAsia="Calibri"/>
          <w:b w:val="0"/>
          <w:i/>
          <w:color w:val="282828"/>
          <w:sz w:val="22"/>
        </w:rPr>
        <w:t>Bay: QT.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Leave her on erythromycin because the diarrhoea is not quite gone</w:t>
      </w:r>
    </w:p>
    <w:p>
      <w:pPr>
        <w:spacing w:before="0" w:after="20" w:line="259" w:lineRule="auto"/>
      </w:pPr>
      <w:r>
        <w:rPr>
          <w:rFonts w:ascii="Calibri" w:hAnsi="Calibri" w:eastAsia="Calibri"/>
          <w:b w:val="0"/>
          <w:i/>
          <w:color w:val="282828"/>
          <w:sz w:val="22"/>
        </w:rPr>
        <w:t>Bay: Stop the macrolide.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Unmonitored toilet trip unescorted</w:t>
      </w:r>
    </w:p>
    <w:p>
      <w:pPr>
        <w:spacing w:before="0" w:after="20" w:line="259" w:lineRule="auto"/>
      </w:pPr>
      <w:r>
        <w:rPr>
          <w:rFonts w:ascii="Calibri" w:hAnsi="Calibri" w:eastAsia="Calibri"/>
          <w:b w:val="0"/>
          <w:i/>
          <w:color w:val="282828"/>
          <w:sz w:val="22"/>
        </w:rPr>
        <w:t>Bay: She just fibrillated.</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The 12-lead in sinus is reported.</w:t>
      </w:r>
    </w:p>
    <w:p>
      <w:pPr>
        <w:spacing w:before="120" w:after="20" w:line="259" w:lineRule="auto"/>
        <w:shd w:fill="E8F5EC" w:val="clear"/>
      </w:pPr>
      <w:r>
        <w:rPr>
          <w:rFonts w:ascii="Calibri" w:hAnsi="Calibri" w:eastAsia="Calibri"/>
          <w:b/>
          <w:i w:val="0"/>
          <w:color w:val="146E3C"/>
          <w:sz w:val="22"/>
        </w:rPr>
        <w:t>A. [CORRECT] Torsades de pointes secondary to acquired long QT</w:t>
      </w:r>
    </w:p>
    <w:p>
      <w:pPr>
        <w:spacing w:before="0" w:after="20" w:line="259" w:lineRule="auto"/>
      </w:pPr>
      <w:r>
        <w:rPr>
          <w:rFonts w:ascii="Calibri" w:hAnsi="Calibri" w:eastAsia="Calibri"/>
          <w:b w:val="0"/>
          <w:i/>
          <w:color w:val="282828"/>
          <w:sz w:val="22"/>
        </w:rPr>
        <w:t>Bay: QTc 560 ms, K 3.1, sotalol + macrolide.</w:t>
      </w:r>
    </w:p>
    <w:p>
      <w:pPr>
        <w:spacing w:before="120" w:after="20" w:line="259" w:lineRule="auto"/>
        <w:shd w:fill="F8E8E8" w:val="clear"/>
      </w:pPr>
      <w:r>
        <w:rPr>
          <w:rFonts w:ascii="Calibri" w:hAnsi="Calibri" w:eastAsia="Calibri"/>
          <w:b w:val="0"/>
          <w:i w:val="0"/>
          <w:color w:val="A02828"/>
          <w:sz w:val="22"/>
        </w:rPr>
        <w:t>B. [WRONG] Inferior STEMI</w:t>
      </w:r>
    </w:p>
    <w:p>
      <w:pPr>
        <w:spacing w:before="0" w:after="20" w:line="259" w:lineRule="auto"/>
      </w:pPr>
      <w:r>
        <w:rPr>
          <w:rFonts w:ascii="Calibri" w:hAnsi="Calibri" w:eastAsia="Calibri"/>
          <w:b w:val="0"/>
          <w:i/>
          <w:color w:val="282828"/>
          <w:sz w:val="22"/>
        </w:rPr>
        <w:t>Bay: No territorial ST elevation.</w:t>
      </w:r>
    </w:p>
    <w:p>
      <w:pPr>
        <w:spacing w:before="120" w:after="20" w:line="259" w:lineRule="auto"/>
        <w:shd w:fill="F8E8E8" w:val="clear"/>
      </w:pPr>
      <w:r>
        <w:rPr>
          <w:rFonts w:ascii="Calibri" w:hAnsi="Calibri" w:eastAsia="Calibri"/>
          <w:b w:val="0"/>
          <w:i w:val="0"/>
          <w:color w:val="A02828"/>
          <w:sz w:val="22"/>
        </w:rPr>
        <w:t>C. [WRONG] Hyperkalaemic VT</w:t>
      </w:r>
    </w:p>
    <w:p>
      <w:pPr>
        <w:spacing w:before="0" w:after="20" w:line="259" w:lineRule="auto"/>
      </w:pPr>
      <w:r>
        <w:rPr>
          <w:rFonts w:ascii="Calibri" w:hAnsi="Calibri" w:eastAsia="Calibri"/>
          <w:b w:val="0"/>
          <w:i/>
          <w:color w:val="282828"/>
          <w:sz w:val="22"/>
        </w:rPr>
        <w:t>Bay: K was 3.1.</w:t>
      </w:r>
    </w:p>
    <w:p>
      <w:pPr>
        <w:spacing w:before="120" w:after="20" w:line="259" w:lineRule="auto"/>
        <w:shd w:fill="F8E8E8" w:val="clear"/>
      </w:pPr>
      <w:r>
        <w:rPr>
          <w:rFonts w:ascii="Calibri" w:hAnsi="Calibri" w:eastAsia="Calibri"/>
          <w:b w:val="0"/>
          <w:i w:val="0"/>
          <w:color w:val="A02828"/>
          <w:sz w:val="22"/>
        </w:rPr>
        <w:t>D. [WRONG] SVT</w:t>
      </w:r>
    </w:p>
    <w:p>
      <w:pPr>
        <w:spacing w:before="0" w:after="20" w:line="259" w:lineRule="auto"/>
      </w:pPr>
      <w:r>
        <w:rPr>
          <w:rFonts w:ascii="Calibri" w:hAnsi="Calibri" w:eastAsia="Calibri"/>
          <w:b w:val="0"/>
          <w:i/>
          <w:color w:val="282828"/>
          <w:sz w:val="22"/>
        </w:rPr>
        <w:t>Bay: It was polymorphic.</w:t>
      </w:r>
    </w:p>
    <w:p>
      <w:pPr>
        <w:spacing w:before="120" w:after="20" w:line="259" w:lineRule="auto"/>
        <w:shd w:fill="F8E8E8" w:val="clear"/>
      </w:pPr>
      <w:r>
        <w:rPr>
          <w:rFonts w:ascii="Calibri" w:hAnsi="Calibri" w:eastAsia="Calibri"/>
          <w:b w:val="0"/>
          <w:i w:val="0"/>
          <w:color w:val="A02828"/>
          <w:sz w:val="22"/>
        </w:rPr>
        <w:t>E. [WRONG] Anxiety</w:t>
      </w:r>
    </w:p>
    <w:p>
      <w:pPr>
        <w:spacing w:before="0" w:after="20" w:line="259" w:lineRule="auto"/>
      </w:pPr>
      <w:r>
        <w:rPr>
          <w:rFonts w:ascii="Calibri" w:hAnsi="Calibri" w:eastAsia="Calibri"/>
          <w:b w:val="0"/>
          <w:i/>
          <w:color w:val="282828"/>
          <w:sz w:val="22"/>
        </w:rPr>
        <w:t>Bay: No.</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Torsades de pointes (acquired long QT)</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Polymorphic VT, pulse then pulseless</w:t>
      </w:r>
    </w:p>
    <w:p>
      <w:pPr>
        <w:spacing w:before="0" w:after="40" w:line="259" w:lineRule="auto"/>
      </w:pPr>
      <w:r>
        <w:rPr>
          <w:rFonts w:ascii="Calibri" w:hAnsi="Calibri" w:eastAsia="Calibri"/>
          <w:b w:val="0"/>
          <w:i w:val="0"/>
          <w:sz w:val="22"/>
        </w:rPr>
        <w:t>• Sotalol + erythromycin + potassium 3.1</w:t>
      </w:r>
    </w:p>
    <w:p>
      <w:pPr>
        <w:spacing w:before="0" w:after="40" w:line="259" w:lineRule="auto"/>
      </w:pPr>
      <w:r>
        <w:rPr>
          <w:rFonts w:ascii="Calibri" w:hAnsi="Calibri" w:eastAsia="Calibri"/>
          <w:b w:val="0"/>
          <w:i w:val="0"/>
          <w:sz w:val="22"/>
        </w:rPr>
        <w:t>• QTc long in sinus</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12-lead when stable — QTc, ischaemia</w:t>
      </w:r>
    </w:p>
    <w:p>
      <w:pPr>
        <w:spacing w:before="0" w:after="40" w:line="259" w:lineRule="auto"/>
      </w:pPr>
      <w:r>
        <w:rPr>
          <w:rFonts w:ascii="Calibri" w:hAnsi="Calibri" w:eastAsia="Calibri"/>
          <w:b w:val="0"/>
          <w:i w:val="0"/>
          <w:sz w:val="22"/>
        </w:rPr>
        <w:t>• U&amp;E, magnesium — give Mg before the level</w:t>
      </w:r>
    </w:p>
    <w:p>
      <w:pPr>
        <w:spacing w:before="0" w:after="40" w:line="259" w:lineRule="auto"/>
      </w:pPr>
      <w:r>
        <w:rPr>
          <w:rFonts w:ascii="Calibri" w:hAnsi="Calibri" w:eastAsia="Calibri"/>
          <w:b w:val="0"/>
          <w:i w:val="0"/>
          <w:sz w:val="22"/>
        </w:rPr>
        <w:t>• Drug chart review</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Magnesium 2 g IV first-line even if Mg is 'normal'</w:t>
      </w:r>
    </w:p>
    <w:p>
      <w:pPr>
        <w:spacing w:before="0" w:after="40" w:line="259" w:lineRule="auto"/>
      </w:pPr>
      <w:r>
        <w:rPr>
          <w:rFonts w:ascii="Calibri" w:hAnsi="Calibri" w:eastAsia="Calibri"/>
          <w:b w:val="0"/>
          <w:i w:val="0"/>
          <w:sz w:val="22"/>
        </w:rPr>
        <w:t>• Stop QT-prolonging drugs, replace K to &gt;4.0</w:t>
      </w:r>
    </w:p>
    <w:p>
      <w:pPr>
        <w:spacing w:before="0" w:after="40" w:line="259" w:lineRule="auto"/>
      </w:pPr>
      <w:r>
        <w:rPr>
          <w:rFonts w:ascii="Calibri" w:hAnsi="Calibri" w:eastAsia="Calibri"/>
          <w:b w:val="0"/>
          <w:i w:val="0"/>
          <w:sz w:val="22"/>
        </w:rPr>
        <w:t>• Pulseless: unsynchronised defibrillation</w:t>
      </w:r>
    </w:p>
    <w:p>
      <w:pPr>
        <w:spacing w:before="0" w:after="40" w:line="259" w:lineRule="auto"/>
      </w:pPr>
      <w:r>
        <w:rPr>
          <w:rFonts w:ascii="Calibri" w:hAnsi="Calibri" w:eastAsia="Calibri"/>
          <w:b w:val="0"/>
          <w:i w:val="0"/>
          <w:sz w:val="22"/>
        </w:rPr>
        <w:t>• Recurrent: isoprenaline or overdrive pacing — not amiodarone</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RCUK Adult tachycardia / special circumstances</w:t>
      </w:r>
    </w:p>
    <w:p>
      <w:pPr>
        <w:spacing w:before="0" w:after="40" w:line="259" w:lineRule="auto"/>
      </w:pPr>
      <w:r>
        <w:rPr>
          <w:rFonts w:ascii="Calibri" w:hAnsi="Calibri" w:eastAsia="Calibri"/>
          <w:b w:val="0"/>
          <w:i w:val="0"/>
          <w:sz w:val="22"/>
        </w:rPr>
        <w:t>• TOXBASE acquired long QT</w:t>
      </w:r>
    </w:p>
    <w:p>
      <w:pPr>
        <w:spacing w:before="0" w:after="40" w:line="259" w:lineRule="auto"/>
      </w:pPr>
      <w:r>
        <w:rPr>
          <w:rFonts w:ascii="Calibri" w:hAnsi="Calibri" w:eastAsia="Calibri"/>
          <w:b w:val="0"/>
          <w:i w:val="0"/>
          <w:sz w:val="22"/>
        </w:rPr>
        <w:t>• ESC ventricular arrhythmias</w:t>
      </w:r>
    </w:p>
    <w:p>
      <w:r>
        <w:br w:type="page"/>
      </w:r>
    </w:p>
    <w:p>
      <w:pPr>
        <w:spacing w:before="120" w:after="160" w:line="259" w:lineRule="auto"/>
      </w:pPr>
      <w:r>
        <w:rPr>
          <w:rFonts w:ascii="Calibri" w:hAnsi="Calibri" w:eastAsia="Calibri"/>
          <w:b/>
          <w:i w:val="0"/>
          <w:color w:val="0C0E10"/>
          <w:sz w:val="36"/>
        </w:rPr>
        <w:t>Case 30 — Propranolol overdose with cardiotoxicity</w:t>
      </w:r>
    </w:p>
    <w:p>
      <w:pPr>
        <w:spacing w:before="0" w:after="40" w:line="259" w:lineRule="auto"/>
      </w:pPr>
      <w:r>
        <w:rPr>
          <w:rFonts w:ascii="Calibri" w:hAnsi="Calibri" w:eastAsia="Calibri"/>
          <w:b w:val="0"/>
          <w:i/>
          <w:color w:val="5A5A5A"/>
          <w:sz w:val="20"/>
        </w:rPr>
        <w:t>pre-alert · Scottish Ambulance Service — pre-alert · rhythm sinus-brady</w:t>
      </w:r>
    </w:p>
    <w:p>
      <w:pPr>
        <w:spacing w:before="0" w:after="40" w:line="259" w:lineRule="auto"/>
      </w:pPr>
      <w:r>
        <w:rPr>
          <w:rFonts w:ascii="Calibri" w:hAnsi="Calibri" w:eastAsia="Calibri"/>
          <w:b w:val="0"/>
          <w:i/>
          <w:color w:val="5A5A5A"/>
          <w:sz w:val="20"/>
        </w:rPr>
        <w:t>HR 38   BP 72/40   RR 12   SpO2 96%   temp 35.9   GCS 12   BM 4.8</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46 years, female</w:t>
      </w:r>
    </w:p>
    <w:p>
      <w:pPr>
        <w:spacing w:before="0" w:after="40" w:line="259" w:lineRule="auto"/>
      </w:pPr>
      <w:r>
        <w:rPr>
          <w:rFonts w:ascii="Calibri" w:hAnsi="Calibri" w:eastAsia="Calibri"/>
          <w:b w:val="0"/>
          <w:i w:val="0"/>
          <w:sz w:val="22"/>
        </w:rPr>
        <w:t>T found drowsy at home with an empty propranolol bottle, last seen 3 hours ago</w:t>
      </w:r>
    </w:p>
    <w:p>
      <w:pPr>
        <w:spacing w:before="0" w:after="40" w:line="259" w:lineRule="auto"/>
      </w:pPr>
      <w:r>
        <w:rPr>
          <w:rFonts w:ascii="Calibri" w:hAnsi="Calibri" w:eastAsia="Calibri"/>
          <w:b w:val="0"/>
          <w:i w:val="0"/>
          <w:sz w:val="22"/>
        </w:rPr>
        <w:t>M overdose</w:t>
      </w:r>
    </w:p>
    <w:p>
      <w:pPr>
        <w:spacing w:before="0" w:after="40" w:line="259" w:lineRule="auto"/>
      </w:pPr>
      <w:r>
        <w:rPr>
          <w:rFonts w:ascii="Calibri" w:hAnsi="Calibri" w:eastAsia="Calibri"/>
          <w:b w:val="0"/>
          <w:i w:val="0"/>
          <w:sz w:val="22"/>
        </w:rPr>
        <w:t>I depression, migraine on propranolol 80 mg</w:t>
      </w:r>
    </w:p>
    <w:p>
      <w:pPr>
        <w:spacing w:before="0" w:after="40" w:line="259" w:lineRule="auto"/>
      </w:pPr>
      <w:r>
        <w:rPr>
          <w:rFonts w:ascii="Calibri" w:hAnsi="Calibri" w:eastAsia="Calibri"/>
          <w:b w:val="0"/>
          <w:i w:val="0"/>
          <w:sz w:val="22"/>
        </w:rPr>
        <w:t>S HR 38 BP 72/40 RR 12 SpO2 96% air GCS 12, seizure in the ambulance, now post-ictal</w:t>
      </w:r>
    </w:p>
    <w:p>
      <w:pPr>
        <w:spacing w:before="0" w:after="40" w:line="259" w:lineRule="auto"/>
      </w:pPr>
      <w:r>
        <w:rPr>
          <w:rFonts w:ascii="Calibri" w:hAnsi="Calibri" w:eastAsia="Calibri"/>
          <w:b w:val="0"/>
          <w:i w:val="0"/>
          <w:sz w:val="22"/>
        </w:rPr>
        <w:t>T oxygen, one cannula, no antidote</w:t>
      </w:r>
    </w:p>
    <w:p>
      <w:pPr>
        <w:spacing w:before="0" w:after="40" w:line="259" w:lineRule="auto"/>
      </w:pPr>
      <w:r>
        <w:rPr>
          <w:rFonts w:ascii="Calibri" w:hAnsi="Calibri" w:eastAsia="Calibri"/>
          <w:b w:val="0"/>
          <w:i w:val="0"/>
          <w:sz w:val="22"/>
        </w:rPr>
        <w:t>ETA 6 minutes. Crew: "She fitted. The rate is 38."</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snoring a little, no vomit in the mouth now.</w:t>
      </w:r>
    </w:p>
    <w:p>
      <w:pPr>
        <w:spacing w:before="0" w:after="40" w:line="259" w:lineRule="auto"/>
      </w:pPr>
      <w:r>
        <w:rPr>
          <w:rFonts w:ascii="Calibri" w:hAnsi="Calibri" w:eastAsia="Calibri"/>
          <w:b w:val="0"/>
          <w:i w:val="0"/>
          <w:sz w:val="22"/>
        </w:rPr>
        <w:t>B — RR 12, clear, SpO2 96% air.</w:t>
      </w:r>
    </w:p>
    <w:p>
      <w:pPr>
        <w:spacing w:before="0" w:after="40" w:line="259" w:lineRule="auto"/>
      </w:pPr>
      <w:r>
        <w:rPr>
          <w:rFonts w:ascii="Calibri" w:hAnsi="Calibri" w:eastAsia="Calibri"/>
          <w:b w:val="0"/>
          <w:i w:val="0"/>
          <w:sz w:val="22"/>
        </w:rPr>
        <w:t>C — HR 38, BP 72/40, CRT 4 s, warm then cool fingers, heart sounds dual.</w:t>
      </w:r>
    </w:p>
    <w:p>
      <w:pPr>
        <w:spacing w:before="0" w:after="40" w:line="259" w:lineRule="auto"/>
      </w:pPr>
      <w:r>
        <w:rPr>
          <w:rFonts w:ascii="Calibri" w:hAnsi="Calibri" w:eastAsia="Calibri"/>
          <w:b w:val="0"/>
          <w:i w:val="0"/>
          <w:sz w:val="22"/>
        </w:rPr>
        <w:t>D — GCS 12 (E3 V4 M5), BM 4.8, pupils mid, another twitch.</w:t>
      </w:r>
    </w:p>
    <w:p>
      <w:pPr>
        <w:spacing w:before="0" w:after="40" w:line="259" w:lineRule="auto"/>
      </w:pPr>
      <w:r>
        <w:rPr>
          <w:rFonts w:ascii="Calibri" w:hAnsi="Calibri" w:eastAsia="Calibri"/>
          <w:b w:val="0"/>
          <w:i w:val="0"/>
          <w:sz w:val="22"/>
        </w:rPr>
        <w:t>E — empty 80 mg propranolol box, 28 missing, empty vodka bottle. No patch, no blister of anything else obvious.</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Propranolol, HR 38, BP 72, wide-looking complexes, fitting.</w:t>
      </w:r>
    </w:p>
    <w:p>
      <w:pPr>
        <w:spacing w:before="120" w:after="20" w:line="259" w:lineRule="auto"/>
        <w:shd w:fill="E8F5EC" w:val="clear"/>
      </w:pPr>
      <w:r>
        <w:rPr>
          <w:rFonts w:ascii="Calibri" w:hAnsi="Calibri" w:eastAsia="Calibri"/>
          <w:b/>
          <w:i w:val="0"/>
          <w:color w:val="146E3C"/>
          <w:sz w:val="22"/>
        </w:rPr>
        <w:t>A. [CORRECT] Glucagon</w:t>
      </w:r>
    </w:p>
    <w:p>
      <w:pPr>
        <w:spacing w:before="0" w:after="20" w:line="259" w:lineRule="auto"/>
      </w:pPr>
      <w:r>
        <w:rPr>
          <w:rFonts w:ascii="Calibri" w:hAnsi="Calibri" w:eastAsia="Calibri"/>
          <w:b w:val="0"/>
          <w:i/>
          <w:color w:val="282828"/>
          <w:sz w:val="22"/>
        </w:rPr>
        <w:t>Bay: 5–10 mg going in. Atropine can come with it. You are calling for high-dose insulin next. Bicarb if the QRS stays wide.</w:t>
      </w:r>
    </w:p>
    <w:p>
      <w:pPr>
        <w:spacing w:before="0" w:after="40" w:line="259" w:lineRule="auto"/>
      </w:pPr>
      <w:r>
        <w:rPr>
          <w:rFonts w:ascii="Calibri" w:hAnsi="Calibri" w:eastAsia="Calibri"/>
          <w:b w:val="0"/>
          <w:i/>
          <w:color w:val="5A4614"/>
          <w:sz w:val="20"/>
        </w:rPr>
        <w:t>Reaction: hr +8, sbp +8</w:t>
      </w:r>
    </w:p>
    <w:p>
      <w:pPr>
        <w:spacing w:before="80" w:after="40" w:line="259" w:lineRule="auto"/>
      </w:pPr>
      <w:r>
        <w:rPr>
          <w:rFonts w:ascii="Calibri" w:hAnsi="Calibri" w:eastAsia="Calibri"/>
          <w:b/>
          <w:i w:val="0"/>
          <w:color w:val="46326E"/>
          <w:sz w:val="22"/>
        </w:rPr>
        <w:t xml:space="preserve">    Follow-up: What dose of glucagon?</w:t>
      </w:r>
    </w:p>
    <w:p>
      <w:pPr>
        <w:spacing w:before="120" w:after="20" w:line="259" w:lineRule="auto"/>
        <w:shd w:fill="E8F5EC" w:val="clear"/>
      </w:pPr>
      <w:r>
        <w:rPr>
          <w:rFonts w:ascii="Calibri" w:hAnsi="Calibri" w:eastAsia="Calibri"/>
          <w:b/>
          <w:i w:val="0"/>
          <w:color w:val="146E3C"/>
          <w:sz w:val="22"/>
        </w:rPr>
        <w:t xml:space="preserve">    A. [CORRECT] 5–10 mg IV, then an infusion if she responds</w:t>
      </w:r>
    </w:p>
    <w:p>
      <w:pPr>
        <w:spacing w:before="0" w:after="20" w:line="259" w:lineRule="auto"/>
      </w:pPr>
      <w:r>
        <w:rPr>
          <w:rFonts w:ascii="Calibri" w:hAnsi="Calibri" w:eastAsia="Calibri"/>
          <w:b w:val="0"/>
          <w:i/>
          <w:color w:val="282828"/>
          <w:sz w:val="22"/>
        </w:rPr>
        <w:t xml:space="preserve">       Bay: TOXBASE: adult glucagon 5–10 mg. A 1 mg hypo dose will do nothing.</w:t>
      </w:r>
    </w:p>
    <w:p>
      <w:pPr>
        <w:spacing w:before="120" w:after="20" w:line="259" w:lineRule="auto"/>
        <w:shd w:fill="F8E8E8" w:val="clear"/>
      </w:pPr>
      <w:r>
        <w:rPr>
          <w:rFonts w:ascii="Calibri" w:hAnsi="Calibri" w:eastAsia="Calibri"/>
          <w:b w:val="0"/>
          <w:i w:val="0"/>
          <w:color w:val="A02828"/>
          <w:sz w:val="22"/>
        </w:rPr>
        <w:t xml:space="preserve">    B. [WRONG] 1 mg IV as for hypoglycaemia</w:t>
      </w:r>
    </w:p>
    <w:p>
      <w:pPr>
        <w:spacing w:before="0" w:after="20" w:line="259" w:lineRule="auto"/>
      </w:pPr>
      <w:r>
        <w:rPr>
          <w:rFonts w:ascii="Calibri" w:hAnsi="Calibri" w:eastAsia="Calibri"/>
          <w:b w:val="0"/>
          <w:i/>
          <w:color w:val="282828"/>
          <w:sz w:val="22"/>
        </w:rPr>
        <w:t xml:space="preserve">       Bay: That is a tenth of the toxicology dose.</w:t>
      </w:r>
    </w:p>
    <w:p>
      <w:pPr>
        <w:spacing w:before="120" w:after="20" w:line="259" w:lineRule="auto"/>
        <w:shd w:fill="F8E8E8" w:val="clear"/>
      </w:pPr>
      <w:r>
        <w:rPr>
          <w:rFonts w:ascii="Calibri" w:hAnsi="Calibri" w:eastAsia="Calibri"/>
          <w:b w:val="0"/>
          <w:i w:val="0"/>
          <w:color w:val="A02828"/>
          <w:sz w:val="22"/>
        </w:rPr>
        <w:t xml:space="preserve">    C. [WRONG] Glucagon IM into the thigh and wait</w:t>
      </w:r>
    </w:p>
    <w:p>
      <w:pPr>
        <w:spacing w:before="0" w:after="20" w:line="259" w:lineRule="auto"/>
      </w:pPr>
      <w:r>
        <w:rPr>
          <w:rFonts w:ascii="Calibri" w:hAnsi="Calibri" w:eastAsia="Calibri"/>
          <w:b w:val="0"/>
          <w:i/>
          <w:color w:val="282828"/>
          <w:sz w:val="22"/>
        </w:rPr>
        <w:t xml:space="preserve">       Bay: IV, large dose, now.</w:t>
      </w:r>
    </w:p>
    <w:p>
      <w:pPr>
        <w:spacing w:before="120" w:after="20" w:line="259" w:lineRule="auto"/>
        <w:shd w:fill="F8E8E8" w:val="clear"/>
      </w:pPr>
      <w:r>
        <w:rPr>
          <w:rFonts w:ascii="Calibri" w:hAnsi="Calibri" w:eastAsia="Calibri"/>
          <w:b w:val="0"/>
          <w:i w:val="0"/>
          <w:color w:val="A02828"/>
          <w:sz w:val="22"/>
        </w:rPr>
        <w:t xml:space="preserve">    D. [WRONG] 50 mg as a single push</w:t>
      </w:r>
    </w:p>
    <w:p>
      <w:pPr>
        <w:spacing w:before="0" w:after="20" w:line="259" w:lineRule="auto"/>
      </w:pPr>
      <w:r>
        <w:rPr>
          <w:rFonts w:ascii="Calibri" w:hAnsi="Calibri" w:eastAsia="Calibri"/>
          <w:b w:val="0"/>
          <w:i/>
          <w:color w:val="282828"/>
          <w:sz w:val="22"/>
        </w:rPr>
        <w:t xml:space="preserve">       Bay: Not the listed dose and you will vomit her.</w:t>
      </w:r>
    </w:p>
    <w:p>
      <w:pPr>
        <w:spacing w:before="120" w:after="20" w:line="259" w:lineRule="auto"/>
        <w:shd w:fill="F8E8E8" w:val="clear"/>
      </w:pPr>
      <w:r>
        <w:rPr>
          <w:rFonts w:ascii="Calibri" w:hAnsi="Calibri" w:eastAsia="Calibri"/>
          <w:b w:val="0"/>
          <w:i w:val="0"/>
          <w:color w:val="A02828"/>
          <w:sz w:val="22"/>
        </w:rPr>
        <w:t xml:space="preserve">    E. [WRONG] No glucagon — only pacing</w:t>
      </w:r>
    </w:p>
    <w:p>
      <w:pPr>
        <w:spacing w:before="0" w:after="20" w:line="259" w:lineRule="auto"/>
      </w:pPr>
      <w:r>
        <w:rPr>
          <w:rFonts w:ascii="Calibri" w:hAnsi="Calibri" w:eastAsia="Calibri"/>
          <w:b w:val="0"/>
          <w:i/>
          <w:color w:val="282828"/>
          <w:sz w:val="22"/>
        </w:rPr>
        <w:t xml:space="preserve">       Bay: Pacing often fails in beta-blocker toxicity. Drugs first.</w:t>
      </w:r>
    </w:p>
    <w:p>
      <w:pPr>
        <w:spacing w:before="120" w:after="20" w:line="259" w:lineRule="auto"/>
        <w:shd w:fill="F8E8E8" w:val="clear"/>
      </w:pPr>
      <w:r>
        <w:rPr>
          <w:rFonts w:ascii="Calibri" w:hAnsi="Calibri" w:eastAsia="Calibri"/>
          <w:b w:val="0"/>
          <w:i w:val="0"/>
          <w:color w:val="A02828"/>
          <w:sz w:val="22"/>
        </w:rPr>
        <w:t>B. [WRONG] Atropine 3 mg as the only treatment</w:t>
      </w:r>
    </w:p>
    <w:p>
      <w:pPr>
        <w:spacing w:before="0" w:after="20" w:line="259" w:lineRule="auto"/>
      </w:pPr>
      <w:r>
        <w:rPr>
          <w:rFonts w:ascii="Calibri" w:hAnsi="Calibri" w:eastAsia="Calibri"/>
          <w:b w:val="0"/>
          <w:i/>
          <w:color w:val="282828"/>
          <w:sz w:val="22"/>
        </w:rPr>
        <w:t>Bay: You can give atropine. It often fails. Glucagon / insulin / bicarb treat the toxin.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Adrenaline 1 mg from the arrest box</w:t>
      </w:r>
    </w:p>
    <w:p>
      <w:pPr>
        <w:spacing w:before="0" w:after="20" w:line="259" w:lineRule="auto"/>
      </w:pPr>
      <w:r>
        <w:rPr>
          <w:rFonts w:ascii="Calibri" w:hAnsi="Calibri" w:eastAsia="Calibri"/>
          <w:b w:val="0"/>
          <w:i/>
          <w:color w:val="282828"/>
          <w:sz w:val="22"/>
        </w:rPr>
        <w:t>Bay: She has a pulse. Arrest-dose adrenaline is not the first syringe.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Amiodarone for the wide complexes</w:t>
      </w:r>
    </w:p>
    <w:p>
      <w:pPr>
        <w:spacing w:before="0" w:after="20" w:line="259" w:lineRule="auto"/>
      </w:pPr>
      <w:r>
        <w:rPr>
          <w:rFonts w:ascii="Calibri" w:hAnsi="Calibri" w:eastAsia="Calibri"/>
          <w:b w:val="0"/>
          <w:i/>
          <w:color w:val="282828"/>
          <w:sz w:val="22"/>
        </w:rPr>
        <w:t>Bay: The wide QRS is sodium-channel / membrane effect. Amiodarone is not the antidote.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Discharge after 1 mg glucagon IM</w:t>
      </w:r>
    </w:p>
    <w:p>
      <w:pPr>
        <w:spacing w:before="0" w:after="20" w:line="259" w:lineRule="auto"/>
      </w:pPr>
      <w:r>
        <w:rPr>
          <w:rFonts w:ascii="Calibri" w:hAnsi="Calibri" w:eastAsia="Calibri"/>
          <w:b w:val="0"/>
          <w:i/>
          <w:color w:val="282828"/>
          <w:sz w:val="22"/>
        </w:rPr>
        <w:t>Bay: HR 38, fitting, 28 tablets. No.</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Glucagon is in. Still 40 and 74 systolic. QRS is wide. She twitches again.</w:t>
      </w:r>
    </w:p>
    <w:p>
      <w:pPr>
        <w:spacing w:before="120" w:after="20" w:line="259" w:lineRule="auto"/>
        <w:shd w:fill="E8F5EC" w:val="clear"/>
      </w:pPr>
      <w:r>
        <w:rPr>
          <w:rFonts w:ascii="Calibri" w:hAnsi="Calibri" w:eastAsia="Calibri"/>
          <w:b/>
          <w:i w:val="0"/>
          <w:color w:val="146E3C"/>
          <w:sz w:val="22"/>
        </w:rPr>
        <w:t>A. [CORRECT] Sodium bicarbonate and benzodiazepine</w:t>
      </w:r>
    </w:p>
    <w:p>
      <w:pPr>
        <w:spacing w:before="0" w:after="20" w:line="259" w:lineRule="auto"/>
      </w:pPr>
      <w:r>
        <w:rPr>
          <w:rFonts w:ascii="Calibri" w:hAnsi="Calibri" w:eastAsia="Calibri"/>
          <w:b w:val="0"/>
          <w:i/>
          <w:color w:val="282828"/>
          <w:sz w:val="22"/>
        </w:rPr>
        <w:t>Bay: Bicarb for the wide QRS. Lorazepam for the seizure. Insulin is being mixed.</w:t>
      </w:r>
    </w:p>
    <w:p>
      <w:pPr>
        <w:spacing w:before="0" w:after="40" w:line="259" w:lineRule="auto"/>
      </w:pPr>
      <w:r>
        <w:rPr>
          <w:rFonts w:ascii="Calibri" w:hAnsi="Calibri" w:eastAsia="Calibri"/>
          <w:b w:val="0"/>
          <w:i/>
          <w:color w:val="5A4614"/>
          <w:sz w:val="20"/>
        </w:rPr>
        <w:t>Reaction: hr +6, sbp +6</w:t>
      </w:r>
    </w:p>
    <w:p>
      <w:pPr>
        <w:spacing w:before="80" w:after="40" w:line="259" w:lineRule="auto"/>
      </w:pPr>
      <w:r>
        <w:rPr>
          <w:rFonts w:ascii="Calibri" w:hAnsi="Calibri" w:eastAsia="Calibri"/>
          <w:b/>
          <w:i w:val="0"/>
          <w:color w:val="46326E"/>
          <w:sz w:val="22"/>
        </w:rPr>
        <w:t xml:space="preserve">    Follow-up: Why bicarbonate?</w:t>
      </w:r>
    </w:p>
    <w:p>
      <w:pPr>
        <w:spacing w:before="120" w:after="20" w:line="259" w:lineRule="auto"/>
        <w:shd w:fill="E8F5EC" w:val="clear"/>
      </w:pPr>
      <w:r>
        <w:rPr>
          <w:rFonts w:ascii="Calibri" w:hAnsi="Calibri" w:eastAsia="Calibri"/>
          <w:b/>
          <w:i w:val="0"/>
          <w:color w:val="146E3C"/>
          <w:sz w:val="22"/>
        </w:rPr>
        <w:t xml:space="preserve">    A. [CORRECT] Propranolol is membrane-stabilising — treat a wide QRS like a sodium-channel overdose</w:t>
      </w:r>
    </w:p>
    <w:p>
      <w:pPr>
        <w:spacing w:before="0" w:after="20" w:line="259" w:lineRule="auto"/>
      </w:pPr>
      <w:r>
        <w:rPr>
          <w:rFonts w:ascii="Calibri" w:hAnsi="Calibri" w:eastAsia="Calibri"/>
          <w:b w:val="0"/>
          <w:i/>
          <w:color w:val="282828"/>
          <w:sz w:val="22"/>
        </w:rPr>
        <w:t xml:space="preserve">       Bay: TOXBASE: sodium bicarbonate if QRS widens. Plus benzos for seizures — not phenytoin.</w:t>
      </w:r>
    </w:p>
    <w:p>
      <w:pPr>
        <w:spacing w:before="120" w:after="20" w:line="259" w:lineRule="auto"/>
        <w:shd w:fill="F8E8E8" w:val="clear"/>
      </w:pPr>
      <w:r>
        <w:rPr>
          <w:rFonts w:ascii="Calibri" w:hAnsi="Calibri" w:eastAsia="Calibri"/>
          <w:b w:val="0"/>
          <w:i w:val="0"/>
          <w:color w:val="A02828"/>
          <w:sz w:val="22"/>
        </w:rPr>
        <w:t xml:space="preserve">    B. [WRONG] Bicarb because all overdoses are acidotic</w:t>
      </w:r>
    </w:p>
    <w:p>
      <w:pPr>
        <w:spacing w:before="0" w:after="20" w:line="259" w:lineRule="auto"/>
      </w:pPr>
      <w:r>
        <w:rPr>
          <w:rFonts w:ascii="Calibri" w:hAnsi="Calibri" w:eastAsia="Calibri"/>
          <w:b w:val="0"/>
          <w:i/>
          <w:color w:val="282828"/>
          <w:sz w:val="22"/>
        </w:rPr>
        <w:t xml:space="preserve">       Bay: You are treating the channel, not a number.</w:t>
      </w:r>
    </w:p>
    <w:p>
      <w:pPr>
        <w:spacing w:before="120" w:after="20" w:line="259" w:lineRule="auto"/>
        <w:shd w:fill="F8E8E8" w:val="clear"/>
      </w:pPr>
      <w:r>
        <w:rPr>
          <w:rFonts w:ascii="Calibri" w:hAnsi="Calibri" w:eastAsia="Calibri"/>
          <w:b w:val="0"/>
          <w:i w:val="0"/>
          <w:color w:val="A02828"/>
          <w:sz w:val="22"/>
        </w:rPr>
        <w:t xml:space="preserve">    C. [WRONG] Phenytoin for the seizure</w:t>
      </w:r>
    </w:p>
    <w:p>
      <w:pPr>
        <w:spacing w:before="0" w:after="20" w:line="259" w:lineRule="auto"/>
      </w:pPr>
      <w:r>
        <w:rPr>
          <w:rFonts w:ascii="Calibri" w:hAnsi="Calibri" w:eastAsia="Calibri"/>
          <w:b w:val="0"/>
          <w:i/>
          <w:color w:val="282828"/>
          <w:sz w:val="22"/>
        </w:rPr>
        <w:t xml:space="preserve">       Bay: Phenytoin is sodium-channel blocking. It will worsen this.</w:t>
      </w:r>
    </w:p>
    <w:p>
      <w:pPr>
        <w:spacing w:before="120" w:after="20" w:line="259" w:lineRule="auto"/>
        <w:shd w:fill="F8E8E8" w:val="clear"/>
      </w:pPr>
      <w:r>
        <w:rPr>
          <w:rFonts w:ascii="Calibri" w:hAnsi="Calibri" w:eastAsia="Calibri"/>
          <w:b w:val="0"/>
          <w:i w:val="0"/>
          <w:color w:val="A02828"/>
          <w:sz w:val="22"/>
        </w:rPr>
        <w:t xml:space="preserve">    D. [WRONG] Flumazenil because she drank</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E. [WRONG] Naloxone 2 mg</w:t>
      </w:r>
    </w:p>
    <w:p>
      <w:pPr>
        <w:spacing w:before="0" w:after="20" w:line="259" w:lineRule="auto"/>
      </w:pPr>
      <w:r>
        <w:rPr>
          <w:rFonts w:ascii="Calibri" w:hAnsi="Calibri" w:eastAsia="Calibri"/>
          <w:b w:val="0"/>
          <w:i/>
          <w:color w:val="282828"/>
          <w:sz w:val="22"/>
        </w:rPr>
        <w:t xml:space="preserve">       Bay: This is not opioid. The bottle is propranolol.</w:t>
      </w:r>
    </w:p>
    <w:p>
      <w:pPr>
        <w:spacing w:before="120" w:after="20" w:line="259" w:lineRule="auto"/>
        <w:shd w:fill="F8E8E8" w:val="clear"/>
      </w:pPr>
      <w:r>
        <w:rPr>
          <w:rFonts w:ascii="Calibri" w:hAnsi="Calibri" w:eastAsia="Calibri"/>
          <w:b w:val="0"/>
          <w:i w:val="0"/>
          <w:color w:val="A02828"/>
          <w:sz w:val="22"/>
        </w:rPr>
        <w:t>B. [WRONG] Phenytoin 18 mg/kg for the seizure</w:t>
      </w:r>
    </w:p>
    <w:p>
      <w:pPr>
        <w:spacing w:before="0" w:after="20" w:line="259" w:lineRule="auto"/>
      </w:pPr>
      <w:r>
        <w:rPr>
          <w:rFonts w:ascii="Calibri" w:hAnsi="Calibri" w:eastAsia="Calibri"/>
          <w:b w:val="0"/>
          <w:i/>
          <w:color w:val="282828"/>
          <w:sz w:val="22"/>
        </w:rPr>
        <w:t>Bay: Sodium-channel blocker on a sodium-channel blocker. Benzodiazepines.</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Amiodarone 300 mg</w:t>
      </w:r>
    </w:p>
    <w:p>
      <w:pPr>
        <w:spacing w:before="0" w:after="20" w:line="259" w:lineRule="auto"/>
      </w:pPr>
      <w:r>
        <w:rPr>
          <w:rFonts w:ascii="Calibri" w:hAnsi="Calibri" w:eastAsia="Calibri"/>
          <w:b w:val="0"/>
          <w:i/>
          <w:color w:val="282828"/>
          <w:sz w:val="22"/>
        </w:rPr>
        <w:t>Bay: Wrong.</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Wait for a propranolol level</w:t>
      </w:r>
    </w:p>
    <w:p>
      <w:pPr>
        <w:spacing w:before="0" w:after="20" w:line="259" w:lineRule="auto"/>
      </w:pPr>
      <w:r>
        <w:rPr>
          <w:rFonts w:ascii="Calibri" w:hAnsi="Calibri" w:eastAsia="Calibri"/>
          <w:b w:val="0"/>
          <w:i/>
          <w:color w:val="282828"/>
          <w:sz w:val="22"/>
        </w:rPr>
        <w:t>Bay: There is no useful bedside level. Treat.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Immediate transcutaneous pacing as the only next step</w:t>
      </w:r>
    </w:p>
    <w:p>
      <w:pPr>
        <w:spacing w:before="0" w:after="20" w:line="259" w:lineRule="auto"/>
      </w:pPr>
      <w:r>
        <w:rPr>
          <w:rFonts w:ascii="Calibri" w:hAnsi="Calibri" w:eastAsia="Calibri"/>
          <w:b w:val="0"/>
          <w:i/>
          <w:color w:val="282828"/>
          <w:sz w:val="22"/>
        </w:rPr>
        <w:t>Bay: Capture often fails. Keep the drugs coming; pace if they fail.</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Seizure stopped. Send from the bay.</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7.22  pCO2 5.8  pO2 11.0  HCO3 16  BE −10  lactate 4.6  K+ 4.8  glucose 4.8  Hb 134</w:t>
      </w:r>
    </w:p>
    <w:p>
      <w:pPr>
        <w:spacing w:before="0" w:after="40" w:line="259" w:lineRule="auto"/>
      </w:pPr>
      <w:r>
        <w:rPr>
          <w:rFonts w:ascii="Calibri" w:hAnsi="Calibri" w:eastAsia="Calibri"/>
          <w:b w:val="0"/>
          <w:i w:val="0"/>
          <w:sz w:val="22"/>
        </w:rPr>
        <w:t>Acidotic, wide-complex hypoperfusion. Keep bicarb coming if QRS stays wide.</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4.8 mmol/L — not the cause of the seizure.</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tca</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Toxicology screen will not change the next hour.</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ue: Na 138   K 4.8   urea 6.1   creat 78</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Tracing: wide QRS, like a TCA. Review — then decide.</w:t>
      </w:r>
    </w:p>
    <w:p>
      <w:pPr>
        <w:spacing w:before="120" w:after="20" w:line="259" w:lineRule="auto"/>
        <w:shd w:fill="E8F5EC" w:val="clear"/>
      </w:pPr>
      <w:r>
        <w:rPr>
          <w:rFonts w:ascii="Calibri" w:hAnsi="Calibri" w:eastAsia="Calibri"/>
          <w:b/>
          <w:i w:val="0"/>
          <w:color w:val="146E3C"/>
          <w:sz w:val="22"/>
        </w:rPr>
        <w:t>A. [CORRECT] High-dose insulin euglycaemia therapy</w:t>
      </w:r>
    </w:p>
    <w:p>
      <w:pPr>
        <w:spacing w:before="0" w:after="20" w:line="259" w:lineRule="auto"/>
      </w:pPr>
      <w:r>
        <w:rPr>
          <w:rFonts w:ascii="Calibri" w:hAnsi="Calibri" w:eastAsia="Calibri"/>
          <w:b w:val="0"/>
          <w:i/>
          <w:color w:val="282828"/>
          <w:sz w:val="22"/>
        </w:rPr>
        <w:t>Bay: Insulin 1 unit/kg bolus then infusion, glucose running, K watched. ITU know.</w:t>
      </w:r>
    </w:p>
    <w:p>
      <w:pPr>
        <w:spacing w:before="0" w:after="40" w:line="259" w:lineRule="auto"/>
      </w:pPr>
      <w:r>
        <w:rPr>
          <w:rFonts w:ascii="Calibri" w:hAnsi="Calibri" w:eastAsia="Calibri"/>
          <w:b w:val="0"/>
          <w:i/>
          <w:color w:val="5A4614"/>
          <w:sz w:val="20"/>
        </w:rPr>
        <w:t>Reaction: sbp +10</w:t>
      </w:r>
    </w:p>
    <w:p>
      <w:pPr>
        <w:spacing w:before="80" w:after="40" w:line="259" w:lineRule="auto"/>
      </w:pPr>
      <w:r>
        <w:rPr>
          <w:rFonts w:ascii="Calibri" w:hAnsi="Calibri" w:eastAsia="Calibri"/>
          <w:b/>
          <w:i w:val="0"/>
          <w:color w:val="46326E"/>
          <w:sz w:val="22"/>
        </w:rPr>
        <w:t xml:space="preserve">    Follow-up: What insulin dose?</w:t>
      </w:r>
    </w:p>
    <w:p>
      <w:pPr>
        <w:spacing w:before="120" w:after="20" w:line="259" w:lineRule="auto"/>
        <w:shd w:fill="E8F5EC" w:val="clear"/>
      </w:pPr>
      <w:r>
        <w:rPr>
          <w:rFonts w:ascii="Calibri" w:hAnsi="Calibri" w:eastAsia="Calibri"/>
          <w:b/>
          <w:i w:val="0"/>
          <w:color w:val="146E3C"/>
          <w:sz w:val="22"/>
        </w:rPr>
        <w:t xml:space="preserve">    A. [CORRECT] 1 unit/kg IV bolus then 1 unit/kg/h, with glucose, watch potassium</w:t>
      </w:r>
    </w:p>
    <w:p>
      <w:pPr>
        <w:spacing w:before="0" w:after="20" w:line="259" w:lineRule="auto"/>
      </w:pPr>
      <w:r>
        <w:rPr>
          <w:rFonts w:ascii="Calibri" w:hAnsi="Calibri" w:eastAsia="Calibri"/>
          <w:b w:val="0"/>
          <w:i/>
          <w:color w:val="282828"/>
          <w:sz w:val="22"/>
        </w:rPr>
        <w:t xml:space="preserve">       Bay: HIET for beta-blocker / CCB shock. This is not a DKA dose.</w:t>
      </w:r>
    </w:p>
    <w:p>
      <w:pPr>
        <w:spacing w:before="120" w:after="20" w:line="259" w:lineRule="auto"/>
        <w:shd w:fill="F8E8E8" w:val="clear"/>
      </w:pPr>
      <w:r>
        <w:rPr>
          <w:rFonts w:ascii="Calibri" w:hAnsi="Calibri" w:eastAsia="Calibri"/>
          <w:b w:val="0"/>
          <w:i w:val="0"/>
          <w:color w:val="A02828"/>
          <w:sz w:val="22"/>
        </w:rPr>
        <w:t xml:space="preserve">    B. [WRONG] 6 units subcutaneous sliding scale</w:t>
      </w:r>
    </w:p>
    <w:p>
      <w:pPr>
        <w:spacing w:before="0" w:after="20" w:line="259" w:lineRule="auto"/>
      </w:pPr>
      <w:r>
        <w:rPr>
          <w:rFonts w:ascii="Calibri" w:hAnsi="Calibri" w:eastAsia="Calibri"/>
          <w:b w:val="0"/>
          <w:i/>
          <w:color w:val="282828"/>
          <w:sz w:val="22"/>
        </w:rPr>
        <w:t xml:space="preserve">       Bay: Wrong route, wrong dose.</w:t>
      </w:r>
    </w:p>
    <w:p>
      <w:pPr>
        <w:spacing w:before="120" w:after="20" w:line="259" w:lineRule="auto"/>
        <w:shd w:fill="F8E8E8" w:val="clear"/>
      </w:pPr>
      <w:r>
        <w:rPr>
          <w:rFonts w:ascii="Calibri" w:hAnsi="Calibri" w:eastAsia="Calibri"/>
          <w:b w:val="0"/>
          <w:i w:val="0"/>
          <w:color w:val="A02828"/>
          <w:sz w:val="22"/>
        </w:rPr>
        <w:t xml:space="preserve">    C. [WRONG] Actrapid 2 units IV as a token</w:t>
      </w:r>
    </w:p>
    <w:p>
      <w:pPr>
        <w:spacing w:before="0" w:after="20" w:line="259" w:lineRule="auto"/>
      </w:pPr>
      <w:r>
        <w:rPr>
          <w:rFonts w:ascii="Calibri" w:hAnsi="Calibri" w:eastAsia="Calibri"/>
          <w:b w:val="0"/>
          <w:i/>
          <w:color w:val="282828"/>
          <w:sz w:val="22"/>
        </w:rPr>
        <w:t xml:space="preserve">       Bay: Token therapy does not rescue a propranolol shock.</w:t>
      </w:r>
    </w:p>
    <w:p>
      <w:pPr>
        <w:spacing w:before="120" w:after="20" w:line="259" w:lineRule="auto"/>
        <w:shd w:fill="F8E8E8" w:val="clear"/>
      </w:pPr>
      <w:r>
        <w:rPr>
          <w:rFonts w:ascii="Calibri" w:hAnsi="Calibri" w:eastAsia="Calibri"/>
          <w:b w:val="0"/>
          <w:i w:val="0"/>
          <w:color w:val="A02828"/>
          <w:sz w:val="22"/>
        </w:rPr>
        <w:t xml:space="preserve">    D. [WRONG] Hold insulin because glucose is 4.8</w:t>
      </w:r>
    </w:p>
    <w:p>
      <w:pPr>
        <w:spacing w:before="0" w:after="20" w:line="259" w:lineRule="auto"/>
      </w:pPr>
      <w:r>
        <w:rPr>
          <w:rFonts w:ascii="Calibri" w:hAnsi="Calibri" w:eastAsia="Calibri"/>
          <w:b w:val="0"/>
          <w:i/>
          <w:color w:val="282828"/>
          <w:sz w:val="22"/>
        </w:rPr>
        <w:t xml:space="preserve">       Bay: Give glucose with it. Do not withhold the inotrope.</w:t>
      </w:r>
    </w:p>
    <w:p>
      <w:pPr>
        <w:spacing w:before="120" w:after="20" w:line="259" w:lineRule="auto"/>
        <w:shd w:fill="F8E8E8" w:val="clear"/>
      </w:pPr>
      <w:r>
        <w:rPr>
          <w:rFonts w:ascii="Calibri" w:hAnsi="Calibri" w:eastAsia="Calibri"/>
          <w:b w:val="0"/>
          <w:i w:val="0"/>
          <w:color w:val="A02828"/>
          <w:sz w:val="22"/>
        </w:rPr>
        <w:t xml:space="preserve">    E. [WRONG] Insulin only after lipid and ECMO are refused</w:t>
      </w:r>
    </w:p>
    <w:p>
      <w:pPr>
        <w:spacing w:before="0" w:after="20" w:line="259" w:lineRule="auto"/>
      </w:pPr>
      <w:r>
        <w:rPr>
          <w:rFonts w:ascii="Calibri" w:hAnsi="Calibri" w:eastAsia="Calibri"/>
          <w:b w:val="0"/>
          <w:i/>
          <w:color w:val="282828"/>
          <w:sz w:val="22"/>
        </w:rPr>
        <w:t xml:space="preserve">       Bay: HIET is earlier than ECMO, not last.</w:t>
      </w:r>
    </w:p>
    <w:p>
      <w:pPr>
        <w:spacing w:before="120" w:after="20" w:line="259" w:lineRule="auto"/>
        <w:shd w:fill="F8E8E8" w:val="clear"/>
      </w:pPr>
      <w:r>
        <w:rPr>
          <w:rFonts w:ascii="Calibri" w:hAnsi="Calibri" w:eastAsia="Calibri"/>
          <w:b w:val="0"/>
          <w:i w:val="0"/>
          <w:color w:val="A02828"/>
          <w:sz w:val="22"/>
        </w:rPr>
        <w:t>B. [WRONG] Digoxin Fab</w:t>
      </w:r>
    </w:p>
    <w:p>
      <w:pPr>
        <w:spacing w:before="0" w:after="20" w:line="259" w:lineRule="auto"/>
      </w:pPr>
      <w:r>
        <w:rPr>
          <w:rFonts w:ascii="Calibri" w:hAnsi="Calibri" w:eastAsia="Calibri"/>
          <w:b w:val="0"/>
          <w:i/>
          <w:color w:val="282828"/>
          <w:sz w:val="22"/>
        </w:rPr>
        <w:t>Bay: Wrong toxin.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Naloxone infusion</w:t>
      </w:r>
    </w:p>
    <w:p>
      <w:pPr>
        <w:spacing w:before="0" w:after="20" w:line="259" w:lineRule="auto"/>
      </w:pPr>
      <w:r>
        <w:rPr>
          <w:rFonts w:ascii="Calibri" w:hAnsi="Calibri" w:eastAsia="Calibri"/>
          <w:b w:val="0"/>
          <w:i/>
          <w:color w:val="282828"/>
          <w:sz w:val="22"/>
        </w:rPr>
        <w:t>Bay: Wrong toxin.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Calcium as the only specific — this is a CCB</w:t>
      </w:r>
    </w:p>
    <w:p>
      <w:pPr>
        <w:spacing w:before="0" w:after="20" w:line="259" w:lineRule="auto"/>
      </w:pPr>
      <w:r>
        <w:rPr>
          <w:rFonts w:ascii="Calibri" w:hAnsi="Calibri" w:eastAsia="Calibri"/>
          <w:b w:val="0"/>
          <w:i/>
          <w:color w:val="282828"/>
          <w:sz w:val="22"/>
        </w:rPr>
        <w:t>Bay: The bottle is propranolol. Calcium is for CCB. You can still use HIET for both.</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Observe on a ward with hourly GCS</w:t>
      </w:r>
    </w:p>
    <w:p>
      <w:pPr>
        <w:spacing w:before="0" w:after="20" w:line="259" w:lineRule="auto"/>
      </w:pPr>
      <w:r>
        <w:rPr>
          <w:rFonts w:ascii="Calibri" w:hAnsi="Calibri" w:eastAsia="Calibri"/>
          <w:b w:val="0"/>
          <w:i/>
          <w:color w:val="282828"/>
          <w:sz w:val="22"/>
        </w:rPr>
        <w:t>Bay: She is shocked, wide, fitting. ITU.</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Sister has found more boxes.</w:t>
      </w:r>
    </w:p>
    <w:p>
      <w:pPr>
        <w:spacing w:before="120" w:after="20" w:line="259" w:lineRule="auto"/>
        <w:shd w:fill="E8F5EC" w:val="clear"/>
      </w:pPr>
      <w:r>
        <w:rPr>
          <w:rFonts w:ascii="Calibri" w:hAnsi="Calibri" w:eastAsia="Calibri"/>
          <w:b/>
          <w:i w:val="0"/>
          <w:color w:val="146E3C"/>
          <w:sz w:val="22"/>
        </w:rPr>
        <w:t>A. [CORRECT] Time of ingestion, all drugs, alcohol, access to insulin/CCB/TCA</w:t>
      </w:r>
    </w:p>
    <w:p>
      <w:pPr>
        <w:spacing w:before="0" w:after="20" w:line="259" w:lineRule="auto"/>
      </w:pPr>
      <w:r>
        <w:rPr>
          <w:rFonts w:ascii="Calibri" w:hAnsi="Calibri" w:eastAsia="Calibri"/>
          <w:b w:val="0"/>
          <w:i/>
          <w:color w:val="282828"/>
          <w:sz w:val="22"/>
        </w:rPr>
        <w:t>Bay: Propranolol 28 × 80 mg, vodka, no TCA seen, paracetamol unknown — send a level.</w:t>
      </w:r>
    </w:p>
    <w:p>
      <w:pPr>
        <w:spacing w:before="120" w:after="20" w:line="259" w:lineRule="auto"/>
        <w:shd w:fill="E8F5EC" w:val="clear"/>
      </w:pPr>
      <w:r>
        <w:rPr>
          <w:rFonts w:ascii="Calibri" w:hAnsi="Calibri" w:eastAsia="Calibri"/>
          <w:b/>
          <w:i w:val="0"/>
          <w:color w:val="146E3C"/>
          <w:sz w:val="22"/>
        </w:rPr>
        <w:t>B. [CORRECT] Weight, last meal, known heart disease, asthma</w:t>
      </w:r>
    </w:p>
    <w:p>
      <w:pPr>
        <w:spacing w:before="0" w:after="20" w:line="259" w:lineRule="auto"/>
      </w:pPr>
      <w:r>
        <w:rPr>
          <w:rFonts w:ascii="Calibri" w:hAnsi="Calibri" w:eastAsia="Calibri"/>
          <w:b w:val="0"/>
          <w:i/>
          <w:color w:val="282828"/>
          <w:sz w:val="22"/>
        </w:rPr>
        <w:t>Bay: 62 kg, no asthma luckily, no heart disease.</w:t>
      </w:r>
    </w:p>
    <w:p>
      <w:pPr>
        <w:spacing w:before="120" w:after="20" w:line="259" w:lineRule="auto"/>
        <w:shd w:fill="E8F5EC" w:val="clear"/>
      </w:pPr>
      <w:r>
        <w:rPr>
          <w:rFonts w:ascii="Calibri" w:hAnsi="Calibri" w:eastAsia="Calibri"/>
          <w:b/>
          <w:i w:val="0"/>
          <w:color w:val="146E3C"/>
          <w:sz w:val="22"/>
        </w:rPr>
        <w:t>C. [CORRECT] Call NPIS / TOXBASE, ICU, and prime lipid / HIET / bicarb</w:t>
      </w:r>
    </w:p>
    <w:p>
      <w:pPr>
        <w:spacing w:before="0" w:after="20" w:line="259" w:lineRule="auto"/>
      </w:pPr>
      <w:r>
        <w:rPr>
          <w:rFonts w:ascii="Calibri" w:hAnsi="Calibri" w:eastAsia="Calibri"/>
          <w:b w:val="0"/>
          <w:i/>
          <w:color w:val="282828"/>
          <w:sz w:val="22"/>
        </w:rPr>
        <w:t>Bay: They are already moving.</w:t>
      </w:r>
    </w:p>
    <w:p>
      <w:pPr>
        <w:spacing w:before="120" w:after="20" w:line="259" w:lineRule="auto"/>
        <w:shd w:fill="F8E8E8" w:val="clear"/>
      </w:pPr>
      <w:r>
        <w:rPr>
          <w:rFonts w:ascii="Calibri" w:hAnsi="Calibri" w:eastAsia="Calibri"/>
          <w:b w:val="0"/>
          <w:i w:val="0"/>
          <w:color w:val="A02828"/>
          <w:sz w:val="22"/>
        </w:rPr>
        <w:t>D. [WRONG] Wait for a confirmatory propranolol concentration before HIET</w:t>
      </w:r>
    </w:p>
    <w:p>
      <w:pPr>
        <w:spacing w:before="0" w:after="20" w:line="259" w:lineRule="auto"/>
      </w:pPr>
      <w:r>
        <w:rPr>
          <w:rFonts w:ascii="Calibri" w:hAnsi="Calibri" w:eastAsia="Calibri"/>
          <w:b w:val="0"/>
          <w:i/>
          <w:color w:val="282828"/>
          <w:sz w:val="22"/>
        </w:rPr>
        <w:t>Bay: Treat the patient.</w:t>
      </w:r>
    </w:p>
    <w:p>
      <w:pPr>
        <w:spacing w:before="120" w:after="20" w:line="259" w:lineRule="auto"/>
        <w:shd w:fill="F8E8E8" w:val="clear"/>
      </w:pPr>
      <w:r>
        <w:rPr>
          <w:rFonts w:ascii="Calibri" w:hAnsi="Calibri" w:eastAsia="Calibri"/>
          <w:b w:val="0"/>
          <w:i w:val="0"/>
          <w:color w:val="A02828"/>
          <w:sz w:val="22"/>
        </w:rPr>
        <w:t>E. [WRONG] Give ipecac so she brings up the tablets</w:t>
      </w:r>
    </w:p>
    <w:p>
      <w:pPr>
        <w:spacing w:before="0" w:after="20" w:line="259" w:lineRule="auto"/>
      </w:pPr>
      <w:r>
        <w:rPr>
          <w:rFonts w:ascii="Calibri" w:hAnsi="Calibri" w:eastAsia="Calibri"/>
          <w:b w:val="0"/>
          <w:i/>
          <w:color w:val="282828"/>
          <w:sz w:val="22"/>
        </w:rPr>
        <w:t>Bay: Three hours on, shocked, seizing. You will aspirate her.</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Propranolol overdose with membrane-stabilising cardiotoxicity</w:t>
      </w:r>
    </w:p>
    <w:p>
      <w:pPr>
        <w:spacing w:before="0" w:after="20" w:line="259" w:lineRule="auto"/>
      </w:pPr>
      <w:r>
        <w:rPr>
          <w:rFonts w:ascii="Calibri" w:hAnsi="Calibri" w:eastAsia="Calibri"/>
          <w:b w:val="0"/>
          <w:i/>
          <w:color w:val="282828"/>
          <w:sz w:val="22"/>
        </w:rPr>
        <w:t>Bay: Bradycardia, shock, wide QRS, seizures. Glucagon, bicarb, HIET.</w:t>
      </w:r>
    </w:p>
    <w:p>
      <w:pPr>
        <w:spacing w:before="120" w:after="20" w:line="259" w:lineRule="auto"/>
        <w:shd w:fill="F8E8E8" w:val="clear"/>
      </w:pPr>
      <w:r>
        <w:rPr>
          <w:rFonts w:ascii="Calibri" w:hAnsi="Calibri" w:eastAsia="Calibri"/>
          <w:b w:val="0"/>
          <w:i w:val="0"/>
          <w:color w:val="A02828"/>
          <w:sz w:val="22"/>
        </w:rPr>
        <w:t>B. [WRONG] Simple vasovagal</w:t>
      </w:r>
    </w:p>
    <w:p>
      <w:pPr>
        <w:spacing w:before="0" w:after="20" w:line="259" w:lineRule="auto"/>
      </w:pPr>
      <w:r>
        <w:rPr>
          <w:rFonts w:ascii="Calibri" w:hAnsi="Calibri" w:eastAsia="Calibri"/>
          <w:b w:val="0"/>
          <w:i/>
          <w:color w:val="282828"/>
          <w:sz w:val="22"/>
        </w:rPr>
        <w:t>Bay: Empty bottle, wide QRS, fits.</w:t>
      </w:r>
    </w:p>
    <w:p>
      <w:pPr>
        <w:spacing w:before="120" w:after="20" w:line="259" w:lineRule="auto"/>
        <w:shd w:fill="F8E8E8" w:val="clear"/>
      </w:pPr>
      <w:r>
        <w:rPr>
          <w:rFonts w:ascii="Calibri" w:hAnsi="Calibri" w:eastAsia="Calibri"/>
          <w:b w:val="0"/>
          <w:i w:val="0"/>
          <w:color w:val="A02828"/>
          <w:sz w:val="22"/>
        </w:rPr>
        <w:t>C. [WRONG] Complete heart block from ischaemia</w:t>
      </w:r>
    </w:p>
    <w:p>
      <w:pPr>
        <w:spacing w:before="0" w:after="20" w:line="259" w:lineRule="auto"/>
      </w:pPr>
      <w:r>
        <w:rPr>
          <w:rFonts w:ascii="Calibri" w:hAnsi="Calibri" w:eastAsia="Calibri"/>
          <w:b w:val="0"/>
          <w:i/>
          <w:color w:val="282828"/>
          <w:sz w:val="22"/>
        </w:rPr>
        <w:t>Bay: Toxin until proven otherwise. The 12-lead is wide, not a classic CHB.</w:t>
      </w:r>
    </w:p>
    <w:p>
      <w:pPr>
        <w:spacing w:before="120" w:after="20" w:line="259" w:lineRule="auto"/>
        <w:shd w:fill="F8E8E8" w:val="clear"/>
      </w:pPr>
      <w:r>
        <w:rPr>
          <w:rFonts w:ascii="Calibri" w:hAnsi="Calibri" w:eastAsia="Calibri"/>
          <w:b w:val="0"/>
          <w:i w:val="0"/>
          <w:color w:val="A02828"/>
          <w:sz w:val="22"/>
        </w:rPr>
        <w:t>D. [WRONG] TCA overdose as the only possible cause of a wide QRS</w:t>
      </w:r>
    </w:p>
    <w:p>
      <w:pPr>
        <w:spacing w:before="0" w:after="20" w:line="259" w:lineRule="auto"/>
      </w:pPr>
      <w:r>
        <w:rPr>
          <w:rFonts w:ascii="Calibri" w:hAnsi="Calibri" w:eastAsia="Calibri"/>
          <w:b w:val="0"/>
          <w:i/>
          <w:color w:val="282828"/>
          <w:sz w:val="22"/>
        </w:rPr>
        <w:t>Bay: Propranolol does this too. Treat both patterns: bicarb.</w:t>
      </w:r>
    </w:p>
    <w:p>
      <w:pPr>
        <w:spacing w:before="120" w:after="20" w:line="259" w:lineRule="auto"/>
        <w:shd w:fill="F8E8E8" w:val="clear"/>
      </w:pPr>
      <w:r>
        <w:rPr>
          <w:rFonts w:ascii="Calibri" w:hAnsi="Calibri" w:eastAsia="Calibri"/>
          <w:b w:val="0"/>
          <w:i w:val="0"/>
          <w:color w:val="A02828"/>
          <w:sz w:val="22"/>
        </w:rPr>
        <w:t>E. [WRONG] Opioid overdose</w:t>
      </w:r>
    </w:p>
    <w:p>
      <w:pPr>
        <w:spacing w:before="0" w:after="20" w:line="259" w:lineRule="auto"/>
      </w:pPr>
      <w:r>
        <w:rPr>
          <w:rFonts w:ascii="Calibri" w:hAnsi="Calibri" w:eastAsia="Calibri"/>
          <w:b w:val="0"/>
          <w:i/>
          <w:color w:val="282828"/>
          <w:sz w:val="22"/>
        </w:rPr>
        <w:t>Bay: RR 12 and GCS 12 with HR 38 is not classic opioid — the bottle is beta-blocker.</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Still 80 systolic on glucagon and insulin. ICU mention lipid.</w:t>
      </w:r>
    </w:p>
    <w:p>
      <w:pPr>
        <w:spacing w:before="120" w:after="20" w:line="259" w:lineRule="auto"/>
        <w:shd w:fill="E8F5EC" w:val="clear"/>
      </w:pPr>
      <w:r>
        <w:rPr>
          <w:rFonts w:ascii="Calibri" w:hAnsi="Calibri" w:eastAsia="Calibri"/>
          <w:b/>
          <w:i w:val="0"/>
          <w:color w:val="146E3C"/>
          <w:sz w:val="22"/>
        </w:rPr>
        <w:t>A. [CORRECT] Intravenous lipid emulsion as rescue, stay on HIET, discuss ECMO</w:t>
      </w:r>
    </w:p>
    <w:p>
      <w:pPr>
        <w:spacing w:before="0" w:after="20" w:line="259" w:lineRule="auto"/>
      </w:pPr>
      <w:r>
        <w:rPr>
          <w:rFonts w:ascii="Calibri" w:hAnsi="Calibri" w:eastAsia="Calibri"/>
          <w:b w:val="0"/>
          <w:i/>
          <w:color w:val="282828"/>
          <w:sz w:val="22"/>
        </w:rPr>
        <w:t>Bay: Intralipid going. You do not stop the insulin. ECMO centre is a phone call if she arrests.</w:t>
      </w:r>
    </w:p>
    <w:p>
      <w:pPr>
        <w:spacing w:before="0" w:after="40" w:line="259" w:lineRule="auto"/>
      </w:pPr>
      <w:r>
        <w:rPr>
          <w:rFonts w:ascii="Calibri" w:hAnsi="Calibri" w:eastAsia="Calibri"/>
          <w:b w:val="0"/>
          <w:i/>
          <w:color w:val="5A4614"/>
          <w:sz w:val="20"/>
        </w:rPr>
        <w:t>Reaction: sbp +6</w:t>
      </w:r>
    </w:p>
    <w:p>
      <w:pPr>
        <w:spacing w:before="80" w:after="40" w:line="259" w:lineRule="auto"/>
      </w:pPr>
      <w:r>
        <w:rPr>
          <w:rFonts w:ascii="Calibri" w:hAnsi="Calibri" w:eastAsia="Calibri"/>
          <w:b/>
          <w:i w:val="0"/>
          <w:color w:val="46326E"/>
          <w:sz w:val="22"/>
        </w:rPr>
        <w:t xml:space="preserve">    Follow-up: When lipid?</w:t>
      </w:r>
    </w:p>
    <w:p>
      <w:pPr>
        <w:spacing w:before="120" w:after="20" w:line="259" w:lineRule="auto"/>
        <w:shd w:fill="E8F5EC" w:val="clear"/>
      </w:pPr>
      <w:r>
        <w:rPr>
          <w:rFonts w:ascii="Calibri" w:hAnsi="Calibri" w:eastAsia="Calibri"/>
          <w:b/>
          <w:i w:val="0"/>
          <w:color w:val="146E3C"/>
          <w:sz w:val="22"/>
        </w:rPr>
        <w:t xml:space="preserve">    A. [CORRECT] Refractory shock or arrest in membrane-stabilising overdose</w:t>
      </w:r>
    </w:p>
    <w:p>
      <w:pPr>
        <w:spacing w:before="0" w:after="20" w:line="259" w:lineRule="auto"/>
      </w:pPr>
      <w:r>
        <w:rPr>
          <w:rFonts w:ascii="Calibri" w:hAnsi="Calibri" w:eastAsia="Calibri"/>
          <w:b w:val="0"/>
          <w:i/>
          <w:color w:val="282828"/>
          <w:sz w:val="22"/>
        </w:rPr>
        <w:t xml:space="preserve">       Bay: TOXBASE: lipid for severe local-anaesthetic-like cardiotoxicity. Propranolol qualifies when drugs fail.</w:t>
      </w:r>
    </w:p>
    <w:p>
      <w:pPr>
        <w:spacing w:before="120" w:after="20" w:line="259" w:lineRule="auto"/>
        <w:shd w:fill="F8E8E8" w:val="clear"/>
      </w:pPr>
      <w:r>
        <w:rPr>
          <w:rFonts w:ascii="Calibri" w:hAnsi="Calibri" w:eastAsia="Calibri"/>
          <w:b w:val="0"/>
          <w:i w:val="0"/>
          <w:color w:val="A02828"/>
          <w:sz w:val="22"/>
        </w:rPr>
        <w:t xml:space="preserve">    B. [WRONG] Every beta-blocker tablet, including atenolol 25 mg extra</w:t>
      </w:r>
    </w:p>
    <w:p>
      <w:pPr>
        <w:spacing w:before="0" w:after="20" w:line="259" w:lineRule="auto"/>
      </w:pPr>
      <w:r>
        <w:rPr>
          <w:rFonts w:ascii="Calibri" w:hAnsi="Calibri" w:eastAsia="Calibri"/>
          <w:b w:val="0"/>
          <w:i/>
          <w:color w:val="282828"/>
          <w:sz w:val="22"/>
        </w:rPr>
        <w:t xml:space="preserve">       Bay: No. Severity first.</w:t>
      </w:r>
    </w:p>
    <w:p>
      <w:pPr>
        <w:spacing w:before="120" w:after="20" w:line="259" w:lineRule="auto"/>
        <w:shd w:fill="F8E8E8" w:val="clear"/>
      </w:pPr>
      <w:r>
        <w:rPr>
          <w:rFonts w:ascii="Calibri" w:hAnsi="Calibri" w:eastAsia="Calibri"/>
          <w:b w:val="0"/>
          <w:i w:val="0"/>
          <w:color w:val="A02828"/>
          <w:sz w:val="22"/>
        </w:rPr>
        <w:t xml:space="preserve">    C. [WRONG] Instead of glucagon from the start</w:t>
      </w:r>
    </w:p>
    <w:p>
      <w:pPr>
        <w:spacing w:before="0" w:after="20" w:line="259" w:lineRule="auto"/>
      </w:pPr>
      <w:r>
        <w:rPr>
          <w:rFonts w:ascii="Calibri" w:hAnsi="Calibri" w:eastAsia="Calibri"/>
          <w:b w:val="0"/>
          <w:i/>
          <w:color w:val="282828"/>
          <w:sz w:val="22"/>
        </w:rPr>
        <w:t xml:space="preserve">       Bay: Glucagon / HIET first. Lipid is rescue.</w:t>
      </w:r>
    </w:p>
    <w:p>
      <w:pPr>
        <w:spacing w:before="120" w:after="20" w:line="259" w:lineRule="auto"/>
        <w:shd w:fill="F8E8E8" w:val="clear"/>
      </w:pPr>
      <w:r>
        <w:rPr>
          <w:rFonts w:ascii="Calibri" w:hAnsi="Calibri" w:eastAsia="Calibri"/>
          <w:b w:val="0"/>
          <w:i w:val="0"/>
          <w:color w:val="A02828"/>
          <w:sz w:val="22"/>
        </w:rPr>
        <w:t xml:space="preserve">    D. [WRONG] Oral olive oil</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E. [WRONG] Lipid then stop insulin because they clash</w:t>
      </w:r>
    </w:p>
    <w:p>
      <w:pPr>
        <w:spacing w:before="0" w:after="20" w:line="259" w:lineRule="auto"/>
      </w:pPr>
      <w:r>
        <w:rPr>
          <w:rFonts w:ascii="Calibri" w:hAnsi="Calibri" w:eastAsia="Calibri"/>
          <w:b w:val="0"/>
          <w:i/>
          <w:color w:val="282828"/>
          <w:sz w:val="22"/>
        </w:rPr>
        <w:t xml:space="preserve">       Bay: They are sequential, not mutually exclusive.</w:t>
      </w:r>
    </w:p>
    <w:p>
      <w:pPr>
        <w:spacing w:before="120" w:after="20" w:line="259" w:lineRule="auto"/>
        <w:shd w:fill="F8E8E8" w:val="clear"/>
      </w:pPr>
      <w:r>
        <w:rPr>
          <w:rFonts w:ascii="Calibri" w:hAnsi="Calibri" w:eastAsia="Calibri"/>
          <w:b w:val="0"/>
          <w:i w:val="0"/>
          <w:color w:val="A02828"/>
          <w:sz w:val="22"/>
        </w:rPr>
        <w:t>B. [WRONG] Stop all antidotes and wait for metabolism</w:t>
      </w:r>
    </w:p>
    <w:p>
      <w:pPr>
        <w:spacing w:before="0" w:after="20" w:line="259" w:lineRule="auto"/>
      </w:pPr>
      <w:r>
        <w:rPr>
          <w:rFonts w:ascii="Calibri" w:hAnsi="Calibri" w:eastAsia="Calibri"/>
          <w:b w:val="0"/>
          <w:i/>
          <w:color w:val="282828"/>
          <w:sz w:val="22"/>
        </w:rPr>
        <w:t>Bay: Propranolol can kill for hours. Keep treating.</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Thrombolyse for a possible MI</w:t>
      </w:r>
    </w:p>
    <w:p>
      <w:pPr>
        <w:spacing w:before="0" w:after="20" w:line="259" w:lineRule="auto"/>
      </w:pPr>
      <w:r>
        <w:rPr>
          <w:rFonts w:ascii="Calibri" w:hAnsi="Calibri" w:eastAsia="Calibri"/>
          <w:b w:val="0"/>
          <w:i/>
          <w:color w:val="282828"/>
          <w:sz w:val="22"/>
        </w:rPr>
        <w:t>Bay: Toxin.</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Phenytoin infusion for 'cover'</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Discharge to psych once she says sorry</w:t>
      </w:r>
    </w:p>
    <w:p>
      <w:pPr>
        <w:spacing w:before="0" w:after="20" w:line="259" w:lineRule="auto"/>
      </w:pPr>
      <w:r>
        <w:rPr>
          <w:rFonts w:ascii="Calibri" w:hAnsi="Calibri" w:eastAsia="Calibri"/>
          <w:b w:val="0"/>
          <w:i/>
          <w:color w:val="282828"/>
          <w:sz w:val="22"/>
        </w:rPr>
        <w:t>Bay: She is still 80 systolic.</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She is 95 systolic, still wide, GCS 13.</w:t>
      </w:r>
    </w:p>
    <w:p>
      <w:pPr>
        <w:spacing w:before="120" w:after="20" w:line="259" w:lineRule="auto"/>
        <w:shd w:fill="E8F5EC" w:val="clear"/>
      </w:pPr>
      <w:r>
        <w:rPr>
          <w:rFonts w:ascii="Calibri" w:hAnsi="Calibri" w:eastAsia="Calibri"/>
          <w:b/>
          <w:i w:val="0"/>
          <w:color w:val="146E3C"/>
          <w:sz w:val="22"/>
        </w:rPr>
        <w:t>A. [CORRECT] ICU — HIET, monitor, NPIS, ECMO-aware</w:t>
      </w:r>
    </w:p>
    <w:p>
      <w:pPr>
        <w:spacing w:before="0" w:after="20" w:line="259" w:lineRule="auto"/>
      </w:pPr>
      <w:r>
        <w:rPr>
          <w:rFonts w:ascii="Calibri" w:hAnsi="Calibri" w:eastAsia="Calibri"/>
          <w:b w:val="0"/>
          <w:i/>
          <w:color w:val="282828"/>
          <w:sz w:val="22"/>
        </w:rPr>
        <w:t>Bay: Yes.</w:t>
      </w:r>
    </w:p>
    <w:p>
      <w:pPr>
        <w:spacing w:before="120" w:after="20" w:line="259" w:lineRule="auto"/>
        <w:shd w:fill="F8E8E8" w:val="clear"/>
      </w:pPr>
      <w:r>
        <w:rPr>
          <w:rFonts w:ascii="Calibri" w:hAnsi="Calibri" w:eastAsia="Calibri"/>
          <w:b w:val="0"/>
          <w:i w:val="0"/>
          <w:color w:val="A02828"/>
          <w:sz w:val="22"/>
        </w:rPr>
        <w:t>B. [WRONG] Psych ward tonight</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C. [WRONG] AMU cubicle</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D. [WRONG] Home with her sister</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E. [WRONG] CCU without toxicology support because 'it's a heart rate'</w:t>
      </w:r>
    </w:p>
    <w:p>
      <w:pPr>
        <w:spacing w:before="0" w:after="20" w:line="259" w:lineRule="auto"/>
      </w:pPr>
      <w:r>
        <w:rPr>
          <w:rFonts w:ascii="Calibri" w:hAnsi="Calibri" w:eastAsia="Calibri"/>
          <w:b w:val="0"/>
          <w:i/>
          <w:color w:val="282828"/>
          <w:sz w:val="22"/>
        </w:rPr>
        <w:t>Bay: They can share the bed — but not without HIET and NPIS.</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ICU.</w:t>
      </w:r>
    </w:p>
    <w:p>
      <w:pPr>
        <w:spacing w:before="120" w:after="20" w:line="259" w:lineRule="auto"/>
        <w:shd w:fill="E8F5EC" w:val="clear"/>
      </w:pPr>
      <w:r>
        <w:rPr>
          <w:rFonts w:ascii="Calibri" w:hAnsi="Calibri" w:eastAsia="Calibri"/>
          <w:b/>
          <w:i w:val="0"/>
          <w:color w:val="146E3C"/>
          <w:sz w:val="22"/>
        </w:rPr>
        <w:t>A. [CORRECT] Time of ingestion, doses given, QRS width, glucose, potassium, NPIS reference</w:t>
      </w:r>
    </w:p>
    <w:p>
      <w:pPr>
        <w:spacing w:before="0" w:after="20" w:line="259" w:lineRule="auto"/>
      </w:pPr>
      <w:r>
        <w:rPr>
          <w:rFonts w:ascii="Calibri" w:hAnsi="Calibri" w:eastAsia="Calibri"/>
          <w:b w:val="0"/>
          <w:i/>
          <w:color w:val="282828"/>
          <w:sz w:val="22"/>
        </w:rPr>
        <w:t>Bay: Handover is the toxin and the infusions.</w:t>
      </w:r>
    </w:p>
    <w:p>
      <w:pPr>
        <w:spacing w:before="80" w:after="40" w:line="259" w:lineRule="auto"/>
      </w:pPr>
      <w:r>
        <w:rPr>
          <w:rFonts w:ascii="Calibri" w:hAnsi="Calibri" w:eastAsia="Calibri"/>
          <w:b/>
          <w:i w:val="0"/>
          <w:color w:val="46326E"/>
          <w:sz w:val="22"/>
        </w:rPr>
        <w:t xml:space="preserve">    Follow-up: What happens to glucose on HIET?</w:t>
      </w:r>
    </w:p>
    <w:p>
      <w:pPr>
        <w:spacing w:before="120" w:after="20" w:line="259" w:lineRule="auto"/>
        <w:shd w:fill="E8F5EC" w:val="clear"/>
      </w:pPr>
      <w:r>
        <w:rPr>
          <w:rFonts w:ascii="Calibri" w:hAnsi="Calibri" w:eastAsia="Calibri"/>
          <w:b/>
          <w:i w:val="0"/>
          <w:color w:val="146E3C"/>
          <w:sz w:val="22"/>
        </w:rPr>
        <w:t xml:space="preserve">    A. [CORRECT] It can fall — run glucose and check often, including in the lift</w:t>
      </w:r>
    </w:p>
    <w:p>
      <w:pPr>
        <w:spacing w:before="0" w:after="20" w:line="259" w:lineRule="auto"/>
      </w:pPr>
      <w:r>
        <w:rPr>
          <w:rFonts w:ascii="Calibri" w:hAnsi="Calibri" w:eastAsia="Calibri"/>
          <w:b w:val="0"/>
          <w:i/>
          <w:color w:val="282828"/>
          <w:sz w:val="22"/>
        </w:rPr>
        <w:t xml:space="preserve">       Bay: Sudden hypo on 1 unit/kg/h is the classic trap.</w:t>
      </w:r>
    </w:p>
    <w:p>
      <w:pPr>
        <w:spacing w:before="120" w:after="20" w:line="259" w:lineRule="auto"/>
        <w:shd w:fill="F8E8E8" w:val="clear"/>
      </w:pPr>
      <w:r>
        <w:rPr>
          <w:rFonts w:ascii="Calibri" w:hAnsi="Calibri" w:eastAsia="Calibri"/>
          <w:b w:val="0"/>
          <w:i w:val="0"/>
          <w:color w:val="A02828"/>
          <w:sz w:val="22"/>
        </w:rPr>
        <w:t xml:space="preserve">    B. [WRONG] It cannot fall because glucagon was given</w:t>
      </w:r>
    </w:p>
    <w:p>
      <w:pPr>
        <w:spacing w:before="0" w:after="20" w:line="259" w:lineRule="auto"/>
      </w:pPr>
      <w:r>
        <w:rPr>
          <w:rFonts w:ascii="Calibri" w:hAnsi="Calibri" w:eastAsia="Calibri"/>
          <w:b w:val="0"/>
          <w:i/>
          <w:color w:val="282828"/>
          <w:sz w:val="22"/>
        </w:rPr>
        <w:t xml:space="preserve">       Bay: It can.</w:t>
      </w:r>
    </w:p>
    <w:p>
      <w:pPr>
        <w:spacing w:before="120" w:after="20" w:line="259" w:lineRule="auto"/>
        <w:shd w:fill="F8E8E8" w:val="clear"/>
      </w:pPr>
      <w:r>
        <w:rPr>
          <w:rFonts w:ascii="Calibri" w:hAnsi="Calibri" w:eastAsia="Calibri"/>
          <w:b w:val="0"/>
          <w:i w:val="0"/>
          <w:color w:val="A02828"/>
          <w:sz w:val="22"/>
        </w:rPr>
        <w:t xml:space="preserve">    C. [WRONG] Stop all glucose because she is a 'toxicology' patient</w:t>
      </w:r>
    </w:p>
    <w:p>
      <w:pPr>
        <w:spacing w:before="0" w:after="20" w:line="259" w:lineRule="auto"/>
      </w:pPr>
      <w:r>
        <w:rPr>
          <w:rFonts w:ascii="Calibri" w:hAnsi="Calibri" w:eastAsia="Calibri"/>
          <w:b w:val="0"/>
          <w:i/>
          <w:color w:val="282828"/>
          <w:sz w:val="22"/>
        </w:rPr>
        <w:t xml:space="preserve">       Bay: You will drop her BM.</w:t>
      </w:r>
    </w:p>
    <w:p>
      <w:pPr>
        <w:spacing w:before="120" w:after="20" w:line="259" w:lineRule="auto"/>
        <w:shd w:fill="F8E8E8" w:val="clear"/>
      </w:pPr>
      <w:r>
        <w:rPr>
          <w:rFonts w:ascii="Calibri" w:hAnsi="Calibri" w:eastAsia="Calibri"/>
          <w:b w:val="0"/>
          <w:i w:val="0"/>
          <w:color w:val="A02828"/>
          <w:sz w:val="22"/>
        </w:rPr>
        <w:t xml:space="preserve">    D. [WRONG] Only check glucose in the morning labs</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E. [WRONG] Give a 50% glucose bolus and no infusion</w:t>
      </w:r>
    </w:p>
    <w:p>
      <w:pPr>
        <w:spacing w:before="0" w:after="20" w:line="259" w:lineRule="auto"/>
      </w:pPr>
      <w:r>
        <w:rPr>
          <w:rFonts w:ascii="Calibri" w:hAnsi="Calibri" w:eastAsia="Calibri"/>
          <w:b w:val="0"/>
          <w:i/>
          <w:color w:val="282828"/>
          <w:sz w:val="22"/>
        </w:rPr>
        <w:t xml:space="preserve">       Bay: It wears off. Infuse.</w:t>
      </w:r>
    </w:p>
    <w:p>
      <w:pPr>
        <w:spacing w:before="120" w:after="20" w:line="259" w:lineRule="auto"/>
        <w:shd w:fill="F8E8E8" w:val="clear"/>
      </w:pPr>
      <w:r>
        <w:rPr>
          <w:rFonts w:ascii="Calibri" w:hAnsi="Calibri" w:eastAsia="Calibri"/>
          <w:b w:val="0"/>
          <w:i w:val="0"/>
          <w:color w:val="A02828"/>
          <w:sz w:val="22"/>
        </w:rPr>
        <w:t>B. [WRONG] Stop insulin for transfer because it is 'too complicated'</w:t>
      </w:r>
    </w:p>
    <w:p>
      <w:pPr>
        <w:spacing w:before="0" w:after="20" w:line="259" w:lineRule="auto"/>
      </w:pPr>
      <w:r>
        <w:rPr>
          <w:rFonts w:ascii="Calibri" w:hAnsi="Calibri" w:eastAsia="Calibri"/>
          <w:b w:val="0"/>
          <w:i/>
          <w:color w:val="282828"/>
          <w:sz w:val="22"/>
        </w:rPr>
        <w:t>Bay: Take it with you.</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Give a further 1 mg adrenaline as cover</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Pull the pads off so she can hug her sister unmonitored</w:t>
      </w:r>
    </w:p>
    <w:p>
      <w:pPr>
        <w:spacing w:before="0" w:after="20" w:line="259" w:lineRule="auto"/>
      </w:pPr>
      <w:r>
        <w:rPr>
          <w:rFonts w:ascii="Calibri" w:hAnsi="Calibri" w:eastAsia="Calibri"/>
          <w:b w:val="0"/>
          <w:i/>
          <w:color w:val="282828"/>
          <w:sz w:val="22"/>
        </w:rPr>
        <w:t>Bay: Pads stay.</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Activated charcoal now, GCS 12, no airway</w:t>
      </w:r>
    </w:p>
    <w:p>
      <w:pPr>
        <w:spacing w:before="0" w:after="20" w:line="259" w:lineRule="auto"/>
      </w:pPr>
      <w:r>
        <w:rPr>
          <w:rFonts w:ascii="Calibri" w:hAnsi="Calibri" w:eastAsia="Calibri"/>
          <w:b w:val="0"/>
          <w:i/>
          <w:color w:val="282828"/>
          <w:sz w:val="22"/>
        </w:rPr>
        <w:t>Bay: Too late and too unsafe unless you have just tubed and NPIS want it.</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NPIS later.</w:t>
      </w:r>
    </w:p>
    <w:p>
      <w:pPr>
        <w:spacing w:before="120" w:after="20" w:line="259" w:lineRule="auto"/>
        <w:shd w:fill="E8F5EC" w:val="clear"/>
      </w:pPr>
      <w:r>
        <w:rPr>
          <w:rFonts w:ascii="Calibri" w:hAnsi="Calibri" w:eastAsia="Calibri"/>
          <w:b/>
          <w:i w:val="0"/>
          <w:color w:val="146E3C"/>
          <w:sz w:val="22"/>
        </w:rPr>
        <w:t>A. [CORRECT] Propranolol overdose with sodium-channel (membrane-stabilising) effects</w:t>
      </w:r>
    </w:p>
    <w:p>
      <w:pPr>
        <w:spacing w:before="0" w:after="20" w:line="259" w:lineRule="auto"/>
      </w:pPr>
      <w:r>
        <w:rPr>
          <w:rFonts w:ascii="Calibri" w:hAnsi="Calibri" w:eastAsia="Calibri"/>
          <w:b w:val="0"/>
          <w:i/>
          <w:color w:val="282828"/>
          <w:sz w:val="22"/>
        </w:rPr>
        <w:t>Bay: That is the diagnosis.</w:t>
      </w:r>
    </w:p>
    <w:p>
      <w:pPr>
        <w:spacing w:before="120" w:after="20" w:line="259" w:lineRule="auto"/>
        <w:shd w:fill="F8E8E8" w:val="clear"/>
      </w:pPr>
      <w:r>
        <w:rPr>
          <w:rFonts w:ascii="Calibri" w:hAnsi="Calibri" w:eastAsia="Calibri"/>
          <w:b w:val="0"/>
          <w:i w:val="0"/>
          <w:color w:val="A02828"/>
          <w:sz w:val="22"/>
        </w:rPr>
        <w:t>B. [WRONG] CCB overdose as the only possibility</w:t>
      </w:r>
    </w:p>
    <w:p>
      <w:pPr>
        <w:spacing w:before="0" w:after="20" w:line="259" w:lineRule="auto"/>
      </w:pPr>
      <w:r>
        <w:rPr>
          <w:rFonts w:ascii="Calibri" w:hAnsi="Calibri" w:eastAsia="Calibri"/>
          <w:b w:val="0"/>
          <w:i/>
          <w:color w:val="282828"/>
          <w:sz w:val="22"/>
        </w:rPr>
        <w:t>Bay: The bottle was propranolol. HIET treats both; the bicarb was for the wide QRS.</w:t>
      </w:r>
    </w:p>
    <w:p>
      <w:pPr>
        <w:spacing w:before="120" w:after="20" w:line="259" w:lineRule="auto"/>
        <w:shd w:fill="F8E8E8" w:val="clear"/>
      </w:pPr>
      <w:r>
        <w:rPr>
          <w:rFonts w:ascii="Calibri" w:hAnsi="Calibri" w:eastAsia="Calibri"/>
          <w:b w:val="0"/>
          <w:i w:val="0"/>
          <w:color w:val="A02828"/>
          <w:sz w:val="22"/>
        </w:rPr>
        <w:t>C. [WRONG] Digoxin toxicity</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D. [WRONG] Isolated ethanol overdose</w:t>
      </w:r>
    </w:p>
    <w:p>
      <w:pPr>
        <w:spacing w:before="0" w:after="20" w:line="259" w:lineRule="auto"/>
      </w:pPr>
      <w:r>
        <w:rPr>
          <w:rFonts w:ascii="Calibri" w:hAnsi="Calibri" w:eastAsia="Calibri"/>
          <w:b w:val="0"/>
          <w:i/>
          <w:color w:val="282828"/>
          <w:sz w:val="22"/>
        </w:rPr>
        <w:t>Bay: Ethanol was there. It does not widen the QRS at 38 bpm.</w:t>
      </w:r>
    </w:p>
    <w:p>
      <w:pPr>
        <w:spacing w:before="120" w:after="20" w:line="259" w:lineRule="auto"/>
        <w:shd w:fill="F8E8E8" w:val="clear"/>
      </w:pPr>
      <w:r>
        <w:rPr>
          <w:rFonts w:ascii="Calibri" w:hAnsi="Calibri" w:eastAsia="Calibri"/>
          <w:b w:val="0"/>
          <w:i w:val="0"/>
          <w:color w:val="A02828"/>
          <w:sz w:val="22"/>
        </w:rPr>
        <w:t>E. [WRONG] Primary epilepsy</w:t>
      </w:r>
    </w:p>
    <w:p>
      <w:pPr>
        <w:spacing w:before="0" w:after="20" w:line="259" w:lineRule="auto"/>
      </w:pPr>
      <w:r>
        <w:rPr>
          <w:rFonts w:ascii="Calibri" w:hAnsi="Calibri" w:eastAsia="Calibri"/>
          <w:b w:val="0"/>
          <w:i/>
          <w:color w:val="282828"/>
          <w:sz w:val="22"/>
        </w:rPr>
        <w:t>Bay: The fit is toxin until the heart is treated.</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Propranolol overdose with cardiotoxicity</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Empty propranolol bottle, HR 38, shock, seizures</w:t>
      </w:r>
    </w:p>
    <w:p>
      <w:pPr>
        <w:spacing w:before="0" w:after="40" w:line="259" w:lineRule="auto"/>
      </w:pPr>
      <w:r>
        <w:rPr>
          <w:rFonts w:ascii="Calibri" w:hAnsi="Calibri" w:eastAsia="Calibri"/>
          <w:b w:val="0"/>
          <w:i w:val="0"/>
          <w:sz w:val="22"/>
        </w:rPr>
        <w:t>• Wide QRS (membrane-stabilising)</w:t>
      </w:r>
    </w:p>
    <w:p>
      <w:pPr>
        <w:spacing w:before="0" w:after="40" w:line="259" w:lineRule="auto"/>
      </w:pPr>
      <w:r>
        <w:rPr>
          <w:rFonts w:ascii="Calibri" w:hAnsi="Calibri" w:eastAsia="Calibri"/>
          <w:b w:val="0"/>
          <w:i w:val="0"/>
          <w:sz w:val="22"/>
        </w:rPr>
        <w:t>• Incomplete response to atropine-range measures — needed glucagon / bicarb / HIET</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12-lead for QRS width</w:t>
      </w:r>
    </w:p>
    <w:p>
      <w:pPr>
        <w:spacing w:before="0" w:after="40" w:line="259" w:lineRule="auto"/>
      </w:pPr>
      <w:r>
        <w:rPr>
          <w:rFonts w:ascii="Calibri" w:hAnsi="Calibri" w:eastAsia="Calibri"/>
          <w:b w:val="0"/>
          <w:i w:val="0"/>
          <w:sz w:val="22"/>
        </w:rPr>
        <w:t>• ABG, glucose, U&amp;E, paracetamol level (always in mixed OD)</w:t>
      </w:r>
    </w:p>
    <w:p>
      <w:pPr>
        <w:spacing w:before="0" w:after="40" w:line="259" w:lineRule="auto"/>
      </w:pPr>
      <w:r>
        <w:rPr>
          <w:rFonts w:ascii="Calibri" w:hAnsi="Calibri" w:eastAsia="Calibri"/>
          <w:b w:val="0"/>
          <w:i w:val="0"/>
          <w:sz w:val="22"/>
        </w:rPr>
        <w:t>• No delay for a propranolol concentration</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TOXBASE: atropine, glucagon 5–10 mg IV, sodium bicarbonate if wide QRS</w:t>
      </w:r>
    </w:p>
    <w:p>
      <w:pPr>
        <w:spacing w:before="0" w:after="40" w:line="259" w:lineRule="auto"/>
      </w:pPr>
      <w:r>
        <w:rPr>
          <w:rFonts w:ascii="Calibri" w:hAnsi="Calibri" w:eastAsia="Calibri"/>
          <w:b w:val="0"/>
          <w:i w:val="0"/>
          <w:sz w:val="22"/>
        </w:rPr>
        <w:t>• Benzodiazepines for seizures — not phenytoin</w:t>
      </w:r>
    </w:p>
    <w:p>
      <w:pPr>
        <w:spacing w:before="0" w:after="40" w:line="259" w:lineRule="auto"/>
      </w:pPr>
      <w:r>
        <w:rPr>
          <w:rFonts w:ascii="Calibri" w:hAnsi="Calibri" w:eastAsia="Calibri"/>
          <w:b w:val="0"/>
          <w:i w:val="0"/>
          <w:sz w:val="22"/>
        </w:rPr>
        <w:t>• HIET 1 unit/kg then infusion; lipid / ECMO if refractory</w:t>
      </w:r>
    </w:p>
    <w:p>
      <w:pPr>
        <w:spacing w:before="0" w:after="40" w:line="259" w:lineRule="auto"/>
      </w:pPr>
      <w:r>
        <w:rPr>
          <w:rFonts w:ascii="Calibri" w:hAnsi="Calibri" w:eastAsia="Calibri"/>
          <w:b w:val="0"/>
          <w:i w:val="0"/>
          <w:sz w:val="22"/>
        </w:rPr>
        <w:t>• Pacing often fails — do not rely on it alone</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TOXBASE beta-blockers / propranolol</w:t>
      </w:r>
    </w:p>
    <w:p>
      <w:pPr>
        <w:spacing w:before="0" w:after="40" w:line="259" w:lineRule="auto"/>
      </w:pPr>
      <w:r>
        <w:rPr>
          <w:rFonts w:ascii="Calibri" w:hAnsi="Calibri" w:eastAsia="Calibri"/>
          <w:b w:val="0"/>
          <w:i w:val="0"/>
          <w:sz w:val="22"/>
        </w:rPr>
        <w:t>• RCEM / NPIS toxicology</w:t>
      </w:r>
    </w:p>
    <w:p>
      <w:pPr>
        <w:spacing w:before="0" w:after="40" w:line="259" w:lineRule="auto"/>
      </w:pPr>
      <w:r>
        <w:rPr>
          <w:rFonts w:ascii="Calibri" w:hAnsi="Calibri" w:eastAsia="Calibri"/>
          <w:b w:val="0"/>
          <w:i w:val="0"/>
          <w:sz w:val="22"/>
        </w:rPr>
        <w:t>• RCUK special circumstances — poisoning</w:t>
      </w:r>
    </w:p>
    <w:p>
      <w:r>
        <w:br w:type="page"/>
      </w:r>
    </w:p>
    <w:p>
      <w:pPr>
        <w:spacing w:before="120" w:after="160" w:line="259" w:lineRule="auto"/>
      </w:pPr>
      <w:r>
        <w:rPr>
          <w:rFonts w:ascii="Calibri" w:hAnsi="Calibri" w:eastAsia="Calibri"/>
          <w:b/>
          <w:i w:val="0"/>
          <w:color w:val="0C0E10"/>
          <w:sz w:val="36"/>
        </w:rPr>
        <w:t>Case 31 — Severe salicylate poisoning</w:t>
      </w:r>
    </w:p>
    <w:p>
      <w:pPr>
        <w:spacing w:before="0" w:after="40" w:line="259" w:lineRule="auto"/>
      </w:pPr>
      <w:r>
        <w:rPr>
          <w:rFonts w:ascii="Calibri" w:hAnsi="Calibri" w:eastAsia="Calibri"/>
          <w:b w:val="0"/>
          <w:i/>
          <w:color w:val="5A5A5A"/>
          <w:sz w:val="20"/>
        </w:rPr>
        <w:t>buzzer · Emergency buzzer — Majors · rhythm sinus-tach</w:t>
      </w:r>
    </w:p>
    <w:p>
      <w:pPr>
        <w:spacing w:before="0" w:after="40" w:line="259" w:lineRule="auto"/>
      </w:pPr>
      <w:r>
        <w:rPr>
          <w:rFonts w:ascii="Calibri" w:hAnsi="Calibri" w:eastAsia="Calibri"/>
          <w:b w:val="0"/>
          <w:i/>
          <w:color w:val="5A5A5A"/>
          <w:sz w:val="20"/>
        </w:rPr>
        <w:t>HR 124   BP 108/62   RR 32   SpO2 98%   temp 38.6   GCS 15   BM 5.2</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Emergency buzzer — Majors 2.</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 22-year-old student, 'panic attack', hyperventilating, ringing ears, sweaty, feverish. She took a bottle of aspirin after a row 6 hours ago. She looks more ill than anxious.</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talking fast, no stridor.</w:t>
      </w:r>
    </w:p>
    <w:p>
      <w:pPr>
        <w:spacing w:before="0" w:after="40" w:line="259" w:lineRule="auto"/>
      </w:pPr>
      <w:r>
        <w:rPr>
          <w:rFonts w:ascii="Calibri" w:hAnsi="Calibri" w:eastAsia="Calibri"/>
          <w:b w:val="0"/>
          <w:i w:val="0"/>
          <w:sz w:val="22"/>
        </w:rPr>
        <w:t>B — RR 32, deep, no wheeze, SpO2 98% air. Not a quiet panic — this is Kussmaul-ish.</w:t>
      </w:r>
    </w:p>
    <w:p>
      <w:pPr>
        <w:spacing w:before="0" w:after="40" w:line="259" w:lineRule="auto"/>
      </w:pPr>
      <w:r>
        <w:rPr>
          <w:rFonts w:ascii="Calibri" w:hAnsi="Calibri" w:eastAsia="Calibri"/>
          <w:b w:val="0"/>
          <w:i w:val="0"/>
          <w:sz w:val="22"/>
        </w:rPr>
        <w:t>C — HR 124, BP 108/62, sweaty, CRT 2 s.</w:t>
      </w:r>
    </w:p>
    <w:p>
      <w:pPr>
        <w:spacing w:before="0" w:after="40" w:line="259" w:lineRule="auto"/>
      </w:pPr>
      <w:r>
        <w:rPr>
          <w:rFonts w:ascii="Calibri" w:hAnsi="Calibri" w:eastAsia="Calibri"/>
          <w:b w:val="0"/>
          <w:i w:val="0"/>
          <w:sz w:val="22"/>
        </w:rPr>
        <w:t>D — GCS 15, BM 5.2, tinnitus, dizzy, no focal neurology.</w:t>
      </w:r>
    </w:p>
    <w:p>
      <w:pPr>
        <w:spacing w:before="0" w:after="40" w:line="259" w:lineRule="auto"/>
      </w:pPr>
      <w:r>
        <w:rPr>
          <w:rFonts w:ascii="Calibri" w:hAnsi="Calibri" w:eastAsia="Calibri"/>
          <w:b w:val="0"/>
          <w:i w:val="0"/>
          <w:sz w:val="22"/>
        </w:rPr>
        <w:t>E — temp 38.6, no rash, empty 300 mg aspirin bottle, about 40 missing.</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Aspirin, 6 hours, tachypnoea, tinnitus, fever, sweaty.</w:t>
      </w:r>
    </w:p>
    <w:p>
      <w:pPr>
        <w:spacing w:before="120" w:after="20" w:line="259" w:lineRule="auto"/>
        <w:shd w:fill="E8F5EC" w:val="clear"/>
      </w:pPr>
      <w:r>
        <w:rPr>
          <w:rFonts w:ascii="Calibri" w:hAnsi="Calibri" w:eastAsia="Calibri"/>
          <w:b/>
          <w:i w:val="0"/>
          <w:color w:val="146E3C"/>
          <w:sz w:val="22"/>
        </w:rPr>
        <w:t>A. [CORRECT] Blood gas and urinary alkalinisation</w:t>
      </w:r>
    </w:p>
    <w:p>
      <w:pPr>
        <w:spacing w:before="0" w:after="20" w:line="259" w:lineRule="auto"/>
      </w:pPr>
      <w:r>
        <w:rPr>
          <w:rFonts w:ascii="Calibri" w:hAnsi="Calibri" w:eastAsia="Calibri"/>
          <w:b w:val="0"/>
          <w:i/>
          <w:color w:val="282828"/>
          <w:sz w:val="22"/>
        </w:rPr>
        <w:t>Bay: Gas going. Bicarbonate infusion drawing. You do not tube her for 'looking tired' until you can hyperventilate a ventilator.</w:t>
      </w:r>
    </w:p>
    <w:p>
      <w:pPr>
        <w:spacing w:before="80" w:after="40" w:line="259" w:lineRule="auto"/>
      </w:pPr>
      <w:r>
        <w:rPr>
          <w:rFonts w:ascii="Calibri" w:hAnsi="Calibri" w:eastAsia="Calibri"/>
          <w:b/>
          <w:i w:val="0"/>
          <w:color w:val="46326E"/>
          <w:sz w:val="22"/>
        </w:rPr>
        <w:t xml:space="preserve">    Follow-up: What is the gas pattern you expect?</w:t>
      </w:r>
    </w:p>
    <w:p>
      <w:pPr>
        <w:spacing w:before="120" w:after="20" w:line="259" w:lineRule="auto"/>
        <w:shd w:fill="E8F5EC" w:val="clear"/>
      </w:pPr>
      <w:r>
        <w:rPr>
          <w:rFonts w:ascii="Calibri" w:hAnsi="Calibri" w:eastAsia="Calibri"/>
          <w:b/>
          <w:i w:val="0"/>
          <w:color w:val="146E3C"/>
          <w:sz w:val="22"/>
        </w:rPr>
        <w:t xml:space="preserve">    A. [CORRECT] Respiratory alkalosis then mixed: low pCO2 and falling bicarbonate / acidosis</w:t>
      </w:r>
    </w:p>
    <w:p>
      <w:pPr>
        <w:spacing w:before="0" w:after="20" w:line="259" w:lineRule="auto"/>
      </w:pPr>
      <w:r>
        <w:rPr>
          <w:rFonts w:ascii="Calibri" w:hAnsi="Calibri" w:eastAsia="Calibri"/>
          <w:b w:val="0"/>
          <w:i/>
          <w:color w:val="282828"/>
          <w:sz w:val="22"/>
        </w:rPr>
        <w:t xml:space="preserve">       Bay: Classic salicylate. A 'normal' pCO2 in an acidotic salicylate is already failing.</w:t>
      </w:r>
    </w:p>
    <w:p>
      <w:pPr>
        <w:spacing w:before="120" w:after="20" w:line="259" w:lineRule="auto"/>
        <w:shd w:fill="F8E8E8" w:val="clear"/>
      </w:pPr>
      <w:r>
        <w:rPr>
          <w:rFonts w:ascii="Calibri" w:hAnsi="Calibri" w:eastAsia="Calibri"/>
          <w:b w:val="0"/>
          <w:i w:val="0"/>
          <w:color w:val="A02828"/>
          <w:sz w:val="22"/>
        </w:rPr>
        <w:t xml:space="preserve">    B. [WRONG] Pure metabolic alkalosis</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C. [WRONG] Type 2 respiratory failure with a high pCO2 as the first finding</w:t>
      </w:r>
    </w:p>
    <w:p>
      <w:pPr>
        <w:spacing w:before="0" w:after="20" w:line="259" w:lineRule="auto"/>
      </w:pPr>
      <w:r>
        <w:rPr>
          <w:rFonts w:ascii="Calibri" w:hAnsi="Calibri" w:eastAsia="Calibri"/>
          <w:b w:val="0"/>
          <w:i/>
          <w:color w:val="282828"/>
          <w:sz w:val="22"/>
        </w:rPr>
        <w:t xml:space="preserve">       Bay: They blow off CO2. A high pCO2 is late and bad.</w:t>
      </w:r>
    </w:p>
    <w:p>
      <w:pPr>
        <w:spacing w:before="120" w:after="20" w:line="259" w:lineRule="auto"/>
        <w:shd w:fill="F8E8E8" w:val="clear"/>
      </w:pPr>
      <w:r>
        <w:rPr>
          <w:rFonts w:ascii="Calibri" w:hAnsi="Calibri" w:eastAsia="Calibri"/>
          <w:b w:val="0"/>
          <w:i w:val="0"/>
          <w:color w:val="A02828"/>
          <w:sz w:val="22"/>
        </w:rPr>
        <w:t xml:space="preserve">    D. [WRONG] Normal gas because panic does not change gases</w:t>
      </w:r>
    </w:p>
    <w:p>
      <w:pPr>
        <w:spacing w:before="0" w:after="20" w:line="259" w:lineRule="auto"/>
      </w:pPr>
      <w:r>
        <w:rPr>
          <w:rFonts w:ascii="Calibri" w:hAnsi="Calibri" w:eastAsia="Calibri"/>
          <w:b w:val="0"/>
          <w:i/>
          <w:color w:val="282828"/>
          <w:sz w:val="22"/>
        </w:rPr>
        <w:t xml:space="preserve">       Bay: This is not panic.</w:t>
      </w:r>
    </w:p>
    <w:p>
      <w:pPr>
        <w:spacing w:before="120" w:after="20" w:line="259" w:lineRule="auto"/>
        <w:shd w:fill="F8E8E8" w:val="clear"/>
      </w:pPr>
      <w:r>
        <w:rPr>
          <w:rFonts w:ascii="Calibri" w:hAnsi="Calibri" w:eastAsia="Calibri"/>
          <w:b w:val="0"/>
          <w:i w:val="0"/>
          <w:color w:val="A02828"/>
          <w:sz w:val="22"/>
        </w:rPr>
        <w:t xml:space="preserve">    E. [WRONG] Isolated hypoxaemia with a normal pH</w:t>
      </w:r>
    </w:p>
    <w:p>
      <w:pPr>
        <w:spacing w:before="0" w:after="20" w:line="259" w:lineRule="auto"/>
      </w:pPr>
      <w:r>
        <w:rPr>
          <w:rFonts w:ascii="Calibri" w:hAnsi="Calibri" w:eastAsia="Calibri"/>
          <w:b w:val="0"/>
          <w:i/>
          <w:color w:val="282828"/>
          <w:sz w:val="22"/>
        </w:rPr>
        <w:t xml:space="preserve">       Bay: Not the salicylate signature.</w:t>
      </w:r>
    </w:p>
    <w:p>
      <w:pPr>
        <w:spacing w:before="120" w:after="20" w:line="259" w:lineRule="auto"/>
        <w:shd w:fill="F8E8E8" w:val="clear"/>
      </w:pPr>
      <w:r>
        <w:rPr>
          <w:rFonts w:ascii="Calibri" w:hAnsi="Calibri" w:eastAsia="Calibri"/>
          <w:b w:val="0"/>
          <w:i w:val="0"/>
          <w:color w:val="A02828"/>
          <w:sz w:val="22"/>
        </w:rPr>
        <w:t>B. [WRONG] Immediate RSI with standard low-rate ventilation</w:t>
      </w:r>
    </w:p>
    <w:p>
      <w:pPr>
        <w:spacing w:before="0" w:after="20" w:line="259" w:lineRule="auto"/>
      </w:pPr>
      <w:r>
        <w:rPr>
          <w:rFonts w:ascii="Calibri" w:hAnsi="Calibri" w:eastAsia="Calibri"/>
          <w:b w:val="0"/>
          <w:i/>
          <w:color w:val="282828"/>
          <w:sz w:val="22"/>
        </w:rPr>
        <w:t>Bay: If you tube and then hypoventilate, she will crash. Avoid intubation unless you can match her minute ventilation.</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Benzodiazepine to 'stop the panic'</w:t>
      </w:r>
    </w:p>
    <w:p>
      <w:pPr>
        <w:spacing w:before="0" w:after="20" w:line="259" w:lineRule="auto"/>
      </w:pPr>
      <w:r>
        <w:rPr>
          <w:rFonts w:ascii="Calibri" w:hAnsi="Calibri" w:eastAsia="Calibri"/>
          <w:b w:val="0"/>
          <w:i/>
          <w:color w:val="282828"/>
          <w:sz w:val="22"/>
        </w:rPr>
        <w:t>Bay: You will take away the compensatory hyperventilation.</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Naloxone</w:t>
      </w:r>
    </w:p>
    <w:p>
      <w:pPr>
        <w:spacing w:before="0" w:after="20" w:line="259" w:lineRule="auto"/>
      </w:pPr>
      <w:r>
        <w:rPr>
          <w:rFonts w:ascii="Calibri" w:hAnsi="Calibri" w:eastAsia="Calibri"/>
          <w:b w:val="0"/>
          <w:i/>
          <w:color w:val="282828"/>
          <w:sz w:val="22"/>
        </w:rPr>
        <w:t>Bay: Wrong toxin.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Discharge as a panic attack</w:t>
      </w:r>
    </w:p>
    <w:p>
      <w:pPr>
        <w:spacing w:before="0" w:after="20" w:line="259" w:lineRule="auto"/>
      </w:pPr>
      <w:r>
        <w:rPr>
          <w:rFonts w:ascii="Calibri" w:hAnsi="Calibri" w:eastAsia="Calibri"/>
          <w:b w:val="0"/>
          <w:i/>
          <w:color w:val="282828"/>
          <w:sz w:val="22"/>
        </w:rPr>
        <w:t>Bay: Tinnitus, fever, empty aspirin. No.</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Gas: pH 7.46, pCO2 2.8, HCO3 14, lactate 3.0. She is still 32.</w:t>
      </w:r>
    </w:p>
    <w:p>
      <w:pPr>
        <w:spacing w:before="120" w:after="20" w:line="259" w:lineRule="auto"/>
        <w:shd w:fill="E8F5EC" w:val="clear"/>
      </w:pPr>
      <w:r>
        <w:rPr>
          <w:rFonts w:ascii="Calibri" w:hAnsi="Calibri" w:eastAsia="Calibri"/>
          <w:b/>
          <w:i w:val="0"/>
          <w:color w:val="146E3C"/>
          <w:sz w:val="22"/>
        </w:rPr>
        <w:t>A. [CORRECT] Sodium bicarbonate infusion</w:t>
      </w:r>
    </w:p>
    <w:p>
      <w:pPr>
        <w:spacing w:before="0" w:after="20" w:line="259" w:lineRule="auto"/>
      </w:pPr>
      <w:r>
        <w:rPr>
          <w:rFonts w:ascii="Calibri" w:hAnsi="Calibri" w:eastAsia="Calibri"/>
          <w:b w:val="0"/>
          <w:i/>
          <w:color w:val="282828"/>
          <w:sz w:val="22"/>
        </w:rPr>
        <w:t>Bay: Alkalinise the urine. Keep her ventilating. NPIS on the phone. Haemodialysis is in the conversation if she sinks.</w:t>
      </w:r>
    </w:p>
    <w:p>
      <w:pPr>
        <w:spacing w:before="0" w:after="40" w:line="259" w:lineRule="auto"/>
      </w:pPr>
      <w:r>
        <w:rPr>
          <w:rFonts w:ascii="Calibri" w:hAnsi="Calibri" w:eastAsia="Calibri"/>
          <w:b w:val="0"/>
          <w:i/>
          <w:color w:val="5A4614"/>
          <w:sz w:val="20"/>
        </w:rPr>
        <w:t>Reaction: sbp +4</w:t>
      </w:r>
    </w:p>
    <w:p>
      <w:pPr>
        <w:spacing w:before="80" w:after="40" w:line="259" w:lineRule="auto"/>
      </w:pPr>
      <w:r>
        <w:rPr>
          <w:rFonts w:ascii="Calibri" w:hAnsi="Calibri" w:eastAsia="Calibri"/>
          <w:b/>
          <w:i w:val="0"/>
          <w:color w:val="46326E"/>
          <w:sz w:val="22"/>
        </w:rPr>
        <w:t xml:space="preserve">    Follow-up: What are you aiming for?</w:t>
      </w:r>
    </w:p>
    <w:p>
      <w:pPr>
        <w:spacing w:before="120" w:after="20" w:line="259" w:lineRule="auto"/>
        <w:shd w:fill="E8F5EC" w:val="clear"/>
      </w:pPr>
      <w:r>
        <w:rPr>
          <w:rFonts w:ascii="Calibri" w:hAnsi="Calibri" w:eastAsia="Calibri"/>
          <w:b/>
          <w:i w:val="0"/>
          <w:color w:val="146E3C"/>
          <w:sz w:val="22"/>
        </w:rPr>
        <w:t xml:space="preserve">    A. [CORRECT] Urine pH 7.5–8.5 and a rising plasma pH, without hypokalaemia</w:t>
      </w:r>
    </w:p>
    <w:p>
      <w:pPr>
        <w:spacing w:before="0" w:after="20" w:line="259" w:lineRule="auto"/>
      </w:pPr>
      <w:r>
        <w:rPr>
          <w:rFonts w:ascii="Calibri" w:hAnsi="Calibri" w:eastAsia="Calibri"/>
          <w:b w:val="0"/>
          <w:i/>
          <w:color w:val="282828"/>
          <w:sz w:val="22"/>
        </w:rPr>
        <w:t xml:space="preserve">       Bay: TOXBASE urinary alkalinisation. Replace potassium — you cannot alkalinise a low K.</w:t>
      </w:r>
    </w:p>
    <w:p>
      <w:pPr>
        <w:spacing w:before="120" w:after="20" w:line="259" w:lineRule="auto"/>
        <w:shd w:fill="F8E8E8" w:val="clear"/>
      </w:pPr>
      <w:r>
        <w:rPr>
          <w:rFonts w:ascii="Calibri" w:hAnsi="Calibri" w:eastAsia="Calibri"/>
          <w:b w:val="0"/>
          <w:i w:val="0"/>
          <w:color w:val="A02828"/>
          <w:sz w:val="22"/>
        </w:rPr>
        <w:t xml:space="preserve">    B. [WRONG] Arterial pH 7.10 as a target</w:t>
      </w:r>
    </w:p>
    <w:p>
      <w:pPr>
        <w:spacing w:before="0" w:after="20" w:line="259" w:lineRule="auto"/>
      </w:pPr>
      <w:r>
        <w:rPr>
          <w:rFonts w:ascii="Calibri" w:hAnsi="Calibri" w:eastAsia="Calibri"/>
          <w:b w:val="0"/>
          <w:i/>
          <w:color w:val="282828"/>
          <w:sz w:val="22"/>
        </w:rPr>
        <w:t xml:space="preserve">       Bay: You want her alkalotic enough to trap salicylate, not acidotic.</w:t>
      </w:r>
    </w:p>
    <w:p>
      <w:pPr>
        <w:spacing w:before="120" w:after="20" w:line="259" w:lineRule="auto"/>
        <w:shd w:fill="F8E8E8" w:val="clear"/>
      </w:pPr>
      <w:r>
        <w:rPr>
          <w:rFonts w:ascii="Calibri" w:hAnsi="Calibri" w:eastAsia="Calibri"/>
          <w:b w:val="0"/>
          <w:i w:val="0"/>
          <w:color w:val="A02828"/>
          <w:sz w:val="22"/>
        </w:rPr>
        <w:t xml:space="preserve">    C. [WRONG] A single 50 mL bicarb bolus and stop</w:t>
      </w:r>
    </w:p>
    <w:p>
      <w:pPr>
        <w:spacing w:before="0" w:after="20" w:line="259" w:lineRule="auto"/>
      </w:pPr>
      <w:r>
        <w:rPr>
          <w:rFonts w:ascii="Calibri" w:hAnsi="Calibri" w:eastAsia="Calibri"/>
          <w:b w:val="0"/>
          <w:i/>
          <w:color w:val="282828"/>
          <w:sz w:val="22"/>
        </w:rPr>
        <w:t xml:space="preserve">       Bay: This is an infusion, not a gesture.</w:t>
      </w:r>
    </w:p>
    <w:p>
      <w:pPr>
        <w:spacing w:before="120" w:after="20" w:line="259" w:lineRule="auto"/>
        <w:shd w:fill="F8E8E8" w:val="clear"/>
      </w:pPr>
      <w:r>
        <w:rPr>
          <w:rFonts w:ascii="Calibri" w:hAnsi="Calibri" w:eastAsia="Calibri"/>
          <w:b w:val="0"/>
          <w:i w:val="0"/>
          <w:color w:val="A02828"/>
          <w:sz w:val="22"/>
        </w:rPr>
        <w:t xml:space="preserve">    D. [WRONG] Acetazolamide to alkalinise the urine</w:t>
      </w:r>
    </w:p>
    <w:p>
      <w:pPr>
        <w:spacing w:before="0" w:after="20" w:line="259" w:lineRule="auto"/>
      </w:pPr>
      <w:r>
        <w:rPr>
          <w:rFonts w:ascii="Calibri" w:hAnsi="Calibri" w:eastAsia="Calibri"/>
          <w:b w:val="0"/>
          <w:i/>
          <w:color w:val="282828"/>
          <w:sz w:val="22"/>
        </w:rPr>
        <w:t xml:space="preserve">       Bay: It acidifies the blood. Wrong.</w:t>
      </w:r>
    </w:p>
    <w:p>
      <w:pPr>
        <w:spacing w:before="120" w:after="20" w:line="259" w:lineRule="auto"/>
        <w:shd w:fill="F8E8E8" w:val="clear"/>
      </w:pPr>
      <w:r>
        <w:rPr>
          <w:rFonts w:ascii="Calibri" w:hAnsi="Calibri" w:eastAsia="Calibri"/>
          <w:b w:val="0"/>
          <w:i w:val="0"/>
          <w:color w:val="A02828"/>
          <w:sz w:val="22"/>
        </w:rPr>
        <w:t xml:space="preserve">    E. [WRONG] Forced saline diuresis instead of bicarb</w:t>
      </w:r>
    </w:p>
    <w:p>
      <w:pPr>
        <w:spacing w:before="0" w:after="20" w:line="259" w:lineRule="auto"/>
      </w:pPr>
      <w:r>
        <w:rPr>
          <w:rFonts w:ascii="Calibri" w:hAnsi="Calibri" w:eastAsia="Calibri"/>
          <w:b w:val="0"/>
          <w:i/>
          <w:color w:val="282828"/>
          <w:sz w:val="22"/>
        </w:rPr>
        <w:t xml:space="preserve">       Bay: Obsolete and dangerous.</w:t>
      </w:r>
    </w:p>
    <w:p>
      <w:pPr>
        <w:spacing w:before="120" w:after="20" w:line="259" w:lineRule="auto"/>
        <w:shd w:fill="F8E8E8" w:val="clear"/>
      </w:pPr>
      <w:r>
        <w:rPr>
          <w:rFonts w:ascii="Calibri" w:hAnsi="Calibri" w:eastAsia="Calibri"/>
          <w:b w:val="0"/>
          <w:i w:val="0"/>
          <w:color w:val="A02828"/>
          <w:sz w:val="22"/>
        </w:rPr>
        <w:t>B. [WRONG] Intubate now because RR is 32</w:t>
      </w:r>
    </w:p>
    <w:p>
      <w:pPr>
        <w:spacing w:before="0" w:after="20" w:line="259" w:lineRule="auto"/>
      </w:pPr>
      <w:r>
        <w:rPr>
          <w:rFonts w:ascii="Calibri" w:hAnsi="Calibri" w:eastAsia="Calibri"/>
          <w:b w:val="0"/>
          <w:i/>
          <w:color w:val="282828"/>
          <w:sz w:val="22"/>
        </w:rPr>
        <w:t>Bay: 32 is her compensation. Do not take it away without a plan.</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Give acetazolamide</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Activated charcoal only, no bicarb, 6 hours on</w:t>
      </w:r>
    </w:p>
    <w:p>
      <w:pPr>
        <w:spacing w:before="0" w:after="20" w:line="259" w:lineRule="auto"/>
      </w:pPr>
      <w:r>
        <w:rPr>
          <w:rFonts w:ascii="Calibri" w:hAnsi="Calibri" w:eastAsia="Calibri"/>
          <w:b w:val="0"/>
          <w:i/>
          <w:color w:val="282828"/>
          <w:sz w:val="22"/>
        </w:rPr>
        <w:t>Bay: Charcoal is time-critical and often too late at 6 hours unless modified-release / bezoar. The bicarb is the treatment.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IV fluids and a psych review as the only plan</w:t>
      </w:r>
    </w:p>
    <w:p>
      <w:pPr>
        <w:spacing w:before="0" w:after="20" w:line="259" w:lineRule="auto"/>
      </w:pPr>
      <w:r>
        <w:rPr>
          <w:rFonts w:ascii="Calibri" w:hAnsi="Calibri" w:eastAsia="Calibri"/>
          <w:b w:val="0"/>
          <w:i/>
          <w:color w:val="282828"/>
          <w:sz w:val="22"/>
        </w:rPr>
        <w:t>Bay: She is toxic.</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Bicarb running. Send the rest.</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7.46  pCO2 2.8  pO2 13.1  HCO3 14  BE −8  lactate 3.0  K+ 3.2  Hb 138</w:t>
      </w:r>
    </w:p>
    <w:p>
      <w:pPr>
        <w:spacing w:before="0" w:after="40" w:line="259" w:lineRule="auto"/>
      </w:pPr>
      <w:r>
        <w:rPr>
          <w:rFonts w:ascii="Calibri" w:hAnsi="Calibri" w:eastAsia="Calibri"/>
          <w:b w:val="0"/>
          <w:i w:val="0"/>
          <w:sz w:val="22"/>
        </w:rPr>
        <w:t>Mixed picture. Keep alkalinising. K is 3.2 — replace or the urine will not alkalinise.</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5.2 mmol/L — give glucose if she drops GCS; brain is glucose-hungry in salicylate.</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sinus-tach</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pH 6.0. You need it higher. No blood, no infection.</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ue: Na 138   K 3.2   urea 5.1   creat 64</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Salicylate level 680 mg/L. K 3.2. Review — then decide.</w:t>
      </w:r>
    </w:p>
    <w:p>
      <w:pPr>
        <w:spacing w:before="120" w:after="20" w:line="259" w:lineRule="auto"/>
        <w:shd w:fill="E8F5EC" w:val="clear"/>
      </w:pPr>
      <w:r>
        <w:rPr>
          <w:rFonts w:ascii="Calibri" w:hAnsi="Calibri" w:eastAsia="Calibri"/>
          <w:b/>
          <w:i w:val="0"/>
          <w:color w:val="146E3C"/>
          <w:sz w:val="22"/>
        </w:rPr>
        <w:t>A. [CORRECT] Call renal for haemodialysis, keep bicarb going</w:t>
      </w:r>
    </w:p>
    <w:p>
      <w:pPr>
        <w:spacing w:before="0" w:after="20" w:line="259" w:lineRule="auto"/>
      </w:pPr>
      <w:r>
        <w:rPr>
          <w:rFonts w:ascii="Calibri" w:hAnsi="Calibri" w:eastAsia="Calibri"/>
          <w:b w:val="0"/>
          <w:i/>
          <w:color w:val="282828"/>
          <w:sz w:val="22"/>
        </w:rPr>
        <w:t>Bay: Level and clinical toxicity. HD is indicated. Do not stop alkalinisation while you wait for a machine.</w:t>
      </w:r>
    </w:p>
    <w:p>
      <w:pPr>
        <w:spacing w:before="80" w:after="40" w:line="259" w:lineRule="auto"/>
      </w:pPr>
      <w:r>
        <w:rPr>
          <w:rFonts w:ascii="Calibri" w:hAnsi="Calibri" w:eastAsia="Calibri"/>
          <w:b/>
          <w:i w:val="0"/>
          <w:color w:val="46326E"/>
          <w:sz w:val="22"/>
        </w:rPr>
        <w:t xml:space="preserve">    Follow-up: When is dialysis indicated?</w:t>
      </w:r>
    </w:p>
    <w:p>
      <w:pPr>
        <w:spacing w:before="120" w:after="20" w:line="259" w:lineRule="auto"/>
        <w:shd w:fill="E8F5EC" w:val="clear"/>
      </w:pPr>
      <w:r>
        <w:rPr>
          <w:rFonts w:ascii="Calibri" w:hAnsi="Calibri" w:eastAsia="Calibri"/>
          <w:b/>
          <w:i w:val="0"/>
          <w:color w:val="146E3C"/>
          <w:sz w:val="22"/>
        </w:rPr>
        <w:t xml:space="preserve">    A. [CORRECT] Levels around 700 mg/L (acute) or severe clinical features — seizures, AKI, pulmonary oedema, falling pH, renal failure</w:t>
      </w:r>
    </w:p>
    <w:p>
      <w:pPr>
        <w:spacing w:before="0" w:after="20" w:line="259" w:lineRule="auto"/>
      </w:pPr>
      <w:r>
        <w:rPr>
          <w:rFonts w:ascii="Calibri" w:hAnsi="Calibri" w:eastAsia="Calibri"/>
          <w:b w:val="0"/>
          <w:i/>
          <w:color w:val="282828"/>
          <w:sz w:val="22"/>
        </w:rPr>
        <w:t xml:space="preserve">       Bay: TOXBASE thresholds. 680 plus tachypnoea, fever and mixed acid-base is enough to talk to renal now.</w:t>
      </w:r>
    </w:p>
    <w:p>
      <w:pPr>
        <w:spacing w:before="120" w:after="20" w:line="259" w:lineRule="auto"/>
        <w:shd w:fill="F8E8E8" w:val="clear"/>
      </w:pPr>
      <w:r>
        <w:rPr>
          <w:rFonts w:ascii="Calibri" w:hAnsi="Calibri" w:eastAsia="Calibri"/>
          <w:b w:val="0"/>
          <w:i w:val="0"/>
          <w:color w:val="A02828"/>
          <w:sz w:val="22"/>
        </w:rPr>
        <w:t xml:space="preserve">    B. [WRONG] Only if she is in asystole</w:t>
      </w:r>
    </w:p>
    <w:p>
      <w:pPr>
        <w:spacing w:before="0" w:after="20" w:line="259" w:lineRule="auto"/>
      </w:pPr>
      <w:r>
        <w:rPr>
          <w:rFonts w:ascii="Calibri" w:hAnsi="Calibri" w:eastAsia="Calibri"/>
          <w:b w:val="0"/>
          <w:i/>
          <w:color w:val="282828"/>
          <w:sz w:val="22"/>
        </w:rPr>
        <w:t xml:space="preserve">       Bay: Too late.</w:t>
      </w:r>
    </w:p>
    <w:p>
      <w:pPr>
        <w:spacing w:before="120" w:after="20" w:line="259" w:lineRule="auto"/>
        <w:shd w:fill="F8E8E8" w:val="clear"/>
      </w:pPr>
      <w:r>
        <w:rPr>
          <w:rFonts w:ascii="Calibri" w:hAnsi="Calibri" w:eastAsia="Calibri"/>
          <w:b w:val="0"/>
          <w:i w:val="0"/>
          <w:color w:val="A02828"/>
          <w:sz w:val="22"/>
        </w:rPr>
        <w:t xml:space="preserve">    C. [WRONG] Never in salicylate — bicarb always suffices</w:t>
      </w:r>
    </w:p>
    <w:p>
      <w:pPr>
        <w:spacing w:before="0" w:after="20" w:line="259" w:lineRule="auto"/>
      </w:pPr>
      <w:r>
        <w:rPr>
          <w:rFonts w:ascii="Calibri" w:hAnsi="Calibri" w:eastAsia="Calibri"/>
          <w:b w:val="0"/>
          <w:i/>
          <w:color w:val="282828"/>
          <w:sz w:val="22"/>
        </w:rPr>
        <w:t xml:space="preserve">       Bay: HD removes salicylate. Use it.</w:t>
      </w:r>
    </w:p>
    <w:p>
      <w:pPr>
        <w:spacing w:before="120" w:after="20" w:line="259" w:lineRule="auto"/>
        <w:shd w:fill="F8E8E8" w:val="clear"/>
      </w:pPr>
      <w:r>
        <w:rPr>
          <w:rFonts w:ascii="Calibri" w:hAnsi="Calibri" w:eastAsia="Calibri"/>
          <w:b w:val="0"/>
          <w:i w:val="0"/>
          <w:color w:val="A02828"/>
          <w:sz w:val="22"/>
        </w:rPr>
        <w:t xml:space="preserve">    D. [WRONG] Peritoneal dialysis in majors as first-line</w:t>
      </w:r>
    </w:p>
    <w:p>
      <w:pPr>
        <w:spacing w:before="0" w:after="20" w:line="259" w:lineRule="auto"/>
      </w:pPr>
      <w:r>
        <w:rPr>
          <w:rFonts w:ascii="Calibri" w:hAnsi="Calibri" w:eastAsia="Calibri"/>
          <w:b w:val="0"/>
          <w:i/>
          <w:color w:val="282828"/>
          <w:sz w:val="22"/>
        </w:rPr>
        <w:t xml:space="preserve">       Bay: Haemodialysis.</w:t>
      </w:r>
    </w:p>
    <w:p>
      <w:pPr>
        <w:spacing w:before="120" w:after="20" w:line="259" w:lineRule="auto"/>
        <w:shd w:fill="F8E8E8" w:val="clear"/>
      </w:pPr>
      <w:r>
        <w:rPr>
          <w:rFonts w:ascii="Calibri" w:hAnsi="Calibri" w:eastAsia="Calibri"/>
          <w:b w:val="0"/>
          <w:i w:val="0"/>
          <w:color w:val="A02828"/>
          <w:sz w:val="22"/>
        </w:rPr>
        <w:t xml:space="preserve">    E. [WRONG] Wait for a second level in 12 hours before calling anyone</w:t>
      </w:r>
    </w:p>
    <w:p>
      <w:pPr>
        <w:spacing w:before="0" w:after="20" w:line="259" w:lineRule="auto"/>
      </w:pPr>
      <w:r>
        <w:rPr>
          <w:rFonts w:ascii="Calibri" w:hAnsi="Calibri" w:eastAsia="Calibri"/>
          <w:b w:val="0"/>
          <w:i/>
          <w:color w:val="282828"/>
          <w:sz w:val="22"/>
        </w:rPr>
        <w:t xml:space="preserve">       Bay: She can crash in 12 hours.</w:t>
      </w:r>
    </w:p>
    <w:p>
      <w:pPr>
        <w:spacing w:before="120" w:after="20" w:line="259" w:lineRule="auto"/>
        <w:shd w:fill="F8E8E8" w:val="clear"/>
      </w:pPr>
      <w:r>
        <w:rPr>
          <w:rFonts w:ascii="Calibri" w:hAnsi="Calibri" w:eastAsia="Calibri"/>
          <w:b w:val="0"/>
          <w:i w:val="0"/>
          <w:color w:val="A02828"/>
          <w:sz w:val="22"/>
        </w:rPr>
        <w:t>B. [WRONG] Observe — 680 is 'therapeutic'</w:t>
      </w:r>
    </w:p>
    <w:p>
      <w:pPr>
        <w:spacing w:before="0" w:after="20" w:line="259" w:lineRule="auto"/>
      </w:pPr>
      <w:r>
        <w:rPr>
          <w:rFonts w:ascii="Calibri" w:hAnsi="Calibri" w:eastAsia="Calibri"/>
          <w:b w:val="0"/>
          <w:i/>
          <w:color w:val="282828"/>
          <w:sz w:val="22"/>
        </w:rPr>
        <w:t>Bay: Therapeutic is ~150–300 mg/L. 680 is toxic.</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Intubate and set the ventilator to 8 breaths/min</w:t>
      </w:r>
    </w:p>
    <w:p>
      <w:pPr>
        <w:spacing w:before="0" w:after="20" w:line="259" w:lineRule="auto"/>
      </w:pPr>
      <w:r>
        <w:rPr>
          <w:rFonts w:ascii="Calibri" w:hAnsi="Calibri" w:eastAsia="Calibri"/>
          <w:b w:val="0"/>
          <w:i/>
          <w:color w:val="282828"/>
          <w:sz w:val="22"/>
        </w:rPr>
        <w:t>Bay: You will acidify her and she will arrest.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Give more aspirin because the level might be a lab error</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Forced alkaline diuresis with 4 L/h of saline</w:t>
      </w:r>
    </w:p>
    <w:p>
      <w:pPr>
        <w:spacing w:before="0" w:after="20" w:line="259" w:lineRule="auto"/>
      </w:pPr>
      <w:r>
        <w:rPr>
          <w:rFonts w:ascii="Calibri" w:hAnsi="Calibri" w:eastAsia="Calibri"/>
          <w:b w:val="0"/>
          <w:i/>
          <w:color w:val="282828"/>
          <w:sz w:val="22"/>
        </w:rPr>
        <w:t>Bay: Volume overload and no extra benefit over targeted bicarb. She can get pulmonary oedema.</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Flatmate is in the waiting room.</w:t>
      </w:r>
    </w:p>
    <w:p>
      <w:pPr>
        <w:spacing w:before="120" w:after="20" w:line="259" w:lineRule="auto"/>
        <w:shd w:fill="E8F5EC" w:val="clear"/>
      </w:pPr>
      <w:r>
        <w:rPr>
          <w:rFonts w:ascii="Calibri" w:hAnsi="Calibri" w:eastAsia="Calibri"/>
          <w:b/>
          <w:i w:val="0"/>
          <w:color w:val="146E3C"/>
          <w:sz w:val="22"/>
        </w:rPr>
        <w:t>A. [CORRECT] Time, dose, formulation (MR or not), other tablets, alcohol</w:t>
      </w:r>
    </w:p>
    <w:p>
      <w:pPr>
        <w:spacing w:before="0" w:after="20" w:line="259" w:lineRule="auto"/>
      </w:pPr>
      <w:r>
        <w:rPr>
          <w:rFonts w:ascii="Calibri" w:hAnsi="Calibri" w:eastAsia="Calibri"/>
          <w:b w:val="0"/>
          <w:i/>
          <w:color w:val="282828"/>
          <w:sz w:val="22"/>
        </w:rPr>
        <w:t>Bay: Ordinary 300 mg, ~12 g, vodka, no paracetamol seen — still send a paracetamol.</w:t>
      </w:r>
    </w:p>
    <w:p>
      <w:pPr>
        <w:spacing w:before="120" w:after="20" w:line="259" w:lineRule="auto"/>
        <w:shd w:fill="E8F5EC" w:val="clear"/>
      </w:pPr>
      <w:r>
        <w:rPr>
          <w:rFonts w:ascii="Calibri" w:hAnsi="Calibri" w:eastAsia="Calibri"/>
          <w:b/>
          <w:i w:val="0"/>
          <w:color w:val="146E3C"/>
          <w:sz w:val="22"/>
        </w:rPr>
        <w:t>B. [CORRECT] Pregnancy, weight, tinnitus onset, vomiting</w:t>
      </w:r>
    </w:p>
    <w:p>
      <w:pPr>
        <w:spacing w:before="0" w:after="20" w:line="259" w:lineRule="auto"/>
      </w:pPr>
      <w:r>
        <w:rPr>
          <w:rFonts w:ascii="Calibri" w:hAnsi="Calibri" w:eastAsia="Calibri"/>
          <w:b w:val="0"/>
          <w:i/>
          <w:color w:val="282828"/>
          <w:sz w:val="22"/>
        </w:rPr>
        <w:t>Bay: Not pregnant, 58 kg, tinnitus at 3 hours.</w:t>
      </w:r>
    </w:p>
    <w:p>
      <w:pPr>
        <w:spacing w:before="120" w:after="20" w:line="259" w:lineRule="auto"/>
        <w:shd w:fill="E8F5EC" w:val="clear"/>
      </w:pPr>
      <w:r>
        <w:rPr>
          <w:rFonts w:ascii="Calibri" w:hAnsi="Calibri" w:eastAsia="Calibri"/>
          <w:b/>
          <w:i w:val="0"/>
          <w:color w:val="146E3C"/>
          <w:sz w:val="22"/>
        </w:rPr>
        <w:t>C. [CORRECT] Repeat gases and repeat salicylate — levels can rise</w:t>
      </w:r>
    </w:p>
    <w:p>
      <w:pPr>
        <w:spacing w:before="0" w:after="20" w:line="259" w:lineRule="auto"/>
      </w:pPr>
      <w:r>
        <w:rPr>
          <w:rFonts w:ascii="Calibri" w:hAnsi="Calibri" w:eastAsia="Calibri"/>
          <w:b w:val="0"/>
          <w:i/>
          <w:color w:val="282828"/>
          <w:sz w:val="22"/>
        </w:rPr>
        <w:t>Bay: You will not rely on a single number.</w:t>
      </w:r>
    </w:p>
    <w:p>
      <w:pPr>
        <w:spacing w:before="120" w:after="20" w:line="259" w:lineRule="auto"/>
        <w:shd w:fill="F8E8E8" w:val="clear"/>
      </w:pPr>
      <w:r>
        <w:rPr>
          <w:rFonts w:ascii="Calibri" w:hAnsi="Calibri" w:eastAsia="Calibri"/>
          <w:b w:val="0"/>
          <w:i w:val="0"/>
          <w:color w:val="A02828"/>
          <w:sz w:val="22"/>
        </w:rPr>
        <w:t>D. [WRONG] Let her sleep it off in a dark room unsupervised</w:t>
      </w:r>
    </w:p>
    <w:p>
      <w:pPr>
        <w:spacing w:before="0" w:after="20" w:line="259" w:lineRule="auto"/>
      </w:pPr>
      <w:r>
        <w:rPr>
          <w:rFonts w:ascii="Calibri" w:hAnsi="Calibri" w:eastAsia="Calibri"/>
          <w:b w:val="0"/>
          <w:i/>
          <w:color w:val="282828"/>
          <w:sz w:val="22"/>
        </w:rPr>
        <w:t>Bay: GCS drop in salicylate is a disaster.</w:t>
      </w:r>
    </w:p>
    <w:p>
      <w:pPr>
        <w:spacing w:before="120" w:after="20" w:line="259" w:lineRule="auto"/>
        <w:shd w:fill="F8E8E8" w:val="clear"/>
      </w:pPr>
      <w:r>
        <w:rPr>
          <w:rFonts w:ascii="Calibri" w:hAnsi="Calibri" w:eastAsia="Calibri"/>
          <w:b w:val="0"/>
          <w:i w:val="0"/>
          <w:color w:val="A02828"/>
          <w:sz w:val="22"/>
        </w:rPr>
        <w:t>E. [WRONG] Give a benzodiazepine so she 'stops hyperventilating'</w:t>
      </w:r>
    </w:p>
    <w:p>
      <w:pPr>
        <w:spacing w:before="0" w:after="20" w:line="259" w:lineRule="auto"/>
      </w:pPr>
      <w:r>
        <w:rPr>
          <w:rFonts w:ascii="Calibri" w:hAnsi="Calibri" w:eastAsia="Calibri"/>
          <w:b w:val="0"/>
          <w:i/>
          <w:color w:val="282828"/>
          <w:sz w:val="22"/>
        </w:rPr>
        <w:t>Bay: That hyperventilation is keeping her alive.</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Salicylate poisoning</w:t>
      </w:r>
    </w:p>
    <w:p>
      <w:pPr>
        <w:spacing w:before="0" w:after="20" w:line="259" w:lineRule="auto"/>
      </w:pPr>
      <w:r>
        <w:rPr>
          <w:rFonts w:ascii="Calibri" w:hAnsi="Calibri" w:eastAsia="Calibri"/>
          <w:b w:val="0"/>
          <w:i/>
          <w:color w:val="282828"/>
          <w:sz w:val="22"/>
        </w:rPr>
        <w:t>Bay: Tinnitus, fever, mixed acid-base, empty aspirin. Alkalinise, discuss HD.</w:t>
      </w:r>
    </w:p>
    <w:p>
      <w:pPr>
        <w:spacing w:before="120" w:after="20" w:line="259" w:lineRule="auto"/>
        <w:shd w:fill="F8E8E8" w:val="clear"/>
      </w:pPr>
      <w:r>
        <w:rPr>
          <w:rFonts w:ascii="Calibri" w:hAnsi="Calibri" w:eastAsia="Calibri"/>
          <w:b w:val="0"/>
          <w:i w:val="0"/>
          <w:color w:val="A02828"/>
          <w:sz w:val="22"/>
        </w:rPr>
        <w:t>B. [WRONG] Panic attack</w:t>
      </w:r>
    </w:p>
    <w:p>
      <w:pPr>
        <w:spacing w:before="0" w:after="20" w:line="259" w:lineRule="auto"/>
      </w:pPr>
      <w:r>
        <w:rPr>
          <w:rFonts w:ascii="Calibri" w:hAnsi="Calibri" w:eastAsia="Calibri"/>
          <w:b w:val="0"/>
          <w:i/>
          <w:color w:val="282828"/>
          <w:sz w:val="22"/>
        </w:rPr>
        <w:t>Bay: Fever, tinnitus and HCO3 14 are not panic.</w:t>
      </w:r>
    </w:p>
    <w:p>
      <w:pPr>
        <w:spacing w:before="120" w:after="20" w:line="259" w:lineRule="auto"/>
        <w:shd w:fill="F8E8E8" w:val="clear"/>
      </w:pPr>
      <w:r>
        <w:rPr>
          <w:rFonts w:ascii="Calibri" w:hAnsi="Calibri" w:eastAsia="Calibri"/>
          <w:b w:val="0"/>
          <w:i w:val="0"/>
          <w:color w:val="A02828"/>
          <w:sz w:val="22"/>
        </w:rPr>
        <w:t>C. [WRONG] DKA</w:t>
      </w:r>
    </w:p>
    <w:p>
      <w:pPr>
        <w:spacing w:before="0" w:after="20" w:line="259" w:lineRule="auto"/>
      </w:pPr>
      <w:r>
        <w:rPr>
          <w:rFonts w:ascii="Calibri" w:hAnsi="Calibri" w:eastAsia="Calibri"/>
          <w:b w:val="0"/>
          <w:i/>
          <w:color w:val="282828"/>
          <w:sz w:val="22"/>
        </w:rPr>
        <w:t>Bay: Glucose 5.2.</w:t>
      </w:r>
    </w:p>
    <w:p>
      <w:pPr>
        <w:spacing w:before="120" w:after="20" w:line="259" w:lineRule="auto"/>
        <w:shd w:fill="F8E8E8" w:val="clear"/>
      </w:pPr>
      <w:r>
        <w:rPr>
          <w:rFonts w:ascii="Calibri" w:hAnsi="Calibri" w:eastAsia="Calibri"/>
          <w:b w:val="0"/>
          <w:i w:val="0"/>
          <w:color w:val="A02828"/>
          <w:sz w:val="22"/>
        </w:rPr>
        <w:t>D. [WRONG] Sepsis as the only diagnosis</w:t>
      </w:r>
    </w:p>
    <w:p>
      <w:pPr>
        <w:spacing w:before="0" w:after="20" w:line="259" w:lineRule="auto"/>
      </w:pPr>
      <w:r>
        <w:rPr>
          <w:rFonts w:ascii="Calibri" w:hAnsi="Calibri" w:eastAsia="Calibri"/>
          <w:b w:val="0"/>
          <w:i/>
          <w:color w:val="282828"/>
          <w:sz w:val="22"/>
        </w:rPr>
        <w:t>Bay: The bottle is on the trolley. Sepsis can coexist — treat the salicylate.</w:t>
      </w:r>
    </w:p>
    <w:p>
      <w:pPr>
        <w:spacing w:before="120" w:after="20" w:line="259" w:lineRule="auto"/>
        <w:shd w:fill="F8E8E8" w:val="clear"/>
      </w:pPr>
      <w:r>
        <w:rPr>
          <w:rFonts w:ascii="Calibri" w:hAnsi="Calibri" w:eastAsia="Calibri"/>
          <w:b w:val="0"/>
          <w:i w:val="0"/>
          <w:color w:val="A02828"/>
          <w:sz w:val="22"/>
        </w:rPr>
        <w:t>E. [WRONG] Paracetamol overdose as the lead</w:t>
      </w:r>
    </w:p>
    <w:p>
      <w:pPr>
        <w:spacing w:before="0" w:after="20" w:line="259" w:lineRule="auto"/>
      </w:pPr>
      <w:r>
        <w:rPr>
          <w:rFonts w:ascii="Calibri" w:hAnsi="Calibri" w:eastAsia="Calibri"/>
          <w:b w:val="0"/>
          <w:i/>
          <w:color w:val="282828"/>
          <w:sz w:val="22"/>
        </w:rPr>
        <w:t>Bay: Still send a paracetamol. The picture is aspirin.</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She is getting more acidotic. pH 7.32 now, pCO2 3.8 — she is tiring. Renal are 20 minutes away.</w:t>
      </w:r>
    </w:p>
    <w:p>
      <w:pPr>
        <w:spacing w:before="120" w:after="20" w:line="259" w:lineRule="auto"/>
        <w:shd w:fill="E8F5EC" w:val="clear"/>
      </w:pPr>
      <w:r>
        <w:rPr>
          <w:rFonts w:ascii="Calibri" w:hAnsi="Calibri" w:eastAsia="Calibri"/>
          <w:b/>
          <w:i w:val="0"/>
          <w:color w:val="146E3C"/>
          <w:sz w:val="22"/>
        </w:rPr>
        <w:t>A. [CORRECT] Stay, keep bicarb, do not sedate, prepare a hyperventilating intubation only if she arrests or truly fails</w:t>
      </w:r>
    </w:p>
    <w:p>
      <w:pPr>
        <w:spacing w:before="0" w:after="20" w:line="259" w:lineRule="auto"/>
      </w:pPr>
      <w:r>
        <w:rPr>
          <w:rFonts w:ascii="Calibri" w:hAnsi="Calibri" w:eastAsia="Calibri"/>
          <w:b w:val="0"/>
          <w:i/>
          <w:color w:val="282828"/>
          <w:sz w:val="22"/>
        </w:rPr>
        <w:t>Bay: If you have to tube, the first setting is a huge minute ventilation. Renal are close.</w:t>
      </w:r>
    </w:p>
    <w:p>
      <w:pPr>
        <w:spacing w:before="80" w:after="40" w:line="259" w:lineRule="auto"/>
      </w:pPr>
      <w:r>
        <w:rPr>
          <w:rFonts w:ascii="Calibri" w:hAnsi="Calibri" w:eastAsia="Calibri"/>
          <w:b/>
          <w:i w:val="0"/>
          <w:color w:val="46326E"/>
          <w:sz w:val="22"/>
        </w:rPr>
        <w:t xml:space="preserve">    Follow-up: If you have to intubate?</w:t>
      </w:r>
    </w:p>
    <w:p>
      <w:pPr>
        <w:spacing w:before="120" w:after="20" w:line="259" w:lineRule="auto"/>
        <w:shd w:fill="E8F5EC" w:val="clear"/>
      </w:pPr>
      <w:r>
        <w:rPr>
          <w:rFonts w:ascii="Calibri" w:hAnsi="Calibri" w:eastAsia="Calibri"/>
          <w:b/>
          <w:i w:val="0"/>
          <w:color w:val="146E3C"/>
          <w:sz w:val="22"/>
        </w:rPr>
        <w:t xml:space="preserve">    A. [CORRECT] Most experienced airway, briefest apnoea, then hyperventilate to her pre-intubation pCO2 or lower</w:t>
      </w:r>
    </w:p>
    <w:p>
      <w:pPr>
        <w:spacing w:before="0" w:after="20" w:line="259" w:lineRule="auto"/>
      </w:pPr>
      <w:r>
        <w:rPr>
          <w:rFonts w:ascii="Calibri" w:hAnsi="Calibri" w:eastAsia="Calibri"/>
          <w:b w:val="0"/>
          <w:i/>
          <w:color w:val="282828"/>
          <w:sz w:val="22"/>
        </w:rPr>
        <w:t xml:space="preserve">       Bay: A standard RSI with a pause and 8 breaths/min will kill her.</w:t>
      </w:r>
    </w:p>
    <w:p>
      <w:pPr>
        <w:spacing w:before="120" w:after="20" w:line="259" w:lineRule="auto"/>
        <w:shd w:fill="F8E8E8" w:val="clear"/>
      </w:pPr>
      <w:r>
        <w:rPr>
          <w:rFonts w:ascii="Calibri" w:hAnsi="Calibri" w:eastAsia="Calibri"/>
          <w:b w:val="0"/>
          <w:i w:val="0"/>
          <w:color w:val="A02828"/>
          <w:sz w:val="22"/>
        </w:rPr>
        <w:t xml:space="preserve">    B. [WRONG] RSI and then a 'lung-protective' 6 mL/kg and 8 breaths</w:t>
      </w:r>
    </w:p>
    <w:p>
      <w:pPr>
        <w:spacing w:before="0" w:after="20" w:line="259" w:lineRule="auto"/>
      </w:pPr>
      <w:r>
        <w:rPr>
          <w:rFonts w:ascii="Calibri" w:hAnsi="Calibri" w:eastAsia="Calibri"/>
          <w:b w:val="0"/>
          <w:i/>
          <w:color w:val="282828"/>
          <w:sz w:val="22"/>
        </w:rPr>
        <w:t xml:space="preserve">       Bay: That is ARDS ventilation, not salicylate.</w:t>
      </w:r>
    </w:p>
    <w:p>
      <w:pPr>
        <w:spacing w:before="120" w:after="20" w:line="259" w:lineRule="auto"/>
        <w:shd w:fill="F8E8E8" w:val="clear"/>
      </w:pPr>
      <w:r>
        <w:rPr>
          <w:rFonts w:ascii="Calibri" w:hAnsi="Calibri" w:eastAsia="Calibri"/>
          <w:b w:val="0"/>
          <w:i w:val="0"/>
          <w:color w:val="A02828"/>
          <w:sz w:val="22"/>
        </w:rPr>
        <w:t xml:space="preserve">    C. [WRONG] Naloxone instead of a tube</w:t>
      </w:r>
    </w:p>
    <w:p>
      <w:pPr>
        <w:spacing w:before="0" w:after="20" w:line="259" w:lineRule="auto"/>
      </w:pPr>
      <w:r>
        <w:rPr>
          <w:rFonts w:ascii="Calibri" w:hAnsi="Calibri" w:eastAsia="Calibri"/>
          <w:b w:val="0"/>
          <w:i/>
          <w:color w:val="282828"/>
          <w:sz w:val="22"/>
        </w:rPr>
        <w:t xml:space="preserve">       Bay: Wrong.</w:t>
      </w:r>
    </w:p>
    <w:p>
      <w:pPr>
        <w:spacing w:before="120" w:after="20" w:line="259" w:lineRule="auto"/>
        <w:shd w:fill="F8E8E8" w:val="clear"/>
      </w:pPr>
      <w:r>
        <w:rPr>
          <w:rFonts w:ascii="Calibri" w:hAnsi="Calibri" w:eastAsia="Calibri"/>
          <w:b w:val="0"/>
          <w:i w:val="0"/>
          <w:color w:val="A02828"/>
          <w:sz w:val="22"/>
        </w:rPr>
        <w:t xml:space="preserve">    D. [WRONG] Paralyse and wait for dialysis without ventilating</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E. [WRONG] Extubate immediately to let her compensate</w:t>
      </w:r>
    </w:p>
    <w:p>
      <w:pPr>
        <w:spacing w:before="0" w:after="20" w:line="259" w:lineRule="auto"/>
      </w:pPr>
      <w:r>
        <w:rPr>
          <w:rFonts w:ascii="Calibri" w:hAnsi="Calibri" w:eastAsia="Calibri"/>
          <w:b w:val="0"/>
          <w:i/>
          <w:color w:val="282828"/>
          <w:sz w:val="22"/>
        </w:rPr>
        <w:t xml:space="preserve">       Bay: If you needed the tube, you needed it.</w:t>
      </w:r>
    </w:p>
    <w:p>
      <w:pPr>
        <w:spacing w:before="120" w:after="20" w:line="259" w:lineRule="auto"/>
        <w:shd w:fill="F8E8E8" w:val="clear"/>
      </w:pPr>
      <w:r>
        <w:rPr>
          <w:rFonts w:ascii="Calibri" w:hAnsi="Calibri" w:eastAsia="Calibri"/>
          <w:b w:val="0"/>
          <w:i w:val="0"/>
          <w:color w:val="A02828"/>
          <w:sz w:val="22"/>
        </w:rPr>
        <w:t>B. [WRONG] Give midazolam so she stops blowing off CO2</w:t>
      </w:r>
    </w:p>
    <w:p>
      <w:pPr>
        <w:spacing w:before="0" w:after="20" w:line="259" w:lineRule="auto"/>
      </w:pPr>
      <w:r>
        <w:rPr>
          <w:rFonts w:ascii="Calibri" w:hAnsi="Calibri" w:eastAsia="Calibri"/>
          <w:b w:val="0"/>
          <w:i/>
          <w:color w:val="282828"/>
          <w:sz w:val="22"/>
        </w:rPr>
        <w:t>Bay: That is the compensation.</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Standard RSI and 8 breaths a minute</w:t>
      </w:r>
    </w:p>
    <w:p>
      <w:pPr>
        <w:spacing w:before="0" w:after="20" w:line="259" w:lineRule="auto"/>
      </w:pPr>
      <w:r>
        <w:rPr>
          <w:rFonts w:ascii="Calibri" w:hAnsi="Calibri" w:eastAsia="Calibri"/>
          <w:b w:val="0"/>
          <w:i/>
          <w:color w:val="282828"/>
          <w:sz w:val="22"/>
        </w:rPr>
        <w:t>Bay: Arrest incoming.</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Stop bicarb because pH is 7.32 'nearly normal'</w:t>
      </w:r>
    </w:p>
    <w:p>
      <w:pPr>
        <w:spacing w:before="0" w:after="20" w:line="259" w:lineRule="auto"/>
      </w:pPr>
      <w:r>
        <w:rPr>
          <w:rFonts w:ascii="Calibri" w:hAnsi="Calibri" w:eastAsia="Calibri"/>
          <w:b w:val="0"/>
          <w:i/>
          <w:color w:val="282828"/>
          <w:sz w:val="22"/>
        </w:rPr>
        <w:t>Bay: Keep going until HD is on.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Discharge against medical advice because she wants a cigarette</w:t>
      </w:r>
    </w:p>
    <w:p>
      <w:pPr>
        <w:spacing w:before="0" w:after="20" w:line="259" w:lineRule="auto"/>
      </w:pPr>
      <w:r>
        <w:rPr>
          <w:rFonts w:ascii="Calibri" w:hAnsi="Calibri" w:eastAsia="Calibri"/>
          <w:b w:val="0"/>
          <w:i/>
          <w:color w:val="282828"/>
          <w:sz w:val="22"/>
        </w:rPr>
        <w:t>Bay: She is dying of aspirin. Try not to let her walk.</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Renal have a machine.</w:t>
      </w:r>
    </w:p>
    <w:p>
      <w:pPr>
        <w:spacing w:before="120" w:after="20" w:line="259" w:lineRule="auto"/>
        <w:shd w:fill="E8F5EC" w:val="clear"/>
      </w:pPr>
      <w:r>
        <w:rPr>
          <w:rFonts w:ascii="Calibri" w:hAnsi="Calibri" w:eastAsia="Calibri"/>
          <w:b/>
          <w:i w:val="0"/>
          <w:color w:val="146E3C"/>
          <w:sz w:val="22"/>
        </w:rPr>
        <w:t>A. [CORRECT] Critical care / renal for haemodialysis now</w:t>
      </w:r>
    </w:p>
    <w:p>
      <w:pPr>
        <w:spacing w:before="0" w:after="20" w:line="259" w:lineRule="auto"/>
      </w:pPr>
      <w:r>
        <w:rPr>
          <w:rFonts w:ascii="Calibri" w:hAnsi="Calibri" w:eastAsia="Calibri"/>
          <w:b w:val="0"/>
          <w:i/>
          <w:color w:val="282828"/>
          <w:sz w:val="22"/>
        </w:rPr>
        <w:t>Bay: Yes.</w:t>
      </w:r>
    </w:p>
    <w:p>
      <w:pPr>
        <w:spacing w:before="120" w:after="20" w:line="259" w:lineRule="auto"/>
        <w:shd w:fill="F8E8E8" w:val="clear"/>
      </w:pPr>
      <w:r>
        <w:rPr>
          <w:rFonts w:ascii="Calibri" w:hAnsi="Calibri" w:eastAsia="Calibri"/>
          <w:b w:val="0"/>
          <w:i w:val="0"/>
          <w:color w:val="A02828"/>
          <w:sz w:val="22"/>
        </w:rPr>
        <w:t>B. [WRONG] Psych ward with a salicylate in the morning</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C. [WRONG] Home with charcoal tablets</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D. [WRONG] AMU without a repeat level</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E. [WRONG] Medical ward 'for observation of panic'</w:t>
      </w:r>
    </w:p>
    <w:p>
      <w:pPr>
        <w:spacing w:before="0" w:after="20" w:line="259" w:lineRule="auto"/>
      </w:pPr>
      <w:r>
        <w:rPr>
          <w:rFonts w:ascii="Calibri" w:hAnsi="Calibri" w:eastAsia="Calibri"/>
          <w:b w:val="0"/>
          <w:i/>
          <w:color w:val="282828"/>
          <w:sz w:val="22"/>
        </w:rPr>
        <w:t>Bay: No.</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she goes to the machine.</w:t>
      </w:r>
    </w:p>
    <w:p>
      <w:pPr>
        <w:spacing w:before="120" w:after="20" w:line="259" w:lineRule="auto"/>
        <w:shd w:fill="E8F5EC" w:val="clear"/>
      </w:pPr>
      <w:r>
        <w:rPr>
          <w:rFonts w:ascii="Calibri" w:hAnsi="Calibri" w:eastAsia="Calibri"/>
          <w:b/>
          <w:i w:val="0"/>
          <w:color w:val="146E3C"/>
          <w:sz w:val="22"/>
        </w:rPr>
        <w:t>A. [CORRECT] Last gas, last level, bicarb rate, potassium, weight, time of ingestion</w:t>
      </w:r>
    </w:p>
    <w:p>
      <w:pPr>
        <w:spacing w:before="0" w:after="20" w:line="259" w:lineRule="auto"/>
      </w:pPr>
      <w:r>
        <w:rPr>
          <w:rFonts w:ascii="Calibri" w:hAnsi="Calibri" w:eastAsia="Calibri"/>
          <w:b w:val="0"/>
          <w:i/>
          <w:color w:val="282828"/>
          <w:sz w:val="22"/>
        </w:rPr>
        <w:t>Bay: Handover is numbers that move.</w:t>
      </w:r>
    </w:p>
    <w:p>
      <w:pPr>
        <w:spacing w:before="80" w:after="40" w:line="259" w:lineRule="auto"/>
      </w:pPr>
      <w:r>
        <w:rPr>
          <w:rFonts w:ascii="Calibri" w:hAnsi="Calibri" w:eastAsia="Calibri"/>
          <w:b/>
          <w:i w:val="0"/>
          <w:color w:val="46326E"/>
          <w:sz w:val="22"/>
        </w:rPr>
        <w:t xml:space="preserve">    Follow-up: Do you stop bicarb on the way?</w:t>
      </w:r>
    </w:p>
    <w:p>
      <w:pPr>
        <w:spacing w:before="120" w:after="20" w:line="259" w:lineRule="auto"/>
        <w:shd w:fill="E8F5EC" w:val="clear"/>
      </w:pPr>
      <w:r>
        <w:rPr>
          <w:rFonts w:ascii="Calibri" w:hAnsi="Calibri" w:eastAsia="Calibri"/>
          <w:b/>
          <w:i w:val="0"/>
          <w:color w:val="146E3C"/>
          <w:sz w:val="22"/>
        </w:rPr>
        <w:t xml:space="preserve">    A. [CORRECT] No — run it until HD is established, watching K</w:t>
      </w:r>
    </w:p>
    <w:p>
      <w:pPr>
        <w:spacing w:before="0" w:after="20" w:line="259" w:lineRule="auto"/>
      </w:pPr>
      <w:r>
        <w:rPr>
          <w:rFonts w:ascii="Calibri" w:hAnsi="Calibri" w:eastAsia="Calibri"/>
          <w:b w:val="0"/>
          <w:i/>
          <w:color w:val="282828"/>
          <w:sz w:val="22"/>
        </w:rPr>
        <w:t xml:space="preserve">       Bay: Alkalinisation is a bridge.</w:t>
      </w:r>
    </w:p>
    <w:p>
      <w:pPr>
        <w:spacing w:before="120" w:after="20" w:line="259" w:lineRule="auto"/>
        <w:shd w:fill="F8E8E8" w:val="clear"/>
      </w:pPr>
      <w:r>
        <w:rPr>
          <w:rFonts w:ascii="Calibri" w:hAnsi="Calibri" w:eastAsia="Calibri"/>
          <w:b w:val="0"/>
          <w:i w:val="0"/>
          <w:color w:val="A02828"/>
          <w:sz w:val="22"/>
        </w:rPr>
        <w:t xml:space="preserve">    B. [WRONG] Stop so the bloods on HD are 'uncontaminated'</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C. [WRONG] Switch to 15 L oxygen only</w:t>
      </w:r>
    </w:p>
    <w:p>
      <w:pPr>
        <w:spacing w:before="0" w:after="20" w:line="259" w:lineRule="auto"/>
      </w:pPr>
      <w:r>
        <w:rPr>
          <w:rFonts w:ascii="Calibri" w:hAnsi="Calibri" w:eastAsia="Calibri"/>
          <w:b w:val="0"/>
          <w:i/>
          <w:color w:val="282828"/>
          <w:sz w:val="22"/>
        </w:rPr>
        <w:t xml:space="preserve">       Bay: Oxygen does not remove salicylate.</w:t>
      </w:r>
    </w:p>
    <w:p>
      <w:pPr>
        <w:spacing w:before="120" w:after="20" w:line="259" w:lineRule="auto"/>
        <w:shd w:fill="F8E8E8" w:val="clear"/>
      </w:pPr>
      <w:r>
        <w:rPr>
          <w:rFonts w:ascii="Calibri" w:hAnsi="Calibri" w:eastAsia="Calibri"/>
          <w:b w:val="0"/>
          <w:i w:val="0"/>
          <w:color w:val="A02828"/>
          <w:sz w:val="22"/>
        </w:rPr>
        <w:t xml:space="preserve">    D. [WRONG] Give a further 12 g of aspirin to 'steady the level'</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E. [WRONG] Sedate for transfer with 10 mg morphine</w:t>
      </w:r>
    </w:p>
    <w:p>
      <w:pPr>
        <w:spacing w:before="0" w:after="20" w:line="259" w:lineRule="auto"/>
      </w:pPr>
      <w:r>
        <w:rPr>
          <w:rFonts w:ascii="Calibri" w:hAnsi="Calibri" w:eastAsia="Calibri"/>
          <w:b w:val="0"/>
          <w:i/>
          <w:color w:val="282828"/>
          <w:sz w:val="22"/>
        </w:rPr>
        <w:t xml:space="preserve">       Bay: You will stop her blowing.</w:t>
      </w:r>
    </w:p>
    <w:p>
      <w:pPr>
        <w:spacing w:before="120" w:after="20" w:line="259" w:lineRule="auto"/>
        <w:shd w:fill="F8E8E8" w:val="clear"/>
      </w:pPr>
      <w:r>
        <w:rPr>
          <w:rFonts w:ascii="Calibri" w:hAnsi="Calibri" w:eastAsia="Calibri"/>
          <w:b w:val="0"/>
          <w:i w:val="0"/>
          <w:color w:val="A02828"/>
          <w:sz w:val="22"/>
        </w:rPr>
        <w:t>B. [WRONG] Pull the bicarb because the lift is short</w:t>
      </w:r>
    </w:p>
    <w:p>
      <w:pPr>
        <w:spacing w:before="0" w:after="20" w:line="259" w:lineRule="auto"/>
      </w:pPr>
      <w:r>
        <w:rPr>
          <w:rFonts w:ascii="Calibri" w:hAnsi="Calibri" w:eastAsia="Calibri"/>
          <w:b w:val="0"/>
          <w:i/>
          <w:color w:val="282828"/>
          <w:sz w:val="22"/>
        </w:rPr>
        <w:t>Bay: Keep it.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Give 10 mg morphine for transfer pain</w:t>
      </w:r>
    </w:p>
    <w:p>
      <w:pPr>
        <w:spacing w:before="0" w:after="20" w:line="259" w:lineRule="auto"/>
      </w:pPr>
      <w:r>
        <w:rPr>
          <w:rFonts w:ascii="Calibri" w:hAnsi="Calibri" w:eastAsia="Calibri"/>
          <w:b w:val="0"/>
          <w:i/>
          <w:color w:val="282828"/>
          <w:sz w:val="22"/>
        </w:rPr>
        <w:t>Bay: She is not in trauma pain. You will hypoventilate her.</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Wait in ED for a third level at 12 hours before HD</w:t>
      </w:r>
    </w:p>
    <w:p>
      <w:pPr>
        <w:spacing w:before="0" w:after="20" w:line="259" w:lineRule="auto"/>
      </w:pPr>
      <w:r>
        <w:rPr>
          <w:rFonts w:ascii="Calibri" w:hAnsi="Calibri" w:eastAsia="Calibri"/>
          <w:b w:val="0"/>
          <w:i/>
          <w:color w:val="282828"/>
          <w:sz w:val="22"/>
        </w:rPr>
        <w:t>Bay: 680 and tiring. Go.</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Charcoal via NG now, unprotected airway, vomiting</w:t>
      </w:r>
    </w:p>
    <w:p>
      <w:pPr>
        <w:spacing w:before="0" w:after="20" w:line="259" w:lineRule="auto"/>
      </w:pPr>
      <w:r>
        <w:rPr>
          <w:rFonts w:ascii="Calibri" w:hAnsi="Calibri" w:eastAsia="Calibri"/>
          <w:b w:val="0"/>
          <w:i/>
          <w:color w:val="282828"/>
          <w:sz w:val="22"/>
        </w:rPr>
        <w:t>Bay: Aspiration risk. HD is the plan.</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Renal call from the unit.</w:t>
      </w:r>
    </w:p>
    <w:p>
      <w:pPr>
        <w:spacing w:before="120" w:after="20" w:line="259" w:lineRule="auto"/>
        <w:shd w:fill="E8F5EC" w:val="clear"/>
      </w:pPr>
      <w:r>
        <w:rPr>
          <w:rFonts w:ascii="Calibri" w:hAnsi="Calibri" w:eastAsia="Calibri"/>
          <w:b/>
          <w:i w:val="0"/>
          <w:color w:val="146E3C"/>
          <w:sz w:val="22"/>
        </w:rPr>
        <w:t>A. [CORRECT] Severe salicylate poisoning</w:t>
      </w:r>
    </w:p>
    <w:p>
      <w:pPr>
        <w:spacing w:before="0" w:after="20" w:line="259" w:lineRule="auto"/>
      </w:pPr>
      <w:r>
        <w:rPr>
          <w:rFonts w:ascii="Calibri" w:hAnsi="Calibri" w:eastAsia="Calibri"/>
          <w:b w:val="0"/>
          <w:i/>
          <w:color w:val="282828"/>
          <w:sz w:val="22"/>
        </w:rPr>
        <w:t>Bay: That is the diagnosis.</w:t>
      </w:r>
    </w:p>
    <w:p>
      <w:pPr>
        <w:spacing w:before="120" w:after="20" w:line="259" w:lineRule="auto"/>
        <w:shd w:fill="F8E8E8" w:val="clear"/>
      </w:pPr>
      <w:r>
        <w:rPr>
          <w:rFonts w:ascii="Calibri" w:hAnsi="Calibri" w:eastAsia="Calibri"/>
          <w:b w:val="0"/>
          <w:i w:val="0"/>
          <w:color w:val="A02828"/>
          <w:sz w:val="22"/>
        </w:rPr>
        <w:t>B. [WRONG] Panic attack</w:t>
      </w:r>
    </w:p>
    <w:p>
      <w:pPr>
        <w:spacing w:before="0" w:after="20" w:line="259" w:lineRule="auto"/>
      </w:pPr>
      <w:r>
        <w:rPr>
          <w:rFonts w:ascii="Calibri" w:hAnsi="Calibri" w:eastAsia="Calibri"/>
          <w:b w:val="0"/>
          <w:i/>
          <w:color w:val="282828"/>
          <w:sz w:val="22"/>
        </w:rPr>
        <w:t>Bay: The machine is not for panic.</w:t>
      </w:r>
    </w:p>
    <w:p>
      <w:pPr>
        <w:spacing w:before="120" w:after="20" w:line="259" w:lineRule="auto"/>
        <w:shd w:fill="F8E8E8" w:val="clear"/>
      </w:pPr>
      <w:r>
        <w:rPr>
          <w:rFonts w:ascii="Calibri" w:hAnsi="Calibri" w:eastAsia="Calibri"/>
          <w:b w:val="0"/>
          <w:i w:val="0"/>
          <w:color w:val="A02828"/>
          <w:sz w:val="22"/>
        </w:rPr>
        <w:t>C. [WRONG] DKA</w:t>
      </w:r>
    </w:p>
    <w:p>
      <w:pPr>
        <w:spacing w:before="0" w:after="20" w:line="259" w:lineRule="auto"/>
      </w:pPr>
      <w:r>
        <w:rPr>
          <w:rFonts w:ascii="Calibri" w:hAnsi="Calibri" w:eastAsia="Calibri"/>
          <w:b w:val="0"/>
          <w:i/>
          <w:color w:val="282828"/>
          <w:sz w:val="22"/>
        </w:rPr>
        <w:t>Bay: Glucose was 5.2.</w:t>
      </w:r>
    </w:p>
    <w:p>
      <w:pPr>
        <w:spacing w:before="120" w:after="20" w:line="259" w:lineRule="auto"/>
        <w:shd w:fill="F8E8E8" w:val="clear"/>
      </w:pPr>
      <w:r>
        <w:rPr>
          <w:rFonts w:ascii="Calibri" w:hAnsi="Calibri" w:eastAsia="Calibri"/>
          <w:b w:val="0"/>
          <w:i w:val="0"/>
          <w:color w:val="A02828"/>
          <w:sz w:val="22"/>
        </w:rPr>
        <w:t>D. [WRONG] Sepsis only</w:t>
      </w:r>
    </w:p>
    <w:p>
      <w:pPr>
        <w:spacing w:before="0" w:after="20" w:line="259" w:lineRule="auto"/>
      </w:pPr>
      <w:r>
        <w:rPr>
          <w:rFonts w:ascii="Calibri" w:hAnsi="Calibri" w:eastAsia="Calibri"/>
          <w:b w:val="0"/>
          <w:i/>
          <w:color w:val="282828"/>
          <w:sz w:val="22"/>
        </w:rPr>
        <w:t>Bay: Aspirin 680 mg/L.</w:t>
      </w:r>
    </w:p>
    <w:p>
      <w:pPr>
        <w:spacing w:before="120" w:after="20" w:line="259" w:lineRule="auto"/>
        <w:shd w:fill="F8E8E8" w:val="clear"/>
      </w:pPr>
      <w:r>
        <w:rPr>
          <w:rFonts w:ascii="Calibri" w:hAnsi="Calibri" w:eastAsia="Calibri"/>
          <w:b w:val="0"/>
          <w:i w:val="0"/>
          <w:color w:val="A02828"/>
          <w:sz w:val="22"/>
        </w:rPr>
        <w:t>E. [WRONG] Opioid toxicity</w:t>
      </w:r>
    </w:p>
    <w:p>
      <w:pPr>
        <w:spacing w:before="0" w:after="20" w:line="259" w:lineRule="auto"/>
      </w:pPr>
      <w:r>
        <w:rPr>
          <w:rFonts w:ascii="Calibri" w:hAnsi="Calibri" w:eastAsia="Calibri"/>
          <w:b w:val="0"/>
          <w:i/>
          <w:color w:val="282828"/>
          <w:sz w:val="22"/>
        </w:rPr>
        <w:t>Bay: RR 32.</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Severe salicylate poisoning</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Tinnitus, fever, sweating, hyperventilation after aspirin</w:t>
      </w:r>
    </w:p>
    <w:p>
      <w:pPr>
        <w:spacing w:before="0" w:after="40" w:line="259" w:lineRule="auto"/>
      </w:pPr>
      <w:r>
        <w:rPr>
          <w:rFonts w:ascii="Calibri" w:hAnsi="Calibri" w:eastAsia="Calibri"/>
          <w:b w:val="0"/>
          <w:i w:val="0"/>
          <w:sz w:val="22"/>
        </w:rPr>
        <w:t>• Mixed respiratory alkalosis and metabolic acidosis, K 3.2</w:t>
      </w:r>
    </w:p>
    <w:p>
      <w:pPr>
        <w:spacing w:before="0" w:after="40" w:line="259" w:lineRule="auto"/>
      </w:pPr>
      <w:r>
        <w:rPr>
          <w:rFonts w:ascii="Calibri" w:hAnsi="Calibri" w:eastAsia="Calibri"/>
          <w:b w:val="0"/>
          <w:i w:val="0"/>
          <w:sz w:val="22"/>
        </w:rPr>
        <w:t>• Level 680 mg/L, tiring — indication to discuss haemodialysis</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Serial ABG and salicylate levels</w:t>
      </w:r>
    </w:p>
    <w:p>
      <w:pPr>
        <w:spacing w:before="0" w:after="40" w:line="259" w:lineRule="auto"/>
      </w:pPr>
      <w:r>
        <w:rPr>
          <w:rFonts w:ascii="Calibri" w:hAnsi="Calibri" w:eastAsia="Calibri"/>
          <w:b w:val="0"/>
          <w:i w:val="0"/>
          <w:sz w:val="22"/>
        </w:rPr>
        <w:t>• U&amp;E, potassium, glucose, paracetamol</w:t>
      </w:r>
    </w:p>
    <w:p>
      <w:pPr>
        <w:spacing w:before="0" w:after="40" w:line="259" w:lineRule="auto"/>
      </w:pPr>
      <w:r>
        <w:rPr>
          <w:rFonts w:ascii="Calibri" w:hAnsi="Calibri" w:eastAsia="Calibri"/>
          <w:b w:val="0"/>
          <w:i w:val="0"/>
          <w:sz w:val="22"/>
        </w:rPr>
        <w:t>• Urine pH while alkalinising</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Do not sedate or hypoventilate — the tachypnoea is compensatory</w:t>
      </w:r>
    </w:p>
    <w:p>
      <w:pPr>
        <w:spacing w:before="0" w:after="40" w:line="259" w:lineRule="auto"/>
      </w:pPr>
      <w:r>
        <w:rPr>
          <w:rFonts w:ascii="Calibri" w:hAnsi="Calibri" w:eastAsia="Calibri"/>
          <w:b w:val="0"/>
          <w:i w:val="0"/>
          <w:sz w:val="22"/>
        </w:rPr>
        <w:t>• Urinary alkalinisation with sodium bicarbonate; replace potassium</w:t>
      </w:r>
    </w:p>
    <w:p>
      <w:pPr>
        <w:spacing w:before="0" w:after="40" w:line="259" w:lineRule="auto"/>
      </w:pPr>
      <w:r>
        <w:rPr>
          <w:rFonts w:ascii="Calibri" w:hAnsi="Calibri" w:eastAsia="Calibri"/>
          <w:b w:val="0"/>
          <w:i w:val="0"/>
          <w:sz w:val="22"/>
        </w:rPr>
        <w:t>• Haemodialysis for high levels or severe clinical features</w:t>
      </w:r>
    </w:p>
    <w:p>
      <w:pPr>
        <w:spacing w:before="0" w:after="40" w:line="259" w:lineRule="auto"/>
      </w:pPr>
      <w:r>
        <w:rPr>
          <w:rFonts w:ascii="Calibri" w:hAnsi="Calibri" w:eastAsia="Calibri"/>
          <w:b w:val="0"/>
          <w:i w:val="0"/>
          <w:sz w:val="22"/>
        </w:rPr>
        <w:t>• If intubation is unavoidable: shortest apnoea, then match or exceed her minute ventilation</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TOXBASE salicylates</w:t>
      </w:r>
    </w:p>
    <w:p>
      <w:pPr>
        <w:spacing w:before="0" w:after="40" w:line="259" w:lineRule="auto"/>
      </w:pPr>
      <w:r>
        <w:rPr>
          <w:rFonts w:ascii="Calibri" w:hAnsi="Calibri" w:eastAsia="Calibri"/>
          <w:b w:val="0"/>
          <w:i w:val="0"/>
          <w:sz w:val="22"/>
        </w:rPr>
        <w:t>• NPIS / RCEM poisoning</w:t>
      </w:r>
    </w:p>
    <w:p>
      <w:pPr>
        <w:spacing w:before="0" w:after="40" w:line="259" w:lineRule="auto"/>
      </w:pPr>
      <w:r>
        <w:rPr>
          <w:rFonts w:ascii="Calibri" w:hAnsi="Calibri" w:eastAsia="Calibri"/>
          <w:b w:val="0"/>
          <w:i w:val="0"/>
          <w:sz w:val="22"/>
        </w:rPr>
        <w:t>• Extracorporeal Treatment in Poisoning (EXTRIP) salicylate</w:t>
      </w:r>
    </w:p>
    <w:p>
      <w:r>
        <w:br w:type="page"/>
      </w:r>
    </w:p>
    <w:p>
      <w:pPr>
        <w:spacing w:before="120" w:after="160" w:line="259" w:lineRule="auto"/>
      </w:pPr>
      <w:r>
        <w:rPr>
          <w:rFonts w:ascii="Calibri" w:hAnsi="Calibri" w:eastAsia="Calibri"/>
          <w:b/>
          <w:i w:val="0"/>
          <w:color w:val="0C0E10"/>
          <w:sz w:val="36"/>
        </w:rPr>
        <w:t>Case 32 — Addisonian crisis</w:t>
      </w:r>
    </w:p>
    <w:p>
      <w:pPr>
        <w:spacing w:before="0" w:after="40" w:line="259" w:lineRule="auto"/>
      </w:pPr>
      <w:r>
        <w:rPr>
          <w:rFonts w:ascii="Calibri" w:hAnsi="Calibri" w:eastAsia="Calibri"/>
          <w:b w:val="0"/>
          <w:i/>
          <w:color w:val="5A5A5A"/>
          <w:sz w:val="20"/>
        </w:rPr>
        <w:t>buzzer · Emergency buzzer — Majors · rhythm sinus-tach</w:t>
      </w:r>
    </w:p>
    <w:p>
      <w:pPr>
        <w:spacing w:before="0" w:after="40" w:line="259" w:lineRule="auto"/>
      </w:pPr>
      <w:r>
        <w:rPr>
          <w:rFonts w:ascii="Calibri" w:hAnsi="Calibri" w:eastAsia="Calibri"/>
          <w:b w:val="0"/>
          <w:i/>
          <w:color w:val="5A5A5A"/>
          <w:sz w:val="20"/>
        </w:rPr>
        <w:t>HR 118   BP 84/52   RR 22   SpO2 97%   temp 38.1   GCS 13   BM 2.9</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Emergency buzzer — Majors 8.</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 54-year-old woman, Addison's, vomiting 36 hours, could not keep her hydrocortisone down. The ambulance left her on a chair. She is grey, confused, 84 systolic.</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dry mouth, no stridor.</w:t>
      </w:r>
    </w:p>
    <w:p>
      <w:pPr>
        <w:spacing w:before="0" w:after="40" w:line="259" w:lineRule="auto"/>
      </w:pPr>
      <w:r>
        <w:rPr>
          <w:rFonts w:ascii="Calibri" w:hAnsi="Calibri" w:eastAsia="Calibri"/>
          <w:b w:val="0"/>
          <w:i w:val="0"/>
          <w:sz w:val="22"/>
        </w:rPr>
        <w:t>B — RR 22, clear, SpO2 97% air.</w:t>
      </w:r>
    </w:p>
    <w:p>
      <w:pPr>
        <w:spacing w:before="0" w:after="40" w:line="259" w:lineRule="auto"/>
      </w:pPr>
      <w:r>
        <w:rPr>
          <w:rFonts w:ascii="Calibri" w:hAnsi="Calibri" w:eastAsia="Calibri"/>
          <w:b w:val="0"/>
          <w:i w:val="0"/>
          <w:sz w:val="22"/>
        </w:rPr>
        <w:t>C — HR 118, BP 84/52, CRT 4 s, pigmented palmar creases, postural drop on sitting.</w:t>
      </w:r>
    </w:p>
    <w:p>
      <w:pPr>
        <w:spacing w:before="0" w:after="40" w:line="259" w:lineRule="auto"/>
      </w:pPr>
      <w:r>
        <w:rPr>
          <w:rFonts w:ascii="Calibri" w:hAnsi="Calibri" w:eastAsia="Calibri"/>
          <w:b w:val="0"/>
          <w:i w:val="0"/>
          <w:sz w:val="22"/>
        </w:rPr>
        <w:t>D — GCS 13, BM 2.9, no focal neurology.</w:t>
      </w:r>
    </w:p>
    <w:p>
      <w:pPr>
        <w:spacing w:before="0" w:after="40" w:line="259" w:lineRule="auto"/>
      </w:pPr>
      <w:r>
        <w:rPr>
          <w:rFonts w:ascii="Calibri" w:hAnsi="Calibri" w:eastAsia="Calibri"/>
          <w:b w:val="0"/>
          <w:i w:val="0"/>
          <w:sz w:val="22"/>
        </w:rPr>
        <w:t>E — medic-alert: Addison's. Abdomen soft. No rash of meningococcus.</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Known Addison's, vomiting, hypotensive, BM 2.9.</w:t>
      </w:r>
    </w:p>
    <w:p>
      <w:pPr>
        <w:spacing w:before="120" w:after="20" w:line="259" w:lineRule="auto"/>
        <w:shd w:fill="E8F5EC" w:val="clear"/>
      </w:pPr>
      <w:r>
        <w:rPr>
          <w:rFonts w:ascii="Calibri" w:hAnsi="Calibri" w:eastAsia="Calibri"/>
          <w:b/>
          <w:i w:val="0"/>
          <w:color w:val="146E3C"/>
          <w:sz w:val="22"/>
        </w:rPr>
        <w:t>A. [CORRECT] Hydrocortisone 100 mg IV</w:t>
      </w:r>
    </w:p>
    <w:p>
      <w:pPr>
        <w:spacing w:before="0" w:after="20" w:line="259" w:lineRule="auto"/>
      </w:pPr>
      <w:r>
        <w:rPr>
          <w:rFonts w:ascii="Calibri" w:hAnsi="Calibri" w:eastAsia="Calibri"/>
          <w:b w:val="0"/>
          <w:i/>
          <w:color w:val="282828"/>
          <w:sz w:val="22"/>
        </w:rPr>
        <w:t>Bay: Steroid is in. Glucose and saline next. You do not wait for a Synacthen.</w:t>
      </w:r>
    </w:p>
    <w:p>
      <w:pPr>
        <w:spacing w:before="0" w:after="40" w:line="259" w:lineRule="auto"/>
      </w:pPr>
      <w:r>
        <w:rPr>
          <w:rFonts w:ascii="Calibri" w:hAnsi="Calibri" w:eastAsia="Calibri"/>
          <w:b w:val="0"/>
          <w:i/>
          <w:color w:val="5A4614"/>
          <w:sz w:val="20"/>
        </w:rPr>
        <w:t>Reaction: sbp +8, glucose +1</w:t>
      </w:r>
    </w:p>
    <w:p>
      <w:pPr>
        <w:spacing w:before="80" w:after="40" w:line="259" w:lineRule="auto"/>
      </w:pPr>
      <w:r>
        <w:rPr>
          <w:rFonts w:ascii="Calibri" w:hAnsi="Calibri" w:eastAsia="Calibri"/>
          <w:b/>
          <w:i w:val="0"/>
          <w:color w:val="46326E"/>
          <w:sz w:val="22"/>
        </w:rPr>
        <w:t xml:space="preserve">    Follow-up: What dose?</w:t>
      </w:r>
    </w:p>
    <w:p>
      <w:pPr>
        <w:spacing w:before="120" w:after="20" w:line="259" w:lineRule="auto"/>
        <w:shd w:fill="E8F5EC" w:val="clear"/>
      </w:pPr>
      <w:r>
        <w:rPr>
          <w:rFonts w:ascii="Calibri" w:hAnsi="Calibri" w:eastAsia="Calibri"/>
          <w:b/>
          <w:i w:val="0"/>
          <w:color w:val="146E3C"/>
          <w:sz w:val="22"/>
        </w:rPr>
        <w:t xml:space="preserve">    A. [CORRECT] Hydrocortisone 100 mg IV now, then 50–100 mg four times a day or an infusion</w:t>
      </w:r>
    </w:p>
    <w:p>
      <w:pPr>
        <w:spacing w:before="0" w:after="20" w:line="259" w:lineRule="auto"/>
      </w:pPr>
      <w:r>
        <w:rPr>
          <w:rFonts w:ascii="Calibri" w:hAnsi="Calibri" w:eastAsia="Calibri"/>
          <w:b w:val="0"/>
          <w:i/>
          <w:color w:val="282828"/>
          <w:sz w:val="22"/>
        </w:rPr>
        <w:t xml:space="preserve">       Bay: Emergency Addisonian replacement. Do not use a 10 mg 'stress' tablet.</w:t>
      </w:r>
    </w:p>
    <w:p>
      <w:pPr>
        <w:spacing w:before="120" w:after="20" w:line="259" w:lineRule="auto"/>
        <w:shd w:fill="F8E8E8" w:val="clear"/>
      </w:pPr>
      <w:r>
        <w:rPr>
          <w:rFonts w:ascii="Calibri" w:hAnsi="Calibri" w:eastAsia="Calibri"/>
          <w:b w:val="0"/>
          <w:i w:val="0"/>
          <w:color w:val="A02828"/>
          <w:sz w:val="22"/>
        </w:rPr>
        <w:t xml:space="preserve">    B. [WRONG] Hydrocortisone 10 mg oral when she stops vomiting</w:t>
      </w:r>
    </w:p>
    <w:p>
      <w:pPr>
        <w:spacing w:before="0" w:after="20" w:line="259" w:lineRule="auto"/>
      </w:pPr>
      <w:r>
        <w:rPr>
          <w:rFonts w:ascii="Calibri" w:hAnsi="Calibri" w:eastAsia="Calibri"/>
          <w:b w:val="0"/>
          <w:i/>
          <w:color w:val="282828"/>
          <w:sz w:val="22"/>
        </w:rPr>
        <w:t xml:space="preserve">       Bay: She is shocked. IV now.</w:t>
      </w:r>
    </w:p>
    <w:p>
      <w:pPr>
        <w:spacing w:before="120" w:after="20" w:line="259" w:lineRule="auto"/>
        <w:shd w:fill="F8E8E8" w:val="clear"/>
      </w:pPr>
      <w:r>
        <w:rPr>
          <w:rFonts w:ascii="Calibri" w:hAnsi="Calibri" w:eastAsia="Calibri"/>
          <w:b w:val="0"/>
          <w:i w:val="0"/>
          <w:color w:val="A02828"/>
          <w:sz w:val="22"/>
        </w:rPr>
        <w:t xml:space="preserve">    C. [WRONG] Fludrocortisone only, no glucocorticoid</w:t>
      </w:r>
    </w:p>
    <w:p>
      <w:pPr>
        <w:spacing w:before="0" w:after="20" w:line="259" w:lineRule="auto"/>
      </w:pPr>
      <w:r>
        <w:rPr>
          <w:rFonts w:ascii="Calibri" w:hAnsi="Calibri" w:eastAsia="Calibri"/>
          <w:b w:val="0"/>
          <w:i/>
          <w:color w:val="282828"/>
          <w:sz w:val="22"/>
        </w:rPr>
        <w:t xml:space="preserve">       Bay: Crisis is a glucocorticoid emergency first.</w:t>
      </w:r>
    </w:p>
    <w:p>
      <w:pPr>
        <w:spacing w:before="120" w:after="20" w:line="259" w:lineRule="auto"/>
        <w:shd w:fill="F8E8E8" w:val="clear"/>
      </w:pPr>
      <w:r>
        <w:rPr>
          <w:rFonts w:ascii="Calibri" w:hAnsi="Calibri" w:eastAsia="Calibri"/>
          <w:b w:val="0"/>
          <w:i w:val="0"/>
          <w:color w:val="A02828"/>
          <w:sz w:val="22"/>
        </w:rPr>
        <w:t xml:space="preserve">    D. [WRONG] Dexamethasone 8 mg IM as for meningitis only, then stop</w:t>
      </w:r>
    </w:p>
    <w:p>
      <w:pPr>
        <w:spacing w:before="0" w:after="20" w:line="259" w:lineRule="auto"/>
      </w:pPr>
      <w:r>
        <w:rPr>
          <w:rFonts w:ascii="Calibri" w:hAnsi="Calibri" w:eastAsia="Calibri"/>
          <w:b w:val="0"/>
          <w:i/>
          <w:color w:val="282828"/>
          <w:sz w:val="22"/>
        </w:rPr>
        <w:t xml:space="preserve">       Bay: You can use dex if you need a Synacthen later, but she already has Addison's — give hydrocortisone.</w:t>
      </w:r>
    </w:p>
    <w:p>
      <w:pPr>
        <w:spacing w:before="120" w:after="20" w:line="259" w:lineRule="auto"/>
        <w:shd w:fill="F8E8E8" w:val="clear"/>
      </w:pPr>
      <w:r>
        <w:rPr>
          <w:rFonts w:ascii="Calibri" w:hAnsi="Calibri" w:eastAsia="Calibri"/>
          <w:b w:val="0"/>
          <w:i w:val="0"/>
          <w:color w:val="A02828"/>
          <w:sz w:val="22"/>
        </w:rPr>
        <w:t xml:space="preserve">    E. [WRONG] Hold steroid until a random cortisol is back</w:t>
      </w:r>
    </w:p>
    <w:p>
      <w:pPr>
        <w:spacing w:before="0" w:after="20" w:line="259" w:lineRule="auto"/>
      </w:pPr>
      <w:r>
        <w:rPr>
          <w:rFonts w:ascii="Calibri" w:hAnsi="Calibri" w:eastAsia="Calibri"/>
          <w:b w:val="0"/>
          <w:i/>
          <w:color w:val="282828"/>
          <w:sz w:val="22"/>
        </w:rPr>
        <w:t xml:space="preserve">       Bay: You will watch her arrest.</w:t>
      </w:r>
    </w:p>
    <w:p>
      <w:pPr>
        <w:spacing w:before="120" w:after="20" w:line="259" w:lineRule="auto"/>
        <w:shd w:fill="F8E8E8" w:val="clear"/>
      </w:pPr>
      <w:r>
        <w:rPr>
          <w:rFonts w:ascii="Calibri" w:hAnsi="Calibri" w:eastAsia="Calibri"/>
          <w:b w:val="0"/>
          <w:i w:val="0"/>
          <w:color w:val="A02828"/>
          <w:sz w:val="22"/>
        </w:rPr>
        <w:t>B. [WRONG] Wait for a Synacthen test before any steroid</w:t>
      </w:r>
    </w:p>
    <w:p>
      <w:pPr>
        <w:spacing w:before="0" w:after="20" w:line="259" w:lineRule="auto"/>
      </w:pPr>
      <w:r>
        <w:rPr>
          <w:rFonts w:ascii="Calibri" w:hAnsi="Calibri" w:eastAsia="Calibri"/>
          <w:b w:val="0"/>
          <w:i/>
          <w:color w:val="282828"/>
          <w:sz w:val="22"/>
        </w:rPr>
        <w:t>Bay: Known Addison's in shock. Treat.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Fludrocortisone 100 micrograms only</w:t>
      </w:r>
    </w:p>
    <w:p>
      <w:pPr>
        <w:spacing w:before="0" w:after="20" w:line="259" w:lineRule="auto"/>
      </w:pPr>
      <w:r>
        <w:rPr>
          <w:rFonts w:ascii="Calibri" w:hAnsi="Calibri" w:eastAsia="Calibri"/>
          <w:b w:val="0"/>
          <w:i/>
          <w:color w:val="282828"/>
          <w:sz w:val="22"/>
        </w:rPr>
        <w:t>Bay: Mineralocorticoid is not the immediate IV drug.</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Prednisolone 5 mg oral, her 'usual'</w:t>
      </w:r>
    </w:p>
    <w:p>
      <w:pPr>
        <w:spacing w:before="0" w:after="20" w:line="259" w:lineRule="auto"/>
      </w:pPr>
      <w:r>
        <w:rPr>
          <w:rFonts w:ascii="Calibri" w:hAnsi="Calibri" w:eastAsia="Calibri"/>
          <w:b w:val="0"/>
          <w:i/>
          <w:color w:val="282828"/>
          <w:sz w:val="22"/>
        </w:rPr>
        <w:t>Bay: Usual is for well days. This is crisis.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0.45% saline because sodium might be low</w:t>
      </w:r>
    </w:p>
    <w:p>
      <w:pPr>
        <w:spacing w:before="0" w:after="20" w:line="259" w:lineRule="auto"/>
      </w:pPr>
      <w:r>
        <w:rPr>
          <w:rFonts w:ascii="Calibri" w:hAnsi="Calibri" w:eastAsia="Calibri"/>
          <w:b w:val="0"/>
          <w:i/>
          <w:color w:val="282828"/>
          <w:sz w:val="22"/>
        </w:rPr>
        <w:t>Bay: Use 0.9% saline. Do not drop her osmolality on purpose in resus.</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Steroid in. Still 88 systolic. BM 2.9.</w:t>
      </w:r>
    </w:p>
    <w:p>
      <w:pPr>
        <w:spacing w:before="120" w:after="20" w:line="259" w:lineRule="auto"/>
        <w:shd w:fill="E8F5EC" w:val="clear"/>
      </w:pPr>
      <w:r>
        <w:rPr>
          <w:rFonts w:ascii="Calibri" w:hAnsi="Calibri" w:eastAsia="Calibri"/>
          <w:b/>
          <w:i w:val="0"/>
          <w:color w:val="146E3C"/>
          <w:sz w:val="22"/>
        </w:rPr>
        <w:t>A. [CORRECT] Glucose and 0.9% saline</w:t>
      </w:r>
    </w:p>
    <w:p>
      <w:pPr>
        <w:spacing w:before="0" w:after="20" w:line="259" w:lineRule="auto"/>
      </w:pPr>
      <w:r>
        <w:rPr>
          <w:rFonts w:ascii="Calibri" w:hAnsi="Calibri" w:eastAsia="Calibri"/>
          <w:b w:val="0"/>
          <w:i/>
          <w:color w:val="282828"/>
          <w:sz w:val="22"/>
        </w:rPr>
        <w:t>Bay: 20% glucose in, then a litre of 0.9%. She wakes a little. Blood cultures because she is 38.1.</w:t>
      </w:r>
    </w:p>
    <w:p>
      <w:pPr>
        <w:spacing w:before="0" w:after="40" w:line="259" w:lineRule="auto"/>
      </w:pPr>
      <w:r>
        <w:rPr>
          <w:rFonts w:ascii="Calibri" w:hAnsi="Calibri" w:eastAsia="Calibri"/>
          <w:b w:val="0"/>
          <w:i/>
          <w:color w:val="5A4614"/>
          <w:sz w:val="20"/>
        </w:rPr>
        <w:t>Reaction: sbp +10, gcs +2, glucose +3</w:t>
      </w:r>
    </w:p>
    <w:p>
      <w:pPr>
        <w:spacing w:before="80" w:after="40" w:line="259" w:lineRule="auto"/>
      </w:pPr>
      <w:r>
        <w:rPr>
          <w:rFonts w:ascii="Calibri" w:hAnsi="Calibri" w:eastAsia="Calibri"/>
          <w:b/>
          <w:i w:val="0"/>
          <w:color w:val="46326E"/>
          <w:sz w:val="22"/>
        </w:rPr>
        <w:t xml:space="preserve">    Follow-up: Which fluid?</w:t>
      </w:r>
    </w:p>
    <w:p>
      <w:pPr>
        <w:spacing w:before="120" w:after="20" w:line="259" w:lineRule="auto"/>
        <w:shd w:fill="E8F5EC" w:val="clear"/>
      </w:pPr>
      <w:r>
        <w:rPr>
          <w:rFonts w:ascii="Calibri" w:hAnsi="Calibri" w:eastAsia="Calibri"/>
          <w:b/>
          <w:i w:val="0"/>
          <w:color w:val="146E3C"/>
          <w:sz w:val="22"/>
        </w:rPr>
        <w:t xml:space="preserve">    A. [CORRECT] 0.9% sodium chloride — they are salt- and water-depleted</w:t>
      </w:r>
    </w:p>
    <w:p>
      <w:pPr>
        <w:spacing w:before="0" w:after="20" w:line="259" w:lineRule="auto"/>
      </w:pPr>
      <w:r>
        <w:rPr>
          <w:rFonts w:ascii="Calibri" w:hAnsi="Calibri" w:eastAsia="Calibri"/>
          <w:b w:val="0"/>
          <w:i/>
          <w:color w:val="282828"/>
          <w:sz w:val="22"/>
        </w:rPr>
        <w:t xml:space="preserve">       Bay: Not hypotonic, not a glucose-only drip as the volume.</w:t>
      </w:r>
    </w:p>
    <w:p>
      <w:pPr>
        <w:spacing w:before="120" w:after="20" w:line="259" w:lineRule="auto"/>
        <w:shd w:fill="F8E8E8" w:val="clear"/>
      </w:pPr>
      <w:r>
        <w:rPr>
          <w:rFonts w:ascii="Calibri" w:hAnsi="Calibri" w:eastAsia="Calibri"/>
          <w:b w:val="0"/>
          <w:i w:val="0"/>
          <w:color w:val="A02828"/>
          <w:sz w:val="22"/>
        </w:rPr>
        <w:t xml:space="preserve">    B. [WRONG] 5% glucose as the only fluid for the next 3 L</w:t>
      </w:r>
    </w:p>
    <w:p>
      <w:pPr>
        <w:spacing w:before="0" w:after="20" w:line="259" w:lineRule="auto"/>
      </w:pPr>
      <w:r>
        <w:rPr>
          <w:rFonts w:ascii="Calibri" w:hAnsi="Calibri" w:eastAsia="Calibri"/>
          <w:b w:val="0"/>
          <w:i/>
          <w:color w:val="282828"/>
          <w:sz w:val="22"/>
        </w:rPr>
        <w:t xml:space="preserve">       Bay: She needs salt. Glucose treats the BM, saline treats the shock.</w:t>
      </w:r>
    </w:p>
    <w:p>
      <w:pPr>
        <w:spacing w:before="120" w:after="20" w:line="259" w:lineRule="auto"/>
        <w:shd w:fill="F8E8E8" w:val="clear"/>
      </w:pPr>
      <w:r>
        <w:rPr>
          <w:rFonts w:ascii="Calibri" w:hAnsi="Calibri" w:eastAsia="Calibri"/>
          <w:b w:val="0"/>
          <w:i w:val="0"/>
          <w:color w:val="A02828"/>
          <w:sz w:val="22"/>
        </w:rPr>
        <w:t xml:space="preserve">    C. [WRONG] Hartmann's because it is 'more physiological' always</w:t>
      </w:r>
    </w:p>
    <w:p>
      <w:pPr>
        <w:spacing w:before="0" w:after="20" w:line="259" w:lineRule="auto"/>
      </w:pPr>
      <w:r>
        <w:rPr>
          <w:rFonts w:ascii="Calibri" w:hAnsi="Calibri" w:eastAsia="Calibri"/>
          <w:b w:val="0"/>
          <w:i/>
          <w:color w:val="282828"/>
          <w:sz w:val="22"/>
        </w:rPr>
        <w:t xml:space="preserve">       Bay: 0.9% is the traditional crisis fluid. Do not fight the endocrine registrar over this while she is 84.</w:t>
      </w:r>
    </w:p>
    <w:p>
      <w:pPr>
        <w:spacing w:before="120" w:after="20" w:line="259" w:lineRule="auto"/>
        <w:shd w:fill="F8E8E8" w:val="clear"/>
      </w:pPr>
      <w:r>
        <w:rPr>
          <w:rFonts w:ascii="Calibri" w:hAnsi="Calibri" w:eastAsia="Calibri"/>
          <w:b w:val="0"/>
          <w:i w:val="0"/>
          <w:color w:val="A02828"/>
          <w:sz w:val="22"/>
        </w:rPr>
        <w:t xml:space="preserve">    D. [WRONG] 3% hypertonic saline because Na might be 128</w:t>
      </w:r>
    </w:p>
    <w:p>
      <w:pPr>
        <w:spacing w:before="0" w:after="20" w:line="259" w:lineRule="auto"/>
      </w:pPr>
      <w:r>
        <w:rPr>
          <w:rFonts w:ascii="Calibri" w:hAnsi="Calibri" w:eastAsia="Calibri"/>
          <w:b w:val="0"/>
          <w:i/>
          <w:color w:val="282828"/>
          <w:sz w:val="22"/>
        </w:rPr>
        <w:t xml:space="preserve">       Bay: Crisis first with 0.9%. Hypertonic is for seizures from profound hyponatraemia.</w:t>
      </w:r>
    </w:p>
    <w:p>
      <w:pPr>
        <w:spacing w:before="120" w:after="20" w:line="259" w:lineRule="auto"/>
        <w:shd w:fill="F8E8E8" w:val="clear"/>
      </w:pPr>
      <w:r>
        <w:rPr>
          <w:rFonts w:ascii="Calibri" w:hAnsi="Calibri" w:eastAsia="Calibri"/>
          <w:b w:val="0"/>
          <w:i w:val="0"/>
          <w:color w:val="A02828"/>
          <w:sz w:val="22"/>
        </w:rPr>
        <w:t xml:space="preserve">    E. [WRONG] No fluid — steroid alone is enough</w:t>
      </w:r>
    </w:p>
    <w:p>
      <w:pPr>
        <w:spacing w:before="0" w:after="20" w:line="259" w:lineRule="auto"/>
      </w:pPr>
      <w:r>
        <w:rPr>
          <w:rFonts w:ascii="Calibri" w:hAnsi="Calibri" w:eastAsia="Calibri"/>
          <w:b w:val="0"/>
          <w:i/>
          <w:color w:val="282828"/>
          <w:sz w:val="22"/>
        </w:rPr>
        <w:t xml:space="preserve">       Bay: They are empty.</w:t>
      </w:r>
    </w:p>
    <w:p>
      <w:pPr>
        <w:spacing w:before="120" w:after="20" w:line="259" w:lineRule="auto"/>
        <w:shd w:fill="F8E8E8" w:val="clear"/>
      </w:pPr>
      <w:r>
        <w:rPr>
          <w:rFonts w:ascii="Calibri" w:hAnsi="Calibri" w:eastAsia="Calibri"/>
          <w:b w:val="0"/>
          <w:i w:val="0"/>
          <w:color w:val="A02828"/>
          <w:sz w:val="22"/>
        </w:rPr>
        <w:t>B. [WRONG] Hypertonic saline as first fluid without a sodium</w:t>
      </w:r>
    </w:p>
    <w:p>
      <w:pPr>
        <w:spacing w:before="0" w:after="20" w:line="259" w:lineRule="auto"/>
      </w:pPr>
      <w:r>
        <w:rPr>
          <w:rFonts w:ascii="Calibri" w:hAnsi="Calibri" w:eastAsia="Calibri"/>
          <w:b w:val="0"/>
          <w:i/>
          <w:color w:val="282828"/>
          <w:sz w:val="22"/>
        </w:rPr>
        <w:t>Bay: Treat crisis with 0.9% and steroid. Hypertonic is a seizure drug.</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Noradrenaline before any volume or steroid</w:t>
      </w:r>
    </w:p>
    <w:p>
      <w:pPr>
        <w:spacing w:before="0" w:after="20" w:line="259" w:lineRule="auto"/>
      </w:pPr>
      <w:r>
        <w:rPr>
          <w:rFonts w:ascii="Calibri" w:hAnsi="Calibri" w:eastAsia="Calibri"/>
          <w:b w:val="0"/>
          <w:i/>
          <w:color w:val="282828"/>
          <w:sz w:val="22"/>
        </w:rPr>
        <w:t>Bay: Fill and steroid first. Pressors are a poor substitute for cortisol.</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Insulin sliding scale because of 'steroid cover'</w:t>
      </w:r>
    </w:p>
    <w:p>
      <w:pPr>
        <w:spacing w:before="0" w:after="20" w:line="259" w:lineRule="auto"/>
      </w:pPr>
      <w:r>
        <w:rPr>
          <w:rFonts w:ascii="Calibri" w:hAnsi="Calibri" w:eastAsia="Calibri"/>
          <w:b w:val="0"/>
          <w:i/>
          <w:color w:val="282828"/>
          <w:sz w:val="22"/>
        </w:rPr>
        <w:t>Bay: BM is 2.9. You will kill her.</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Discharge with a double oral dose and a bucket</w:t>
      </w:r>
    </w:p>
    <w:p>
      <w:pPr>
        <w:spacing w:before="0" w:after="20" w:line="259" w:lineRule="auto"/>
      </w:pPr>
      <w:r>
        <w:rPr>
          <w:rFonts w:ascii="Calibri" w:hAnsi="Calibri" w:eastAsia="Calibri"/>
          <w:b w:val="0"/>
          <w:i/>
          <w:color w:val="282828"/>
          <w:sz w:val="22"/>
        </w:rPr>
        <w:t>Bay: She is shocked.</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She is a bit better. Send labs.</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7.32  pCO2 4.0  pO2 12.4  HCO3 15  BE −9  lactate 3.4  K+ 5.6  Na 126  glucose 4.1 after glucose  Hb 128</w:t>
      </w:r>
    </w:p>
    <w:p>
      <w:pPr>
        <w:spacing w:before="0" w:after="40" w:line="259" w:lineRule="auto"/>
      </w:pPr>
      <w:r>
        <w:rPr>
          <w:rFonts w:ascii="Calibri" w:hAnsi="Calibri" w:eastAsia="Calibri"/>
          <w:b w:val="0"/>
          <w:i w:val="0"/>
          <w:sz w:val="22"/>
        </w:rPr>
        <w:t>Hyponatraemia, hyperkalaemia, mild acidosis. Classic.</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2.9 mmol/L on arrival — treat, do not wait.</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nonspecific</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Concentrated. No infection obvious on dip.</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ue: Na 126   K 5.6   urea 14.2   creat 118</w:t>
      </w:r>
    </w:p>
    <w:p>
      <w:pPr>
        <w:spacing w:before="0" w:after="40" w:line="259" w:lineRule="auto"/>
      </w:pPr>
      <w:r>
        <w:rPr>
          <w:rFonts w:ascii="Calibri" w:hAnsi="Calibri" w:eastAsia="Calibri"/>
          <w:b w:val="0"/>
          <w:i w:val="0"/>
          <w:sz w:val="22"/>
        </w:rPr>
        <w:t>crp: 42 mg/L</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Na 126, K 5.6. Review — then decide.</w:t>
      </w:r>
    </w:p>
    <w:p>
      <w:pPr>
        <w:spacing w:before="120" w:after="20" w:line="259" w:lineRule="auto"/>
        <w:shd w:fill="E8F5EC" w:val="clear"/>
      </w:pPr>
      <w:r>
        <w:rPr>
          <w:rFonts w:ascii="Calibri" w:hAnsi="Calibri" w:eastAsia="Calibri"/>
          <w:b/>
          <w:i w:val="0"/>
          <w:color w:val="146E3C"/>
          <w:sz w:val="22"/>
        </w:rPr>
        <w:t>A. [CORRECT] Keep saline and hydrocortisone, look for the precipitant</w:t>
      </w:r>
    </w:p>
    <w:p>
      <w:pPr>
        <w:spacing w:before="0" w:after="20" w:line="259" w:lineRule="auto"/>
      </w:pPr>
      <w:r>
        <w:rPr>
          <w:rFonts w:ascii="Calibri" w:hAnsi="Calibri" w:eastAsia="Calibri"/>
          <w:b w:val="0"/>
          <w:i/>
          <w:color w:val="282828"/>
          <w:sz w:val="22"/>
        </w:rPr>
        <w:t>Bay: Infection until proven otherwise. Cultures, chest, urine. Do not chase the K with insulin as first-line — cortisol will move it.</w:t>
      </w:r>
    </w:p>
    <w:p>
      <w:pPr>
        <w:spacing w:before="80" w:after="40" w:line="259" w:lineRule="auto"/>
      </w:pPr>
      <w:r>
        <w:rPr>
          <w:rFonts w:ascii="Calibri" w:hAnsi="Calibri" w:eastAsia="Calibri"/>
          <w:b/>
          <w:i w:val="0"/>
          <w:color w:val="46326E"/>
          <w:sz w:val="22"/>
        </w:rPr>
        <w:t xml:space="preserve">    Follow-up: What about the potassium?</w:t>
      </w:r>
    </w:p>
    <w:p>
      <w:pPr>
        <w:spacing w:before="120" w:after="20" w:line="259" w:lineRule="auto"/>
        <w:shd w:fill="E8F5EC" w:val="clear"/>
      </w:pPr>
      <w:r>
        <w:rPr>
          <w:rFonts w:ascii="Calibri" w:hAnsi="Calibri" w:eastAsia="Calibri"/>
          <w:b/>
          <w:i w:val="0"/>
          <w:color w:val="146E3C"/>
          <w:sz w:val="22"/>
        </w:rPr>
        <w:t xml:space="preserve">    A. [CORRECT] Hydrocortisone and volume usually bring K down — treat as emergency hyperK only if the ECG says so</w:t>
      </w:r>
    </w:p>
    <w:p>
      <w:pPr>
        <w:spacing w:before="0" w:after="20" w:line="259" w:lineRule="auto"/>
      </w:pPr>
      <w:r>
        <w:rPr>
          <w:rFonts w:ascii="Calibri" w:hAnsi="Calibri" w:eastAsia="Calibri"/>
          <w:b w:val="0"/>
          <w:i/>
          <w:color w:val="282828"/>
          <w:sz w:val="22"/>
        </w:rPr>
        <w:t xml:space="preserve">       Bay: K 5.6 without ECG changes is not a calcium moment.</w:t>
      </w:r>
    </w:p>
    <w:p>
      <w:pPr>
        <w:spacing w:before="120" w:after="20" w:line="259" w:lineRule="auto"/>
        <w:shd w:fill="F8E8E8" w:val="clear"/>
      </w:pPr>
      <w:r>
        <w:rPr>
          <w:rFonts w:ascii="Calibri" w:hAnsi="Calibri" w:eastAsia="Calibri"/>
          <w:b w:val="0"/>
          <w:i w:val="0"/>
          <w:color w:val="A02828"/>
          <w:sz w:val="22"/>
        </w:rPr>
        <w:t xml:space="preserve">    B. [WRONG] 10 mL calcium chloride immediately regardless of ECG</w:t>
      </w:r>
    </w:p>
    <w:p>
      <w:pPr>
        <w:spacing w:before="0" w:after="20" w:line="259" w:lineRule="auto"/>
      </w:pPr>
      <w:r>
        <w:rPr>
          <w:rFonts w:ascii="Calibri" w:hAnsi="Calibri" w:eastAsia="Calibri"/>
          <w:b w:val="0"/>
          <w:i/>
          <w:color w:val="282828"/>
          <w:sz w:val="22"/>
        </w:rPr>
        <w:t xml:space="preserve">       Bay: No peaked T, no wide QRS. Treat the Addison's.</w:t>
      </w:r>
    </w:p>
    <w:p>
      <w:pPr>
        <w:spacing w:before="120" w:after="20" w:line="259" w:lineRule="auto"/>
        <w:shd w:fill="F8E8E8" w:val="clear"/>
      </w:pPr>
      <w:r>
        <w:rPr>
          <w:rFonts w:ascii="Calibri" w:hAnsi="Calibri" w:eastAsia="Calibri"/>
          <w:b w:val="0"/>
          <w:i w:val="0"/>
          <w:color w:val="A02828"/>
          <w:sz w:val="22"/>
        </w:rPr>
        <w:t xml:space="preserve">    C. [WRONG] Insulin-dextrose as the first syringe before steroid</w:t>
      </w:r>
    </w:p>
    <w:p>
      <w:pPr>
        <w:spacing w:before="0" w:after="20" w:line="259" w:lineRule="auto"/>
      </w:pPr>
      <w:r>
        <w:rPr>
          <w:rFonts w:ascii="Calibri" w:hAnsi="Calibri" w:eastAsia="Calibri"/>
          <w:b w:val="0"/>
          <w:i/>
          <w:color w:val="282828"/>
          <w:sz w:val="22"/>
        </w:rPr>
        <w:t xml:space="preserve">       Bay: Steroid is already the treatment.</w:t>
      </w:r>
    </w:p>
    <w:p>
      <w:pPr>
        <w:spacing w:before="120" w:after="20" w:line="259" w:lineRule="auto"/>
        <w:shd w:fill="F8E8E8" w:val="clear"/>
      </w:pPr>
      <w:r>
        <w:rPr>
          <w:rFonts w:ascii="Calibri" w:hAnsi="Calibri" w:eastAsia="Calibri"/>
          <w:b w:val="0"/>
          <w:i w:val="0"/>
          <w:color w:val="A02828"/>
          <w:sz w:val="22"/>
        </w:rPr>
        <w:t xml:space="preserve">    D. [WRONG] Spironolactone to 'save sodium'</w:t>
      </w:r>
    </w:p>
    <w:p>
      <w:pPr>
        <w:spacing w:before="0" w:after="20" w:line="259" w:lineRule="auto"/>
      </w:pPr>
      <w:r>
        <w:rPr>
          <w:rFonts w:ascii="Calibri" w:hAnsi="Calibri" w:eastAsia="Calibri"/>
          <w:b w:val="0"/>
          <w:i/>
          <w:color w:val="282828"/>
          <w:sz w:val="22"/>
        </w:rPr>
        <w:t xml:space="preserve">       Bay: That will raise K.</w:t>
      </w:r>
    </w:p>
    <w:p>
      <w:pPr>
        <w:spacing w:before="120" w:after="20" w:line="259" w:lineRule="auto"/>
        <w:shd w:fill="F8E8E8" w:val="clear"/>
      </w:pPr>
      <w:r>
        <w:rPr>
          <w:rFonts w:ascii="Calibri" w:hAnsi="Calibri" w:eastAsia="Calibri"/>
          <w:b w:val="0"/>
          <w:i w:val="0"/>
          <w:color w:val="A02828"/>
          <w:sz w:val="22"/>
        </w:rPr>
        <w:t xml:space="preserve">    E. [WRONG] Kayexalate and a 6-hour wait on a ward</w:t>
      </w:r>
    </w:p>
    <w:p>
      <w:pPr>
        <w:spacing w:before="0" w:after="20" w:line="259" w:lineRule="auto"/>
      </w:pPr>
      <w:r>
        <w:rPr>
          <w:rFonts w:ascii="Calibri" w:hAnsi="Calibri" w:eastAsia="Calibri"/>
          <w:b w:val="0"/>
          <w:i/>
          <w:color w:val="282828"/>
          <w:sz w:val="22"/>
        </w:rPr>
        <w:t xml:space="preserve">       Bay: She still needs a monitored bed.</w:t>
      </w:r>
    </w:p>
    <w:p>
      <w:pPr>
        <w:spacing w:before="120" w:after="20" w:line="259" w:lineRule="auto"/>
        <w:shd w:fill="F8E8E8" w:val="clear"/>
      </w:pPr>
      <w:r>
        <w:rPr>
          <w:rFonts w:ascii="Calibri" w:hAnsi="Calibri" w:eastAsia="Calibri"/>
          <w:b w:val="0"/>
          <w:i w:val="0"/>
          <w:color w:val="A02828"/>
          <w:sz w:val="22"/>
        </w:rPr>
        <w:t>B. [WRONG] Insulin-dextrose before hydrocortisone</w:t>
      </w:r>
    </w:p>
    <w:p>
      <w:pPr>
        <w:spacing w:before="0" w:after="20" w:line="259" w:lineRule="auto"/>
      </w:pPr>
      <w:r>
        <w:rPr>
          <w:rFonts w:ascii="Calibri" w:hAnsi="Calibri" w:eastAsia="Calibri"/>
          <w:b w:val="0"/>
          <w:i/>
          <w:color w:val="282828"/>
          <w:sz w:val="22"/>
        </w:rPr>
        <w:t>Bay: Wrong order.</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Fluid restrict as for SIADH</w:t>
      </w:r>
    </w:p>
    <w:p>
      <w:pPr>
        <w:spacing w:before="0" w:after="20" w:line="259" w:lineRule="auto"/>
      </w:pPr>
      <w:r>
        <w:rPr>
          <w:rFonts w:ascii="Calibri" w:hAnsi="Calibri" w:eastAsia="Calibri"/>
          <w:b w:val="0"/>
          <w:i/>
          <w:color w:val="282828"/>
          <w:sz w:val="22"/>
        </w:rPr>
        <w:t>Bay: They are depleted, not waterlogged.</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Demeclocycline</w:t>
      </w:r>
    </w:p>
    <w:p>
      <w:pPr>
        <w:spacing w:before="0" w:after="20" w:line="259" w:lineRule="auto"/>
      </w:pPr>
      <w:r>
        <w:rPr>
          <w:rFonts w:ascii="Calibri" w:hAnsi="Calibri" w:eastAsia="Calibri"/>
          <w:b w:val="0"/>
          <w:i/>
          <w:color w:val="282828"/>
          <w:sz w:val="22"/>
        </w:rPr>
        <w:t>Bay: Not Addison's.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Stop hydrocortisone once BP is 100</w:t>
      </w:r>
    </w:p>
    <w:p>
      <w:pPr>
        <w:spacing w:before="0" w:after="20" w:line="259" w:lineRule="auto"/>
      </w:pPr>
      <w:r>
        <w:rPr>
          <w:rFonts w:ascii="Calibri" w:hAnsi="Calibri" w:eastAsia="Calibri"/>
          <w:b w:val="0"/>
          <w:i/>
          <w:color w:val="282828"/>
          <w:sz w:val="22"/>
        </w:rPr>
        <w:t>Bay: They need 24–48 hours of stress cover, then taper to usual.</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Husband has the clinic letter.</w:t>
      </w:r>
    </w:p>
    <w:p>
      <w:pPr>
        <w:spacing w:before="120" w:after="20" w:line="259" w:lineRule="auto"/>
        <w:shd w:fill="E8F5EC" w:val="clear"/>
      </w:pPr>
      <w:r>
        <w:rPr>
          <w:rFonts w:ascii="Calibri" w:hAnsi="Calibri" w:eastAsia="Calibri"/>
          <w:b/>
          <w:i w:val="0"/>
          <w:color w:val="146E3C"/>
          <w:sz w:val="22"/>
        </w:rPr>
        <w:t>A. [CORRECT] Usual steroid, whether she has an emergency kit, precipitant, last clinic Na</w:t>
      </w:r>
    </w:p>
    <w:p>
      <w:pPr>
        <w:spacing w:before="0" w:after="20" w:line="259" w:lineRule="auto"/>
      </w:pPr>
      <w:r>
        <w:rPr>
          <w:rFonts w:ascii="Calibri" w:hAnsi="Calibri" w:eastAsia="Calibri"/>
          <w:b w:val="0"/>
          <w:i/>
          <w:color w:val="282828"/>
          <w:sz w:val="22"/>
        </w:rPr>
        <w:t>Bay: Hydrocortisone 20/10, fludrocortisone 100 microg, no kit used, vomiting bug in the house.</w:t>
      </w:r>
    </w:p>
    <w:p>
      <w:pPr>
        <w:spacing w:before="120" w:after="20" w:line="259" w:lineRule="auto"/>
        <w:shd w:fill="E8F5EC" w:val="clear"/>
      </w:pPr>
      <w:r>
        <w:rPr>
          <w:rFonts w:ascii="Calibri" w:hAnsi="Calibri" w:eastAsia="Calibri"/>
          <w:b/>
          <w:i w:val="0"/>
          <w:color w:val="146E3C"/>
          <w:sz w:val="22"/>
        </w:rPr>
        <w:t>B. [CORRECT] Medic-alert, sick-day rules she was given, IM hydrocortisone at home</w:t>
      </w:r>
    </w:p>
    <w:p>
      <w:pPr>
        <w:spacing w:before="0" w:after="20" w:line="259" w:lineRule="auto"/>
      </w:pPr>
      <w:r>
        <w:rPr>
          <w:rFonts w:ascii="Calibri" w:hAnsi="Calibri" w:eastAsia="Calibri"/>
          <w:b w:val="0"/>
          <w:i/>
          <w:color w:val="282828"/>
          <w:sz w:val="22"/>
        </w:rPr>
        <w:t>Bay: She could not find the IM kit.</w:t>
      </w:r>
    </w:p>
    <w:p>
      <w:pPr>
        <w:spacing w:before="120" w:after="20" w:line="259" w:lineRule="auto"/>
        <w:shd w:fill="E8F5EC" w:val="clear"/>
      </w:pPr>
      <w:r>
        <w:rPr>
          <w:rFonts w:ascii="Calibri" w:hAnsi="Calibri" w:eastAsia="Calibri"/>
          <w:b/>
          <w:i w:val="0"/>
          <w:color w:val="146E3C"/>
          <w:sz w:val="22"/>
        </w:rPr>
        <w:t>C. [CORRECT] Cultures and a source screen — infection is the usual trigger</w:t>
      </w:r>
    </w:p>
    <w:p>
      <w:pPr>
        <w:spacing w:before="0" w:after="20" w:line="259" w:lineRule="auto"/>
      </w:pPr>
      <w:r>
        <w:rPr>
          <w:rFonts w:ascii="Calibri" w:hAnsi="Calibri" w:eastAsia="Calibri"/>
          <w:b w:val="0"/>
          <w:i/>
          <w:color w:val="282828"/>
          <w:sz w:val="22"/>
        </w:rPr>
        <w:t>Bay: Temp 38.1. You have sent them.</w:t>
      </w:r>
    </w:p>
    <w:p>
      <w:pPr>
        <w:spacing w:before="120" w:after="20" w:line="259" w:lineRule="auto"/>
        <w:shd w:fill="F8E8E8" w:val="clear"/>
      </w:pPr>
      <w:r>
        <w:rPr>
          <w:rFonts w:ascii="Calibri" w:hAnsi="Calibri" w:eastAsia="Calibri"/>
          <w:b w:val="0"/>
          <w:i w:val="0"/>
          <w:color w:val="A02828"/>
          <w:sz w:val="22"/>
        </w:rPr>
        <w:t>D. [WRONG] Withhold antibiotics until cortisol is back</w:t>
      </w:r>
    </w:p>
    <w:p>
      <w:pPr>
        <w:spacing w:before="0" w:after="20" w:line="259" w:lineRule="auto"/>
      </w:pPr>
      <w:r>
        <w:rPr>
          <w:rFonts w:ascii="Calibri" w:hAnsi="Calibri" w:eastAsia="Calibri"/>
          <w:b w:val="0"/>
          <w:i/>
          <w:color w:val="282828"/>
          <w:sz w:val="22"/>
        </w:rPr>
        <w:t>Bay: Treat sepsis and Addison's together.</w:t>
      </w:r>
    </w:p>
    <w:p>
      <w:pPr>
        <w:spacing w:before="120" w:after="20" w:line="259" w:lineRule="auto"/>
        <w:shd w:fill="F8E8E8" w:val="clear"/>
      </w:pPr>
      <w:r>
        <w:rPr>
          <w:rFonts w:ascii="Calibri" w:hAnsi="Calibri" w:eastAsia="Calibri"/>
          <w:b w:val="0"/>
          <w:i w:val="0"/>
          <w:color w:val="A02828"/>
          <w:sz w:val="22"/>
        </w:rPr>
        <w:t>E. [WRONG] Send her home on oral because she has 'been like this before'</w:t>
      </w:r>
    </w:p>
    <w:p>
      <w:pPr>
        <w:spacing w:before="0" w:after="20" w:line="259" w:lineRule="auto"/>
      </w:pPr>
      <w:r>
        <w:rPr>
          <w:rFonts w:ascii="Calibri" w:hAnsi="Calibri" w:eastAsia="Calibri"/>
          <w:b w:val="0"/>
          <w:i/>
          <w:color w:val="282828"/>
          <w:sz w:val="22"/>
        </w:rPr>
        <w:t>Bay: She is 84 systolic.</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Addisonian crisis</w:t>
      </w:r>
    </w:p>
    <w:p>
      <w:pPr>
        <w:spacing w:before="0" w:after="20" w:line="259" w:lineRule="auto"/>
      </w:pPr>
      <w:r>
        <w:rPr>
          <w:rFonts w:ascii="Calibri" w:hAnsi="Calibri" w:eastAsia="Calibri"/>
          <w:b w:val="0"/>
          <w:i/>
          <w:color w:val="282828"/>
          <w:sz w:val="22"/>
        </w:rPr>
        <w:t>Bay: Known Addison's, shock, hypoNa, hyperK, hypoglycaemia. Steroid and saline.</w:t>
      </w:r>
    </w:p>
    <w:p>
      <w:pPr>
        <w:spacing w:before="120" w:after="20" w:line="259" w:lineRule="auto"/>
        <w:shd w:fill="F8E8E8" w:val="clear"/>
      </w:pPr>
      <w:r>
        <w:rPr>
          <w:rFonts w:ascii="Calibri" w:hAnsi="Calibri" w:eastAsia="Calibri"/>
          <w:b w:val="0"/>
          <w:i w:val="0"/>
          <w:color w:val="A02828"/>
          <w:sz w:val="22"/>
        </w:rPr>
        <w:t>B. [WRONG] SIADH as the lead</w:t>
      </w:r>
    </w:p>
    <w:p>
      <w:pPr>
        <w:spacing w:before="0" w:after="20" w:line="259" w:lineRule="auto"/>
      </w:pPr>
      <w:r>
        <w:rPr>
          <w:rFonts w:ascii="Calibri" w:hAnsi="Calibri" w:eastAsia="Calibri"/>
          <w:b w:val="0"/>
          <w:i/>
          <w:color w:val="282828"/>
          <w:sz w:val="22"/>
        </w:rPr>
        <w:t>Bay: They are hypovolaemic. SIADH is euvolaemic.</w:t>
      </w:r>
    </w:p>
    <w:p>
      <w:pPr>
        <w:spacing w:before="120" w:after="20" w:line="259" w:lineRule="auto"/>
        <w:shd w:fill="F8E8E8" w:val="clear"/>
      </w:pPr>
      <w:r>
        <w:rPr>
          <w:rFonts w:ascii="Calibri" w:hAnsi="Calibri" w:eastAsia="Calibri"/>
          <w:b w:val="0"/>
          <w:i w:val="0"/>
          <w:color w:val="A02828"/>
          <w:sz w:val="22"/>
        </w:rPr>
        <w:t>C. [WRONG] DKA</w:t>
      </w:r>
    </w:p>
    <w:p>
      <w:pPr>
        <w:spacing w:before="0" w:after="20" w:line="259" w:lineRule="auto"/>
      </w:pPr>
      <w:r>
        <w:rPr>
          <w:rFonts w:ascii="Calibri" w:hAnsi="Calibri" w:eastAsia="Calibri"/>
          <w:b w:val="0"/>
          <w:i/>
          <w:color w:val="282828"/>
          <w:sz w:val="22"/>
        </w:rPr>
        <w:t>Bay: Glucose was 2.9.</w:t>
      </w:r>
    </w:p>
    <w:p>
      <w:pPr>
        <w:spacing w:before="120" w:after="20" w:line="259" w:lineRule="auto"/>
        <w:shd w:fill="F8E8E8" w:val="clear"/>
      </w:pPr>
      <w:r>
        <w:rPr>
          <w:rFonts w:ascii="Calibri" w:hAnsi="Calibri" w:eastAsia="Calibri"/>
          <w:b w:val="0"/>
          <w:i w:val="0"/>
          <w:color w:val="A02828"/>
          <w:sz w:val="22"/>
        </w:rPr>
        <w:t>D. [WRONG] Septic shock with no role for steroid</w:t>
      </w:r>
    </w:p>
    <w:p>
      <w:pPr>
        <w:spacing w:before="0" w:after="20" w:line="259" w:lineRule="auto"/>
      </w:pPr>
      <w:r>
        <w:rPr>
          <w:rFonts w:ascii="Calibri" w:hAnsi="Calibri" w:eastAsia="Calibri"/>
          <w:b w:val="0"/>
          <w:i/>
          <w:color w:val="282828"/>
          <w:sz w:val="22"/>
        </w:rPr>
        <w:t>Bay: Sepsis may have triggered it. The missing hormone still needs replacing.</w:t>
      </w:r>
    </w:p>
    <w:p>
      <w:pPr>
        <w:spacing w:before="120" w:after="20" w:line="259" w:lineRule="auto"/>
        <w:shd w:fill="F8E8E8" w:val="clear"/>
      </w:pPr>
      <w:r>
        <w:rPr>
          <w:rFonts w:ascii="Calibri" w:hAnsi="Calibri" w:eastAsia="Calibri"/>
          <w:b w:val="0"/>
          <w:i w:val="0"/>
          <w:color w:val="A02828"/>
          <w:sz w:val="22"/>
        </w:rPr>
        <w:t>E. [WRONG] Myxoedema coma</w:t>
      </w:r>
    </w:p>
    <w:p>
      <w:pPr>
        <w:spacing w:before="0" w:after="20" w:line="259" w:lineRule="auto"/>
      </w:pPr>
      <w:r>
        <w:rPr>
          <w:rFonts w:ascii="Calibri" w:hAnsi="Calibri" w:eastAsia="Calibri"/>
          <w:b w:val="0"/>
          <w:i/>
          <w:color w:val="282828"/>
          <w:sz w:val="22"/>
        </w:rPr>
        <w:t>Bay: Not the pigment, not the potassium.</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Endocrine want her. BP 102. BM 5.1.</w:t>
      </w:r>
    </w:p>
    <w:p>
      <w:pPr>
        <w:spacing w:before="120" w:after="20" w:line="259" w:lineRule="auto"/>
        <w:shd w:fill="E8F5EC" w:val="clear"/>
      </w:pPr>
      <w:r>
        <w:rPr>
          <w:rFonts w:ascii="Calibri" w:hAnsi="Calibri" w:eastAsia="Calibri"/>
          <w:b/>
          <w:i w:val="0"/>
          <w:color w:val="146E3C"/>
          <w:sz w:val="22"/>
        </w:rPr>
        <w:t>A. [CORRECT] Keep IV hydrocortisone, 0.9% saline, admit a monitored bed</w:t>
      </w:r>
    </w:p>
    <w:p>
      <w:pPr>
        <w:spacing w:before="0" w:after="20" w:line="259" w:lineRule="auto"/>
      </w:pPr>
      <w:r>
        <w:rPr>
          <w:rFonts w:ascii="Calibri" w:hAnsi="Calibri" w:eastAsia="Calibri"/>
          <w:b w:val="0"/>
          <w:i/>
          <w:color w:val="282828"/>
          <w:sz w:val="22"/>
        </w:rPr>
        <w:t>Bay: No oral-only yet. She only just stopped vomiting.</w:t>
      </w:r>
    </w:p>
    <w:p>
      <w:pPr>
        <w:spacing w:before="0" w:after="40" w:line="259" w:lineRule="auto"/>
      </w:pPr>
      <w:r>
        <w:rPr>
          <w:rFonts w:ascii="Calibri" w:hAnsi="Calibri" w:eastAsia="Calibri"/>
          <w:b w:val="0"/>
          <w:i/>
          <w:color w:val="5A4614"/>
          <w:sz w:val="20"/>
        </w:rPr>
        <w:t>Reaction: sbp +6</w:t>
      </w:r>
    </w:p>
    <w:p>
      <w:pPr>
        <w:spacing w:before="80" w:after="40" w:line="259" w:lineRule="auto"/>
      </w:pPr>
      <w:r>
        <w:rPr>
          <w:rFonts w:ascii="Calibri" w:hAnsi="Calibri" w:eastAsia="Calibri"/>
          <w:b/>
          <w:i w:val="0"/>
          <w:color w:val="46326E"/>
          <w:sz w:val="22"/>
        </w:rPr>
        <w:t xml:space="preserve">    Follow-up: When can she go back to oral?</w:t>
      </w:r>
    </w:p>
    <w:p>
      <w:pPr>
        <w:spacing w:before="120" w:after="20" w:line="259" w:lineRule="auto"/>
        <w:shd w:fill="E8F5EC" w:val="clear"/>
      </w:pPr>
      <w:r>
        <w:rPr>
          <w:rFonts w:ascii="Calibri" w:hAnsi="Calibri" w:eastAsia="Calibri"/>
          <w:b/>
          <w:i w:val="0"/>
          <w:color w:val="146E3C"/>
          <w:sz w:val="22"/>
        </w:rPr>
        <w:t xml:space="preserve">    A. [CORRECT] When she is eating and drinking without vomiting, then a taper to usual</w:t>
      </w:r>
    </w:p>
    <w:p>
      <w:pPr>
        <w:spacing w:before="0" w:after="20" w:line="259" w:lineRule="auto"/>
      </w:pPr>
      <w:r>
        <w:rPr>
          <w:rFonts w:ascii="Calibri" w:hAnsi="Calibri" w:eastAsia="Calibri"/>
          <w:b w:val="0"/>
          <w:i/>
          <w:color w:val="282828"/>
          <w:sz w:val="22"/>
        </w:rPr>
        <w:t xml:space="preserve">       Bay: Not from the resus trolley.</w:t>
      </w:r>
    </w:p>
    <w:p>
      <w:pPr>
        <w:spacing w:before="120" w:after="20" w:line="259" w:lineRule="auto"/>
        <w:shd w:fill="F8E8E8" w:val="clear"/>
      </w:pPr>
      <w:r>
        <w:rPr>
          <w:rFonts w:ascii="Calibri" w:hAnsi="Calibri" w:eastAsia="Calibri"/>
          <w:b w:val="0"/>
          <w:i w:val="0"/>
          <w:color w:val="A02828"/>
          <w:sz w:val="22"/>
        </w:rPr>
        <w:t xml:space="preserve">    B. [WRONG] Now, a 5 mg prednisolone and home</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C. [WRONG] Never — lifelong IV</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D. [WRONG] After a 09:00 cortisol tomorrow, holding tonight's dose</w:t>
      </w:r>
    </w:p>
    <w:p>
      <w:pPr>
        <w:spacing w:before="0" w:after="20" w:line="259" w:lineRule="auto"/>
      </w:pPr>
      <w:r>
        <w:rPr>
          <w:rFonts w:ascii="Calibri" w:hAnsi="Calibri" w:eastAsia="Calibri"/>
          <w:b w:val="0"/>
          <w:i/>
          <w:color w:val="282828"/>
          <w:sz w:val="22"/>
        </w:rPr>
        <w:t xml:space="preserve">       Bay: Do not hold.</w:t>
      </w:r>
    </w:p>
    <w:p>
      <w:pPr>
        <w:spacing w:before="120" w:after="20" w:line="259" w:lineRule="auto"/>
        <w:shd w:fill="F8E8E8" w:val="clear"/>
      </w:pPr>
      <w:r>
        <w:rPr>
          <w:rFonts w:ascii="Calibri" w:hAnsi="Calibri" w:eastAsia="Calibri"/>
          <w:b w:val="0"/>
          <w:i w:val="0"/>
          <w:color w:val="A02828"/>
          <w:sz w:val="22"/>
        </w:rPr>
        <w:t xml:space="preserve">    E. [WRONG] Switch to dexamethasone so a Synacthen can be done at 04:00</w:t>
      </w:r>
    </w:p>
    <w:p>
      <w:pPr>
        <w:spacing w:before="0" w:after="20" w:line="259" w:lineRule="auto"/>
      </w:pPr>
      <w:r>
        <w:rPr>
          <w:rFonts w:ascii="Calibri" w:hAnsi="Calibri" w:eastAsia="Calibri"/>
          <w:b w:val="0"/>
          <w:i/>
          <w:color w:val="282828"/>
          <w:sz w:val="22"/>
        </w:rPr>
        <w:t xml:space="preserve">       Bay: The diagnosis is already known.</w:t>
      </w:r>
    </w:p>
    <w:p>
      <w:pPr>
        <w:spacing w:before="120" w:after="20" w:line="259" w:lineRule="auto"/>
        <w:shd w:fill="F8E8E8" w:val="clear"/>
      </w:pPr>
      <w:r>
        <w:rPr>
          <w:rFonts w:ascii="Calibri" w:hAnsi="Calibri" w:eastAsia="Calibri"/>
          <w:b w:val="0"/>
          <w:i w:val="0"/>
          <w:color w:val="A02828"/>
          <w:sz w:val="22"/>
        </w:rPr>
        <w:t>B. [WRONG] Stop IV steroid and send to the waiting room</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Fludrocortisone 1 mg now as a bolus</w:t>
      </w:r>
    </w:p>
    <w:p>
      <w:pPr>
        <w:spacing w:before="0" w:after="20" w:line="259" w:lineRule="auto"/>
      </w:pPr>
      <w:r>
        <w:rPr>
          <w:rFonts w:ascii="Calibri" w:hAnsi="Calibri" w:eastAsia="Calibri"/>
          <w:b w:val="0"/>
          <w:i/>
          <w:color w:val="282828"/>
          <w:sz w:val="22"/>
        </w:rPr>
        <w:t>Bay: Stress cover is hydrocortisone. Do not invent a megadose of fludro.</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Hypertonic saline to a Na of 140 in 4 hours</w:t>
      </w:r>
    </w:p>
    <w:p>
      <w:pPr>
        <w:spacing w:before="0" w:after="20" w:line="259" w:lineRule="auto"/>
      </w:pPr>
      <w:r>
        <w:rPr>
          <w:rFonts w:ascii="Calibri" w:hAnsi="Calibri" w:eastAsia="Calibri"/>
          <w:b w:val="0"/>
          <w:i/>
          <w:color w:val="282828"/>
          <w:sz w:val="22"/>
        </w:rPr>
        <w:t>Bay: Slow correction once she is safe. Rapid jumps risk osmotic demyelination.</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Insulin sliding scale overnight 'because of steroid'</w:t>
      </w:r>
    </w:p>
    <w:p>
      <w:pPr>
        <w:spacing w:before="0" w:after="20" w:line="259" w:lineRule="auto"/>
      </w:pPr>
      <w:r>
        <w:rPr>
          <w:rFonts w:ascii="Calibri" w:hAnsi="Calibri" w:eastAsia="Calibri"/>
          <w:b w:val="0"/>
          <w:i/>
          <w:color w:val="282828"/>
          <w:sz w:val="22"/>
        </w:rPr>
        <w:t>Bay: She was hypoglycaemic.</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Bed.</w:t>
      </w:r>
    </w:p>
    <w:p>
      <w:pPr>
        <w:spacing w:before="120" w:after="20" w:line="259" w:lineRule="auto"/>
        <w:shd w:fill="E8F5EC" w:val="clear"/>
      </w:pPr>
      <w:r>
        <w:rPr>
          <w:rFonts w:ascii="Calibri" w:hAnsi="Calibri" w:eastAsia="Calibri"/>
          <w:b/>
          <w:i w:val="0"/>
          <w:color w:val="146E3C"/>
          <w:sz w:val="22"/>
        </w:rPr>
        <w:t>A. [CORRECT] Medical HDU / monitored endocrine bed</w:t>
      </w:r>
    </w:p>
    <w:p>
      <w:pPr>
        <w:spacing w:before="0" w:after="20" w:line="259" w:lineRule="auto"/>
      </w:pPr>
      <w:r>
        <w:rPr>
          <w:rFonts w:ascii="Calibri" w:hAnsi="Calibri" w:eastAsia="Calibri"/>
          <w:b w:val="0"/>
          <w:i/>
          <w:color w:val="282828"/>
          <w:sz w:val="22"/>
        </w:rPr>
        <w:t>Bay: Yes.</w:t>
      </w:r>
    </w:p>
    <w:p>
      <w:pPr>
        <w:spacing w:before="120" w:after="20" w:line="259" w:lineRule="auto"/>
        <w:shd w:fill="F8E8E8" w:val="clear"/>
      </w:pPr>
      <w:r>
        <w:rPr>
          <w:rFonts w:ascii="Calibri" w:hAnsi="Calibri" w:eastAsia="Calibri"/>
          <w:b w:val="0"/>
          <w:i w:val="0"/>
          <w:color w:val="A02828"/>
          <w:sz w:val="22"/>
        </w:rPr>
        <w:t>B. [WRONG] Home with sick-day rules leaflet only</w:t>
      </w:r>
    </w:p>
    <w:p>
      <w:pPr>
        <w:spacing w:before="0" w:after="20" w:line="259" w:lineRule="auto"/>
      </w:pPr>
      <w:r>
        <w:rPr>
          <w:rFonts w:ascii="Calibri" w:hAnsi="Calibri" w:eastAsia="Calibri"/>
          <w:b w:val="0"/>
          <w:i/>
          <w:color w:val="282828"/>
          <w:sz w:val="22"/>
        </w:rPr>
        <w:t>Bay: Not from 84 systolic.</w:t>
      </w:r>
    </w:p>
    <w:p>
      <w:pPr>
        <w:spacing w:before="120" w:after="20" w:line="259" w:lineRule="auto"/>
        <w:shd w:fill="F8E8E8" w:val="clear"/>
      </w:pPr>
      <w:r>
        <w:rPr>
          <w:rFonts w:ascii="Calibri" w:hAnsi="Calibri" w:eastAsia="Calibri"/>
          <w:b w:val="0"/>
          <w:i w:val="0"/>
          <w:color w:val="A02828"/>
          <w:sz w:val="22"/>
        </w:rPr>
        <w:t>C. [WRONG] Psych because she 'forgot her tablets'</w:t>
      </w:r>
    </w:p>
    <w:p>
      <w:pPr>
        <w:spacing w:before="0" w:after="20" w:line="259" w:lineRule="auto"/>
      </w:pPr>
      <w:r>
        <w:rPr>
          <w:rFonts w:ascii="Calibri" w:hAnsi="Calibri" w:eastAsia="Calibri"/>
          <w:b w:val="0"/>
          <w:i/>
          <w:color w:val="282828"/>
          <w:sz w:val="22"/>
        </w:rPr>
        <w:t>Bay: She vomited them. Crisis is medical.</w:t>
      </w:r>
    </w:p>
    <w:p>
      <w:pPr>
        <w:spacing w:before="120" w:after="20" w:line="259" w:lineRule="auto"/>
        <w:shd w:fill="F8E8E8" w:val="clear"/>
      </w:pPr>
      <w:r>
        <w:rPr>
          <w:rFonts w:ascii="Calibri" w:hAnsi="Calibri" w:eastAsia="Calibri"/>
          <w:b w:val="0"/>
          <w:i w:val="0"/>
          <w:color w:val="A02828"/>
          <w:sz w:val="22"/>
        </w:rPr>
        <w:t>D. [WRONG] ICU only if you want, but AMU unmonitored is fine</w:t>
      </w:r>
    </w:p>
    <w:p>
      <w:pPr>
        <w:spacing w:before="0" w:after="20" w:line="259" w:lineRule="auto"/>
      </w:pPr>
      <w:r>
        <w:rPr>
          <w:rFonts w:ascii="Calibri" w:hAnsi="Calibri" w:eastAsia="Calibri"/>
          <w:b w:val="0"/>
          <w:i/>
          <w:color w:val="282828"/>
          <w:sz w:val="22"/>
        </w:rPr>
        <w:t>Bay: K 5.6 and a just-treated crisis deserve a monitor.</w:t>
      </w:r>
    </w:p>
    <w:p>
      <w:pPr>
        <w:spacing w:before="120" w:after="20" w:line="259" w:lineRule="auto"/>
        <w:shd w:fill="F8E8E8" w:val="clear"/>
      </w:pPr>
      <w:r>
        <w:rPr>
          <w:rFonts w:ascii="Calibri" w:hAnsi="Calibri" w:eastAsia="Calibri"/>
          <w:b w:val="0"/>
          <w:i w:val="0"/>
          <w:color w:val="A02828"/>
          <w:sz w:val="22"/>
        </w:rPr>
        <w:t>E. [WRONG] Discharge to GP in the morning without endocrine</w:t>
      </w:r>
    </w:p>
    <w:p>
      <w:pPr>
        <w:spacing w:before="0" w:after="20" w:line="259" w:lineRule="auto"/>
      </w:pPr>
      <w:r>
        <w:rPr>
          <w:rFonts w:ascii="Calibri" w:hAnsi="Calibri" w:eastAsia="Calibri"/>
          <w:b w:val="0"/>
          <w:i/>
          <w:color w:val="282828"/>
          <w:sz w:val="22"/>
        </w:rPr>
        <w:t>Bay: They need the team that already knows her.</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she leaves the bay.</w:t>
      </w:r>
    </w:p>
    <w:p>
      <w:pPr>
        <w:spacing w:before="120" w:after="20" w:line="259" w:lineRule="auto"/>
        <w:shd w:fill="E8F5EC" w:val="clear"/>
      </w:pPr>
      <w:r>
        <w:rPr>
          <w:rFonts w:ascii="Calibri" w:hAnsi="Calibri" w:eastAsia="Calibri"/>
          <w:b/>
          <w:i w:val="0"/>
          <w:color w:val="146E3C"/>
          <w:sz w:val="22"/>
        </w:rPr>
        <w:t>A. [CORRECT] Replace the emergency IM kit, teach sick-day rules, document the precipitant</w:t>
      </w:r>
    </w:p>
    <w:p>
      <w:pPr>
        <w:spacing w:before="0" w:after="20" w:line="259" w:lineRule="auto"/>
      </w:pPr>
      <w:r>
        <w:rPr>
          <w:rFonts w:ascii="Calibri" w:hAnsi="Calibri" w:eastAsia="Calibri"/>
          <w:b w:val="0"/>
          <w:i/>
          <w:color w:val="282828"/>
          <w:sz w:val="22"/>
        </w:rPr>
        <w:t>Bay: The next crisis is the one you prevent.</w:t>
      </w:r>
    </w:p>
    <w:p>
      <w:pPr>
        <w:spacing w:before="80" w:after="40" w:line="259" w:lineRule="auto"/>
      </w:pPr>
      <w:r>
        <w:rPr>
          <w:rFonts w:ascii="Calibri" w:hAnsi="Calibri" w:eastAsia="Calibri"/>
          <w:b/>
          <w:i w:val="0"/>
          <w:color w:val="46326E"/>
          <w:sz w:val="22"/>
        </w:rPr>
        <w:t xml:space="preserve">    Follow-up: What goes home with her later?</w:t>
      </w:r>
    </w:p>
    <w:p>
      <w:pPr>
        <w:spacing w:before="120" w:after="20" w:line="259" w:lineRule="auto"/>
        <w:shd w:fill="E8F5EC" w:val="clear"/>
      </w:pPr>
      <w:r>
        <w:rPr>
          <w:rFonts w:ascii="Calibri" w:hAnsi="Calibri" w:eastAsia="Calibri"/>
          <w:b/>
          <w:i w:val="0"/>
          <w:color w:val="146E3C"/>
          <w:sz w:val="22"/>
        </w:rPr>
        <w:t xml:space="preserve">    A. [CORRECT] IM hydrocortisone kit, letter, sick-day doubling, medic-alert check</w:t>
      </w:r>
    </w:p>
    <w:p>
      <w:pPr>
        <w:spacing w:before="0" w:after="20" w:line="259" w:lineRule="auto"/>
      </w:pPr>
      <w:r>
        <w:rPr>
          <w:rFonts w:ascii="Calibri" w:hAnsi="Calibri" w:eastAsia="Calibri"/>
          <w:b w:val="0"/>
          <w:i/>
          <w:color w:val="282828"/>
          <w:sz w:val="22"/>
        </w:rPr>
        <w:t xml:space="preserve">       Bay: That is the education.</w:t>
      </w:r>
    </w:p>
    <w:p>
      <w:pPr>
        <w:spacing w:before="120" w:after="20" w:line="259" w:lineRule="auto"/>
        <w:shd w:fill="F8E8E8" w:val="clear"/>
      </w:pPr>
      <w:r>
        <w:rPr>
          <w:rFonts w:ascii="Calibri" w:hAnsi="Calibri" w:eastAsia="Calibri"/>
          <w:b w:val="0"/>
          <w:i w:val="0"/>
          <w:color w:val="A02828"/>
          <w:sz w:val="22"/>
        </w:rPr>
        <w:t xml:space="preserve">    B. [WRONG] A note saying never to take extra steroid when ill</w:t>
      </w:r>
    </w:p>
    <w:p>
      <w:pPr>
        <w:spacing w:before="0" w:after="20" w:line="259" w:lineRule="auto"/>
      </w:pPr>
      <w:r>
        <w:rPr>
          <w:rFonts w:ascii="Calibri" w:hAnsi="Calibri" w:eastAsia="Calibri"/>
          <w:b w:val="0"/>
          <w:i/>
          <w:color w:val="282828"/>
          <w:sz w:val="22"/>
        </w:rPr>
        <w:t xml:space="preserve">       Bay: The opposite of sick-day rules.</w:t>
      </w:r>
    </w:p>
    <w:p>
      <w:pPr>
        <w:spacing w:before="120" w:after="20" w:line="259" w:lineRule="auto"/>
        <w:shd w:fill="F8E8E8" w:val="clear"/>
      </w:pPr>
      <w:r>
        <w:rPr>
          <w:rFonts w:ascii="Calibri" w:hAnsi="Calibri" w:eastAsia="Calibri"/>
          <w:b w:val="0"/>
          <w:i w:val="0"/>
          <w:color w:val="A02828"/>
          <w:sz w:val="22"/>
        </w:rPr>
        <w:t xml:space="preserve">    C. [WRONG] Spironolactone for the K</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D. [WRONG] Sliding-scale insulin</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E. [WRONG] Fluid restriction card as for SIADH</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B. [WRONG] Hold the next hydrocortisone so a 09:00 cortisol is 'real'</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Give furosemide because she has had a litre</w:t>
      </w:r>
    </w:p>
    <w:p>
      <w:pPr>
        <w:spacing w:before="0" w:after="20" w:line="259" w:lineRule="auto"/>
      </w:pPr>
      <w:r>
        <w:rPr>
          <w:rFonts w:ascii="Calibri" w:hAnsi="Calibri" w:eastAsia="Calibri"/>
          <w:b w:val="0"/>
          <w:i/>
          <w:color w:val="282828"/>
          <w:sz w:val="22"/>
        </w:rPr>
        <w:t>Bay: She was empty.</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Stop saline the moment Na is 126 still</w:t>
      </w:r>
    </w:p>
    <w:p>
      <w:pPr>
        <w:spacing w:before="0" w:after="20" w:line="259" w:lineRule="auto"/>
      </w:pPr>
      <w:r>
        <w:rPr>
          <w:rFonts w:ascii="Calibri" w:hAnsi="Calibri" w:eastAsia="Calibri"/>
          <w:b w:val="0"/>
          <w:i/>
          <w:color w:val="282828"/>
          <w:sz w:val="22"/>
        </w:rPr>
        <w:t>Bay: Keep going, recheck, do not over-correct, do not under-fill.</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Send her to CT head for the GCS 13 before any steroid</w:t>
      </w:r>
    </w:p>
    <w:p>
      <w:pPr>
        <w:spacing w:before="0" w:after="20" w:line="259" w:lineRule="auto"/>
      </w:pPr>
      <w:r>
        <w:rPr>
          <w:rFonts w:ascii="Calibri" w:hAnsi="Calibri" w:eastAsia="Calibri"/>
          <w:b w:val="0"/>
          <w:i/>
          <w:color w:val="282828"/>
          <w:sz w:val="22"/>
        </w:rPr>
        <w:t>Bay: The BM and cortisol come first. You already treated them.</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Endocrine later.</w:t>
      </w:r>
    </w:p>
    <w:p>
      <w:pPr>
        <w:spacing w:before="120" w:after="20" w:line="259" w:lineRule="auto"/>
        <w:shd w:fill="E8F5EC" w:val="clear"/>
      </w:pPr>
      <w:r>
        <w:rPr>
          <w:rFonts w:ascii="Calibri" w:hAnsi="Calibri" w:eastAsia="Calibri"/>
          <w:b/>
          <w:i w:val="0"/>
          <w:color w:val="146E3C"/>
          <w:sz w:val="22"/>
        </w:rPr>
        <w:t>A. [CORRECT] Acute adrenal insufficiency (Addisonian crisis)</w:t>
      </w:r>
    </w:p>
    <w:p>
      <w:pPr>
        <w:spacing w:before="0" w:after="20" w:line="259" w:lineRule="auto"/>
      </w:pPr>
      <w:r>
        <w:rPr>
          <w:rFonts w:ascii="Calibri" w:hAnsi="Calibri" w:eastAsia="Calibri"/>
          <w:b w:val="0"/>
          <w:i/>
          <w:color w:val="282828"/>
          <w:sz w:val="22"/>
        </w:rPr>
        <w:t>Bay: That is the diagnosis.</w:t>
      </w:r>
    </w:p>
    <w:p>
      <w:pPr>
        <w:spacing w:before="120" w:after="20" w:line="259" w:lineRule="auto"/>
        <w:shd w:fill="F8E8E8" w:val="clear"/>
      </w:pPr>
      <w:r>
        <w:rPr>
          <w:rFonts w:ascii="Calibri" w:hAnsi="Calibri" w:eastAsia="Calibri"/>
          <w:b w:val="0"/>
          <w:i w:val="0"/>
          <w:color w:val="A02828"/>
          <w:sz w:val="22"/>
        </w:rPr>
        <w:t>B. [WRONG] SIADH</w:t>
      </w:r>
    </w:p>
    <w:p>
      <w:pPr>
        <w:spacing w:before="0" w:after="20" w:line="259" w:lineRule="auto"/>
      </w:pPr>
      <w:r>
        <w:rPr>
          <w:rFonts w:ascii="Calibri" w:hAnsi="Calibri" w:eastAsia="Calibri"/>
          <w:b w:val="0"/>
          <w:i/>
          <w:color w:val="282828"/>
          <w:sz w:val="22"/>
        </w:rPr>
        <w:t>Bay: Hypovolaemic, hyperkalaemic.</w:t>
      </w:r>
    </w:p>
    <w:p>
      <w:pPr>
        <w:spacing w:before="120" w:after="20" w:line="259" w:lineRule="auto"/>
        <w:shd w:fill="F8E8E8" w:val="clear"/>
      </w:pPr>
      <w:r>
        <w:rPr>
          <w:rFonts w:ascii="Calibri" w:hAnsi="Calibri" w:eastAsia="Calibri"/>
          <w:b w:val="0"/>
          <w:i w:val="0"/>
          <w:color w:val="A02828"/>
          <w:sz w:val="22"/>
        </w:rPr>
        <w:t>C. [WRONG] HHS</w:t>
      </w:r>
    </w:p>
    <w:p>
      <w:pPr>
        <w:spacing w:before="0" w:after="20" w:line="259" w:lineRule="auto"/>
      </w:pPr>
      <w:r>
        <w:rPr>
          <w:rFonts w:ascii="Calibri" w:hAnsi="Calibri" w:eastAsia="Calibri"/>
          <w:b w:val="0"/>
          <w:i/>
          <w:color w:val="282828"/>
          <w:sz w:val="22"/>
        </w:rPr>
        <w:t>Bay: Glucose 2.9.</w:t>
      </w:r>
    </w:p>
    <w:p>
      <w:pPr>
        <w:spacing w:before="120" w:after="20" w:line="259" w:lineRule="auto"/>
        <w:shd w:fill="F8E8E8" w:val="clear"/>
      </w:pPr>
      <w:r>
        <w:rPr>
          <w:rFonts w:ascii="Calibri" w:hAnsi="Calibri" w:eastAsia="Calibri"/>
          <w:b w:val="0"/>
          <w:i w:val="0"/>
          <w:color w:val="A02828"/>
          <w:sz w:val="22"/>
        </w:rPr>
        <w:t>D. [WRONG] Gastroenteritis only, no hormone problem</w:t>
      </w:r>
    </w:p>
    <w:p>
      <w:pPr>
        <w:spacing w:before="0" w:after="20" w:line="259" w:lineRule="auto"/>
      </w:pPr>
      <w:r>
        <w:rPr>
          <w:rFonts w:ascii="Calibri" w:hAnsi="Calibri" w:eastAsia="Calibri"/>
          <w:b w:val="0"/>
          <w:i/>
          <w:color w:val="282828"/>
          <w:sz w:val="22"/>
        </w:rPr>
        <w:t>Bay: The hormone problem is why gastroenteritis nearly killed her.</w:t>
      </w:r>
    </w:p>
    <w:p>
      <w:pPr>
        <w:spacing w:before="120" w:after="20" w:line="259" w:lineRule="auto"/>
        <w:shd w:fill="F8E8E8" w:val="clear"/>
      </w:pPr>
      <w:r>
        <w:rPr>
          <w:rFonts w:ascii="Calibri" w:hAnsi="Calibri" w:eastAsia="Calibri"/>
          <w:b w:val="0"/>
          <w:i w:val="0"/>
          <w:color w:val="A02828"/>
          <w:sz w:val="22"/>
        </w:rPr>
        <w:t>E. [WRONG] Cushing's</w:t>
      </w:r>
    </w:p>
    <w:p>
      <w:pPr>
        <w:spacing w:before="0" w:after="20" w:line="259" w:lineRule="auto"/>
      </w:pPr>
      <w:r>
        <w:rPr>
          <w:rFonts w:ascii="Calibri" w:hAnsi="Calibri" w:eastAsia="Calibri"/>
          <w:b w:val="0"/>
          <w:i/>
          <w:color w:val="282828"/>
          <w:sz w:val="22"/>
        </w:rPr>
        <w:t>Bay: The opposite.</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Addisonian crisis</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Known Addison's, vomiting, shock, BM 2.9</w:t>
      </w:r>
    </w:p>
    <w:p>
      <w:pPr>
        <w:spacing w:before="0" w:after="40" w:line="259" w:lineRule="auto"/>
      </w:pPr>
      <w:r>
        <w:rPr>
          <w:rFonts w:ascii="Calibri" w:hAnsi="Calibri" w:eastAsia="Calibri"/>
          <w:b w:val="0"/>
          <w:i w:val="0"/>
          <w:sz w:val="22"/>
        </w:rPr>
        <w:t>• Na 126, K 5.6, mild fever</w:t>
      </w:r>
    </w:p>
    <w:p>
      <w:pPr>
        <w:spacing w:before="0" w:after="40" w:line="259" w:lineRule="auto"/>
      </w:pPr>
      <w:r>
        <w:rPr>
          <w:rFonts w:ascii="Calibri" w:hAnsi="Calibri" w:eastAsia="Calibri"/>
          <w:b w:val="0"/>
          <w:i w:val="0"/>
          <w:sz w:val="22"/>
        </w:rPr>
        <w:t>• Pigmented creases, medic-alert</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Do not delay steroid for cortisol / Synacthen in known Addison's</w:t>
      </w:r>
    </w:p>
    <w:p>
      <w:pPr>
        <w:spacing w:before="0" w:after="40" w:line="259" w:lineRule="auto"/>
      </w:pPr>
      <w:r>
        <w:rPr>
          <w:rFonts w:ascii="Calibri" w:hAnsi="Calibri" w:eastAsia="Calibri"/>
          <w:b w:val="0"/>
          <w:i w:val="0"/>
          <w:sz w:val="22"/>
        </w:rPr>
        <w:t>• VBG, U&amp;E, glucose, cultures</w:t>
      </w:r>
    </w:p>
    <w:p>
      <w:pPr>
        <w:spacing w:before="0" w:after="40" w:line="259" w:lineRule="auto"/>
      </w:pPr>
      <w:r>
        <w:rPr>
          <w:rFonts w:ascii="Calibri" w:hAnsi="Calibri" w:eastAsia="Calibri"/>
          <w:b w:val="0"/>
          <w:i w:val="0"/>
          <w:sz w:val="22"/>
        </w:rPr>
        <w:t>• Look for the precipitant — usually infection</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Hydrocortisone 100 mg IV immediately</w:t>
      </w:r>
    </w:p>
    <w:p>
      <w:pPr>
        <w:spacing w:before="0" w:after="40" w:line="259" w:lineRule="auto"/>
      </w:pPr>
      <w:r>
        <w:rPr>
          <w:rFonts w:ascii="Calibri" w:hAnsi="Calibri" w:eastAsia="Calibri"/>
          <w:b w:val="0"/>
          <w:i w:val="0"/>
          <w:sz w:val="22"/>
        </w:rPr>
        <w:t>• 0.9% saline and glucose</w:t>
      </w:r>
    </w:p>
    <w:p>
      <w:pPr>
        <w:spacing w:before="0" w:after="40" w:line="259" w:lineRule="auto"/>
      </w:pPr>
      <w:r>
        <w:rPr>
          <w:rFonts w:ascii="Calibri" w:hAnsi="Calibri" w:eastAsia="Calibri"/>
          <w:b w:val="0"/>
          <w:i w:val="0"/>
          <w:sz w:val="22"/>
        </w:rPr>
        <w:t>• Treat the trigger; sick-day rules and an IM kit on the way out</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Society for Endocrinology emergency adrenal insufficiency</w:t>
      </w:r>
    </w:p>
    <w:p>
      <w:pPr>
        <w:spacing w:before="0" w:after="40" w:line="259" w:lineRule="auto"/>
      </w:pPr>
      <w:r>
        <w:rPr>
          <w:rFonts w:ascii="Calibri" w:hAnsi="Calibri" w:eastAsia="Calibri"/>
          <w:b w:val="0"/>
          <w:i w:val="0"/>
          <w:sz w:val="22"/>
        </w:rPr>
        <w:t>• NICE NG243 adrenal insufficiency</w:t>
      </w:r>
    </w:p>
    <w:p>
      <w:pPr>
        <w:spacing w:before="0" w:after="40" w:line="259" w:lineRule="auto"/>
      </w:pPr>
      <w:r>
        <w:rPr>
          <w:rFonts w:ascii="Calibri" w:hAnsi="Calibri" w:eastAsia="Calibri"/>
          <w:b w:val="0"/>
          <w:i w:val="0"/>
          <w:sz w:val="22"/>
        </w:rPr>
        <w:t>• RCEM endocrine emergencies</w:t>
      </w:r>
    </w:p>
    <w:p>
      <w:r>
        <w:br w:type="page"/>
      </w:r>
    </w:p>
    <w:p>
      <w:pPr>
        <w:spacing w:before="120" w:after="160" w:line="259" w:lineRule="auto"/>
      </w:pPr>
      <w:r>
        <w:rPr>
          <w:rFonts w:ascii="Calibri" w:hAnsi="Calibri" w:eastAsia="Calibri"/>
          <w:b/>
          <w:i w:val="0"/>
          <w:color w:val="0C0E10"/>
          <w:sz w:val="36"/>
        </w:rPr>
        <w:t>Case 33 — Thyroid storm</w:t>
      </w:r>
    </w:p>
    <w:p>
      <w:pPr>
        <w:spacing w:before="0" w:after="40" w:line="259" w:lineRule="auto"/>
      </w:pPr>
      <w:r>
        <w:rPr>
          <w:rFonts w:ascii="Calibri" w:hAnsi="Calibri" w:eastAsia="Calibri"/>
          <w:b w:val="0"/>
          <w:i/>
          <w:color w:val="5A5A5A"/>
          <w:sz w:val="20"/>
        </w:rPr>
        <w:t>pre-alert · Scottish Ambulance Service — pre-alert · rhythm af</w:t>
      </w:r>
    </w:p>
    <w:p>
      <w:pPr>
        <w:spacing w:before="0" w:after="40" w:line="259" w:lineRule="auto"/>
      </w:pPr>
      <w:r>
        <w:rPr>
          <w:rFonts w:ascii="Calibri" w:hAnsi="Calibri" w:eastAsia="Calibri"/>
          <w:b w:val="0"/>
          <w:i/>
          <w:color w:val="5A5A5A"/>
          <w:sz w:val="20"/>
        </w:rPr>
        <w:t>HR 164   BP 158/70   RR 28   SpO2 96%   temp 39.8   GCS 14   BM 7.4</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41 years, female</w:t>
      </w:r>
    </w:p>
    <w:p>
      <w:pPr>
        <w:spacing w:before="0" w:after="40" w:line="259" w:lineRule="auto"/>
      </w:pPr>
      <w:r>
        <w:rPr>
          <w:rFonts w:ascii="Calibri" w:hAnsi="Calibri" w:eastAsia="Calibri"/>
          <w:b w:val="0"/>
          <w:i w:val="0"/>
          <w:sz w:val="22"/>
        </w:rPr>
        <w:t>T known Graves', diarrhoea and fever 2 days, now agitated and palpitating</w:t>
      </w:r>
    </w:p>
    <w:p>
      <w:pPr>
        <w:spacing w:before="0" w:after="40" w:line="259" w:lineRule="auto"/>
      </w:pPr>
      <w:r>
        <w:rPr>
          <w:rFonts w:ascii="Calibri" w:hAnsi="Calibri" w:eastAsia="Calibri"/>
          <w:b w:val="0"/>
          <w:i w:val="0"/>
          <w:sz w:val="22"/>
        </w:rPr>
        <w:t>M medical</w:t>
      </w:r>
    </w:p>
    <w:p>
      <w:pPr>
        <w:spacing w:before="0" w:after="40" w:line="259" w:lineRule="auto"/>
      </w:pPr>
      <w:r>
        <w:rPr>
          <w:rFonts w:ascii="Calibri" w:hAnsi="Calibri" w:eastAsia="Calibri"/>
          <w:b w:val="0"/>
          <w:i w:val="0"/>
          <w:sz w:val="22"/>
        </w:rPr>
        <w:t>I carbimazole — she stopped it 10 days ago</w:t>
      </w:r>
    </w:p>
    <w:p>
      <w:pPr>
        <w:spacing w:before="0" w:after="40" w:line="259" w:lineRule="auto"/>
      </w:pPr>
      <w:r>
        <w:rPr>
          <w:rFonts w:ascii="Calibri" w:hAnsi="Calibri" w:eastAsia="Calibri"/>
          <w:b w:val="0"/>
          <w:i w:val="0"/>
          <w:sz w:val="22"/>
        </w:rPr>
        <w:t>S HR 164 BP 158/70 RR 28 SpO2 96% air GCS 14, temp 39.8</w:t>
      </w:r>
    </w:p>
    <w:p>
      <w:pPr>
        <w:spacing w:before="0" w:after="40" w:line="259" w:lineRule="auto"/>
      </w:pPr>
      <w:r>
        <w:rPr>
          <w:rFonts w:ascii="Calibri" w:hAnsi="Calibri" w:eastAsia="Calibri"/>
          <w:b w:val="0"/>
          <w:i w:val="0"/>
          <w:sz w:val="22"/>
        </w:rPr>
        <w:t>T oxygen, paracetamol</w:t>
      </w:r>
    </w:p>
    <w:p>
      <w:pPr>
        <w:spacing w:before="0" w:after="40" w:line="259" w:lineRule="auto"/>
      </w:pPr>
      <w:r>
        <w:rPr>
          <w:rFonts w:ascii="Calibri" w:hAnsi="Calibri" w:eastAsia="Calibri"/>
          <w:b w:val="0"/>
          <w:i w:val="0"/>
          <w:sz w:val="22"/>
        </w:rPr>
        <w:t>ETA 5 minutes. Crew: "She is burning and the rate is 164."</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talking, no stridor.</w:t>
      </w:r>
    </w:p>
    <w:p>
      <w:pPr>
        <w:spacing w:before="0" w:after="40" w:line="259" w:lineRule="auto"/>
      </w:pPr>
      <w:r>
        <w:rPr>
          <w:rFonts w:ascii="Calibri" w:hAnsi="Calibri" w:eastAsia="Calibri"/>
          <w:b w:val="0"/>
          <w:i w:val="0"/>
          <w:sz w:val="22"/>
        </w:rPr>
        <w:t>B — RR 28, clear, SpO2 96% air.</w:t>
      </w:r>
    </w:p>
    <w:p>
      <w:pPr>
        <w:spacing w:before="0" w:after="40" w:line="259" w:lineRule="auto"/>
      </w:pPr>
      <w:r>
        <w:rPr>
          <w:rFonts w:ascii="Calibri" w:hAnsi="Calibri" w:eastAsia="Calibri"/>
          <w:b w:val="0"/>
          <w:i w:val="0"/>
          <w:sz w:val="22"/>
        </w:rPr>
        <w:t>C — HR 164 irregular, BP 158/70, CRT 2 s, bounding, tremor, goitre, no failure yet.</w:t>
      </w:r>
    </w:p>
    <w:p>
      <w:pPr>
        <w:spacing w:before="0" w:after="40" w:line="259" w:lineRule="auto"/>
      </w:pPr>
      <w:r>
        <w:rPr>
          <w:rFonts w:ascii="Calibri" w:hAnsi="Calibri" w:eastAsia="Calibri"/>
          <w:b w:val="0"/>
          <w:i w:val="0"/>
          <w:sz w:val="22"/>
        </w:rPr>
        <w:t>D — GCS 14, agitated, BM 7.4, no focal neurology.</w:t>
      </w:r>
    </w:p>
    <w:p>
      <w:pPr>
        <w:spacing w:before="0" w:after="40" w:line="259" w:lineRule="auto"/>
      </w:pPr>
      <w:r>
        <w:rPr>
          <w:rFonts w:ascii="Calibri" w:hAnsi="Calibri" w:eastAsia="Calibri"/>
          <w:b w:val="0"/>
          <w:i w:val="0"/>
          <w:sz w:val="22"/>
        </w:rPr>
        <w:t>E — temp 39.8, sweaty, lid lag, diarrhoea. No rash.</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Graves', stopped carbimazole, 39.8, AF 164, agitated.</w:t>
      </w:r>
    </w:p>
    <w:p>
      <w:pPr>
        <w:spacing w:before="120" w:after="20" w:line="259" w:lineRule="auto"/>
        <w:shd w:fill="E8F5EC" w:val="clear"/>
      </w:pPr>
      <w:r>
        <w:rPr>
          <w:rFonts w:ascii="Calibri" w:hAnsi="Calibri" w:eastAsia="Calibri"/>
          <w:b/>
          <w:i w:val="0"/>
          <w:color w:val="146E3C"/>
          <w:sz w:val="22"/>
        </w:rPr>
        <w:t>A. [CORRECT] Propranolol</w:t>
      </w:r>
    </w:p>
    <w:p>
      <w:pPr>
        <w:spacing w:before="0" w:after="20" w:line="259" w:lineRule="auto"/>
      </w:pPr>
      <w:r>
        <w:rPr>
          <w:rFonts w:ascii="Calibri" w:hAnsi="Calibri" w:eastAsia="Calibri"/>
          <w:b w:val="0"/>
          <w:i/>
          <w:color w:val="282828"/>
          <w:sz w:val="22"/>
        </w:rPr>
        <w:t>Bay: Rate and sympathetic drive fall. Cooling and fluids with it. You do not shock AF until the storm is treated — it will bounce back.</w:t>
      </w:r>
    </w:p>
    <w:p>
      <w:pPr>
        <w:spacing w:before="0" w:after="40" w:line="259" w:lineRule="auto"/>
      </w:pPr>
      <w:r>
        <w:rPr>
          <w:rFonts w:ascii="Calibri" w:hAnsi="Calibri" w:eastAsia="Calibri"/>
          <w:b w:val="0"/>
          <w:i/>
          <w:color w:val="5A4614"/>
          <w:sz w:val="20"/>
        </w:rPr>
        <w:t>Reaction: hr -24</w:t>
      </w:r>
    </w:p>
    <w:p>
      <w:pPr>
        <w:spacing w:before="80" w:after="40" w:line="259" w:lineRule="auto"/>
      </w:pPr>
      <w:r>
        <w:rPr>
          <w:rFonts w:ascii="Calibri" w:hAnsi="Calibri" w:eastAsia="Calibri"/>
          <w:b/>
          <w:i w:val="0"/>
          <w:color w:val="46326E"/>
          <w:sz w:val="22"/>
        </w:rPr>
        <w:t xml:space="preserve">    Follow-up: Why a beta-blocker first?</w:t>
      </w:r>
    </w:p>
    <w:p>
      <w:pPr>
        <w:spacing w:before="120" w:after="20" w:line="259" w:lineRule="auto"/>
        <w:shd w:fill="E8F5EC" w:val="clear"/>
      </w:pPr>
      <w:r>
        <w:rPr>
          <w:rFonts w:ascii="Calibri" w:hAnsi="Calibri" w:eastAsia="Calibri"/>
          <w:b/>
          <w:i w:val="0"/>
          <w:color w:val="146E3C"/>
          <w:sz w:val="22"/>
        </w:rPr>
        <w:t xml:space="preserve">    A. [CORRECT] Blocks adrenergic tone and peripheral T4 to T3 — the storm is a catecholamine state</w:t>
      </w:r>
    </w:p>
    <w:p>
      <w:pPr>
        <w:spacing w:before="0" w:after="20" w:line="259" w:lineRule="auto"/>
      </w:pPr>
      <w:r>
        <w:rPr>
          <w:rFonts w:ascii="Calibri" w:hAnsi="Calibri" w:eastAsia="Calibri"/>
          <w:b w:val="0"/>
          <w:i/>
          <w:color w:val="282828"/>
          <w:sz w:val="22"/>
        </w:rPr>
        <w:t xml:space="preserve">       Bay: Propranolol is traditional. Use a cardioselective if asthmatic, with care.</w:t>
      </w:r>
    </w:p>
    <w:p>
      <w:pPr>
        <w:spacing w:before="120" w:after="20" w:line="259" w:lineRule="auto"/>
        <w:shd w:fill="F8E8E8" w:val="clear"/>
      </w:pPr>
      <w:r>
        <w:rPr>
          <w:rFonts w:ascii="Calibri" w:hAnsi="Calibri" w:eastAsia="Calibri"/>
          <w:b w:val="0"/>
          <w:i w:val="0"/>
          <w:color w:val="A02828"/>
          <w:sz w:val="22"/>
        </w:rPr>
        <w:t xml:space="preserve">    B. [WRONG] Because all AF at 164 must be DC cardioverted first</w:t>
      </w:r>
    </w:p>
    <w:p>
      <w:pPr>
        <w:spacing w:before="0" w:after="20" w:line="259" w:lineRule="auto"/>
      </w:pPr>
      <w:r>
        <w:rPr>
          <w:rFonts w:ascii="Calibri" w:hAnsi="Calibri" w:eastAsia="Calibri"/>
          <w:b w:val="0"/>
          <w:i/>
          <w:color w:val="282828"/>
          <w:sz w:val="22"/>
        </w:rPr>
        <w:t xml:space="preserve">       Bay: In storm the AF recurs until you treat the thyroid.</w:t>
      </w:r>
    </w:p>
    <w:p>
      <w:pPr>
        <w:spacing w:before="120" w:after="20" w:line="259" w:lineRule="auto"/>
        <w:shd w:fill="F8E8E8" w:val="clear"/>
      </w:pPr>
      <w:r>
        <w:rPr>
          <w:rFonts w:ascii="Calibri" w:hAnsi="Calibri" w:eastAsia="Calibri"/>
          <w:b w:val="0"/>
          <w:i w:val="0"/>
          <w:color w:val="A02828"/>
          <w:sz w:val="22"/>
        </w:rPr>
        <w:t xml:space="preserve">    C. [WRONG] Amiodarone is the first thyroid drug</w:t>
      </w:r>
    </w:p>
    <w:p>
      <w:pPr>
        <w:spacing w:before="0" w:after="20" w:line="259" w:lineRule="auto"/>
      </w:pPr>
      <w:r>
        <w:rPr>
          <w:rFonts w:ascii="Calibri" w:hAnsi="Calibri" w:eastAsia="Calibri"/>
          <w:b w:val="0"/>
          <w:i/>
          <w:color w:val="282828"/>
          <w:sz w:val="22"/>
        </w:rPr>
        <w:t xml:space="preserve">       Bay: Amiodarone dumps iodine and confuses the picture. Not first.</w:t>
      </w:r>
    </w:p>
    <w:p>
      <w:pPr>
        <w:spacing w:before="120" w:after="20" w:line="259" w:lineRule="auto"/>
        <w:shd w:fill="F8E8E8" w:val="clear"/>
      </w:pPr>
      <w:r>
        <w:rPr>
          <w:rFonts w:ascii="Calibri" w:hAnsi="Calibri" w:eastAsia="Calibri"/>
          <w:b w:val="0"/>
          <w:i w:val="0"/>
          <w:color w:val="A02828"/>
          <w:sz w:val="22"/>
        </w:rPr>
        <w:t xml:space="preserve">    D. [WRONG] Aspirin high-dose as in rheumatic fever</w:t>
      </w:r>
    </w:p>
    <w:p>
      <w:pPr>
        <w:spacing w:before="0" w:after="20" w:line="259" w:lineRule="auto"/>
      </w:pPr>
      <w:r>
        <w:rPr>
          <w:rFonts w:ascii="Calibri" w:hAnsi="Calibri" w:eastAsia="Calibri"/>
          <w:b w:val="0"/>
          <w:i/>
          <w:color w:val="282828"/>
          <w:sz w:val="22"/>
        </w:rPr>
        <w:t xml:space="preserve">       Bay: Aspirin can raise free T4. Use paracetamol to cool.</w:t>
      </w:r>
    </w:p>
    <w:p>
      <w:pPr>
        <w:spacing w:before="120" w:after="20" w:line="259" w:lineRule="auto"/>
        <w:shd w:fill="F8E8E8" w:val="clear"/>
      </w:pPr>
      <w:r>
        <w:rPr>
          <w:rFonts w:ascii="Calibri" w:hAnsi="Calibri" w:eastAsia="Calibri"/>
          <w:b w:val="0"/>
          <w:i w:val="0"/>
          <w:color w:val="A02828"/>
          <w:sz w:val="22"/>
        </w:rPr>
        <w:t xml:space="preserve">    E. [WRONG] No rate control — the fever will do it</w:t>
      </w:r>
    </w:p>
    <w:p>
      <w:pPr>
        <w:spacing w:before="0" w:after="20" w:line="259" w:lineRule="auto"/>
      </w:pPr>
      <w:r>
        <w:rPr>
          <w:rFonts w:ascii="Calibri" w:hAnsi="Calibri" w:eastAsia="Calibri"/>
          <w:b w:val="0"/>
          <w:i/>
          <w:color w:val="282828"/>
          <w:sz w:val="22"/>
        </w:rPr>
        <w:t xml:space="preserve">       Bay: She is 164 and 39.8.</w:t>
      </w:r>
    </w:p>
    <w:p>
      <w:pPr>
        <w:spacing w:before="120" w:after="20" w:line="259" w:lineRule="auto"/>
        <w:shd w:fill="F8E8E8" w:val="clear"/>
      </w:pPr>
      <w:r>
        <w:rPr>
          <w:rFonts w:ascii="Calibri" w:hAnsi="Calibri" w:eastAsia="Calibri"/>
          <w:b w:val="0"/>
          <w:i w:val="0"/>
          <w:color w:val="A02828"/>
          <w:sz w:val="22"/>
        </w:rPr>
        <w:t>B. [WRONG] Immediate DC cardioversion</w:t>
      </w:r>
    </w:p>
    <w:p>
      <w:pPr>
        <w:spacing w:before="0" w:after="20" w:line="259" w:lineRule="auto"/>
      </w:pPr>
      <w:r>
        <w:rPr>
          <w:rFonts w:ascii="Calibri" w:hAnsi="Calibri" w:eastAsia="Calibri"/>
          <w:b w:val="0"/>
          <w:i/>
          <w:color w:val="282828"/>
          <w:sz w:val="22"/>
        </w:rPr>
        <w:t>Bay: You may convert her for a minute. Treat the storm or it returns.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Amiodarone loading as first drug</w:t>
      </w:r>
    </w:p>
    <w:p>
      <w:pPr>
        <w:spacing w:before="0" w:after="20" w:line="259" w:lineRule="auto"/>
      </w:pPr>
      <w:r>
        <w:rPr>
          <w:rFonts w:ascii="Calibri" w:hAnsi="Calibri" w:eastAsia="Calibri"/>
          <w:b w:val="0"/>
          <w:i/>
          <w:color w:val="282828"/>
          <w:sz w:val="22"/>
        </w:rPr>
        <w:t>Bay: Iodine load. Not first in Graves' storm.</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Radioiodine from the ED cupboard</w:t>
      </w:r>
    </w:p>
    <w:p>
      <w:pPr>
        <w:spacing w:before="0" w:after="20" w:line="259" w:lineRule="auto"/>
      </w:pPr>
      <w:r>
        <w:rPr>
          <w:rFonts w:ascii="Calibri" w:hAnsi="Calibri" w:eastAsia="Calibri"/>
          <w:b w:val="0"/>
          <w:i/>
          <w:color w:val="282828"/>
          <w:sz w:val="22"/>
        </w:rPr>
        <w:t>Bay: Not an emergency treatment and it can worsen storm.</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Iodine first, then a thionamide later</w:t>
      </w:r>
    </w:p>
    <w:p>
      <w:pPr>
        <w:spacing w:before="0" w:after="20" w:line="259" w:lineRule="auto"/>
      </w:pPr>
      <w:r>
        <w:rPr>
          <w:rFonts w:ascii="Calibri" w:hAnsi="Calibri" w:eastAsia="Calibri"/>
          <w:b w:val="0"/>
          <w:i/>
          <w:color w:val="282828"/>
          <w:sz w:val="22"/>
        </w:rPr>
        <w:t>Bay: Iodine before blockade increases hormone stores. Thionamide first, iodine after.</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Rate 140. Still 39.6. Endocrine bleeped.</w:t>
      </w:r>
    </w:p>
    <w:p>
      <w:pPr>
        <w:spacing w:before="120" w:after="20" w:line="259" w:lineRule="auto"/>
        <w:shd w:fill="E8F5EC" w:val="clear"/>
      </w:pPr>
      <w:r>
        <w:rPr>
          <w:rFonts w:ascii="Calibri" w:hAnsi="Calibri" w:eastAsia="Calibri"/>
          <w:b/>
          <w:i w:val="0"/>
          <w:color w:val="146E3C"/>
          <w:sz w:val="22"/>
        </w:rPr>
        <w:t>A. [CORRECT] Carbimazole (or PTU), then iodine after, plus hydrocortisone</w:t>
      </w:r>
    </w:p>
    <w:p>
      <w:pPr>
        <w:spacing w:before="0" w:after="20" w:line="259" w:lineRule="auto"/>
      </w:pPr>
      <w:r>
        <w:rPr>
          <w:rFonts w:ascii="Calibri" w:hAnsi="Calibri" w:eastAsia="Calibri"/>
          <w:b w:val="0"/>
          <w:i/>
          <w:color w:val="282828"/>
          <w:sz w:val="22"/>
        </w:rPr>
        <w:t>Bay: Thionamide in. Iodine will wait an hour. Hydrocortisone 100–200 mg. Cool her, fluids, treat the trigger.</w:t>
      </w:r>
    </w:p>
    <w:p>
      <w:pPr>
        <w:spacing w:before="0" w:after="40" w:line="259" w:lineRule="auto"/>
      </w:pPr>
      <w:r>
        <w:rPr>
          <w:rFonts w:ascii="Calibri" w:hAnsi="Calibri" w:eastAsia="Calibri"/>
          <w:b w:val="0"/>
          <w:i/>
          <w:color w:val="5A4614"/>
          <w:sz w:val="20"/>
        </w:rPr>
        <w:t>Reaction: temp -0.4</w:t>
      </w:r>
    </w:p>
    <w:p>
      <w:pPr>
        <w:spacing w:before="80" w:after="40" w:line="259" w:lineRule="auto"/>
      </w:pPr>
      <w:r>
        <w:rPr>
          <w:rFonts w:ascii="Calibri" w:hAnsi="Calibri" w:eastAsia="Calibri"/>
          <w:b/>
          <w:i w:val="0"/>
          <w:color w:val="46326E"/>
          <w:sz w:val="22"/>
        </w:rPr>
        <w:t xml:space="preserve">    Follow-up: Order of thyroid drugs?</w:t>
      </w:r>
    </w:p>
    <w:p>
      <w:pPr>
        <w:spacing w:before="120" w:after="20" w:line="259" w:lineRule="auto"/>
        <w:shd w:fill="E8F5EC" w:val="clear"/>
      </w:pPr>
      <w:r>
        <w:rPr>
          <w:rFonts w:ascii="Calibri" w:hAnsi="Calibri" w:eastAsia="Calibri"/>
          <w:b/>
          <w:i w:val="0"/>
          <w:color w:val="146E3C"/>
          <w:sz w:val="22"/>
        </w:rPr>
        <w:t xml:space="preserve">    A. [CORRECT] Thionamide first, iodine at least an hour later, steroid with them</w:t>
      </w:r>
    </w:p>
    <w:p>
      <w:pPr>
        <w:spacing w:before="0" w:after="20" w:line="259" w:lineRule="auto"/>
      </w:pPr>
      <w:r>
        <w:rPr>
          <w:rFonts w:ascii="Calibri" w:hAnsi="Calibri" w:eastAsia="Calibri"/>
          <w:b w:val="0"/>
          <w:i/>
          <w:color w:val="282828"/>
          <w:sz w:val="22"/>
        </w:rPr>
        <w:t xml:space="preserve">       Bay: Never iodine first in Graves' storm.</w:t>
      </w:r>
    </w:p>
    <w:p>
      <w:pPr>
        <w:spacing w:before="120" w:after="20" w:line="259" w:lineRule="auto"/>
        <w:shd w:fill="F8E8E8" w:val="clear"/>
      </w:pPr>
      <w:r>
        <w:rPr>
          <w:rFonts w:ascii="Calibri" w:hAnsi="Calibri" w:eastAsia="Calibri"/>
          <w:b w:val="0"/>
          <w:i w:val="0"/>
          <w:color w:val="A02828"/>
          <w:sz w:val="22"/>
        </w:rPr>
        <w:t xml:space="preserve">    B. [WRONG] Iodine now, carbimazole tomorrow</w:t>
      </w:r>
    </w:p>
    <w:p>
      <w:pPr>
        <w:spacing w:before="0" w:after="20" w:line="259" w:lineRule="auto"/>
      </w:pPr>
      <w:r>
        <w:rPr>
          <w:rFonts w:ascii="Calibri" w:hAnsi="Calibri" w:eastAsia="Calibri"/>
          <w:b w:val="0"/>
          <w:i/>
          <w:color w:val="282828"/>
          <w:sz w:val="22"/>
        </w:rPr>
        <w:t xml:space="preserve">       Bay: Wrong order.</w:t>
      </w:r>
    </w:p>
    <w:p>
      <w:pPr>
        <w:spacing w:before="120" w:after="20" w:line="259" w:lineRule="auto"/>
        <w:shd w:fill="F8E8E8" w:val="clear"/>
      </w:pPr>
      <w:r>
        <w:rPr>
          <w:rFonts w:ascii="Calibri" w:hAnsi="Calibri" w:eastAsia="Calibri"/>
          <w:b w:val="0"/>
          <w:i w:val="0"/>
          <w:color w:val="A02828"/>
          <w:sz w:val="22"/>
        </w:rPr>
        <w:t xml:space="preserve">    C. [WRONG] Radioiodine tonight</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D. [WRONG] Stop all thyroid drugs because the rate improved</w:t>
      </w:r>
    </w:p>
    <w:p>
      <w:pPr>
        <w:spacing w:before="0" w:after="20" w:line="259" w:lineRule="auto"/>
      </w:pPr>
      <w:r>
        <w:rPr>
          <w:rFonts w:ascii="Calibri" w:hAnsi="Calibri" w:eastAsia="Calibri"/>
          <w:b w:val="0"/>
          <w:i/>
          <w:color w:val="282828"/>
          <w:sz w:val="22"/>
        </w:rPr>
        <w:t xml:space="preserve">       Bay: She is still in storm.</w:t>
      </w:r>
    </w:p>
    <w:p>
      <w:pPr>
        <w:spacing w:before="120" w:after="20" w:line="259" w:lineRule="auto"/>
        <w:shd w:fill="F8E8E8" w:val="clear"/>
      </w:pPr>
      <w:r>
        <w:rPr>
          <w:rFonts w:ascii="Calibri" w:hAnsi="Calibri" w:eastAsia="Calibri"/>
          <w:b w:val="0"/>
          <w:i w:val="0"/>
          <w:color w:val="A02828"/>
          <w:sz w:val="22"/>
        </w:rPr>
        <w:t xml:space="preserve">    E. [WRONG] Liothyronine to 'stabilise T3'</w:t>
      </w:r>
    </w:p>
    <w:p>
      <w:pPr>
        <w:spacing w:before="0" w:after="20" w:line="259" w:lineRule="auto"/>
      </w:pPr>
      <w:r>
        <w:rPr>
          <w:rFonts w:ascii="Calibri" w:hAnsi="Calibri" w:eastAsia="Calibri"/>
          <w:b w:val="0"/>
          <w:i/>
          <w:color w:val="282828"/>
          <w:sz w:val="22"/>
        </w:rPr>
        <w:t xml:space="preserve">       Bay: That is adding fuel.</w:t>
      </w:r>
    </w:p>
    <w:p>
      <w:pPr>
        <w:spacing w:before="120" w:after="20" w:line="259" w:lineRule="auto"/>
        <w:shd w:fill="F8E8E8" w:val="clear"/>
      </w:pPr>
      <w:r>
        <w:rPr>
          <w:rFonts w:ascii="Calibri" w:hAnsi="Calibri" w:eastAsia="Calibri"/>
          <w:b w:val="0"/>
          <w:i w:val="0"/>
          <w:color w:val="A02828"/>
          <w:sz w:val="22"/>
        </w:rPr>
        <w:t>B. [WRONG] Iodine now before any thionamide</w:t>
      </w:r>
    </w:p>
    <w:p>
      <w:pPr>
        <w:spacing w:before="0" w:after="20" w:line="259" w:lineRule="auto"/>
      </w:pPr>
      <w:r>
        <w:rPr>
          <w:rFonts w:ascii="Calibri" w:hAnsi="Calibri" w:eastAsia="Calibri"/>
          <w:b w:val="0"/>
          <w:i/>
          <w:color w:val="282828"/>
          <w:sz w:val="22"/>
        </w:rPr>
        <w:t>Bay: Wrong order.</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Aspirin 1 g to cool her</w:t>
      </w:r>
    </w:p>
    <w:p>
      <w:pPr>
        <w:spacing w:before="0" w:after="20" w:line="259" w:lineRule="auto"/>
      </w:pPr>
      <w:r>
        <w:rPr>
          <w:rFonts w:ascii="Calibri" w:hAnsi="Calibri" w:eastAsia="Calibri"/>
          <w:b w:val="0"/>
          <w:i/>
          <w:color w:val="282828"/>
          <w:sz w:val="22"/>
        </w:rPr>
        <w:t>Bay: Can displace T4. Paracetamol and physical cooling.</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T3 replacement because TSH might be low</w:t>
      </w:r>
    </w:p>
    <w:p>
      <w:pPr>
        <w:spacing w:before="0" w:after="20" w:line="259" w:lineRule="auto"/>
      </w:pPr>
      <w:r>
        <w:rPr>
          <w:rFonts w:ascii="Calibri" w:hAnsi="Calibri" w:eastAsia="Calibri"/>
          <w:b w:val="0"/>
          <w:i/>
          <w:color w:val="282828"/>
          <w:sz w:val="22"/>
        </w:rPr>
        <w:t>Bay: TSH is supposed to be low. Do not replace.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Emergency thyroidectomy from resus</w:t>
      </w:r>
    </w:p>
    <w:p>
      <w:pPr>
        <w:spacing w:before="0" w:after="20" w:line="259" w:lineRule="auto"/>
      </w:pPr>
      <w:r>
        <w:rPr>
          <w:rFonts w:ascii="Calibri" w:hAnsi="Calibri" w:eastAsia="Calibri"/>
          <w:b w:val="0"/>
          <w:i/>
          <w:color w:val="282828"/>
          <w:sz w:val="22"/>
        </w:rPr>
        <w:t>Bay: After medical control, if at all. Not from the trolley.</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Drugs are in. Send labs.</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7.44  pCO2 3.6  pO2 12.2  HCO3 20  BE −2  lactate 2.4  K+ 3.6  Hb 126</w:t>
      </w:r>
    </w:p>
    <w:p>
      <w:pPr>
        <w:spacing w:before="0" w:after="40" w:line="259" w:lineRule="auto"/>
      </w:pPr>
      <w:r>
        <w:rPr>
          <w:rFonts w:ascii="Calibri" w:hAnsi="Calibri" w:eastAsia="Calibri"/>
          <w:b w:val="0"/>
          <w:i w:val="0"/>
          <w:sz w:val="22"/>
        </w:rPr>
        <w:t>Hypermetabolic. Not DKA.</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7.4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af</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Dip: ketones trace. Not DKA. Cultures sent.</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126   WCC 11.4   Plt 268</w:t>
      </w:r>
    </w:p>
    <w:p>
      <w:pPr>
        <w:spacing w:before="0" w:after="40" w:line="259" w:lineRule="auto"/>
      </w:pPr>
      <w:r>
        <w:rPr>
          <w:rFonts w:ascii="Calibri" w:hAnsi="Calibri" w:eastAsia="Calibri"/>
          <w:b w:val="0"/>
          <w:i w:val="0"/>
          <w:sz w:val="22"/>
        </w:rPr>
        <w:t>ue: Na 136   K 3.6   urea 6.8   creat 62</w:t>
      </w:r>
    </w:p>
    <w:p>
      <w:pPr>
        <w:spacing w:before="0" w:after="40" w:line="259" w:lineRule="auto"/>
      </w:pPr>
      <w:r>
        <w:rPr>
          <w:rFonts w:ascii="Calibri" w:hAnsi="Calibri" w:eastAsia="Calibri"/>
          <w:b w:val="0"/>
          <w:i w:val="0"/>
          <w:sz w:val="22"/>
        </w:rPr>
        <w:t>crp: 36 mg/L</w:t>
      </w:r>
    </w:p>
    <w:p>
      <w:pPr>
        <w:spacing w:before="0" w:after="40" w:line="259" w:lineRule="auto"/>
      </w:pPr>
      <w:r>
        <w:rPr>
          <w:rFonts w:ascii="Calibri" w:hAnsi="Calibri" w:eastAsia="Calibri"/>
          <w:b w:val="0"/>
          <w:i w:val="0"/>
          <w:sz w:val="22"/>
        </w:rPr>
        <w:t>trop: 9 ng/L</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AF persists at 132. Film clear. Review — then decide.</w:t>
      </w:r>
    </w:p>
    <w:p>
      <w:pPr>
        <w:spacing w:before="120" w:after="20" w:line="259" w:lineRule="auto"/>
        <w:shd w:fill="E8F5EC" w:val="clear"/>
      </w:pPr>
      <w:r>
        <w:rPr>
          <w:rFonts w:ascii="Calibri" w:hAnsi="Calibri" w:eastAsia="Calibri"/>
          <w:b/>
          <w:i w:val="0"/>
          <w:color w:val="146E3C"/>
          <w:sz w:val="22"/>
        </w:rPr>
        <w:t>A. [CORRECT] Keep medical therapy, cool, look for infection as the trigger</w:t>
      </w:r>
    </w:p>
    <w:p>
      <w:pPr>
        <w:spacing w:before="0" w:after="20" w:line="259" w:lineRule="auto"/>
      </w:pPr>
      <w:r>
        <w:rPr>
          <w:rFonts w:ascii="Calibri" w:hAnsi="Calibri" w:eastAsia="Calibri"/>
          <w:b w:val="0"/>
          <w:i/>
          <w:color w:val="282828"/>
          <w:sz w:val="22"/>
        </w:rPr>
        <w:t>Bay: Cultures, CXR already clear, urine. Do not anticoagulate in a panic instead of treating storm.</w:t>
      </w:r>
    </w:p>
    <w:p>
      <w:pPr>
        <w:spacing w:before="0" w:after="40" w:line="259" w:lineRule="auto"/>
      </w:pPr>
      <w:r>
        <w:rPr>
          <w:rFonts w:ascii="Calibri" w:hAnsi="Calibri" w:eastAsia="Calibri"/>
          <w:b w:val="0"/>
          <w:i/>
          <w:color w:val="5A4614"/>
          <w:sz w:val="20"/>
        </w:rPr>
        <w:t>Reaction: hr -8</w:t>
      </w:r>
    </w:p>
    <w:p>
      <w:pPr>
        <w:spacing w:before="80" w:after="40" w:line="259" w:lineRule="auto"/>
      </w:pPr>
      <w:r>
        <w:rPr>
          <w:rFonts w:ascii="Calibri" w:hAnsi="Calibri" w:eastAsia="Calibri"/>
          <w:b/>
          <w:i w:val="0"/>
          <w:color w:val="46326E"/>
          <w:sz w:val="22"/>
        </w:rPr>
        <w:t xml:space="preserve">    Follow-up: Does she need anticoagulation tonight?</w:t>
      </w:r>
    </w:p>
    <w:p>
      <w:pPr>
        <w:spacing w:before="120" w:after="20" w:line="259" w:lineRule="auto"/>
        <w:shd w:fill="E8F5EC" w:val="clear"/>
      </w:pPr>
      <w:r>
        <w:rPr>
          <w:rFonts w:ascii="Calibri" w:hAnsi="Calibri" w:eastAsia="Calibri"/>
          <w:b/>
          <w:i w:val="0"/>
          <w:color w:val="146E3C"/>
          <w:sz w:val="22"/>
        </w:rPr>
        <w:t xml:space="preserve">    A. [CORRECT] AF in storm — discuss, but the priority is the thyroid; CHA2DS2-VASc and bleeding risk with endocrine/cardiology</w:t>
      </w:r>
    </w:p>
    <w:p>
      <w:pPr>
        <w:spacing w:before="0" w:after="20" w:line="259" w:lineRule="auto"/>
      </w:pPr>
      <w:r>
        <w:rPr>
          <w:rFonts w:ascii="Calibri" w:hAnsi="Calibri" w:eastAsia="Calibri"/>
          <w:b w:val="0"/>
          <w:i/>
          <w:color w:val="282828"/>
          <w:sz w:val="22"/>
        </w:rPr>
        <w:t xml:space="preserve">       Bay: Do not let a warfarin debate delay carbimazole.</w:t>
      </w:r>
    </w:p>
    <w:p>
      <w:pPr>
        <w:spacing w:before="120" w:after="20" w:line="259" w:lineRule="auto"/>
        <w:shd w:fill="F8E8E8" w:val="clear"/>
      </w:pPr>
      <w:r>
        <w:rPr>
          <w:rFonts w:ascii="Calibri" w:hAnsi="Calibri" w:eastAsia="Calibri"/>
          <w:b w:val="0"/>
          <w:i w:val="0"/>
          <w:color w:val="A02828"/>
          <w:sz w:val="22"/>
        </w:rPr>
        <w:t xml:space="preserve">    B. [WRONG] Thrombolyse because trop is 9</w:t>
      </w:r>
    </w:p>
    <w:p>
      <w:pPr>
        <w:spacing w:before="0" w:after="20" w:line="259" w:lineRule="auto"/>
      </w:pPr>
      <w:r>
        <w:rPr>
          <w:rFonts w:ascii="Calibri" w:hAnsi="Calibri" w:eastAsia="Calibri"/>
          <w:b w:val="0"/>
          <w:i/>
          <w:color w:val="282828"/>
          <w:sz w:val="22"/>
        </w:rPr>
        <w:t xml:space="preserve">       Bay: 9 is not a STEMI and she is in storm.</w:t>
      </w:r>
    </w:p>
    <w:p>
      <w:pPr>
        <w:spacing w:before="120" w:after="20" w:line="259" w:lineRule="auto"/>
        <w:shd w:fill="F8E8E8" w:val="clear"/>
      </w:pPr>
      <w:r>
        <w:rPr>
          <w:rFonts w:ascii="Calibri" w:hAnsi="Calibri" w:eastAsia="Calibri"/>
          <w:b w:val="0"/>
          <w:i w:val="0"/>
          <w:color w:val="A02828"/>
          <w:sz w:val="22"/>
        </w:rPr>
        <w:t xml:space="preserve">    C. [WRONG] Must DC cardiovert before any thionamide</w:t>
      </w:r>
    </w:p>
    <w:p>
      <w:pPr>
        <w:spacing w:before="0" w:after="20" w:line="259" w:lineRule="auto"/>
      </w:pPr>
      <w:r>
        <w:rPr>
          <w:rFonts w:ascii="Calibri" w:hAnsi="Calibri" w:eastAsia="Calibri"/>
          <w:b w:val="0"/>
          <w:i/>
          <w:color w:val="282828"/>
          <w:sz w:val="22"/>
        </w:rPr>
        <w:t xml:space="preserve">       Bay: Wrong order.</w:t>
      </w:r>
    </w:p>
    <w:p>
      <w:pPr>
        <w:spacing w:before="120" w:after="20" w:line="259" w:lineRule="auto"/>
        <w:shd w:fill="F8E8E8" w:val="clear"/>
      </w:pPr>
      <w:r>
        <w:rPr>
          <w:rFonts w:ascii="Calibri" w:hAnsi="Calibri" w:eastAsia="Calibri"/>
          <w:b w:val="0"/>
          <w:i w:val="0"/>
          <w:color w:val="A02828"/>
          <w:sz w:val="22"/>
        </w:rPr>
        <w:t xml:space="preserve">    D. [WRONG] Heparin plus alteplase for 'thyroid PE'</w:t>
      </w:r>
    </w:p>
    <w:p>
      <w:pPr>
        <w:spacing w:before="0" w:after="20" w:line="259" w:lineRule="auto"/>
      </w:pPr>
      <w:r>
        <w:rPr>
          <w:rFonts w:ascii="Calibri" w:hAnsi="Calibri" w:eastAsia="Calibri"/>
          <w:b w:val="0"/>
          <w:i/>
          <w:color w:val="282828"/>
          <w:sz w:val="22"/>
        </w:rPr>
        <w:t xml:space="preserve">       Bay: Invented.</w:t>
      </w:r>
    </w:p>
    <w:p>
      <w:pPr>
        <w:spacing w:before="120" w:after="20" w:line="259" w:lineRule="auto"/>
        <w:shd w:fill="F8E8E8" w:val="clear"/>
      </w:pPr>
      <w:r>
        <w:rPr>
          <w:rFonts w:ascii="Calibri" w:hAnsi="Calibri" w:eastAsia="Calibri"/>
          <w:b w:val="0"/>
          <w:i w:val="0"/>
          <w:color w:val="A02828"/>
          <w:sz w:val="22"/>
        </w:rPr>
        <w:t xml:space="preserve">    E. [WRONG] Aspirin 300 mg as ACS default</w:t>
      </w:r>
    </w:p>
    <w:p>
      <w:pPr>
        <w:spacing w:before="0" w:after="20" w:line="259" w:lineRule="auto"/>
      </w:pPr>
      <w:r>
        <w:rPr>
          <w:rFonts w:ascii="Calibri" w:hAnsi="Calibri" w:eastAsia="Calibri"/>
          <w:b w:val="0"/>
          <w:i/>
          <w:color w:val="282828"/>
          <w:sz w:val="22"/>
        </w:rPr>
        <w:t xml:space="preserve">       Bay: Chest is clear, trop 9, storm.</w:t>
      </w:r>
    </w:p>
    <w:p>
      <w:pPr>
        <w:spacing w:before="120" w:after="20" w:line="259" w:lineRule="auto"/>
        <w:shd w:fill="F8E8E8" w:val="clear"/>
      </w:pPr>
      <w:r>
        <w:rPr>
          <w:rFonts w:ascii="Calibri" w:hAnsi="Calibri" w:eastAsia="Calibri"/>
          <w:b w:val="0"/>
          <w:i w:val="0"/>
          <w:color w:val="A02828"/>
          <w:sz w:val="22"/>
        </w:rPr>
        <w:t>B. [WRONG] PPCI activation because trop is 9</w:t>
      </w:r>
    </w:p>
    <w:p>
      <w:pPr>
        <w:spacing w:before="0" w:after="20" w:line="259" w:lineRule="auto"/>
      </w:pPr>
      <w:r>
        <w:rPr>
          <w:rFonts w:ascii="Calibri" w:hAnsi="Calibri" w:eastAsia="Calibri"/>
          <w:b w:val="0"/>
          <w:i/>
          <w:color w:val="282828"/>
          <w:sz w:val="22"/>
        </w:rPr>
        <w:t>Bay: Demand ischaemia from 164. Treat the rate and the storm.</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Digoxin as the only rate-control in storm</w:t>
      </w:r>
    </w:p>
    <w:p>
      <w:pPr>
        <w:spacing w:before="0" w:after="20" w:line="259" w:lineRule="auto"/>
      </w:pPr>
      <w:r>
        <w:rPr>
          <w:rFonts w:ascii="Calibri" w:hAnsi="Calibri" w:eastAsia="Calibri"/>
          <w:b w:val="0"/>
          <w:i/>
          <w:color w:val="282828"/>
          <w:sz w:val="22"/>
        </w:rPr>
        <w:t>Bay: Poor against adrenergic drive. Beta-block first unless contraindicated.</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Unescorted CTPA</w:t>
      </w:r>
    </w:p>
    <w:p>
      <w:pPr>
        <w:spacing w:before="0" w:after="20" w:line="259" w:lineRule="auto"/>
      </w:pPr>
      <w:r>
        <w:rPr>
          <w:rFonts w:ascii="Calibri" w:hAnsi="Calibri" w:eastAsia="Calibri"/>
          <w:b w:val="0"/>
          <w:i/>
          <w:color w:val="282828"/>
          <w:sz w:val="22"/>
        </w:rPr>
        <w:t>Bay: She is 39.8 and 132. Treat first.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Stop carbimazole because WCC is 11.4</w:t>
      </w:r>
    </w:p>
    <w:p>
      <w:pPr>
        <w:spacing w:before="0" w:after="20" w:line="259" w:lineRule="auto"/>
      </w:pPr>
      <w:r>
        <w:rPr>
          <w:rFonts w:ascii="Calibri" w:hAnsi="Calibri" w:eastAsia="Calibri"/>
          <w:b w:val="0"/>
          <w:i/>
          <w:color w:val="282828"/>
          <w:sz w:val="22"/>
        </w:rPr>
        <w:t>Bay: 11.4 is not agranulocytosis. Do not stop the treatment of storm for a normal-ish WCC.</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Sister says she 'went off her tablets'.</w:t>
      </w:r>
    </w:p>
    <w:p>
      <w:pPr>
        <w:spacing w:before="120" w:after="20" w:line="259" w:lineRule="auto"/>
        <w:shd w:fill="E8F5EC" w:val="clear"/>
      </w:pPr>
      <w:r>
        <w:rPr>
          <w:rFonts w:ascii="Calibri" w:hAnsi="Calibri" w:eastAsia="Calibri"/>
          <w:b/>
          <w:i w:val="0"/>
          <w:color w:val="146E3C"/>
          <w:sz w:val="22"/>
        </w:rPr>
        <w:t>A. [CORRECT] When carbimazole stopped, pregnancy, eye disease, infection, last TFTs</w:t>
      </w:r>
    </w:p>
    <w:p>
      <w:pPr>
        <w:spacing w:before="0" w:after="20" w:line="259" w:lineRule="auto"/>
      </w:pPr>
      <w:r>
        <w:rPr>
          <w:rFonts w:ascii="Calibri" w:hAnsi="Calibri" w:eastAsia="Calibri"/>
          <w:b w:val="0"/>
          <w:i/>
          <w:color w:val="282828"/>
          <w:sz w:val="22"/>
        </w:rPr>
        <w:t>Bay: Stopped 10 days, not pregnant, a viral illness this week.</w:t>
      </w:r>
    </w:p>
    <w:p>
      <w:pPr>
        <w:spacing w:before="120" w:after="20" w:line="259" w:lineRule="auto"/>
        <w:shd w:fill="E8F5EC" w:val="clear"/>
      </w:pPr>
      <w:r>
        <w:rPr>
          <w:rFonts w:ascii="Calibri" w:hAnsi="Calibri" w:eastAsia="Calibri"/>
          <w:b/>
          <w:i w:val="0"/>
          <w:color w:val="146E3C"/>
          <w:sz w:val="22"/>
        </w:rPr>
        <w:t>B. [CORRECT] Asthma before you commit to propranolol</w:t>
      </w:r>
    </w:p>
    <w:p>
      <w:pPr>
        <w:spacing w:before="0" w:after="20" w:line="259" w:lineRule="auto"/>
      </w:pPr>
      <w:r>
        <w:rPr>
          <w:rFonts w:ascii="Calibri" w:hAnsi="Calibri" w:eastAsia="Calibri"/>
          <w:b w:val="0"/>
          <w:i/>
          <w:color w:val="282828"/>
          <w:sz w:val="22"/>
        </w:rPr>
        <w:t>Bay: No asthma. Propranolol is reasonable.</w:t>
      </w:r>
    </w:p>
    <w:p>
      <w:pPr>
        <w:spacing w:before="120" w:after="20" w:line="259" w:lineRule="auto"/>
        <w:shd w:fill="E8F5EC" w:val="clear"/>
      </w:pPr>
      <w:r>
        <w:rPr>
          <w:rFonts w:ascii="Calibri" w:hAnsi="Calibri" w:eastAsia="Calibri"/>
          <w:b/>
          <w:i w:val="0"/>
          <w:color w:val="146E3C"/>
          <w:sz w:val="22"/>
        </w:rPr>
        <w:t>C. [CORRECT] Heart failure symptoms — beta-block carefully if the ventricle is gone</w:t>
      </w:r>
    </w:p>
    <w:p>
      <w:pPr>
        <w:spacing w:before="0" w:after="20" w:line="259" w:lineRule="auto"/>
      </w:pPr>
      <w:r>
        <w:rPr>
          <w:rFonts w:ascii="Calibri" w:hAnsi="Calibri" w:eastAsia="Calibri"/>
          <w:b w:val="0"/>
          <w:i/>
          <w:color w:val="282828"/>
          <w:sz w:val="22"/>
        </w:rPr>
        <w:t>Bay: No oedema, no crackles.</w:t>
      </w:r>
    </w:p>
    <w:p>
      <w:pPr>
        <w:spacing w:before="120" w:after="20" w:line="259" w:lineRule="auto"/>
        <w:shd w:fill="F8E8E8" w:val="clear"/>
      </w:pPr>
      <w:r>
        <w:rPr>
          <w:rFonts w:ascii="Calibri" w:hAnsi="Calibri" w:eastAsia="Calibri"/>
          <w:b w:val="0"/>
          <w:i w:val="0"/>
          <w:color w:val="A02828"/>
          <w:sz w:val="22"/>
        </w:rPr>
        <w:t>D. [WRONG] Give iodine from a kitchen salt shaker while you wait for pharmacy</w:t>
      </w:r>
    </w:p>
    <w:p>
      <w:pPr>
        <w:spacing w:before="0" w:after="20" w:line="259" w:lineRule="auto"/>
      </w:pPr>
      <w:r>
        <w:rPr>
          <w:rFonts w:ascii="Calibri" w:hAnsi="Calibri" w:eastAsia="Calibri"/>
          <w:b w:val="0"/>
          <w:i/>
          <w:color w:val="282828"/>
          <w:sz w:val="22"/>
        </w:rPr>
        <w:t>Bay: Need a proper iodine preparation after blockade, not table salt.</w:t>
      </w:r>
    </w:p>
    <w:p>
      <w:pPr>
        <w:spacing w:before="120" w:after="20" w:line="259" w:lineRule="auto"/>
        <w:shd w:fill="F8E8E8" w:val="clear"/>
      </w:pPr>
      <w:r>
        <w:rPr>
          <w:rFonts w:ascii="Calibri" w:hAnsi="Calibri" w:eastAsia="Calibri"/>
          <w:b w:val="0"/>
          <w:i w:val="0"/>
          <w:color w:val="A02828"/>
          <w:sz w:val="22"/>
        </w:rPr>
        <w:t>E. [WRONG] Tell her to restart a half-tablet and go home</w:t>
      </w:r>
    </w:p>
    <w:p>
      <w:pPr>
        <w:spacing w:before="0" w:after="20" w:line="259" w:lineRule="auto"/>
      </w:pPr>
      <w:r>
        <w:rPr>
          <w:rFonts w:ascii="Calibri" w:hAnsi="Calibri" w:eastAsia="Calibri"/>
          <w:b w:val="0"/>
          <w:i/>
          <w:color w:val="282828"/>
          <w:sz w:val="22"/>
        </w:rPr>
        <w:t>Bay: This is storm, not a clinic DNA.</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Thyroid storm</w:t>
      </w:r>
    </w:p>
    <w:p>
      <w:pPr>
        <w:spacing w:before="0" w:after="20" w:line="259" w:lineRule="auto"/>
      </w:pPr>
      <w:r>
        <w:rPr>
          <w:rFonts w:ascii="Calibri" w:hAnsi="Calibri" w:eastAsia="Calibri"/>
          <w:b w:val="0"/>
          <w:i/>
          <w:color w:val="282828"/>
          <w:sz w:val="22"/>
        </w:rPr>
        <w:t>Bay: Fever, AF, CNS agitation, GI upset, known Graves' off treatment. Burch–Wartofsky territory.</w:t>
      </w:r>
    </w:p>
    <w:p>
      <w:pPr>
        <w:spacing w:before="120" w:after="20" w:line="259" w:lineRule="auto"/>
        <w:shd w:fill="F8E8E8" w:val="clear"/>
      </w:pPr>
      <w:r>
        <w:rPr>
          <w:rFonts w:ascii="Calibri" w:hAnsi="Calibri" w:eastAsia="Calibri"/>
          <w:b w:val="0"/>
          <w:i w:val="0"/>
          <w:color w:val="A02828"/>
          <w:sz w:val="22"/>
        </w:rPr>
        <w:t>B. [WRONG] Sepsis only, ignore the thyroid</w:t>
      </w:r>
    </w:p>
    <w:p>
      <w:pPr>
        <w:spacing w:before="0" w:after="20" w:line="259" w:lineRule="auto"/>
      </w:pPr>
      <w:r>
        <w:rPr>
          <w:rFonts w:ascii="Calibri" w:hAnsi="Calibri" w:eastAsia="Calibri"/>
          <w:b w:val="0"/>
          <w:i/>
          <w:color w:val="282828"/>
          <w:sz w:val="22"/>
        </w:rPr>
        <w:t>Bay: Treat both — but this is storm.</w:t>
      </w:r>
    </w:p>
    <w:p>
      <w:pPr>
        <w:spacing w:before="120" w:after="20" w:line="259" w:lineRule="auto"/>
        <w:shd w:fill="F8E8E8" w:val="clear"/>
      </w:pPr>
      <w:r>
        <w:rPr>
          <w:rFonts w:ascii="Calibri" w:hAnsi="Calibri" w:eastAsia="Calibri"/>
          <w:b w:val="0"/>
          <w:i w:val="0"/>
          <w:color w:val="A02828"/>
          <w:sz w:val="22"/>
        </w:rPr>
        <w:t>C. [WRONG] Primary AF with a viral illness and an incidental goitre</w:t>
      </w:r>
    </w:p>
    <w:p>
      <w:pPr>
        <w:spacing w:before="0" w:after="20" w:line="259" w:lineRule="auto"/>
      </w:pPr>
      <w:r>
        <w:rPr>
          <w:rFonts w:ascii="Calibri" w:hAnsi="Calibri" w:eastAsia="Calibri"/>
          <w:b w:val="0"/>
          <w:i/>
          <w:color w:val="282828"/>
          <w:sz w:val="22"/>
        </w:rPr>
        <w:t>Bay: 39.8, lid lag, stopped carbimazole.</w:t>
      </w:r>
    </w:p>
    <w:p>
      <w:pPr>
        <w:spacing w:before="120" w:after="20" w:line="259" w:lineRule="auto"/>
        <w:shd w:fill="F8E8E8" w:val="clear"/>
      </w:pPr>
      <w:r>
        <w:rPr>
          <w:rFonts w:ascii="Calibri" w:hAnsi="Calibri" w:eastAsia="Calibri"/>
          <w:b w:val="0"/>
          <w:i w:val="0"/>
          <w:color w:val="A02828"/>
          <w:sz w:val="22"/>
        </w:rPr>
        <w:t>D. [WRONG] Malignant hyperthermia</w:t>
      </w:r>
    </w:p>
    <w:p>
      <w:pPr>
        <w:spacing w:before="0" w:after="20" w:line="259" w:lineRule="auto"/>
      </w:pPr>
      <w:r>
        <w:rPr>
          <w:rFonts w:ascii="Calibri" w:hAnsi="Calibri" w:eastAsia="Calibri"/>
          <w:b w:val="0"/>
          <w:i/>
          <w:color w:val="282828"/>
          <w:sz w:val="22"/>
        </w:rPr>
        <w:t>Bay: No anaesthetic.</w:t>
      </w:r>
    </w:p>
    <w:p>
      <w:pPr>
        <w:spacing w:before="120" w:after="20" w:line="259" w:lineRule="auto"/>
        <w:shd w:fill="F8E8E8" w:val="clear"/>
      </w:pPr>
      <w:r>
        <w:rPr>
          <w:rFonts w:ascii="Calibri" w:hAnsi="Calibri" w:eastAsia="Calibri"/>
          <w:b w:val="0"/>
          <w:i w:val="0"/>
          <w:color w:val="A02828"/>
          <w:sz w:val="22"/>
        </w:rPr>
        <w:t>E. [WRONG] Serotonin syndrome</w:t>
      </w:r>
    </w:p>
    <w:p>
      <w:pPr>
        <w:spacing w:before="0" w:after="20" w:line="259" w:lineRule="auto"/>
      </w:pPr>
      <w:r>
        <w:rPr>
          <w:rFonts w:ascii="Calibri" w:hAnsi="Calibri" w:eastAsia="Calibri"/>
          <w:b w:val="0"/>
          <w:i/>
          <w:color w:val="282828"/>
          <w:sz w:val="22"/>
        </w:rPr>
        <w:t>Bay: No serotonergic list. She has Graves'.</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Still 39.2 after paracetamol. Rate 118 on propranolol.</w:t>
      </w:r>
    </w:p>
    <w:p>
      <w:pPr>
        <w:spacing w:before="120" w:after="20" w:line="259" w:lineRule="auto"/>
        <w:shd w:fill="E8F5EC" w:val="clear"/>
      </w:pPr>
      <w:r>
        <w:rPr>
          <w:rFonts w:ascii="Calibri" w:hAnsi="Calibri" w:eastAsia="Calibri"/>
          <w:b/>
          <w:i w:val="0"/>
          <w:color w:val="146E3C"/>
          <w:sz w:val="22"/>
        </w:rPr>
        <w:t>A. [CORRECT] Active cooling, fluids, continue the thyroid sequence, HDU</w:t>
      </w:r>
    </w:p>
    <w:p>
      <w:pPr>
        <w:spacing w:before="0" w:after="20" w:line="259" w:lineRule="auto"/>
      </w:pPr>
      <w:r>
        <w:rPr>
          <w:rFonts w:ascii="Calibri" w:hAnsi="Calibri" w:eastAsia="Calibri"/>
          <w:b w:val="0"/>
          <w:i/>
          <w:color w:val="282828"/>
          <w:sz w:val="22"/>
        </w:rPr>
        <w:t>Bay: Fan, fluids, not ice-water drowning. Endocrine HDU.</w:t>
      </w:r>
    </w:p>
    <w:p>
      <w:pPr>
        <w:spacing w:before="0" w:after="40" w:line="259" w:lineRule="auto"/>
      </w:pPr>
      <w:r>
        <w:rPr>
          <w:rFonts w:ascii="Calibri" w:hAnsi="Calibri" w:eastAsia="Calibri"/>
          <w:b w:val="0"/>
          <w:i/>
          <w:color w:val="5A4614"/>
          <w:sz w:val="20"/>
        </w:rPr>
        <w:t>Reaction: temp -0.6</w:t>
      </w:r>
    </w:p>
    <w:p>
      <w:pPr>
        <w:spacing w:before="80" w:after="40" w:line="259" w:lineRule="auto"/>
      </w:pPr>
      <w:r>
        <w:rPr>
          <w:rFonts w:ascii="Calibri" w:hAnsi="Calibri" w:eastAsia="Calibri"/>
          <w:b/>
          <w:i w:val="0"/>
          <w:color w:val="46326E"/>
          <w:sz w:val="22"/>
        </w:rPr>
        <w:t xml:space="preserve">    Follow-up: What not to give to cool?</w:t>
      </w:r>
    </w:p>
    <w:p>
      <w:pPr>
        <w:spacing w:before="120" w:after="20" w:line="259" w:lineRule="auto"/>
        <w:shd w:fill="E8F5EC" w:val="clear"/>
      </w:pPr>
      <w:r>
        <w:rPr>
          <w:rFonts w:ascii="Calibri" w:hAnsi="Calibri" w:eastAsia="Calibri"/>
          <w:b/>
          <w:i w:val="0"/>
          <w:color w:val="146E3C"/>
          <w:sz w:val="22"/>
        </w:rPr>
        <w:t xml:space="preserve">    A. [CORRECT] Avoid high-dose aspirin; use paracetamol and physical cooling</w:t>
      </w:r>
    </w:p>
    <w:p>
      <w:pPr>
        <w:spacing w:before="0" w:after="20" w:line="259" w:lineRule="auto"/>
      </w:pPr>
      <w:r>
        <w:rPr>
          <w:rFonts w:ascii="Calibri" w:hAnsi="Calibri" w:eastAsia="Calibri"/>
          <w:b w:val="0"/>
          <w:i/>
          <w:color w:val="282828"/>
          <w:sz w:val="22"/>
        </w:rPr>
        <w:t xml:space="preserve">       Bay: Aspirin displaces T4.</w:t>
      </w:r>
    </w:p>
    <w:p>
      <w:pPr>
        <w:spacing w:before="120" w:after="20" w:line="259" w:lineRule="auto"/>
        <w:shd w:fill="F8E8E8" w:val="clear"/>
      </w:pPr>
      <w:r>
        <w:rPr>
          <w:rFonts w:ascii="Calibri" w:hAnsi="Calibri" w:eastAsia="Calibri"/>
          <w:b w:val="0"/>
          <w:i w:val="0"/>
          <w:color w:val="A02828"/>
          <w:sz w:val="22"/>
        </w:rPr>
        <w:t xml:space="preserve">    B. [WRONG] Dantrolene as first-line for every fever in Graves'</w:t>
      </w:r>
    </w:p>
    <w:p>
      <w:pPr>
        <w:spacing w:before="0" w:after="20" w:line="259" w:lineRule="auto"/>
      </w:pPr>
      <w:r>
        <w:rPr>
          <w:rFonts w:ascii="Calibri" w:hAnsi="Calibri" w:eastAsia="Calibri"/>
          <w:b w:val="0"/>
          <w:i/>
          <w:color w:val="282828"/>
          <w:sz w:val="22"/>
        </w:rPr>
        <w:t xml:space="preserve">       Bay: Not MH.</w:t>
      </w:r>
    </w:p>
    <w:p>
      <w:pPr>
        <w:spacing w:before="120" w:after="20" w:line="259" w:lineRule="auto"/>
        <w:shd w:fill="F8E8E8" w:val="clear"/>
      </w:pPr>
      <w:r>
        <w:rPr>
          <w:rFonts w:ascii="Calibri" w:hAnsi="Calibri" w:eastAsia="Calibri"/>
          <w:b w:val="0"/>
          <w:i w:val="0"/>
          <w:color w:val="A02828"/>
          <w:sz w:val="22"/>
        </w:rPr>
        <w:t xml:space="preserve">    C. [WRONG] Force a cold water immersion in resus without monitoring</w:t>
      </w:r>
    </w:p>
    <w:p>
      <w:pPr>
        <w:spacing w:before="0" w:after="20" w:line="259" w:lineRule="auto"/>
      </w:pPr>
      <w:r>
        <w:rPr>
          <w:rFonts w:ascii="Calibri" w:hAnsi="Calibri" w:eastAsia="Calibri"/>
          <w:b w:val="0"/>
          <w:i/>
          <w:color w:val="282828"/>
          <w:sz w:val="22"/>
        </w:rPr>
        <w:t xml:space="preserve">       Bay: Dangerous chaos.</w:t>
      </w:r>
    </w:p>
    <w:p>
      <w:pPr>
        <w:spacing w:before="120" w:after="20" w:line="259" w:lineRule="auto"/>
        <w:shd w:fill="F8E8E8" w:val="clear"/>
      </w:pPr>
      <w:r>
        <w:rPr>
          <w:rFonts w:ascii="Calibri" w:hAnsi="Calibri" w:eastAsia="Calibri"/>
          <w:b w:val="0"/>
          <w:i w:val="0"/>
          <w:color w:val="A02828"/>
          <w:sz w:val="22"/>
        </w:rPr>
        <w:t xml:space="preserve">    D. [WRONG] Stop propranolol because temperature is the only target</w:t>
      </w:r>
    </w:p>
    <w:p>
      <w:pPr>
        <w:spacing w:before="0" w:after="20" w:line="259" w:lineRule="auto"/>
      </w:pPr>
      <w:r>
        <w:rPr>
          <w:rFonts w:ascii="Calibri" w:hAnsi="Calibri" w:eastAsia="Calibri"/>
          <w:b w:val="0"/>
          <w:i/>
          <w:color w:val="282828"/>
          <w:sz w:val="22"/>
        </w:rPr>
        <w:t xml:space="preserve">       Bay: Keep the beta-block.</w:t>
      </w:r>
    </w:p>
    <w:p>
      <w:pPr>
        <w:spacing w:before="120" w:after="20" w:line="259" w:lineRule="auto"/>
        <w:shd w:fill="F8E8E8" w:val="clear"/>
      </w:pPr>
      <w:r>
        <w:rPr>
          <w:rFonts w:ascii="Calibri" w:hAnsi="Calibri" w:eastAsia="Calibri"/>
          <w:b w:val="0"/>
          <w:i w:val="0"/>
          <w:color w:val="A02828"/>
          <w:sz w:val="22"/>
        </w:rPr>
        <w:t xml:space="preserve">    E. [WRONG] Induce shivering with ice packs in the axillae and leave</w:t>
      </w:r>
    </w:p>
    <w:p>
      <w:pPr>
        <w:spacing w:before="0" w:after="20" w:line="259" w:lineRule="auto"/>
      </w:pPr>
      <w:r>
        <w:rPr>
          <w:rFonts w:ascii="Calibri" w:hAnsi="Calibri" w:eastAsia="Calibri"/>
          <w:b w:val="0"/>
          <w:i/>
          <w:color w:val="282828"/>
          <w:sz w:val="22"/>
        </w:rPr>
        <w:t xml:space="preserve">       Bay: Shivering raises temperature.</w:t>
      </w:r>
    </w:p>
    <w:p>
      <w:pPr>
        <w:spacing w:before="120" w:after="20" w:line="259" w:lineRule="auto"/>
        <w:shd w:fill="F8E8E8" w:val="clear"/>
      </w:pPr>
      <w:r>
        <w:rPr>
          <w:rFonts w:ascii="Calibri" w:hAnsi="Calibri" w:eastAsia="Calibri"/>
          <w:b w:val="0"/>
          <w:i w:val="0"/>
          <w:color w:val="A02828"/>
          <w:sz w:val="22"/>
        </w:rPr>
        <w:t>B. [WRONG] Emergency total thyroidectomy tonight from ED</w:t>
      </w:r>
    </w:p>
    <w:p>
      <w:pPr>
        <w:spacing w:before="0" w:after="20" w:line="259" w:lineRule="auto"/>
      </w:pPr>
      <w:r>
        <w:rPr>
          <w:rFonts w:ascii="Calibri" w:hAnsi="Calibri" w:eastAsia="Calibri"/>
          <w:b w:val="0"/>
          <w:i/>
          <w:color w:val="282828"/>
          <w:sz w:val="22"/>
        </w:rPr>
        <w:t>Bay: After medical control, in a specialist centre, not from here.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Radioiodine in the morning as the storm treatment</w:t>
      </w:r>
    </w:p>
    <w:p>
      <w:pPr>
        <w:spacing w:before="0" w:after="20" w:line="259" w:lineRule="auto"/>
      </w:pPr>
      <w:r>
        <w:rPr>
          <w:rFonts w:ascii="Calibri" w:hAnsi="Calibri" w:eastAsia="Calibri"/>
          <w:b w:val="0"/>
          <w:i/>
          <w:color w:val="282828"/>
          <w:sz w:val="22"/>
        </w:rPr>
        <w:t>Bay: Can worsen storm.</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T3 infusion to 'catch up'</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Discharge when the rate is 118</w:t>
      </w:r>
    </w:p>
    <w:p>
      <w:pPr>
        <w:spacing w:before="0" w:after="20" w:line="259" w:lineRule="auto"/>
      </w:pPr>
      <w:r>
        <w:rPr>
          <w:rFonts w:ascii="Calibri" w:hAnsi="Calibri" w:eastAsia="Calibri"/>
          <w:b w:val="0"/>
          <w:i/>
          <w:color w:val="282828"/>
          <w:sz w:val="22"/>
        </w:rPr>
        <w:t>Bay: Still storm.</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Bed offer.</w:t>
      </w:r>
    </w:p>
    <w:p>
      <w:pPr>
        <w:spacing w:before="120" w:after="20" w:line="259" w:lineRule="auto"/>
        <w:shd w:fill="E8F5EC" w:val="clear"/>
      </w:pPr>
      <w:r>
        <w:rPr>
          <w:rFonts w:ascii="Calibri" w:hAnsi="Calibri" w:eastAsia="Calibri"/>
          <w:b/>
          <w:i w:val="0"/>
          <w:color w:val="146E3C"/>
          <w:sz w:val="22"/>
        </w:rPr>
        <w:t>A. [CORRECT] HDU / ICU with endocrine</w:t>
      </w:r>
    </w:p>
    <w:p>
      <w:pPr>
        <w:spacing w:before="0" w:after="20" w:line="259" w:lineRule="auto"/>
      </w:pPr>
      <w:r>
        <w:rPr>
          <w:rFonts w:ascii="Calibri" w:hAnsi="Calibri" w:eastAsia="Calibri"/>
          <w:b w:val="0"/>
          <w:i/>
          <w:color w:val="282828"/>
          <w:sz w:val="22"/>
        </w:rPr>
        <w:t>Bay: Storm is not a GP follow-up.</w:t>
      </w:r>
    </w:p>
    <w:p>
      <w:pPr>
        <w:spacing w:before="120" w:after="20" w:line="259" w:lineRule="auto"/>
        <w:shd w:fill="F8E8E8" w:val="clear"/>
      </w:pPr>
      <w:r>
        <w:rPr>
          <w:rFonts w:ascii="Calibri" w:hAnsi="Calibri" w:eastAsia="Calibri"/>
          <w:b w:val="0"/>
          <w:i w:val="0"/>
          <w:color w:val="A02828"/>
          <w:sz w:val="22"/>
        </w:rPr>
        <w:t>B. [WRONG] Home with carbimazole and a clinic in 8 weeks</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C. [WRONG] AMU unmonitored cubicle</w:t>
      </w:r>
    </w:p>
    <w:p>
      <w:pPr>
        <w:spacing w:before="0" w:after="20" w:line="259" w:lineRule="auto"/>
      </w:pPr>
      <w:r>
        <w:rPr>
          <w:rFonts w:ascii="Calibri" w:hAnsi="Calibri" w:eastAsia="Calibri"/>
          <w:b w:val="0"/>
          <w:i/>
          <w:color w:val="282828"/>
          <w:sz w:val="22"/>
        </w:rPr>
        <w:t>Bay: AF 118 and 39 degrees needs a monitor.</w:t>
      </w:r>
    </w:p>
    <w:p>
      <w:pPr>
        <w:spacing w:before="120" w:after="20" w:line="259" w:lineRule="auto"/>
        <w:shd w:fill="F8E8E8" w:val="clear"/>
      </w:pPr>
      <w:r>
        <w:rPr>
          <w:rFonts w:ascii="Calibri" w:hAnsi="Calibri" w:eastAsia="Calibri"/>
          <w:b w:val="0"/>
          <w:i w:val="0"/>
          <w:color w:val="A02828"/>
          <w:sz w:val="22"/>
        </w:rPr>
        <w:t>D. [WRONG] Psych for agitation</w:t>
      </w:r>
    </w:p>
    <w:p>
      <w:pPr>
        <w:spacing w:before="0" w:after="20" w:line="259" w:lineRule="auto"/>
      </w:pPr>
      <w:r>
        <w:rPr>
          <w:rFonts w:ascii="Calibri" w:hAnsi="Calibri" w:eastAsia="Calibri"/>
          <w:b w:val="0"/>
          <w:i/>
          <w:color w:val="282828"/>
          <w:sz w:val="22"/>
        </w:rPr>
        <w:t>Bay: Treat the thyroid.</w:t>
      </w:r>
    </w:p>
    <w:p>
      <w:pPr>
        <w:spacing w:before="120" w:after="20" w:line="259" w:lineRule="auto"/>
        <w:shd w:fill="F8E8E8" w:val="clear"/>
      </w:pPr>
      <w:r>
        <w:rPr>
          <w:rFonts w:ascii="Calibri" w:hAnsi="Calibri" w:eastAsia="Calibri"/>
          <w:b w:val="0"/>
          <w:i w:val="0"/>
          <w:color w:val="A02828"/>
          <w:sz w:val="22"/>
        </w:rPr>
        <w:t>E. [WRONG] CCU for PPCI</w:t>
      </w:r>
    </w:p>
    <w:p>
      <w:pPr>
        <w:spacing w:before="0" w:after="20" w:line="259" w:lineRule="auto"/>
      </w:pPr>
      <w:r>
        <w:rPr>
          <w:rFonts w:ascii="Calibri" w:hAnsi="Calibri" w:eastAsia="Calibri"/>
          <w:b w:val="0"/>
          <w:i/>
          <w:color w:val="282828"/>
          <w:sz w:val="22"/>
        </w:rPr>
        <w:t>Bay: Wrong.</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HDU.</w:t>
      </w:r>
    </w:p>
    <w:p>
      <w:pPr>
        <w:spacing w:before="120" w:after="20" w:line="259" w:lineRule="auto"/>
        <w:shd w:fill="E8F5EC" w:val="clear"/>
      </w:pPr>
      <w:r>
        <w:rPr>
          <w:rFonts w:ascii="Calibri" w:hAnsi="Calibri" w:eastAsia="Calibri"/>
          <w:b/>
          <w:i w:val="0"/>
          <w:color w:val="146E3C"/>
          <w:sz w:val="22"/>
        </w:rPr>
        <w:t>A. [CORRECT] Times of propranolol, thionamide, when iodine is due, steroid, cultures</w:t>
      </w:r>
    </w:p>
    <w:p>
      <w:pPr>
        <w:spacing w:before="0" w:after="20" w:line="259" w:lineRule="auto"/>
      </w:pPr>
      <w:r>
        <w:rPr>
          <w:rFonts w:ascii="Calibri" w:hAnsi="Calibri" w:eastAsia="Calibri"/>
          <w:b w:val="0"/>
          <w:i/>
          <w:color w:val="282828"/>
          <w:sz w:val="22"/>
        </w:rPr>
        <w:t>Bay: The order is the handover.</w:t>
      </w:r>
    </w:p>
    <w:p>
      <w:pPr>
        <w:spacing w:before="80" w:after="40" w:line="259" w:lineRule="auto"/>
      </w:pPr>
      <w:r>
        <w:rPr>
          <w:rFonts w:ascii="Calibri" w:hAnsi="Calibri" w:eastAsia="Calibri"/>
          <w:b/>
          <w:i w:val="0"/>
          <w:color w:val="46326E"/>
          <w:sz w:val="22"/>
        </w:rPr>
        <w:t xml:space="preserve">    Follow-up: When iodine?</w:t>
      </w:r>
    </w:p>
    <w:p>
      <w:pPr>
        <w:spacing w:before="120" w:after="20" w:line="259" w:lineRule="auto"/>
        <w:shd w:fill="E8F5EC" w:val="clear"/>
      </w:pPr>
      <w:r>
        <w:rPr>
          <w:rFonts w:ascii="Calibri" w:hAnsi="Calibri" w:eastAsia="Calibri"/>
          <w:b/>
          <w:i w:val="0"/>
          <w:color w:val="146E3C"/>
          <w:sz w:val="22"/>
        </w:rPr>
        <w:t xml:space="preserve">    A. [CORRECT] At least an hour after the thionamide</w:t>
      </w:r>
    </w:p>
    <w:p>
      <w:pPr>
        <w:spacing w:before="0" w:after="20" w:line="259" w:lineRule="auto"/>
      </w:pPr>
      <w:r>
        <w:rPr>
          <w:rFonts w:ascii="Calibri" w:hAnsi="Calibri" w:eastAsia="Calibri"/>
          <w:b w:val="0"/>
          <w:i/>
          <w:color w:val="282828"/>
          <w:sz w:val="22"/>
        </w:rPr>
        <w:t xml:space="preserve">       Bay: Block synthesis, then block release.</w:t>
      </w:r>
    </w:p>
    <w:p>
      <w:pPr>
        <w:spacing w:before="120" w:after="20" w:line="259" w:lineRule="auto"/>
        <w:shd w:fill="F8E8E8" w:val="clear"/>
      </w:pPr>
      <w:r>
        <w:rPr>
          <w:rFonts w:ascii="Calibri" w:hAnsi="Calibri" w:eastAsia="Calibri"/>
          <w:b w:val="0"/>
          <w:i w:val="0"/>
          <w:color w:val="A02828"/>
          <w:sz w:val="22"/>
        </w:rPr>
        <w:t xml:space="preserve">    B. [WRONG] With the first propranolol, before carbimazole</w:t>
      </w:r>
    </w:p>
    <w:p>
      <w:pPr>
        <w:spacing w:before="0" w:after="20" w:line="259" w:lineRule="auto"/>
      </w:pPr>
      <w:r>
        <w:rPr>
          <w:rFonts w:ascii="Calibri" w:hAnsi="Calibri" w:eastAsia="Calibri"/>
          <w:b w:val="0"/>
          <w:i/>
          <w:color w:val="282828"/>
          <w:sz w:val="22"/>
        </w:rPr>
        <w:t xml:space="preserve">       Bay: Wrong order.</w:t>
      </w:r>
    </w:p>
    <w:p>
      <w:pPr>
        <w:spacing w:before="120" w:after="20" w:line="259" w:lineRule="auto"/>
        <w:shd w:fill="F8E8E8" w:val="clear"/>
      </w:pPr>
      <w:r>
        <w:rPr>
          <w:rFonts w:ascii="Calibri" w:hAnsi="Calibri" w:eastAsia="Calibri"/>
          <w:b w:val="0"/>
          <w:i w:val="0"/>
          <w:color w:val="A02828"/>
          <w:sz w:val="22"/>
        </w:rPr>
        <w:t xml:space="preserve">    C. [WRONG] Never in Graves'</w:t>
      </w:r>
    </w:p>
    <w:p>
      <w:pPr>
        <w:spacing w:before="0" w:after="20" w:line="259" w:lineRule="auto"/>
      </w:pPr>
      <w:r>
        <w:rPr>
          <w:rFonts w:ascii="Calibri" w:hAnsi="Calibri" w:eastAsia="Calibri"/>
          <w:b w:val="0"/>
          <w:i/>
          <w:color w:val="282828"/>
          <w:sz w:val="22"/>
        </w:rPr>
        <w:t xml:space="preserve">       Bay: It is used in storm, after blockade.</w:t>
      </w:r>
    </w:p>
    <w:p>
      <w:pPr>
        <w:spacing w:before="120" w:after="20" w:line="259" w:lineRule="auto"/>
        <w:shd w:fill="F8E8E8" w:val="clear"/>
      </w:pPr>
      <w:r>
        <w:rPr>
          <w:rFonts w:ascii="Calibri" w:hAnsi="Calibri" w:eastAsia="Calibri"/>
          <w:b w:val="0"/>
          <w:i w:val="0"/>
          <w:color w:val="A02828"/>
          <w:sz w:val="22"/>
        </w:rPr>
        <w:t xml:space="preserve">    D. [WRONG] Instead of steroid</w:t>
      </w:r>
    </w:p>
    <w:p>
      <w:pPr>
        <w:spacing w:before="0" w:after="20" w:line="259" w:lineRule="auto"/>
      </w:pPr>
      <w:r>
        <w:rPr>
          <w:rFonts w:ascii="Calibri" w:hAnsi="Calibri" w:eastAsia="Calibri"/>
          <w:b w:val="0"/>
          <w:i/>
          <w:color w:val="282828"/>
          <w:sz w:val="22"/>
        </w:rPr>
        <w:t xml:space="preserve">       Bay: Give both.</w:t>
      </w:r>
    </w:p>
    <w:p>
      <w:pPr>
        <w:spacing w:before="120" w:after="20" w:line="259" w:lineRule="auto"/>
        <w:shd w:fill="F8E8E8" w:val="clear"/>
      </w:pPr>
      <w:r>
        <w:rPr>
          <w:rFonts w:ascii="Calibri" w:hAnsi="Calibri" w:eastAsia="Calibri"/>
          <w:b w:val="0"/>
          <w:i w:val="0"/>
          <w:color w:val="A02828"/>
          <w:sz w:val="22"/>
        </w:rPr>
        <w:t xml:space="preserve">    E. [WRONG] Tomorrow if she is still febrile</w:t>
      </w:r>
    </w:p>
    <w:p>
      <w:pPr>
        <w:spacing w:before="0" w:after="20" w:line="259" w:lineRule="auto"/>
      </w:pPr>
      <w:r>
        <w:rPr>
          <w:rFonts w:ascii="Calibri" w:hAnsi="Calibri" w:eastAsia="Calibri"/>
          <w:b w:val="0"/>
          <w:i/>
          <w:color w:val="282828"/>
          <w:sz w:val="22"/>
        </w:rPr>
        <w:t xml:space="preserve">       Bay: Timed, not optional folklore.</w:t>
      </w:r>
    </w:p>
    <w:p>
      <w:pPr>
        <w:spacing w:before="120" w:after="20" w:line="259" w:lineRule="auto"/>
        <w:shd w:fill="F8E8E8" w:val="clear"/>
      </w:pPr>
      <w:r>
        <w:rPr>
          <w:rFonts w:ascii="Calibri" w:hAnsi="Calibri" w:eastAsia="Calibri"/>
          <w:b w:val="0"/>
          <w:i w:val="0"/>
          <w:color w:val="A02828"/>
          <w:sz w:val="22"/>
        </w:rPr>
        <w:t>B. [WRONG] Give amiodarone for transfer 'just in case AF'</w:t>
      </w:r>
    </w:p>
    <w:p>
      <w:pPr>
        <w:spacing w:before="0" w:after="20" w:line="259" w:lineRule="auto"/>
      </w:pPr>
      <w:r>
        <w:rPr>
          <w:rFonts w:ascii="Calibri" w:hAnsi="Calibri" w:eastAsia="Calibri"/>
          <w:b w:val="0"/>
          <w:i/>
          <w:color w:val="282828"/>
          <w:sz w:val="22"/>
        </w:rPr>
        <w:t>Bay: Iodine load.</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Stop cooling because she is 'only 39.2'</w:t>
      </w:r>
    </w:p>
    <w:p>
      <w:pPr>
        <w:spacing w:before="0" w:after="20" w:line="259" w:lineRule="auto"/>
      </w:pPr>
      <w:r>
        <w:rPr>
          <w:rFonts w:ascii="Calibri" w:hAnsi="Calibri" w:eastAsia="Calibri"/>
          <w:b w:val="0"/>
          <w:i/>
          <w:color w:val="282828"/>
          <w:sz w:val="22"/>
        </w:rPr>
        <w:t>Bay: Keep going.</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Aspirin 1 g PR</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Unescorted walk to the ward to 'prove she is well'</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Endocrine later. Free T4 is off the scale.</w:t>
      </w:r>
    </w:p>
    <w:p>
      <w:pPr>
        <w:spacing w:before="120" w:after="20" w:line="259" w:lineRule="auto"/>
        <w:shd w:fill="E8F5EC" w:val="clear"/>
      </w:pPr>
      <w:r>
        <w:rPr>
          <w:rFonts w:ascii="Calibri" w:hAnsi="Calibri" w:eastAsia="Calibri"/>
          <w:b/>
          <w:i w:val="0"/>
          <w:color w:val="146E3C"/>
          <w:sz w:val="22"/>
        </w:rPr>
        <w:t>A. [CORRECT] Thyroid storm (Graves', treatment interruption)</w:t>
      </w:r>
    </w:p>
    <w:p>
      <w:pPr>
        <w:spacing w:before="0" w:after="20" w:line="259" w:lineRule="auto"/>
      </w:pPr>
      <w:r>
        <w:rPr>
          <w:rFonts w:ascii="Calibri" w:hAnsi="Calibri" w:eastAsia="Calibri"/>
          <w:b w:val="0"/>
          <w:i/>
          <w:color w:val="282828"/>
          <w:sz w:val="22"/>
        </w:rPr>
        <w:t>Bay: That is the diagnosis.</w:t>
      </w:r>
    </w:p>
    <w:p>
      <w:pPr>
        <w:spacing w:before="120" w:after="20" w:line="259" w:lineRule="auto"/>
        <w:shd w:fill="F8E8E8" w:val="clear"/>
      </w:pPr>
      <w:r>
        <w:rPr>
          <w:rFonts w:ascii="Calibri" w:hAnsi="Calibri" w:eastAsia="Calibri"/>
          <w:b w:val="0"/>
          <w:i w:val="0"/>
          <w:color w:val="A02828"/>
          <w:sz w:val="22"/>
        </w:rPr>
        <w:t>B. [WRONG] Simple thyrotoxicosis without storm</w:t>
      </w:r>
    </w:p>
    <w:p>
      <w:pPr>
        <w:spacing w:before="0" w:after="20" w:line="259" w:lineRule="auto"/>
      </w:pPr>
      <w:r>
        <w:rPr>
          <w:rFonts w:ascii="Calibri" w:hAnsi="Calibri" w:eastAsia="Calibri"/>
          <w:b w:val="0"/>
          <w:i/>
          <w:color w:val="282828"/>
          <w:sz w:val="22"/>
        </w:rPr>
        <w:t>Bay: Fever, AF, CNS, GI — that is storm.</w:t>
      </w:r>
    </w:p>
    <w:p>
      <w:pPr>
        <w:spacing w:before="120" w:after="20" w:line="259" w:lineRule="auto"/>
        <w:shd w:fill="F8E8E8" w:val="clear"/>
      </w:pPr>
      <w:r>
        <w:rPr>
          <w:rFonts w:ascii="Calibri" w:hAnsi="Calibri" w:eastAsia="Calibri"/>
          <w:b w:val="0"/>
          <w:i w:val="0"/>
          <w:color w:val="A02828"/>
          <w:sz w:val="22"/>
        </w:rPr>
        <w:t>C. [WRONG] Phaeochromocytoma as the lead</w:t>
      </w:r>
    </w:p>
    <w:p>
      <w:pPr>
        <w:spacing w:before="0" w:after="20" w:line="259" w:lineRule="auto"/>
      </w:pPr>
      <w:r>
        <w:rPr>
          <w:rFonts w:ascii="Calibri" w:hAnsi="Calibri" w:eastAsia="Calibri"/>
          <w:b w:val="0"/>
          <w:i/>
          <w:color w:val="282828"/>
          <w:sz w:val="22"/>
        </w:rPr>
        <w:t>Bay: She has Graves' and a goitre.</w:t>
      </w:r>
    </w:p>
    <w:p>
      <w:pPr>
        <w:spacing w:before="120" w:after="20" w:line="259" w:lineRule="auto"/>
        <w:shd w:fill="F8E8E8" w:val="clear"/>
      </w:pPr>
      <w:r>
        <w:rPr>
          <w:rFonts w:ascii="Calibri" w:hAnsi="Calibri" w:eastAsia="Calibri"/>
          <w:b w:val="0"/>
          <w:i w:val="0"/>
          <w:color w:val="A02828"/>
          <w:sz w:val="22"/>
        </w:rPr>
        <w:t>D. [WRONG] NMS</w:t>
      </w:r>
    </w:p>
    <w:p>
      <w:pPr>
        <w:spacing w:before="0" w:after="20" w:line="259" w:lineRule="auto"/>
      </w:pPr>
      <w:r>
        <w:rPr>
          <w:rFonts w:ascii="Calibri" w:hAnsi="Calibri" w:eastAsia="Calibri"/>
          <w:b w:val="0"/>
          <w:i/>
          <w:color w:val="282828"/>
          <w:sz w:val="22"/>
        </w:rPr>
        <w:t>Bay: No antipsychotic.</w:t>
      </w:r>
    </w:p>
    <w:p>
      <w:pPr>
        <w:spacing w:before="120" w:after="20" w:line="259" w:lineRule="auto"/>
        <w:shd w:fill="F8E8E8" w:val="clear"/>
      </w:pPr>
      <w:r>
        <w:rPr>
          <w:rFonts w:ascii="Calibri" w:hAnsi="Calibri" w:eastAsia="Calibri"/>
          <w:b w:val="0"/>
          <w:i w:val="0"/>
          <w:color w:val="A02828"/>
          <w:sz w:val="22"/>
        </w:rPr>
        <w:t>E. [WRONG] PE as the only diagnosis</w:t>
      </w:r>
    </w:p>
    <w:p>
      <w:pPr>
        <w:spacing w:before="0" w:after="20" w:line="259" w:lineRule="auto"/>
      </w:pPr>
      <w:r>
        <w:rPr>
          <w:rFonts w:ascii="Calibri" w:hAnsi="Calibri" w:eastAsia="Calibri"/>
          <w:b w:val="0"/>
          <w:i/>
          <w:color w:val="282828"/>
          <w:sz w:val="22"/>
        </w:rPr>
        <w:t>Bay: Treat storm first.</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Thyroid storm</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Graves', stopped carbimazole, fever 39.8, agitation, diarrhoea</w:t>
      </w:r>
    </w:p>
    <w:p>
      <w:pPr>
        <w:spacing w:before="0" w:after="40" w:line="259" w:lineRule="auto"/>
      </w:pPr>
      <w:r>
        <w:rPr>
          <w:rFonts w:ascii="Calibri" w:hAnsi="Calibri" w:eastAsia="Calibri"/>
          <w:b w:val="0"/>
          <w:i w:val="0"/>
          <w:sz w:val="22"/>
        </w:rPr>
        <w:t>• New AF 164</w:t>
      </w:r>
    </w:p>
    <w:p>
      <w:pPr>
        <w:spacing w:before="0" w:after="40" w:line="259" w:lineRule="auto"/>
      </w:pPr>
      <w:r>
        <w:rPr>
          <w:rFonts w:ascii="Calibri" w:hAnsi="Calibri" w:eastAsia="Calibri"/>
          <w:b w:val="0"/>
          <w:i w:val="0"/>
          <w:sz w:val="22"/>
        </w:rPr>
        <w:t>• Lid lag, goitre</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TFTs (do not wait to treat), ABG, cultures, 12-lead, CXR</w:t>
      </w:r>
    </w:p>
    <w:p>
      <w:pPr>
        <w:spacing w:before="0" w:after="40" w:line="259" w:lineRule="auto"/>
      </w:pPr>
      <w:r>
        <w:rPr>
          <w:rFonts w:ascii="Calibri" w:hAnsi="Calibri" w:eastAsia="Calibri"/>
          <w:b w:val="0"/>
          <w:i w:val="0"/>
          <w:sz w:val="22"/>
        </w:rPr>
        <w:t>• βhCG, glucose, U&amp;E</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Supportive: cool, fluids, paracetamol (not high-dose aspirin)</w:t>
      </w:r>
    </w:p>
    <w:p>
      <w:pPr>
        <w:spacing w:before="0" w:after="40" w:line="259" w:lineRule="auto"/>
      </w:pPr>
      <w:r>
        <w:rPr>
          <w:rFonts w:ascii="Calibri" w:hAnsi="Calibri" w:eastAsia="Calibri"/>
          <w:b w:val="0"/>
          <w:i w:val="0"/>
          <w:sz w:val="22"/>
        </w:rPr>
        <w:t>• Propranolol; thionamide then iodine ≥1 h later; hydrocortisone</w:t>
      </w:r>
    </w:p>
    <w:p>
      <w:pPr>
        <w:spacing w:before="0" w:after="40" w:line="259" w:lineRule="auto"/>
      </w:pPr>
      <w:r>
        <w:rPr>
          <w:rFonts w:ascii="Calibri" w:hAnsi="Calibri" w:eastAsia="Calibri"/>
          <w:b w:val="0"/>
          <w:i w:val="0"/>
          <w:sz w:val="22"/>
        </w:rPr>
        <w:t>• Treat the precipitant; HDU</w:t>
      </w:r>
    </w:p>
    <w:p>
      <w:pPr>
        <w:spacing w:before="0" w:after="40" w:line="259" w:lineRule="auto"/>
      </w:pPr>
      <w:r>
        <w:rPr>
          <w:rFonts w:ascii="Calibri" w:hAnsi="Calibri" w:eastAsia="Calibri"/>
          <w:b w:val="0"/>
          <w:i w:val="0"/>
          <w:sz w:val="22"/>
        </w:rPr>
        <w:t>• Do not cardiovert first — the AF will return</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Society for Endocrinology thyroid storm</w:t>
      </w:r>
    </w:p>
    <w:p>
      <w:pPr>
        <w:spacing w:before="0" w:after="40" w:line="259" w:lineRule="auto"/>
      </w:pPr>
      <w:r>
        <w:rPr>
          <w:rFonts w:ascii="Calibri" w:hAnsi="Calibri" w:eastAsia="Calibri"/>
          <w:b w:val="0"/>
          <w:i w:val="0"/>
          <w:sz w:val="22"/>
        </w:rPr>
        <w:t>• ATA / BTA thyrotoxicosis</w:t>
      </w:r>
    </w:p>
    <w:p>
      <w:pPr>
        <w:spacing w:before="0" w:after="40" w:line="259" w:lineRule="auto"/>
      </w:pPr>
      <w:r>
        <w:rPr>
          <w:rFonts w:ascii="Calibri" w:hAnsi="Calibri" w:eastAsia="Calibri"/>
          <w:b w:val="0"/>
          <w:i w:val="0"/>
          <w:sz w:val="22"/>
        </w:rPr>
        <w:t>• RCEM endocrine emergencies</w:t>
      </w:r>
    </w:p>
    <w:p>
      <w:r>
        <w:br w:type="page"/>
      </w:r>
    </w:p>
    <w:p>
      <w:pPr>
        <w:spacing w:before="120" w:after="160" w:line="259" w:lineRule="auto"/>
      </w:pPr>
      <w:r>
        <w:rPr>
          <w:rFonts w:ascii="Calibri" w:hAnsi="Calibri" w:eastAsia="Calibri"/>
          <w:b/>
          <w:i w:val="0"/>
          <w:color w:val="0C0E10"/>
          <w:sz w:val="36"/>
        </w:rPr>
        <w:t>Case 34 — Hyperosmolar hyperglycaemic state</w:t>
      </w:r>
    </w:p>
    <w:p>
      <w:pPr>
        <w:spacing w:before="0" w:after="40" w:line="259" w:lineRule="auto"/>
      </w:pPr>
      <w:r>
        <w:rPr>
          <w:rFonts w:ascii="Calibri" w:hAnsi="Calibri" w:eastAsia="Calibri"/>
          <w:b w:val="0"/>
          <w:i/>
          <w:color w:val="5A5A5A"/>
          <w:sz w:val="20"/>
        </w:rPr>
        <w:t>pre-alert · Scottish Ambulance Service — pre-alert · rhythm sinus-tach</w:t>
      </w:r>
    </w:p>
    <w:p>
      <w:pPr>
        <w:spacing w:before="0" w:after="40" w:line="259" w:lineRule="auto"/>
      </w:pPr>
      <w:r>
        <w:rPr>
          <w:rFonts w:ascii="Calibri" w:hAnsi="Calibri" w:eastAsia="Calibri"/>
          <w:b w:val="0"/>
          <w:i/>
          <w:color w:val="5A5A5A"/>
          <w:sz w:val="20"/>
        </w:rPr>
        <w:t>HR 118   BP 92/56   RR 20   SpO2 96%   temp 37.8   GCS 12   BM 42</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76 years, female</w:t>
      </w:r>
    </w:p>
    <w:p>
      <w:pPr>
        <w:spacing w:before="0" w:after="40" w:line="259" w:lineRule="auto"/>
      </w:pPr>
      <w:r>
        <w:rPr>
          <w:rFonts w:ascii="Calibri" w:hAnsi="Calibri" w:eastAsia="Calibri"/>
          <w:b w:val="0"/>
          <w:i w:val="0"/>
          <w:sz w:val="22"/>
        </w:rPr>
        <w:t>T found confused in a heatwave, polydipsia for a week, type 2 diabetes on metformin</w:t>
      </w:r>
    </w:p>
    <w:p>
      <w:pPr>
        <w:spacing w:before="0" w:after="40" w:line="259" w:lineRule="auto"/>
      </w:pPr>
      <w:r>
        <w:rPr>
          <w:rFonts w:ascii="Calibri" w:hAnsi="Calibri" w:eastAsia="Calibri"/>
          <w:b w:val="0"/>
          <w:i w:val="0"/>
          <w:sz w:val="22"/>
        </w:rPr>
        <w:t>M medical</w:t>
      </w:r>
    </w:p>
    <w:p>
      <w:pPr>
        <w:spacing w:before="0" w:after="40" w:line="259" w:lineRule="auto"/>
      </w:pPr>
      <w:r>
        <w:rPr>
          <w:rFonts w:ascii="Calibri" w:hAnsi="Calibri" w:eastAsia="Calibri"/>
          <w:b w:val="0"/>
          <w:i w:val="0"/>
          <w:sz w:val="22"/>
        </w:rPr>
        <w:t>I T2DM, CKD 3, no insulin</w:t>
      </w:r>
    </w:p>
    <w:p>
      <w:pPr>
        <w:spacing w:before="0" w:after="40" w:line="259" w:lineRule="auto"/>
      </w:pPr>
      <w:r>
        <w:rPr>
          <w:rFonts w:ascii="Calibri" w:hAnsi="Calibri" w:eastAsia="Calibri"/>
          <w:b w:val="0"/>
          <w:i w:val="0"/>
          <w:sz w:val="22"/>
        </w:rPr>
        <w:t>S HR 118 BP 92/56 RR 20 SpO2 96% air GCS 12, glucose 'Hi' on crew meter</w:t>
      </w:r>
    </w:p>
    <w:p>
      <w:pPr>
        <w:spacing w:before="0" w:after="40" w:line="259" w:lineRule="auto"/>
      </w:pPr>
      <w:r>
        <w:rPr>
          <w:rFonts w:ascii="Calibri" w:hAnsi="Calibri" w:eastAsia="Calibri"/>
          <w:b w:val="0"/>
          <w:i w:val="0"/>
          <w:sz w:val="22"/>
        </w:rPr>
        <w:t>T oxygen, one cannula</w:t>
      </w:r>
    </w:p>
    <w:p>
      <w:pPr>
        <w:spacing w:before="0" w:after="40" w:line="259" w:lineRule="auto"/>
      </w:pPr>
      <w:r>
        <w:rPr>
          <w:rFonts w:ascii="Calibri" w:hAnsi="Calibri" w:eastAsia="Calibri"/>
          <w:b w:val="0"/>
          <w:i w:val="0"/>
          <w:sz w:val="22"/>
        </w:rPr>
        <w:t>ETA 6 minutes. Crew: "She's dry as a bone. The sugar is high. No ketones they could smell."</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very dry mucosa, no stridor.</w:t>
      </w:r>
    </w:p>
    <w:p>
      <w:pPr>
        <w:spacing w:before="0" w:after="40" w:line="259" w:lineRule="auto"/>
      </w:pPr>
      <w:r>
        <w:rPr>
          <w:rFonts w:ascii="Calibri" w:hAnsi="Calibri" w:eastAsia="Calibri"/>
          <w:b w:val="0"/>
          <w:i w:val="0"/>
          <w:sz w:val="22"/>
        </w:rPr>
        <w:t>B — RR 20, not Kussmaul, clear, SpO2 96% air.</w:t>
      </w:r>
    </w:p>
    <w:p>
      <w:pPr>
        <w:spacing w:before="0" w:after="40" w:line="259" w:lineRule="auto"/>
      </w:pPr>
      <w:r>
        <w:rPr>
          <w:rFonts w:ascii="Calibri" w:hAnsi="Calibri" w:eastAsia="Calibri"/>
          <w:b w:val="0"/>
          <w:i w:val="0"/>
          <w:sz w:val="22"/>
        </w:rPr>
        <w:t>C — HR 118, BP 92/56, CRT 4 s, skin tenting.</w:t>
      </w:r>
    </w:p>
    <w:p>
      <w:pPr>
        <w:spacing w:before="0" w:after="40" w:line="259" w:lineRule="auto"/>
      </w:pPr>
      <w:r>
        <w:rPr>
          <w:rFonts w:ascii="Calibri" w:hAnsi="Calibri" w:eastAsia="Calibri"/>
          <w:b w:val="0"/>
          <w:i w:val="0"/>
          <w:sz w:val="22"/>
        </w:rPr>
        <w:t>D — GCS 12, BM 42, no focal neurology, not fitting.</w:t>
      </w:r>
    </w:p>
    <w:p>
      <w:pPr>
        <w:spacing w:before="0" w:after="40" w:line="259" w:lineRule="auto"/>
      </w:pPr>
      <w:r>
        <w:rPr>
          <w:rFonts w:ascii="Calibri" w:hAnsi="Calibri" w:eastAsia="Calibri"/>
          <w:b w:val="0"/>
          <w:i w:val="0"/>
          <w:sz w:val="22"/>
        </w:rPr>
        <w:t>E — no insulin pump, no ketotic breath, pressure sore starting on the hip.</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Glucose 42, dry, confused, not acidotic-looking, not Kussmaul.</w:t>
      </w:r>
    </w:p>
    <w:p>
      <w:pPr>
        <w:spacing w:before="120" w:after="20" w:line="259" w:lineRule="auto"/>
        <w:shd w:fill="E8F5EC" w:val="clear"/>
      </w:pPr>
      <w:r>
        <w:rPr>
          <w:rFonts w:ascii="Calibri" w:hAnsi="Calibri" w:eastAsia="Calibri"/>
          <w:b/>
          <w:i w:val="0"/>
          <w:color w:val="146E3C"/>
          <w:sz w:val="22"/>
        </w:rPr>
        <w:t>A. [CORRECT] 0.9% saline</w:t>
      </w:r>
    </w:p>
    <w:p>
      <w:pPr>
        <w:spacing w:before="0" w:after="20" w:line="259" w:lineRule="auto"/>
      </w:pPr>
      <w:r>
        <w:rPr>
          <w:rFonts w:ascii="Calibri" w:hAnsi="Calibri" w:eastAsia="Calibri"/>
          <w:b w:val="0"/>
          <w:i/>
          <w:color w:val="282828"/>
          <w:sz w:val="22"/>
        </w:rPr>
        <w:t>Bay: A litre running. You do not start a DKA-dose insulin bolus. Osmolality first.</w:t>
      </w:r>
    </w:p>
    <w:p>
      <w:pPr>
        <w:spacing w:before="0" w:after="40" w:line="259" w:lineRule="auto"/>
      </w:pPr>
      <w:r>
        <w:rPr>
          <w:rFonts w:ascii="Calibri" w:hAnsi="Calibri" w:eastAsia="Calibri"/>
          <w:b w:val="0"/>
          <w:i/>
          <w:color w:val="5A4614"/>
          <w:sz w:val="20"/>
        </w:rPr>
        <w:t>Reaction: sbp +8</w:t>
      </w:r>
    </w:p>
    <w:p>
      <w:pPr>
        <w:spacing w:before="80" w:after="40" w:line="259" w:lineRule="auto"/>
      </w:pPr>
      <w:r>
        <w:rPr>
          <w:rFonts w:ascii="Calibri" w:hAnsi="Calibri" w:eastAsia="Calibri"/>
          <w:b/>
          <w:i w:val="0"/>
          <w:color w:val="46326E"/>
          <w:sz w:val="22"/>
        </w:rPr>
        <w:t xml:space="preserve">    Follow-up: Why not insulin first?</w:t>
      </w:r>
    </w:p>
    <w:p>
      <w:pPr>
        <w:spacing w:before="120" w:after="20" w:line="259" w:lineRule="auto"/>
        <w:shd w:fill="E8F5EC" w:val="clear"/>
      </w:pPr>
      <w:r>
        <w:rPr>
          <w:rFonts w:ascii="Calibri" w:hAnsi="Calibri" w:eastAsia="Calibri"/>
          <w:b/>
          <w:i w:val="0"/>
          <w:color w:val="146E3C"/>
          <w:sz w:val="22"/>
        </w:rPr>
        <w:t xml:space="preserve">    A. [CORRECT] JBDS HHS: fluid first. Insulin only if significant ketonaemia or if glucose stops falling with fluid</w:t>
      </w:r>
    </w:p>
    <w:p>
      <w:pPr>
        <w:spacing w:before="0" w:after="20" w:line="259" w:lineRule="auto"/>
      </w:pPr>
      <w:r>
        <w:rPr>
          <w:rFonts w:ascii="Calibri" w:hAnsi="Calibri" w:eastAsia="Calibri"/>
          <w:b w:val="0"/>
          <w:i/>
          <w:color w:val="282828"/>
          <w:sz w:val="22"/>
        </w:rPr>
        <w:t xml:space="preserve">       Bay: A DKA-style 0.1 unit/kg bolus can drop osmolality too fast.</w:t>
      </w:r>
    </w:p>
    <w:p>
      <w:pPr>
        <w:spacing w:before="120" w:after="20" w:line="259" w:lineRule="auto"/>
        <w:shd w:fill="F8E8E8" w:val="clear"/>
      </w:pPr>
      <w:r>
        <w:rPr>
          <w:rFonts w:ascii="Calibri" w:hAnsi="Calibri" w:eastAsia="Calibri"/>
          <w:b w:val="0"/>
          <w:i w:val="0"/>
          <w:color w:val="A02828"/>
          <w:sz w:val="22"/>
        </w:rPr>
        <w:t xml:space="preserve">    B. [WRONG] Always 0.1 unit/kg insulin the moment glucose is over 30</w:t>
      </w:r>
    </w:p>
    <w:p>
      <w:pPr>
        <w:spacing w:before="0" w:after="20" w:line="259" w:lineRule="auto"/>
      </w:pPr>
      <w:r>
        <w:rPr>
          <w:rFonts w:ascii="Calibri" w:hAnsi="Calibri" w:eastAsia="Calibri"/>
          <w:b w:val="0"/>
          <w:i/>
          <w:color w:val="282828"/>
          <w:sz w:val="22"/>
        </w:rPr>
        <w:t xml:space="preserve">       Bay: That is DKA thinking. This looks like HHS.</w:t>
      </w:r>
    </w:p>
    <w:p>
      <w:pPr>
        <w:spacing w:before="120" w:after="20" w:line="259" w:lineRule="auto"/>
        <w:shd w:fill="F8E8E8" w:val="clear"/>
      </w:pPr>
      <w:r>
        <w:rPr>
          <w:rFonts w:ascii="Calibri" w:hAnsi="Calibri" w:eastAsia="Calibri"/>
          <w:b w:val="0"/>
          <w:i w:val="0"/>
          <w:color w:val="A02828"/>
          <w:sz w:val="22"/>
        </w:rPr>
        <w:t xml:space="preserve">    C. [WRONG] Subcutaneous sliding scale in the waiting room</w:t>
      </w:r>
    </w:p>
    <w:p>
      <w:pPr>
        <w:spacing w:before="0" w:after="20" w:line="259" w:lineRule="auto"/>
      </w:pPr>
      <w:r>
        <w:rPr>
          <w:rFonts w:ascii="Calibri" w:hAnsi="Calibri" w:eastAsia="Calibri"/>
          <w:b w:val="0"/>
          <w:i/>
          <w:color w:val="282828"/>
          <w:sz w:val="22"/>
        </w:rPr>
        <w:t xml:space="preserve">       Bay: She is shocked and 42.</w:t>
      </w:r>
    </w:p>
    <w:p>
      <w:pPr>
        <w:spacing w:before="120" w:after="20" w:line="259" w:lineRule="auto"/>
        <w:shd w:fill="F8E8E8" w:val="clear"/>
      </w:pPr>
      <w:r>
        <w:rPr>
          <w:rFonts w:ascii="Calibri" w:hAnsi="Calibri" w:eastAsia="Calibri"/>
          <w:b w:val="0"/>
          <w:i w:val="0"/>
          <w:color w:val="A02828"/>
          <w:sz w:val="22"/>
        </w:rPr>
        <w:t xml:space="preserve">    D. [WRONG] 5% glucose as the first litre</w:t>
      </w:r>
    </w:p>
    <w:p>
      <w:pPr>
        <w:spacing w:before="0" w:after="20" w:line="259" w:lineRule="auto"/>
      </w:pPr>
      <w:r>
        <w:rPr>
          <w:rFonts w:ascii="Calibri" w:hAnsi="Calibri" w:eastAsia="Calibri"/>
          <w:b w:val="0"/>
          <w:i/>
          <w:color w:val="282828"/>
          <w:sz w:val="22"/>
        </w:rPr>
        <w:t xml:space="preserve">       Bay: She is 42 mmol. Saline first.</w:t>
      </w:r>
    </w:p>
    <w:p>
      <w:pPr>
        <w:spacing w:before="120" w:after="20" w:line="259" w:lineRule="auto"/>
        <w:shd w:fill="F8E8E8" w:val="clear"/>
      </w:pPr>
      <w:r>
        <w:rPr>
          <w:rFonts w:ascii="Calibri" w:hAnsi="Calibri" w:eastAsia="Calibri"/>
          <w:b w:val="0"/>
          <w:i w:val="0"/>
          <w:color w:val="A02828"/>
          <w:sz w:val="22"/>
        </w:rPr>
        <w:t xml:space="preserve">    E. [WRONG] 0.45% saline from the first drop</w:t>
      </w:r>
    </w:p>
    <w:p>
      <w:pPr>
        <w:spacing w:before="0" w:after="20" w:line="259" w:lineRule="auto"/>
      </w:pPr>
      <w:r>
        <w:rPr>
          <w:rFonts w:ascii="Calibri" w:hAnsi="Calibri" w:eastAsia="Calibri"/>
          <w:b w:val="0"/>
          <w:i/>
          <w:color w:val="282828"/>
          <w:sz w:val="22"/>
        </w:rPr>
        <w:t xml:space="preserve">       Bay: 0.9% first in UK JBDS until osmolality and sodium are known.</w:t>
      </w:r>
    </w:p>
    <w:p>
      <w:pPr>
        <w:spacing w:before="120" w:after="20" w:line="259" w:lineRule="auto"/>
        <w:shd w:fill="F8E8E8" w:val="clear"/>
      </w:pPr>
      <w:r>
        <w:rPr>
          <w:rFonts w:ascii="Calibri" w:hAnsi="Calibri" w:eastAsia="Calibri"/>
          <w:b w:val="0"/>
          <w:i w:val="0"/>
          <w:color w:val="A02828"/>
          <w:sz w:val="22"/>
        </w:rPr>
        <w:t>B. [WRONG] Insulin 0.1 unit/kg IV bolus now</w:t>
      </w:r>
    </w:p>
    <w:p>
      <w:pPr>
        <w:spacing w:before="0" w:after="20" w:line="259" w:lineRule="auto"/>
      </w:pPr>
      <w:r>
        <w:rPr>
          <w:rFonts w:ascii="Calibri" w:hAnsi="Calibri" w:eastAsia="Calibri"/>
          <w:b w:val="0"/>
          <w:i/>
          <w:color w:val="282828"/>
          <w:sz w:val="22"/>
        </w:rPr>
        <w:t>Bay: Fluid first in HHS. A bolus can crash osmolality and the brain.</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5% glucose first because she is confused</w:t>
      </w:r>
    </w:p>
    <w:p>
      <w:pPr>
        <w:spacing w:before="0" w:after="20" w:line="259" w:lineRule="auto"/>
      </w:pPr>
      <w:r>
        <w:rPr>
          <w:rFonts w:ascii="Calibri" w:hAnsi="Calibri" w:eastAsia="Calibri"/>
          <w:b w:val="0"/>
          <w:i/>
          <w:color w:val="282828"/>
          <w:sz w:val="22"/>
        </w:rPr>
        <w:t>Bay: Glucose is 42. Saline.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0.45% saline from minute one</w:t>
      </w:r>
    </w:p>
    <w:p>
      <w:pPr>
        <w:spacing w:before="0" w:after="20" w:line="259" w:lineRule="auto"/>
      </w:pPr>
      <w:r>
        <w:rPr>
          <w:rFonts w:ascii="Calibri" w:hAnsi="Calibri" w:eastAsia="Calibri"/>
          <w:b w:val="0"/>
          <w:i/>
          <w:color w:val="282828"/>
          <w:sz w:val="22"/>
        </w:rPr>
        <w:t>Bay: JBDS: 0.9% first.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Oral fluids and a dietitian tomorrow</w:t>
      </w:r>
    </w:p>
    <w:p>
      <w:pPr>
        <w:spacing w:before="0" w:after="20" w:line="259" w:lineRule="auto"/>
      </w:pPr>
      <w:r>
        <w:rPr>
          <w:rFonts w:ascii="Calibri" w:hAnsi="Calibri" w:eastAsia="Calibri"/>
          <w:b w:val="0"/>
          <w:i/>
          <w:color w:val="282828"/>
          <w:sz w:val="22"/>
        </w:rPr>
        <w:t>Bay: GCS 12, 92 systolic.</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First litre in. Still 96 systolic. You have a gas.</w:t>
      </w:r>
    </w:p>
    <w:p>
      <w:pPr>
        <w:spacing w:before="120" w:after="20" w:line="259" w:lineRule="auto"/>
        <w:shd w:fill="E8F5EC" w:val="clear"/>
      </w:pPr>
      <w:r>
        <w:rPr>
          <w:rFonts w:ascii="Calibri" w:hAnsi="Calibri" w:eastAsia="Calibri"/>
          <w:b/>
          <w:i w:val="0"/>
          <w:color w:val="146E3C"/>
          <w:sz w:val="22"/>
        </w:rPr>
        <w:t>A. [CORRECT] Keep 0.9% saline, hold insulin unless ketones are significant</w:t>
      </w:r>
    </w:p>
    <w:p>
      <w:pPr>
        <w:spacing w:before="0" w:after="20" w:line="259" w:lineRule="auto"/>
      </w:pPr>
      <w:r>
        <w:rPr>
          <w:rFonts w:ascii="Calibri" w:hAnsi="Calibri" w:eastAsia="Calibri"/>
          <w:b w:val="0"/>
          <w:i/>
          <w:color w:val="282828"/>
          <w:sz w:val="22"/>
        </w:rPr>
        <w:t>Bay: pH 7.35, HCO3 20, ketones 0.4, glucose 40. This is HHS. VTE prophylaxis later — they clot.</w:t>
      </w:r>
    </w:p>
    <w:p>
      <w:pPr>
        <w:spacing w:before="0" w:after="40" w:line="259" w:lineRule="auto"/>
      </w:pPr>
      <w:r>
        <w:rPr>
          <w:rFonts w:ascii="Calibri" w:hAnsi="Calibri" w:eastAsia="Calibri"/>
          <w:b w:val="0"/>
          <w:i/>
          <w:color w:val="5A4614"/>
          <w:sz w:val="20"/>
        </w:rPr>
        <w:t>Reaction: sbp +6</w:t>
      </w:r>
    </w:p>
    <w:p>
      <w:pPr>
        <w:spacing w:before="80" w:after="40" w:line="259" w:lineRule="auto"/>
      </w:pPr>
      <w:r>
        <w:rPr>
          <w:rFonts w:ascii="Calibri" w:hAnsi="Calibri" w:eastAsia="Calibri"/>
          <w:b/>
          <w:i w:val="0"/>
          <w:color w:val="46326E"/>
          <w:sz w:val="22"/>
        </w:rPr>
        <w:t xml:space="preserve">    Follow-up: When does insulin start?</w:t>
      </w:r>
    </w:p>
    <w:p>
      <w:pPr>
        <w:spacing w:before="120" w:after="20" w:line="259" w:lineRule="auto"/>
        <w:shd w:fill="E8F5EC" w:val="clear"/>
      </w:pPr>
      <w:r>
        <w:rPr>
          <w:rFonts w:ascii="Calibri" w:hAnsi="Calibri" w:eastAsia="Calibri"/>
          <w:b/>
          <w:i w:val="0"/>
          <w:color w:val="146E3C"/>
          <w:sz w:val="22"/>
        </w:rPr>
        <w:t xml:space="preserve">    A. [CORRECT] If ketones &gt;1.0 or metabolic acidosis, or if glucose is not falling with adequate fluid</w:t>
      </w:r>
    </w:p>
    <w:p>
      <w:pPr>
        <w:spacing w:before="0" w:after="20" w:line="259" w:lineRule="auto"/>
      </w:pPr>
      <w:r>
        <w:rPr>
          <w:rFonts w:ascii="Calibri" w:hAnsi="Calibri" w:eastAsia="Calibri"/>
          <w:b w:val="0"/>
          <w:i/>
          <w:color w:val="282828"/>
          <w:sz w:val="22"/>
        </w:rPr>
        <w:t xml:space="preserve">       Bay: JBDS. Low-dose insulin then, with glucose running when needed.</w:t>
      </w:r>
    </w:p>
    <w:p>
      <w:pPr>
        <w:spacing w:before="120" w:after="20" w:line="259" w:lineRule="auto"/>
        <w:shd w:fill="F8E8E8" w:val="clear"/>
      </w:pPr>
      <w:r>
        <w:rPr>
          <w:rFonts w:ascii="Calibri" w:hAnsi="Calibri" w:eastAsia="Calibri"/>
          <w:b w:val="0"/>
          <w:i w:val="0"/>
          <w:color w:val="A02828"/>
          <w:sz w:val="22"/>
        </w:rPr>
        <w:t xml:space="preserve">    B. [WRONG] A 10-unit Actrapid IM now regardless</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C. [WRONG] An insulin pump at DKA rates from the door</w:t>
      </w:r>
    </w:p>
    <w:p>
      <w:pPr>
        <w:spacing w:before="0" w:after="20" w:line="259" w:lineRule="auto"/>
      </w:pPr>
      <w:r>
        <w:rPr>
          <w:rFonts w:ascii="Calibri" w:hAnsi="Calibri" w:eastAsia="Calibri"/>
          <w:b w:val="0"/>
          <w:i/>
          <w:color w:val="282828"/>
          <w:sz w:val="22"/>
        </w:rPr>
        <w:t xml:space="preserve">       Bay: Too fast.</w:t>
      </w:r>
    </w:p>
    <w:p>
      <w:pPr>
        <w:spacing w:before="120" w:after="20" w:line="259" w:lineRule="auto"/>
        <w:shd w:fill="F8E8E8" w:val="clear"/>
      </w:pPr>
      <w:r>
        <w:rPr>
          <w:rFonts w:ascii="Calibri" w:hAnsi="Calibri" w:eastAsia="Calibri"/>
          <w:b w:val="0"/>
          <w:i w:val="0"/>
          <w:color w:val="A02828"/>
          <w:sz w:val="22"/>
        </w:rPr>
        <w:t xml:space="preserve">    D. [WRONG] Never in HHS</w:t>
      </w:r>
    </w:p>
    <w:p>
      <w:pPr>
        <w:spacing w:before="0" w:after="20" w:line="259" w:lineRule="auto"/>
      </w:pPr>
      <w:r>
        <w:rPr>
          <w:rFonts w:ascii="Calibri" w:hAnsi="Calibri" w:eastAsia="Calibri"/>
          <w:b w:val="0"/>
          <w:i/>
          <w:color w:val="282828"/>
          <w:sz w:val="22"/>
        </w:rPr>
        <w:t xml:space="preserve">       Bay: Sometimes, as above.</w:t>
      </w:r>
    </w:p>
    <w:p>
      <w:pPr>
        <w:spacing w:before="120" w:after="20" w:line="259" w:lineRule="auto"/>
        <w:shd w:fill="F8E8E8" w:val="clear"/>
      </w:pPr>
      <w:r>
        <w:rPr>
          <w:rFonts w:ascii="Calibri" w:hAnsi="Calibri" w:eastAsia="Calibri"/>
          <w:b w:val="0"/>
          <w:i w:val="0"/>
          <w:color w:val="A02828"/>
          <w:sz w:val="22"/>
        </w:rPr>
        <w:t xml:space="preserve">    E. [WRONG] After a 12-hour delay no matter what the ketones are</w:t>
      </w:r>
    </w:p>
    <w:p>
      <w:pPr>
        <w:spacing w:before="0" w:after="20" w:line="259" w:lineRule="auto"/>
      </w:pPr>
      <w:r>
        <w:rPr>
          <w:rFonts w:ascii="Calibri" w:hAnsi="Calibri" w:eastAsia="Calibri"/>
          <w:b w:val="0"/>
          <w:i/>
          <w:color w:val="282828"/>
          <w:sz w:val="22"/>
        </w:rPr>
        <w:t xml:space="preserve">       Bay: If she is ketotic you are in mixed DKA/HHS.</w:t>
      </w:r>
    </w:p>
    <w:p>
      <w:pPr>
        <w:spacing w:before="120" w:after="20" w:line="259" w:lineRule="auto"/>
        <w:shd w:fill="F8E8E8" w:val="clear"/>
      </w:pPr>
      <w:r>
        <w:rPr>
          <w:rFonts w:ascii="Calibri" w:hAnsi="Calibri" w:eastAsia="Calibri"/>
          <w:b w:val="0"/>
          <w:i w:val="0"/>
          <w:color w:val="A02828"/>
          <w:sz w:val="22"/>
        </w:rPr>
        <w:t>B. [WRONG] DKA protocol at full rate because glucose is 'Hi'</w:t>
      </w:r>
    </w:p>
    <w:p>
      <w:pPr>
        <w:spacing w:before="0" w:after="20" w:line="259" w:lineRule="auto"/>
      </w:pPr>
      <w:r>
        <w:rPr>
          <w:rFonts w:ascii="Calibri" w:hAnsi="Calibri" w:eastAsia="Calibri"/>
          <w:b w:val="0"/>
          <w:i/>
          <w:color w:val="282828"/>
          <w:sz w:val="22"/>
        </w:rPr>
        <w:t>Bay: pH 7.35 and ketones 0.4 are not DKA.</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Bicarbonate infusion</w:t>
      </w:r>
    </w:p>
    <w:p>
      <w:pPr>
        <w:spacing w:before="0" w:after="20" w:line="259" w:lineRule="auto"/>
      </w:pPr>
      <w:r>
        <w:rPr>
          <w:rFonts w:ascii="Calibri" w:hAnsi="Calibri" w:eastAsia="Calibri"/>
          <w:b w:val="0"/>
          <w:i/>
          <w:color w:val="282828"/>
          <w:sz w:val="22"/>
        </w:rPr>
        <w:t>Bay: Not indicated.</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Mannitol because she is confused</w:t>
      </w:r>
    </w:p>
    <w:p>
      <w:pPr>
        <w:spacing w:before="0" w:after="20" w:line="259" w:lineRule="auto"/>
      </w:pPr>
      <w:r>
        <w:rPr>
          <w:rFonts w:ascii="Calibri" w:hAnsi="Calibri" w:eastAsia="Calibri"/>
          <w:b w:val="0"/>
          <w:i/>
          <w:color w:val="282828"/>
          <w:sz w:val="22"/>
        </w:rPr>
        <w:t>Bay: The confusion is hyperosmolar. Controlled fall, not mannitol first.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Stop all fluid because of CKD 3</w:t>
      </w:r>
    </w:p>
    <w:p>
      <w:pPr>
        <w:spacing w:before="0" w:after="20" w:line="259" w:lineRule="auto"/>
      </w:pPr>
      <w:r>
        <w:rPr>
          <w:rFonts w:ascii="Calibri" w:hAnsi="Calibri" w:eastAsia="Calibri"/>
          <w:b w:val="0"/>
          <w:i/>
          <w:color w:val="282828"/>
          <w:sz w:val="22"/>
        </w:rPr>
        <w:t>Bay: She is empty. Titrate, do not withhold.</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Send the rest.</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7.35  pCO2 4.6  pO2 11.8  HCO3 20  BE −4  lactate 2.8  K+ 4.8  Na 148  glucose 40  calculated osm ~350</w:t>
      </w:r>
    </w:p>
    <w:p>
      <w:pPr>
        <w:spacing w:before="0" w:after="40" w:line="259" w:lineRule="auto"/>
      </w:pPr>
      <w:r>
        <w:rPr>
          <w:rFonts w:ascii="Calibri" w:hAnsi="Calibri" w:eastAsia="Calibri"/>
          <w:b w:val="0"/>
          <w:i w:val="0"/>
          <w:sz w:val="22"/>
        </w:rPr>
        <w:t>Hyperosmolar. Not DKA.</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42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sinus-tach</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Glucose 4+, ketones negative / trace. Concentrated. Dip otherwise neg.</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148   WCC 11.1   Plt 210</w:t>
      </w:r>
    </w:p>
    <w:p>
      <w:pPr>
        <w:spacing w:before="0" w:after="40" w:line="259" w:lineRule="auto"/>
      </w:pPr>
      <w:r>
        <w:rPr>
          <w:rFonts w:ascii="Calibri" w:hAnsi="Calibri" w:eastAsia="Calibri"/>
          <w:b w:val="0"/>
          <w:i w:val="0"/>
          <w:sz w:val="22"/>
        </w:rPr>
        <w:t>ue: Na 148   K 4.8   urea 28   creat 186</w:t>
      </w:r>
    </w:p>
    <w:p>
      <w:pPr>
        <w:spacing w:before="0" w:after="40" w:line="259" w:lineRule="auto"/>
      </w:pPr>
      <w:r>
        <w:rPr>
          <w:rFonts w:ascii="Calibri" w:hAnsi="Calibri" w:eastAsia="Calibri"/>
          <w:b w:val="0"/>
          <w:i w:val="0"/>
          <w:sz w:val="22"/>
        </w:rPr>
        <w:t>crp: 22 mg/L</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Osm high, urea 28, Na 148. Review — then decide.</w:t>
      </w:r>
    </w:p>
    <w:p>
      <w:pPr>
        <w:spacing w:before="120" w:after="20" w:line="259" w:lineRule="auto"/>
        <w:shd w:fill="E8F5EC" w:val="clear"/>
      </w:pPr>
      <w:r>
        <w:rPr>
          <w:rFonts w:ascii="Calibri" w:hAnsi="Calibri" w:eastAsia="Calibri"/>
          <w:b/>
          <w:i w:val="0"/>
          <w:color w:val="146E3C"/>
          <w:sz w:val="22"/>
        </w:rPr>
        <w:t>A. [CORRECT] Slow correction, find the trigger, anticoagulate when safe</w:t>
      </w:r>
    </w:p>
    <w:p>
      <w:pPr>
        <w:spacing w:before="0" w:after="20" w:line="259" w:lineRule="auto"/>
      </w:pPr>
      <w:r>
        <w:rPr>
          <w:rFonts w:ascii="Calibri" w:hAnsi="Calibri" w:eastAsia="Calibri"/>
          <w:b w:val="0"/>
          <w:i/>
          <w:color w:val="282828"/>
          <w:sz w:val="22"/>
        </w:rPr>
        <w:t>Bay: Infection, infarct, missed water. LMWH unless bleeding. Do not drop Na at 1 mmol/h.</w:t>
      </w:r>
    </w:p>
    <w:p>
      <w:pPr>
        <w:spacing w:before="80" w:after="40" w:line="259" w:lineRule="auto"/>
      </w:pPr>
      <w:r>
        <w:rPr>
          <w:rFonts w:ascii="Calibri" w:hAnsi="Calibri" w:eastAsia="Calibri"/>
          <w:b/>
          <w:i w:val="0"/>
          <w:color w:val="46326E"/>
          <w:sz w:val="22"/>
        </w:rPr>
        <w:t xml:space="preserve">    Follow-up: How fast should osmolality fall?</w:t>
      </w:r>
    </w:p>
    <w:p>
      <w:pPr>
        <w:spacing w:before="120" w:after="20" w:line="259" w:lineRule="auto"/>
        <w:shd w:fill="E8F5EC" w:val="clear"/>
      </w:pPr>
      <w:r>
        <w:rPr>
          <w:rFonts w:ascii="Calibri" w:hAnsi="Calibri" w:eastAsia="Calibri"/>
          <w:b/>
          <w:i w:val="0"/>
          <w:color w:val="146E3C"/>
          <w:sz w:val="22"/>
        </w:rPr>
        <w:t xml:space="preserve">    A. [CORRECT] Not more than about 3–8 mOsm/kg/h — slow, watched</w:t>
      </w:r>
    </w:p>
    <w:p>
      <w:pPr>
        <w:spacing w:before="0" w:after="20" w:line="259" w:lineRule="auto"/>
      </w:pPr>
      <w:r>
        <w:rPr>
          <w:rFonts w:ascii="Calibri" w:hAnsi="Calibri" w:eastAsia="Calibri"/>
          <w:b w:val="0"/>
          <w:i/>
          <w:color w:val="282828"/>
          <w:sz w:val="22"/>
        </w:rPr>
        <w:t xml:space="preserve">       Bay: Brain cells have been living in a desert. Too fast and they swell.</w:t>
      </w:r>
    </w:p>
    <w:p>
      <w:pPr>
        <w:spacing w:before="120" w:after="20" w:line="259" w:lineRule="auto"/>
        <w:shd w:fill="F8E8E8" w:val="clear"/>
      </w:pPr>
      <w:r>
        <w:rPr>
          <w:rFonts w:ascii="Calibri" w:hAnsi="Calibri" w:eastAsia="Calibri"/>
          <w:b w:val="0"/>
          <w:i w:val="0"/>
          <w:color w:val="A02828"/>
          <w:sz w:val="22"/>
        </w:rPr>
        <w:t xml:space="preserve">    B. [WRONG] Halve the glucose in the first hour like DKA</w:t>
      </w:r>
    </w:p>
    <w:p>
      <w:pPr>
        <w:spacing w:before="0" w:after="20" w:line="259" w:lineRule="auto"/>
      </w:pPr>
      <w:r>
        <w:rPr>
          <w:rFonts w:ascii="Calibri" w:hAnsi="Calibri" w:eastAsia="Calibri"/>
          <w:b w:val="0"/>
          <w:i/>
          <w:color w:val="282828"/>
          <w:sz w:val="22"/>
        </w:rPr>
        <w:t xml:space="preserve">       Bay: Too fast for HHS.</w:t>
      </w:r>
    </w:p>
    <w:p>
      <w:pPr>
        <w:spacing w:before="120" w:after="20" w:line="259" w:lineRule="auto"/>
        <w:shd w:fill="F8E8E8" w:val="clear"/>
      </w:pPr>
      <w:r>
        <w:rPr>
          <w:rFonts w:ascii="Calibri" w:hAnsi="Calibri" w:eastAsia="Calibri"/>
          <w:b w:val="0"/>
          <w:i w:val="0"/>
          <w:color w:val="A02828"/>
          <w:sz w:val="22"/>
        </w:rPr>
        <w:t xml:space="preserve">    C. [WRONG] Normalise Na to 140 in 2 hours with 5% glucose</w:t>
      </w:r>
    </w:p>
    <w:p>
      <w:pPr>
        <w:spacing w:before="0" w:after="20" w:line="259" w:lineRule="auto"/>
      </w:pPr>
      <w:r>
        <w:rPr>
          <w:rFonts w:ascii="Calibri" w:hAnsi="Calibri" w:eastAsia="Calibri"/>
          <w:b w:val="0"/>
          <w:i/>
          <w:color w:val="282828"/>
          <w:sz w:val="22"/>
        </w:rPr>
        <w:t xml:space="preserve">       Bay: Osmotic demyelination / cerebral oedema risk.</w:t>
      </w:r>
    </w:p>
    <w:p>
      <w:pPr>
        <w:spacing w:before="120" w:after="20" w:line="259" w:lineRule="auto"/>
        <w:shd w:fill="F8E8E8" w:val="clear"/>
      </w:pPr>
      <w:r>
        <w:rPr>
          <w:rFonts w:ascii="Calibri" w:hAnsi="Calibri" w:eastAsia="Calibri"/>
          <w:b w:val="0"/>
          <w:i w:val="0"/>
          <w:color w:val="A02828"/>
          <w:sz w:val="22"/>
        </w:rPr>
        <w:t xml:space="preserve">    D. [WRONG] No monitoring needed once the first litre is in</w:t>
      </w:r>
    </w:p>
    <w:p>
      <w:pPr>
        <w:spacing w:before="0" w:after="20" w:line="259" w:lineRule="auto"/>
      </w:pPr>
      <w:r>
        <w:rPr>
          <w:rFonts w:ascii="Calibri" w:hAnsi="Calibri" w:eastAsia="Calibri"/>
          <w:b w:val="0"/>
          <w:i/>
          <w:color w:val="282828"/>
          <w:sz w:val="22"/>
        </w:rPr>
        <w:t xml:space="preserve">       Bay: U&amp;E every hour at the start.</w:t>
      </w:r>
    </w:p>
    <w:p>
      <w:pPr>
        <w:spacing w:before="120" w:after="20" w:line="259" w:lineRule="auto"/>
        <w:shd w:fill="F8E8E8" w:val="clear"/>
      </w:pPr>
      <w:r>
        <w:rPr>
          <w:rFonts w:ascii="Calibri" w:hAnsi="Calibri" w:eastAsia="Calibri"/>
          <w:b w:val="0"/>
          <w:i w:val="0"/>
          <w:color w:val="A02828"/>
          <w:sz w:val="22"/>
        </w:rPr>
        <w:t xml:space="preserve">    E. [WRONG] Use hypotonic fluid to crash the Na because 148 is 'high'</w:t>
      </w:r>
    </w:p>
    <w:p>
      <w:pPr>
        <w:spacing w:before="0" w:after="20" w:line="259" w:lineRule="auto"/>
      </w:pPr>
      <w:r>
        <w:rPr>
          <w:rFonts w:ascii="Calibri" w:hAnsi="Calibri" w:eastAsia="Calibri"/>
          <w:b w:val="0"/>
          <w:i/>
          <w:color w:val="282828"/>
          <w:sz w:val="22"/>
        </w:rPr>
        <w:t xml:space="preserve">       Bay: Controlled.</w:t>
      </w:r>
    </w:p>
    <w:p>
      <w:pPr>
        <w:spacing w:before="120" w:after="20" w:line="259" w:lineRule="auto"/>
        <w:shd w:fill="F8E8E8" w:val="clear"/>
      </w:pPr>
      <w:r>
        <w:rPr>
          <w:rFonts w:ascii="Calibri" w:hAnsi="Calibri" w:eastAsia="Calibri"/>
          <w:b w:val="0"/>
          <w:i w:val="0"/>
          <w:color w:val="A02828"/>
          <w:sz w:val="22"/>
        </w:rPr>
        <w:t>B. [WRONG] Insulin sliding scale on a ward without a fluid plan</w:t>
      </w:r>
    </w:p>
    <w:p>
      <w:pPr>
        <w:spacing w:before="0" w:after="20" w:line="259" w:lineRule="auto"/>
      </w:pPr>
      <w:r>
        <w:rPr>
          <w:rFonts w:ascii="Calibri" w:hAnsi="Calibri" w:eastAsia="Calibri"/>
          <w:b w:val="0"/>
          <w:i/>
          <w:color w:val="282828"/>
          <w:sz w:val="22"/>
        </w:rPr>
        <w:t>Bay: The fluid is the treatment.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Thrombolysis because she is confused</w:t>
      </w:r>
    </w:p>
    <w:p>
      <w:pPr>
        <w:spacing w:before="0" w:after="20" w:line="259" w:lineRule="auto"/>
      </w:pPr>
      <w:r>
        <w:rPr>
          <w:rFonts w:ascii="Calibri" w:hAnsi="Calibri" w:eastAsia="Calibri"/>
          <w:b w:val="0"/>
          <w:i/>
          <w:color w:val="282828"/>
          <w:sz w:val="22"/>
        </w:rPr>
        <w:t>Bay: It is osmolality, not a lytic stroke until you image if focal. She is not focal.</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0.45% saline to halve the sodium in four hours</w:t>
      </w:r>
    </w:p>
    <w:p>
      <w:pPr>
        <w:spacing w:before="0" w:after="20" w:line="259" w:lineRule="auto"/>
      </w:pPr>
      <w:r>
        <w:rPr>
          <w:rFonts w:ascii="Calibri" w:hAnsi="Calibri" w:eastAsia="Calibri"/>
          <w:b w:val="0"/>
          <w:i/>
          <w:color w:val="282828"/>
          <w:sz w:val="22"/>
        </w:rPr>
        <w:t>Bay: Too fast.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Furosemide to 'offload the CKD'</w:t>
      </w:r>
    </w:p>
    <w:p>
      <w:pPr>
        <w:spacing w:before="0" w:after="20" w:line="259" w:lineRule="auto"/>
      </w:pPr>
      <w:r>
        <w:rPr>
          <w:rFonts w:ascii="Calibri" w:hAnsi="Calibri" w:eastAsia="Calibri"/>
          <w:b w:val="0"/>
          <w:i/>
          <w:color w:val="282828"/>
          <w:sz w:val="22"/>
        </w:rPr>
        <w:t>Bay: She is dry.</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Niece is on the phone.</w:t>
      </w:r>
    </w:p>
    <w:p>
      <w:pPr>
        <w:spacing w:before="120" w:after="20" w:line="259" w:lineRule="auto"/>
        <w:shd w:fill="E8F5EC" w:val="clear"/>
      </w:pPr>
      <w:r>
        <w:rPr>
          <w:rFonts w:ascii="Calibri" w:hAnsi="Calibri" w:eastAsia="Calibri"/>
          <w:b/>
          <w:i w:val="0"/>
          <w:color w:val="146E3C"/>
          <w:sz w:val="22"/>
        </w:rPr>
        <w:t>A. [CORRECT] Usual glucose control, last oral intake, infection, heat, steroids, thiazides</w:t>
      </w:r>
    </w:p>
    <w:p>
      <w:pPr>
        <w:spacing w:before="0" w:after="20" w:line="259" w:lineRule="auto"/>
      </w:pPr>
      <w:r>
        <w:rPr>
          <w:rFonts w:ascii="Calibri" w:hAnsi="Calibri" w:eastAsia="Calibri"/>
          <w:b w:val="0"/>
          <w:i/>
          <w:color w:val="282828"/>
          <w:sz w:val="22"/>
        </w:rPr>
        <w:t>Bay: Metformin only, heatwave, not been drinking, possible UTI.</w:t>
      </w:r>
    </w:p>
    <w:p>
      <w:pPr>
        <w:spacing w:before="120" w:after="20" w:line="259" w:lineRule="auto"/>
        <w:shd w:fill="E8F5EC" w:val="clear"/>
      </w:pPr>
      <w:r>
        <w:rPr>
          <w:rFonts w:ascii="Calibri" w:hAnsi="Calibri" w:eastAsia="Calibri"/>
          <w:b/>
          <w:i w:val="0"/>
          <w:color w:val="146E3C"/>
          <w:sz w:val="22"/>
        </w:rPr>
        <w:t>B. [CORRECT] Weight, usual creatinine, whether she can swallow</w:t>
      </w:r>
    </w:p>
    <w:p>
      <w:pPr>
        <w:spacing w:before="0" w:after="20" w:line="259" w:lineRule="auto"/>
      </w:pPr>
      <w:r>
        <w:rPr>
          <w:rFonts w:ascii="Calibri" w:hAnsi="Calibri" w:eastAsia="Calibri"/>
          <w:b w:val="0"/>
          <w:i/>
          <w:color w:val="282828"/>
          <w:sz w:val="22"/>
        </w:rPr>
        <w:t>Bay: CKD 3, usual creat 130, now 186.</w:t>
      </w:r>
    </w:p>
    <w:p>
      <w:pPr>
        <w:spacing w:before="120" w:after="20" w:line="259" w:lineRule="auto"/>
        <w:shd w:fill="E8F5EC" w:val="clear"/>
      </w:pPr>
      <w:r>
        <w:rPr>
          <w:rFonts w:ascii="Calibri" w:hAnsi="Calibri" w:eastAsia="Calibri"/>
          <w:b/>
          <w:i w:val="0"/>
          <w:color w:val="146E3C"/>
          <w:sz w:val="22"/>
        </w:rPr>
        <w:t>C. [CORRECT] Look for a source — chest, urine, skin, heart</w:t>
      </w:r>
    </w:p>
    <w:p>
      <w:pPr>
        <w:spacing w:before="0" w:after="20" w:line="259" w:lineRule="auto"/>
      </w:pPr>
      <w:r>
        <w:rPr>
          <w:rFonts w:ascii="Calibri" w:hAnsi="Calibri" w:eastAsia="Calibri"/>
          <w:b w:val="0"/>
          <w:i/>
          <w:color w:val="282828"/>
          <w:sz w:val="22"/>
        </w:rPr>
        <w:t>Bay: Urine to send. Skin sore. Film clear.</w:t>
      </w:r>
    </w:p>
    <w:p>
      <w:pPr>
        <w:spacing w:before="120" w:after="20" w:line="259" w:lineRule="auto"/>
        <w:shd w:fill="F8E8E8" w:val="clear"/>
      </w:pPr>
      <w:r>
        <w:rPr>
          <w:rFonts w:ascii="Calibri" w:hAnsi="Calibri" w:eastAsia="Calibri"/>
          <w:b w:val="0"/>
          <w:i w:val="0"/>
          <w:color w:val="A02828"/>
          <w:sz w:val="22"/>
        </w:rPr>
        <w:t>D. [WRONG] Start a full DKA stickers set because the nurse already printed them</w:t>
      </w:r>
    </w:p>
    <w:p>
      <w:pPr>
        <w:spacing w:before="0" w:after="20" w:line="259" w:lineRule="auto"/>
      </w:pPr>
      <w:r>
        <w:rPr>
          <w:rFonts w:ascii="Calibri" w:hAnsi="Calibri" w:eastAsia="Calibri"/>
          <w:b w:val="0"/>
          <w:i/>
          <w:color w:val="282828"/>
          <w:sz w:val="22"/>
        </w:rPr>
        <w:t>Bay: Wrong protocol.</w:t>
      </w:r>
    </w:p>
    <w:p>
      <w:pPr>
        <w:spacing w:before="120" w:after="20" w:line="259" w:lineRule="auto"/>
        <w:shd w:fill="F8E8E8" w:val="clear"/>
      </w:pPr>
      <w:r>
        <w:rPr>
          <w:rFonts w:ascii="Calibri" w:hAnsi="Calibri" w:eastAsia="Calibri"/>
          <w:b w:val="0"/>
          <w:i w:val="0"/>
          <w:color w:val="A02828"/>
          <w:sz w:val="22"/>
        </w:rPr>
        <w:t>E. [WRONG] Give her a sandwich to 'use up the sugar'</w:t>
      </w:r>
    </w:p>
    <w:p>
      <w:pPr>
        <w:spacing w:before="0" w:after="20" w:line="259" w:lineRule="auto"/>
      </w:pPr>
      <w:r>
        <w:rPr>
          <w:rFonts w:ascii="Calibri" w:hAnsi="Calibri" w:eastAsia="Calibri"/>
          <w:b w:val="0"/>
          <w:i/>
          <w:color w:val="282828"/>
          <w:sz w:val="22"/>
        </w:rPr>
        <w:t>Bay: GCS 12, osmolality 350.</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Hyperosmolar hyperglycaemic state</w:t>
      </w:r>
    </w:p>
    <w:p>
      <w:pPr>
        <w:spacing w:before="0" w:after="20" w:line="259" w:lineRule="auto"/>
      </w:pPr>
      <w:r>
        <w:rPr>
          <w:rFonts w:ascii="Calibri" w:hAnsi="Calibri" w:eastAsia="Calibri"/>
          <w:b w:val="0"/>
          <w:i/>
          <w:color w:val="282828"/>
          <w:sz w:val="22"/>
        </w:rPr>
        <w:t>Bay: Glucose 42, pH 7.35, no ketones, high urea, dry, confused. Fluid first.</w:t>
      </w:r>
    </w:p>
    <w:p>
      <w:pPr>
        <w:spacing w:before="120" w:after="20" w:line="259" w:lineRule="auto"/>
        <w:shd w:fill="F8E8E8" w:val="clear"/>
      </w:pPr>
      <w:r>
        <w:rPr>
          <w:rFonts w:ascii="Calibri" w:hAnsi="Calibri" w:eastAsia="Calibri"/>
          <w:b w:val="0"/>
          <w:i w:val="0"/>
          <w:color w:val="A02828"/>
          <w:sz w:val="22"/>
        </w:rPr>
        <w:t>B. [WRONG] DKA</w:t>
      </w:r>
    </w:p>
    <w:p>
      <w:pPr>
        <w:spacing w:before="0" w:after="20" w:line="259" w:lineRule="auto"/>
      </w:pPr>
      <w:r>
        <w:rPr>
          <w:rFonts w:ascii="Calibri" w:hAnsi="Calibri" w:eastAsia="Calibri"/>
          <w:b w:val="0"/>
          <w:i/>
          <w:color w:val="282828"/>
          <w:sz w:val="22"/>
        </w:rPr>
        <w:t>Bay: Not acidotic, not ketotic, older T2.</w:t>
      </w:r>
    </w:p>
    <w:p>
      <w:pPr>
        <w:spacing w:before="120" w:after="20" w:line="259" w:lineRule="auto"/>
        <w:shd w:fill="F8E8E8" w:val="clear"/>
      </w:pPr>
      <w:r>
        <w:rPr>
          <w:rFonts w:ascii="Calibri" w:hAnsi="Calibri" w:eastAsia="Calibri"/>
          <w:b w:val="0"/>
          <w:i w:val="0"/>
          <w:color w:val="A02828"/>
          <w:sz w:val="22"/>
        </w:rPr>
        <w:t>C. [WRONG] HHS and DKA in equal measure</w:t>
      </w:r>
    </w:p>
    <w:p>
      <w:pPr>
        <w:spacing w:before="0" w:after="20" w:line="259" w:lineRule="auto"/>
      </w:pPr>
      <w:r>
        <w:rPr>
          <w:rFonts w:ascii="Calibri" w:hAnsi="Calibri" w:eastAsia="Calibri"/>
          <w:b w:val="0"/>
          <w:i/>
          <w:color w:val="282828"/>
          <w:sz w:val="22"/>
        </w:rPr>
        <w:t>Bay: Ketones 0.4 and pH 7.35 — HHS.</w:t>
      </w:r>
    </w:p>
    <w:p>
      <w:pPr>
        <w:spacing w:before="120" w:after="20" w:line="259" w:lineRule="auto"/>
        <w:shd w:fill="F8E8E8" w:val="clear"/>
      </w:pPr>
      <w:r>
        <w:rPr>
          <w:rFonts w:ascii="Calibri" w:hAnsi="Calibri" w:eastAsia="Calibri"/>
          <w:b w:val="0"/>
          <w:i w:val="0"/>
          <w:color w:val="A02828"/>
          <w:sz w:val="22"/>
        </w:rPr>
        <w:t>D. [WRONG] Stroke as the only diagnosis</w:t>
      </w:r>
    </w:p>
    <w:p>
      <w:pPr>
        <w:spacing w:before="0" w:after="20" w:line="259" w:lineRule="auto"/>
      </w:pPr>
      <w:r>
        <w:rPr>
          <w:rFonts w:ascii="Calibri" w:hAnsi="Calibri" w:eastAsia="Calibri"/>
          <w:b w:val="0"/>
          <w:i/>
          <w:color w:val="282828"/>
          <w:sz w:val="22"/>
        </w:rPr>
        <w:t>Bay: No focal signs. Osm first, CT if still focal/unexplained.</w:t>
      </w:r>
    </w:p>
    <w:p>
      <w:pPr>
        <w:spacing w:before="120" w:after="20" w:line="259" w:lineRule="auto"/>
        <w:shd w:fill="F8E8E8" w:val="clear"/>
      </w:pPr>
      <w:r>
        <w:rPr>
          <w:rFonts w:ascii="Calibri" w:hAnsi="Calibri" w:eastAsia="Calibri"/>
          <w:b w:val="0"/>
          <w:i w:val="0"/>
          <w:color w:val="A02828"/>
          <w:sz w:val="22"/>
        </w:rPr>
        <w:t>E. [WRONG] Simple dehydration with a BM of 8</w:t>
      </w:r>
    </w:p>
    <w:p>
      <w:pPr>
        <w:spacing w:before="0" w:after="20" w:line="259" w:lineRule="auto"/>
      </w:pPr>
      <w:r>
        <w:rPr>
          <w:rFonts w:ascii="Calibri" w:hAnsi="Calibri" w:eastAsia="Calibri"/>
          <w:b w:val="0"/>
          <w:i/>
          <w:color w:val="282828"/>
          <w:sz w:val="22"/>
        </w:rPr>
        <w:t>Bay: The BM is 42.</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Glucose 34 after 2 L. Still confused. Endocrine/medical HDU.</w:t>
      </w:r>
    </w:p>
    <w:p>
      <w:pPr>
        <w:spacing w:before="120" w:after="20" w:line="259" w:lineRule="auto"/>
        <w:shd w:fill="E8F5EC" w:val="clear"/>
      </w:pPr>
      <w:r>
        <w:rPr>
          <w:rFonts w:ascii="Calibri" w:hAnsi="Calibri" w:eastAsia="Calibri"/>
          <w:b/>
          <w:i w:val="0"/>
          <w:color w:val="146E3C"/>
          <w:sz w:val="22"/>
        </w:rPr>
        <w:t>A. [CORRECT] Continue JBDS HHS fluids, hold insulin, LMWH, monitored bed</w:t>
      </w:r>
    </w:p>
    <w:p>
      <w:pPr>
        <w:spacing w:before="0" w:after="20" w:line="259" w:lineRule="auto"/>
      </w:pPr>
      <w:r>
        <w:rPr>
          <w:rFonts w:ascii="Calibri" w:hAnsi="Calibri" w:eastAsia="Calibri"/>
          <w:b w:val="0"/>
          <w:i/>
          <w:color w:val="282828"/>
          <w:sz w:val="22"/>
        </w:rPr>
        <w:t>Bay: Glucose is falling with fluid. Do not chase it with a pump yet.</w:t>
      </w:r>
    </w:p>
    <w:p>
      <w:pPr>
        <w:spacing w:before="0" w:after="40" w:line="259" w:lineRule="auto"/>
      </w:pPr>
      <w:r>
        <w:rPr>
          <w:rFonts w:ascii="Calibri" w:hAnsi="Calibri" w:eastAsia="Calibri"/>
          <w:b w:val="0"/>
          <w:i/>
          <w:color w:val="5A4614"/>
          <w:sz w:val="20"/>
        </w:rPr>
        <w:t>Reaction: glucose -4</w:t>
      </w:r>
    </w:p>
    <w:p>
      <w:pPr>
        <w:spacing w:before="80" w:after="40" w:line="259" w:lineRule="auto"/>
      </w:pPr>
      <w:r>
        <w:rPr>
          <w:rFonts w:ascii="Calibri" w:hAnsi="Calibri" w:eastAsia="Calibri"/>
          <w:b/>
          <w:i w:val="0"/>
          <w:color w:val="46326E"/>
          <w:sz w:val="22"/>
        </w:rPr>
        <w:t xml:space="preserve">    Follow-up: VTE?</w:t>
      </w:r>
    </w:p>
    <w:p>
      <w:pPr>
        <w:spacing w:before="120" w:after="20" w:line="259" w:lineRule="auto"/>
        <w:shd w:fill="E8F5EC" w:val="clear"/>
      </w:pPr>
      <w:r>
        <w:rPr>
          <w:rFonts w:ascii="Calibri" w:hAnsi="Calibri" w:eastAsia="Calibri"/>
          <w:b/>
          <w:i w:val="0"/>
          <w:color w:val="146E3C"/>
          <w:sz w:val="22"/>
        </w:rPr>
        <w:t xml:space="preserve">    A. [CORRECT] Prophylactic LMWH unless bleeding — HHS is a high-thrombosis state</w:t>
      </w:r>
    </w:p>
    <w:p>
      <w:pPr>
        <w:spacing w:before="0" w:after="20" w:line="259" w:lineRule="auto"/>
      </w:pPr>
      <w:r>
        <w:rPr>
          <w:rFonts w:ascii="Calibri" w:hAnsi="Calibri" w:eastAsia="Calibri"/>
          <w:b w:val="0"/>
          <w:i/>
          <w:color w:val="282828"/>
          <w:sz w:val="22"/>
        </w:rPr>
        <w:t xml:space="preserve">       Bay: Yes.</w:t>
      </w:r>
    </w:p>
    <w:p>
      <w:pPr>
        <w:spacing w:before="120" w:after="20" w:line="259" w:lineRule="auto"/>
        <w:shd w:fill="F8E8E8" w:val="clear"/>
      </w:pPr>
      <w:r>
        <w:rPr>
          <w:rFonts w:ascii="Calibri" w:hAnsi="Calibri" w:eastAsia="Calibri"/>
          <w:b w:val="0"/>
          <w:i w:val="0"/>
          <w:color w:val="A02828"/>
          <w:sz w:val="22"/>
        </w:rPr>
        <w:t xml:space="preserve">    B. [WRONG] Alteplase because urea is 28</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C. [WRONG] No anticoagulation ever in diabetes</w:t>
      </w:r>
    </w:p>
    <w:p>
      <w:pPr>
        <w:spacing w:before="0" w:after="20" w:line="259" w:lineRule="auto"/>
      </w:pPr>
      <w:r>
        <w:rPr>
          <w:rFonts w:ascii="Calibri" w:hAnsi="Calibri" w:eastAsia="Calibri"/>
          <w:b w:val="0"/>
          <w:i/>
          <w:color w:val="282828"/>
          <w:sz w:val="22"/>
        </w:rPr>
        <w:t xml:space="preserve">       Bay: Wrong.</w:t>
      </w:r>
    </w:p>
    <w:p>
      <w:pPr>
        <w:spacing w:before="120" w:after="20" w:line="259" w:lineRule="auto"/>
        <w:shd w:fill="F8E8E8" w:val="clear"/>
      </w:pPr>
      <w:r>
        <w:rPr>
          <w:rFonts w:ascii="Calibri" w:hAnsi="Calibri" w:eastAsia="Calibri"/>
          <w:b w:val="0"/>
          <w:i w:val="0"/>
          <w:color w:val="A02828"/>
          <w:sz w:val="22"/>
        </w:rPr>
        <w:t xml:space="preserve">    D. [WRONG] Warfarin to INR 3 tonight</w:t>
      </w:r>
    </w:p>
    <w:p>
      <w:pPr>
        <w:spacing w:before="0" w:after="20" w:line="259" w:lineRule="auto"/>
      </w:pPr>
      <w:r>
        <w:rPr>
          <w:rFonts w:ascii="Calibri" w:hAnsi="Calibri" w:eastAsia="Calibri"/>
          <w:b w:val="0"/>
          <w:i/>
          <w:color w:val="282828"/>
          <w:sz w:val="22"/>
        </w:rPr>
        <w:t xml:space="preserve">       Bay: LMWH prophylaxis, not a loading dose of warfarin.</w:t>
      </w:r>
    </w:p>
    <w:p>
      <w:pPr>
        <w:spacing w:before="120" w:after="20" w:line="259" w:lineRule="auto"/>
        <w:shd w:fill="F8E8E8" w:val="clear"/>
      </w:pPr>
      <w:r>
        <w:rPr>
          <w:rFonts w:ascii="Calibri" w:hAnsi="Calibri" w:eastAsia="Calibri"/>
          <w:b w:val="0"/>
          <w:i w:val="0"/>
          <w:color w:val="A02828"/>
          <w:sz w:val="22"/>
        </w:rPr>
        <w:t xml:space="preserve">    E. [WRONG] Aspirin 300 mg only, never heparin</w:t>
      </w:r>
    </w:p>
    <w:p>
      <w:pPr>
        <w:spacing w:before="0" w:after="20" w:line="259" w:lineRule="auto"/>
      </w:pPr>
      <w:r>
        <w:rPr>
          <w:rFonts w:ascii="Calibri" w:hAnsi="Calibri" w:eastAsia="Calibri"/>
          <w:b w:val="0"/>
          <w:i/>
          <w:color w:val="282828"/>
          <w:sz w:val="22"/>
        </w:rPr>
        <w:t xml:space="preserve">       Bay: VTE risk is heparin territory.</w:t>
      </w:r>
    </w:p>
    <w:p>
      <w:pPr>
        <w:spacing w:before="120" w:after="20" w:line="259" w:lineRule="auto"/>
        <w:shd w:fill="F8E8E8" w:val="clear"/>
      </w:pPr>
      <w:r>
        <w:rPr>
          <w:rFonts w:ascii="Calibri" w:hAnsi="Calibri" w:eastAsia="Calibri"/>
          <w:b w:val="0"/>
          <w:i w:val="0"/>
          <w:color w:val="A02828"/>
          <w:sz w:val="22"/>
        </w:rPr>
        <w:t>B. [WRONG] Now start 0.1 unit/kg/h because you are bored of waiting</w:t>
      </w:r>
    </w:p>
    <w:p>
      <w:pPr>
        <w:spacing w:before="0" w:after="20" w:line="259" w:lineRule="auto"/>
      </w:pPr>
      <w:r>
        <w:rPr>
          <w:rFonts w:ascii="Calibri" w:hAnsi="Calibri" w:eastAsia="Calibri"/>
          <w:b w:val="0"/>
          <w:i/>
          <w:color w:val="282828"/>
          <w:sz w:val="22"/>
        </w:rPr>
        <w:t>Bay: Glucose is falling. Leave insulin.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Hypotonic saline to 'catch up' the Na</w:t>
      </w:r>
    </w:p>
    <w:p>
      <w:pPr>
        <w:spacing w:before="0" w:after="20" w:line="259" w:lineRule="auto"/>
      </w:pPr>
      <w:r>
        <w:rPr>
          <w:rFonts w:ascii="Calibri" w:hAnsi="Calibri" w:eastAsia="Calibri"/>
          <w:b w:val="0"/>
          <w:i/>
          <w:color w:val="282828"/>
          <w:sz w:val="22"/>
        </w:rPr>
        <w:t>Bay: Slow.</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Discharge when glucose is 34 because it is better than 42</w:t>
      </w:r>
    </w:p>
    <w:p>
      <w:pPr>
        <w:spacing w:before="0" w:after="20" w:line="259" w:lineRule="auto"/>
      </w:pPr>
      <w:r>
        <w:rPr>
          <w:rFonts w:ascii="Calibri" w:hAnsi="Calibri" w:eastAsia="Calibri"/>
          <w:b w:val="0"/>
          <w:i/>
          <w:color w:val="282828"/>
          <w:sz w:val="22"/>
        </w:rPr>
        <w:t>Bay: GCS 12.</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Nasogastric metformin to continue</w:t>
      </w:r>
    </w:p>
    <w:p>
      <w:pPr>
        <w:spacing w:before="0" w:after="20" w:line="259" w:lineRule="auto"/>
      </w:pPr>
      <w:r>
        <w:rPr>
          <w:rFonts w:ascii="Calibri" w:hAnsi="Calibri" w:eastAsia="Calibri"/>
          <w:b w:val="0"/>
          <w:i/>
          <w:color w:val="282828"/>
          <w:sz w:val="22"/>
        </w:rPr>
        <w:t>Bay: Stop metformin in AKI / hypoperfusion. Lactic risk.</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Bed.</w:t>
      </w:r>
    </w:p>
    <w:p>
      <w:pPr>
        <w:spacing w:before="120" w:after="20" w:line="259" w:lineRule="auto"/>
        <w:shd w:fill="E8F5EC" w:val="clear"/>
      </w:pPr>
      <w:r>
        <w:rPr>
          <w:rFonts w:ascii="Calibri" w:hAnsi="Calibri" w:eastAsia="Calibri"/>
          <w:b/>
          <w:i w:val="0"/>
          <w:color w:val="146E3C"/>
          <w:sz w:val="22"/>
        </w:rPr>
        <w:t>A. [CORRECT] Medical HDU / monitored bed, JBDS HHS</w:t>
      </w:r>
    </w:p>
    <w:p>
      <w:pPr>
        <w:spacing w:before="0" w:after="20" w:line="259" w:lineRule="auto"/>
      </w:pPr>
      <w:r>
        <w:rPr>
          <w:rFonts w:ascii="Calibri" w:hAnsi="Calibri" w:eastAsia="Calibri"/>
          <w:b w:val="0"/>
          <w:i/>
          <w:color w:val="282828"/>
          <w:sz w:val="22"/>
        </w:rPr>
        <w:t>Bay: Yes.</w:t>
      </w:r>
    </w:p>
    <w:p>
      <w:pPr>
        <w:spacing w:before="120" w:after="20" w:line="259" w:lineRule="auto"/>
        <w:shd w:fill="F8E8E8" w:val="clear"/>
      </w:pPr>
      <w:r>
        <w:rPr>
          <w:rFonts w:ascii="Calibri" w:hAnsi="Calibri" w:eastAsia="Calibri"/>
          <w:b w:val="0"/>
          <w:i w:val="0"/>
          <w:color w:val="A02828"/>
          <w:sz w:val="22"/>
        </w:rPr>
        <w:t>B. [WRONG] Home with extra metformin</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C. [WRONG] Stroke unit without treating osmolality</w:t>
      </w:r>
    </w:p>
    <w:p>
      <w:pPr>
        <w:spacing w:before="0" w:after="20" w:line="259" w:lineRule="auto"/>
      </w:pPr>
      <w:r>
        <w:rPr>
          <w:rFonts w:ascii="Calibri" w:hAnsi="Calibri" w:eastAsia="Calibri"/>
          <w:b w:val="0"/>
          <w:i/>
          <w:color w:val="282828"/>
          <w:sz w:val="22"/>
        </w:rPr>
        <w:t>Bay: Wrong lead.</w:t>
      </w:r>
    </w:p>
    <w:p>
      <w:pPr>
        <w:spacing w:before="120" w:after="20" w:line="259" w:lineRule="auto"/>
        <w:shd w:fill="F8E8E8" w:val="clear"/>
      </w:pPr>
      <w:r>
        <w:rPr>
          <w:rFonts w:ascii="Calibri" w:hAnsi="Calibri" w:eastAsia="Calibri"/>
          <w:b w:val="0"/>
          <w:i w:val="0"/>
          <w:color w:val="A02828"/>
          <w:sz w:val="22"/>
        </w:rPr>
        <w:t>D. [WRONG] ICU intubation because GCS is 12</w:t>
      </w:r>
    </w:p>
    <w:p>
      <w:pPr>
        <w:spacing w:before="0" w:after="20" w:line="259" w:lineRule="auto"/>
      </w:pPr>
      <w:r>
        <w:rPr>
          <w:rFonts w:ascii="Calibri" w:hAnsi="Calibri" w:eastAsia="Calibri"/>
          <w:b w:val="0"/>
          <w:i/>
          <w:color w:val="282828"/>
          <w:sz w:val="22"/>
        </w:rPr>
        <w:t>Bay: 12 is not an automatic tube. Correct the osm.</w:t>
      </w:r>
    </w:p>
    <w:p>
      <w:pPr>
        <w:spacing w:before="120" w:after="20" w:line="259" w:lineRule="auto"/>
        <w:shd w:fill="F8E8E8" w:val="clear"/>
      </w:pPr>
      <w:r>
        <w:rPr>
          <w:rFonts w:ascii="Calibri" w:hAnsi="Calibri" w:eastAsia="Calibri"/>
          <w:b w:val="0"/>
          <w:i w:val="0"/>
          <w:color w:val="A02828"/>
          <w:sz w:val="22"/>
        </w:rPr>
        <w:t>E. [WRONG] AMU corridor chair</w:t>
      </w:r>
    </w:p>
    <w:p>
      <w:pPr>
        <w:spacing w:before="0" w:after="20" w:line="259" w:lineRule="auto"/>
      </w:pPr>
      <w:r>
        <w:rPr>
          <w:rFonts w:ascii="Calibri" w:hAnsi="Calibri" w:eastAsia="Calibri"/>
          <w:b w:val="0"/>
          <w:i/>
          <w:color w:val="282828"/>
          <w:sz w:val="22"/>
        </w:rPr>
        <w:t>Bay: No.</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she goes.</w:t>
      </w:r>
    </w:p>
    <w:p>
      <w:pPr>
        <w:spacing w:before="120" w:after="20" w:line="259" w:lineRule="auto"/>
        <w:shd w:fill="E8F5EC" w:val="clear"/>
      </w:pPr>
      <w:r>
        <w:rPr>
          <w:rFonts w:ascii="Calibri" w:hAnsi="Calibri" w:eastAsia="Calibri"/>
          <w:b/>
          <w:i w:val="0"/>
          <w:color w:val="146E3C"/>
          <w:sz w:val="22"/>
        </w:rPr>
        <w:t>A. [CORRECT] Fluid balance, hourly glucose, U&amp;E, osmolality, hold metformin, LMWH</w:t>
      </w:r>
    </w:p>
    <w:p>
      <w:pPr>
        <w:spacing w:before="0" w:after="20" w:line="259" w:lineRule="auto"/>
      </w:pPr>
      <w:r>
        <w:rPr>
          <w:rFonts w:ascii="Calibri" w:hAnsi="Calibri" w:eastAsia="Calibri"/>
          <w:b w:val="0"/>
          <w:i/>
          <w:color w:val="282828"/>
          <w:sz w:val="22"/>
        </w:rPr>
        <w:t>Bay: Handover is the rate of fall.</w:t>
      </w:r>
    </w:p>
    <w:p>
      <w:pPr>
        <w:spacing w:before="80" w:after="40" w:line="259" w:lineRule="auto"/>
      </w:pPr>
      <w:r>
        <w:rPr>
          <w:rFonts w:ascii="Calibri" w:hAnsi="Calibri" w:eastAsia="Calibri"/>
          <w:b/>
          <w:i w:val="0"/>
          <w:color w:val="46326E"/>
          <w:sz w:val="22"/>
        </w:rPr>
        <w:t xml:space="preserve">    Follow-up: What happens to metformin?</w:t>
      </w:r>
    </w:p>
    <w:p>
      <w:pPr>
        <w:spacing w:before="120" w:after="20" w:line="259" w:lineRule="auto"/>
        <w:shd w:fill="E8F5EC" w:val="clear"/>
      </w:pPr>
      <w:r>
        <w:rPr>
          <w:rFonts w:ascii="Calibri" w:hAnsi="Calibri" w:eastAsia="Calibri"/>
          <w:b/>
          <w:i w:val="0"/>
          <w:color w:val="146E3C"/>
          <w:sz w:val="22"/>
        </w:rPr>
        <w:t xml:space="preserve">    A. [CORRECT] Hold — AKI and hypoperfusion</w:t>
      </w:r>
    </w:p>
    <w:p>
      <w:pPr>
        <w:spacing w:before="0" w:after="20" w:line="259" w:lineRule="auto"/>
      </w:pPr>
      <w:r>
        <w:rPr>
          <w:rFonts w:ascii="Calibri" w:hAnsi="Calibri" w:eastAsia="Calibri"/>
          <w:b w:val="0"/>
          <w:i/>
          <w:color w:val="282828"/>
          <w:sz w:val="22"/>
        </w:rPr>
        <w:t xml:space="preserve">       Bay: Restart only when kidneys and perfusion recover.</w:t>
      </w:r>
    </w:p>
    <w:p>
      <w:pPr>
        <w:spacing w:before="120" w:after="20" w:line="259" w:lineRule="auto"/>
        <w:shd w:fill="F8E8E8" w:val="clear"/>
      </w:pPr>
      <w:r>
        <w:rPr>
          <w:rFonts w:ascii="Calibri" w:hAnsi="Calibri" w:eastAsia="Calibri"/>
          <w:b w:val="0"/>
          <w:i w:val="0"/>
          <w:color w:val="A02828"/>
          <w:sz w:val="22"/>
        </w:rPr>
        <w:t xml:space="preserve">    B. [WRONG] Double it to treat the 34 mmol</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C. [WRONG] IV metformin</w:t>
      </w:r>
    </w:p>
    <w:p>
      <w:pPr>
        <w:spacing w:before="0" w:after="20" w:line="259" w:lineRule="auto"/>
      </w:pPr>
      <w:r>
        <w:rPr>
          <w:rFonts w:ascii="Calibri" w:hAnsi="Calibri" w:eastAsia="Calibri"/>
          <w:b w:val="0"/>
          <w:i/>
          <w:color w:val="282828"/>
          <w:sz w:val="22"/>
        </w:rPr>
        <w:t xml:space="preserve">       Bay: Does not exist as a standard.</w:t>
      </w:r>
    </w:p>
    <w:p>
      <w:pPr>
        <w:spacing w:before="120" w:after="20" w:line="259" w:lineRule="auto"/>
        <w:shd w:fill="F8E8E8" w:val="clear"/>
      </w:pPr>
      <w:r>
        <w:rPr>
          <w:rFonts w:ascii="Calibri" w:hAnsi="Calibri" w:eastAsia="Calibri"/>
          <w:b w:val="0"/>
          <w:i w:val="0"/>
          <w:color w:val="A02828"/>
          <w:sz w:val="22"/>
        </w:rPr>
        <w:t xml:space="preserve">    D. [WRONG] Swap to a 1.0 unit/kg insulin infusion because metformin is held</w:t>
      </w:r>
    </w:p>
    <w:p>
      <w:pPr>
        <w:spacing w:before="0" w:after="20" w:line="259" w:lineRule="auto"/>
      </w:pPr>
      <w:r>
        <w:rPr>
          <w:rFonts w:ascii="Calibri" w:hAnsi="Calibri" w:eastAsia="Calibri"/>
          <w:b w:val="0"/>
          <w:i/>
          <w:color w:val="282828"/>
          <w:sz w:val="22"/>
        </w:rPr>
        <w:t xml:space="preserve">       Bay: Not automatically.</w:t>
      </w:r>
    </w:p>
    <w:p>
      <w:pPr>
        <w:spacing w:before="120" w:after="20" w:line="259" w:lineRule="auto"/>
        <w:shd w:fill="F8E8E8" w:val="clear"/>
      </w:pPr>
      <w:r>
        <w:rPr>
          <w:rFonts w:ascii="Calibri" w:hAnsi="Calibri" w:eastAsia="Calibri"/>
          <w:b w:val="0"/>
          <w:i w:val="0"/>
          <w:color w:val="A02828"/>
          <w:sz w:val="22"/>
        </w:rPr>
        <w:t xml:space="preserve">    E. [WRONG] Give contrast CT to 'complete the screen' on metformin and a creat 186</w:t>
      </w:r>
    </w:p>
    <w:p>
      <w:pPr>
        <w:spacing w:before="0" w:after="20" w:line="259" w:lineRule="auto"/>
      </w:pPr>
      <w:r>
        <w:rPr>
          <w:rFonts w:ascii="Calibri" w:hAnsi="Calibri" w:eastAsia="Calibri"/>
          <w:b w:val="0"/>
          <w:i/>
          <w:color w:val="282828"/>
          <w:sz w:val="22"/>
        </w:rPr>
        <w:t xml:space="preserve">       Bay: Think. Contrast plus metformin plus AKI is unkind.</w:t>
      </w:r>
    </w:p>
    <w:p>
      <w:pPr>
        <w:spacing w:before="120" w:after="20" w:line="259" w:lineRule="auto"/>
        <w:shd w:fill="F8E8E8" w:val="clear"/>
      </w:pPr>
      <w:r>
        <w:rPr>
          <w:rFonts w:ascii="Calibri" w:hAnsi="Calibri" w:eastAsia="Calibri"/>
          <w:b w:val="0"/>
          <w:i w:val="0"/>
          <w:color w:val="A02828"/>
          <w:sz w:val="22"/>
        </w:rPr>
        <w:t>B. [WRONG] A 50% glucose bolus 'in case they overshoot'</w:t>
      </w:r>
    </w:p>
    <w:p>
      <w:pPr>
        <w:spacing w:before="0" w:after="20" w:line="259" w:lineRule="auto"/>
      </w:pPr>
      <w:r>
        <w:rPr>
          <w:rFonts w:ascii="Calibri" w:hAnsi="Calibri" w:eastAsia="Calibri"/>
          <w:b w:val="0"/>
          <w:i/>
          <w:color w:val="282828"/>
          <w:sz w:val="22"/>
        </w:rPr>
        <w:t>Bay: She is 34. No.</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Stop all fluids on the ward so she can sleep</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Unescorted toilet because she is 'more alert'</w:t>
      </w:r>
    </w:p>
    <w:p>
      <w:pPr>
        <w:spacing w:before="0" w:after="20" w:line="259" w:lineRule="auto"/>
      </w:pPr>
      <w:r>
        <w:rPr>
          <w:rFonts w:ascii="Calibri" w:hAnsi="Calibri" w:eastAsia="Calibri"/>
          <w:b w:val="0"/>
          <w:i/>
          <w:color w:val="282828"/>
          <w:sz w:val="22"/>
        </w:rPr>
        <w:t>Bay: GCS 12, dry, clot risk.</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Restart a thiazide for 'BP later'</w:t>
      </w:r>
    </w:p>
    <w:p>
      <w:pPr>
        <w:spacing w:before="0" w:after="20" w:line="259" w:lineRule="auto"/>
      </w:pPr>
      <w:r>
        <w:rPr>
          <w:rFonts w:ascii="Calibri" w:hAnsi="Calibri" w:eastAsia="Calibri"/>
          <w:b w:val="0"/>
          <w:i/>
          <w:color w:val="282828"/>
          <w:sz w:val="22"/>
        </w:rPr>
        <w:t>Bay: Thiazides worsen HHS.</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The calculated osmolality is confirmed.</w:t>
      </w:r>
    </w:p>
    <w:p>
      <w:pPr>
        <w:spacing w:before="120" w:after="20" w:line="259" w:lineRule="auto"/>
        <w:shd w:fill="E8F5EC" w:val="clear"/>
      </w:pPr>
      <w:r>
        <w:rPr>
          <w:rFonts w:ascii="Calibri" w:hAnsi="Calibri" w:eastAsia="Calibri"/>
          <w:b/>
          <w:i w:val="0"/>
          <w:color w:val="146E3C"/>
          <w:sz w:val="22"/>
        </w:rPr>
        <w:t>A. [CORRECT] Hyperosmolar hyperglycaemic state</w:t>
      </w:r>
    </w:p>
    <w:p>
      <w:pPr>
        <w:spacing w:before="0" w:after="20" w:line="259" w:lineRule="auto"/>
      </w:pPr>
      <w:r>
        <w:rPr>
          <w:rFonts w:ascii="Calibri" w:hAnsi="Calibri" w:eastAsia="Calibri"/>
          <w:b w:val="0"/>
          <w:i/>
          <w:color w:val="282828"/>
          <w:sz w:val="22"/>
        </w:rPr>
        <w:t>Bay: That is the diagnosis.</w:t>
      </w:r>
    </w:p>
    <w:p>
      <w:pPr>
        <w:spacing w:before="120" w:after="20" w:line="259" w:lineRule="auto"/>
        <w:shd w:fill="F8E8E8" w:val="clear"/>
      </w:pPr>
      <w:r>
        <w:rPr>
          <w:rFonts w:ascii="Calibri" w:hAnsi="Calibri" w:eastAsia="Calibri"/>
          <w:b w:val="0"/>
          <w:i w:val="0"/>
          <w:color w:val="A02828"/>
          <w:sz w:val="22"/>
        </w:rPr>
        <w:t>B. [WRONG] DKA</w:t>
      </w:r>
    </w:p>
    <w:p>
      <w:pPr>
        <w:spacing w:before="0" w:after="20" w:line="259" w:lineRule="auto"/>
      </w:pPr>
      <w:r>
        <w:rPr>
          <w:rFonts w:ascii="Calibri" w:hAnsi="Calibri" w:eastAsia="Calibri"/>
          <w:b w:val="0"/>
          <w:i/>
          <w:color w:val="282828"/>
          <w:sz w:val="22"/>
        </w:rPr>
        <w:t>Bay: pH 7.35, ketones trace.</w:t>
      </w:r>
    </w:p>
    <w:p>
      <w:pPr>
        <w:spacing w:before="120" w:after="20" w:line="259" w:lineRule="auto"/>
        <w:shd w:fill="F8E8E8" w:val="clear"/>
      </w:pPr>
      <w:r>
        <w:rPr>
          <w:rFonts w:ascii="Calibri" w:hAnsi="Calibri" w:eastAsia="Calibri"/>
          <w:b w:val="0"/>
          <w:i w:val="0"/>
          <w:color w:val="A02828"/>
          <w:sz w:val="22"/>
        </w:rPr>
        <w:t>C. [WRONG] Addisonian crisis</w:t>
      </w:r>
    </w:p>
    <w:p>
      <w:pPr>
        <w:spacing w:before="0" w:after="20" w:line="259" w:lineRule="auto"/>
      </w:pPr>
      <w:r>
        <w:rPr>
          <w:rFonts w:ascii="Calibri" w:hAnsi="Calibri" w:eastAsia="Calibri"/>
          <w:b w:val="0"/>
          <w:i/>
          <w:color w:val="282828"/>
          <w:sz w:val="22"/>
        </w:rPr>
        <w:t>Bay: Glucose 42, not 2.9.</w:t>
      </w:r>
    </w:p>
    <w:p>
      <w:pPr>
        <w:spacing w:before="120" w:after="20" w:line="259" w:lineRule="auto"/>
        <w:shd w:fill="F8E8E8" w:val="clear"/>
      </w:pPr>
      <w:r>
        <w:rPr>
          <w:rFonts w:ascii="Calibri" w:hAnsi="Calibri" w:eastAsia="Calibri"/>
          <w:b w:val="0"/>
          <w:i w:val="0"/>
          <w:color w:val="A02828"/>
          <w:sz w:val="22"/>
        </w:rPr>
        <w:t>D. [WRONG] Alcoholic ketoacidosis</w:t>
      </w:r>
    </w:p>
    <w:p>
      <w:pPr>
        <w:spacing w:before="0" w:after="20" w:line="259" w:lineRule="auto"/>
      </w:pPr>
      <w:r>
        <w:rPr>
          <w:rFonts w:ascii="Calibri" w:hAnsi="Calibri" w:eastAsia="Calibri"/>
          <w:b w:val="0"/>
          <w:i/>
          <w:color w:val="282828"/>
          <w:sz w:val="22"/>
        </w:rPr>
        <w:t>Bay: Not the story.</w:t>
      </w:r>
    </w:p>
    <w:p>
      <w:pPr>
        <w:spacing w:before="120" w:after="20" w:line="259" w:lineRule="auto"/>
        <w:shd w:fill="F8E8E8" w:val="clear"/>
      </w:pPr>
      <w:r>
        <w:rPr>
          <w:rFonts w:ascii="Calibri" w:hAnsi="Calibri" w:eastAsia="Calibri"/>
          <w:b w:val="0"/>
          <w:i w:val="0"/>
          <w:color w:val="A02828"/>
          <w:sz w:val="22"/>
        </w:rPr>
        <w:t>E. [WRONG] Isolated UTI with a normal glucose</w:t>
      </w:r>
    </w:p>
    <w:p>
      <w:pPr>
        <w:spacing w:before="0" w:after="20" w:line="259" w:lineRule="auto"/>
      </w:pPr>
      <w:r>
        <w:rPr>
          <w:rFonts w:ascii="Calibri" w:hAnsi="Calibri" w:eastAsia="Calibri"/>
          <w:b w:val="0"/>
          <w:i/>
          <w:color w:val="282828"/>
          <w:sz w:val="22"/>
        </w:rPr>
        <w:t>Bay: Glucose 42.</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Hyperosmolar hyperglycaemic state</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Older T2DM, heat, severe dehydration, GCS 12</w:t>
      </w:r>
    </w:p>
    <w:p>
      <w:pPr>
        <w:spacing w:before="0" w:after="40" w:line="259" w:lineRule="auto"/>
      </w:pPr>
      <w:r>
        <w:rPr>
          <w:rFonts w:ascii="Calibri" w:hAnsi="Calibri" w:eastAsia="Calibri"/>
          <w:b w:val="0"/>
          <w:i w:val="0"/>
          <w:sz w:val="22"/>
        </w:rPr>
        <w:t>• Glucose 42, pH 7.35, absent ketones, high urea and osmolality</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Glucose, ketones, ABG, calculated osmolality, U&amp;E</w:t>
      </w:r>
    </w:p>
    <w:p>
      <w:pPr>
        <w:spacing w:before="0" w:after="40" w:line="259" w:lineRule="auto"/>
      </w:pPr>
      <w:r>
        <w:rPr>
          <w:rFonts w:ascii="Calibri" w:hAnsi="Calibri" w:eastAsia="Calibri"/>
          <w:b w:val="0"/>
          <w:i w:val="0"/>
          <w:sz w:val="22"/>
        </w:rPr>
        <w:t>• Source screen — infection is a common trigger</w:t>
      </w:r>
    </w:p>
    <w:p>
      <w:pPr>
        <w:spacing w:before="0" w:after="40" w:line="259" w:lineRule="auto"/>
      </w:pPr>
      <w:r>
        <w:rPr>
          <w:rFonts w:ascii="Calibri" w:hAnsi="Calibri" w:eastAsia="Calibri"/>
          <w:b w:val="0"/>
          <w:i w:val="0"/>
          <w:sz w:val="22"/>
        </w:rPr>
        <w:t>• 12-lead</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JBDS HHS: 0.9% saline first, slow fall in osmolality</w:t>
      </w:r>
    </w:p>
    <w:p>
      <w:pPr>
        <w:spacing w:before="0" w:after="40" w:line="259" w:lineRule="auto"/>
      </w:pPr>
      <w:r>
        <w:rPr>
          <w:rFonts w:ascii="Calibri" w:hAnsi="Calibri" w:eastAsia="Calibri"/>
          <w:b w:val="0"/>
          <w:i w:val="0"/>
          <w:sz w:val="22"/>
        </w:rPr>
        <w:t>• Insulin only if ketones/acidosis or glucose not falling</w:t>
      </w:r>
    </w:p>
    <w:p>
      <w:pPr>
        <w:spacing w:before="0" w:after="40" w:line="259" w:lineRule="auto"/>
      </w:pPr>
      <w:r>
        <w:rPr>
          <w:rFonts w:ascii="Calibri" w:hAnsi="Calibri" w:eastAsia="Calibri"/>
          <w:b w:val="0"/>
          <w:i w:val="0"/>
          <w:sz w:val="22"/>
        </w:rPr>
        <w:t>• LMWH, hold metformin in AKI, HDU</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JBDS HHS guideline</w:t>
      </w:r>
    </w:p>
    <w:p>
      <w:pPr>
        <w:spacing w:before="0" w:after="40" w:line="259" w:lineRule="auto"/>
      </w:pPr>
      <w:r>
        <w:rPr>
          <w:rFonts w:ascii="Calibri" w:hAnsi="Calibri" w:eastAsia="Calibri"/>
          <w:b w:val="0"/>
          <w:i w:val="0"/>
          <w:sz w:val="22"/>
        </w:rPr>
        <w:t>• NICE NG28 type 2 diabetes</w:t>
      </w:r>
    </w:p>
    <w:p>
      <w:pPr>
        <w:spacing w:before="0" w:after="40" w:line="259" w:lineRule="auto"/>
      </w:pPr>
      <w:r>
        <w:rPr>
          <w:rFonts w:ascii="Calibri" w:hAnsi="Calibri" w:eastAsia="Calibri"/>
          <w:b w:val="0"/>
          <w:i w:val="0"/>
          <w:sz w:val="22"/>
        </w:rPr>
        <w:t>• RCEM hyperglycaemic emergencies</w:t>
      </w:r>
    </w:p>
    <w:p>
      <w:r>
        <w:br w:type="page"/>
      </w:r>
    </w:p>
    <w:p>
      <w:pPr>
        <w:spacing w:before="120" w:after="160" w:line="259" w:lineRule="auto"/>
      </w:pPr>
      <w:r>
        <w:rPr>
          <w:rFonts w:ascii="Calibri" w:hAnsi="Calibri" w:eastAsia="Calibri"/>
          <w:b/>
          <w:i w:val="0"/>
          <w:color w:val="0C0E10"/>
          <w:sz w:val="36"/>
        </w:rPr>
        <w:t>Case 35 — Acute ischaemic stroke (MCA occlusion in AF, on a DOAC)</w:t>
      </w:r>
    </w:p>
    <w:p>
      <w:pPr>
        <w:spacing w:before="0" w:after="40" w:line="259" w:lineRule="auto"/>
      </w:pPr>
      <w:r>
        <w:rPr>
          <w:rFonts w:ascii="Calibri" w:hAnsi="Calibri" w:eastAsia="Calibri"/>
          <w:b w:val="0"/>
          <w:i/>
          <w:color w:val="5A5A5A"/>
          <w:sz w:val="20"/>
        </w:rPr>
        <w:t>pre-alert · Scottish Ambulance Service — pre-alert · rhythm af</w:t>
      </w:r>
    </w:p>
    <w:p>
      <w:pPr>
        <w:spacing w:before="0" w:after="40" w:line="259" w:lineRule="auto"/>
      </w:pPr>
      <w:r>
        <w:rPr>
          <w:rFonts w:ascii="Calibri" w:hAnsi="Calibri" w:eastAsia="Calibri"/>
          <w:b w:val="0"/>
          <w:i/>
          <w:color w:val="5A5A5A"/>
          <w:sz w:val="20"/>
        </w:rPr>
        <w:t>HR 96   BP 208/110   RR 16   SpO2 97%   temp 36.7   GCS 13   BM 6.4</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68 years, male</w:t>
      </w:r>
    </w:p>
    <w:p>
      <w:pPr>
        <w:spacing w:before="0" w:after="40" w:line="259" w:lineRule="auto"/>
      </w:pPr>
      <w:r>
        <w:rPr>
          <w:rFonts w:ascii="Calibri" w:hAnsi="Calibri" w:eastAsia="Calibri"/>
          <w:b w:val="0"/>
          <w:i w:val="0"/>
          <w:sz w:val="22"/>
        </w:rPr>
        <w:t>T sudden left-sided weakness and speech off 80 minutes ago, last seen well at 18:10</w:t>
      </w:r>
    </w:p>
    <w:p>
      <w:pPr>
        <w:spacing w:before="0" w:after="40" w:line="259" w:lineRule="auto"/>
      </w:pPr>
      <w:r>
        <w:rPr>
          <w:rFonts w:ascii="Calibri" w:hAnsi="Calibri" w:eastAsia="Calibri"/>
          <w:b w:val="0"/>
          <w:i w:val="0"/>
          <w:sz w:val="22"/>
        </w:rPr>
        <w:t>M FAST-positive</w:t>
      </w:r>
    </w:p>
    <w:p>
      <w:pPr>
        <w:spacing w:before="0" w:after="40" w:line="259" w:lineRule="auto"/>
      </w:pPr>
      <w:r>
        <w:rPr>
          <w:rFonts w:ascii="Calibri" w:hAnsi="Calibri" w:eastAsia="Calibri"/>
          <w:b w:val="0"/>
          <w:i w:val="0"/>
          <w:sz w:val="22"/>
        </w:rPr>
        <w:t>I AF on apixaban — last dose this morning, hypertension</w:t>
      </w:r>
    </w:p>
    <w:p>
      <w:pPr>
        <w:spacing w:before="0" w:after="40" w:line="259" w:lineRule="auto"/>
      </w:pPr>
      <w:r>
        <w:rPr>
          <w:rFonts w:ascii="Calibri" w:hAnsi="Calibri" w:eastAsia="Calibri"/>
          <w:b w:val="0"/>
          <w:i w:val="0"/>
          <w:sz w:val="22"/>
        </w:rPr>
        <w:t>S HR 96 BP 208/110 RR 16 SpO2 97% air GCS 13, dense left</w:t>
      </w:r>
    </w:p>
    <w:p>
      <w:pPr>
        <w:spacing w:before="0" w:after="40" w:line="259" w:lineRule="auto"/>
      </w:pPr>
      <w:r>
        <w:rPr>
          <w:rFonts w:ascii="Calibri" w:hAnsi="Calibri" w:eastAsia="Calibri"/>
          <w:b w:val="0"/>
          <w:i w:val="0"/>
          <w:sz w:val="22"/>
        </w:rPr>
        <w:t>T oxygen, one cannula</w:t>
      </w:r>
    </w:p>
    <w:p>
      <w:pPr>
        <w:spacing w:before="0" w:after="40" w:line="259" w:lineRule="auto"/>
      </w:pPr>
      <w:r>
        <w:rPr>
          <w:rFonts w:ascii="Calibri" w:hAnsi="Calibri" w:eastAsia="Calibri"/>
          <w:b w:val="0"/>
          <w:i w:val="0"/>
          <w:sz w:val="22"/>
        </w:rPr>
        <w:t>ETA 4 minutes. Crew: "We're inside the window. He is FAST-positive."</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no stridor, pooled saliva a little, sitting up.</w:t>
      </w:r>
    </w:p>
    <w:p>
      <w:pPr>
        <w:spacing w:before="0" w:after="40" w:line="259" w:lineRule="auto"/>
      </w:pPr>
      <w:r>
        <w:rPr>
          <w:rFonts w:ascii="Calibri" w:hAnsi="Calibri" w:eastAsia="Calibri"/>
          <w:b w:val="0"/>
          <w:i w:val="0"/>
          <w:sz w:val="22"/>
        </w:rPr>
        <w:t>B — RR 16, clear, SpO2 97% air.</w:t>
      </w:r>
    </w:p>
    <w:p>
      <w:pPr>
        <w:spacing w:before="0" w:after="40" w:line="259" w:lineRule="auto"/>
      </w:pPr>
      <w:r>
        <w:rPr>
          <w:rFonts w:ascii="Calibri" w:hAnsi="Calibri" w:eastAsia="Calibri"/>
          <w:b w:val="0"/>
          <w:i w:val="0"/>
          <w:sz w:val="22"/>
        </w:rPr>
        <w:t>C — HR 96 irregular, BP 208/110 both arms, no failure.</w:t>
      </w:r>
    </w:p>
    <w:p>
      <w:pPr>
        <w:spacing w:before="0" w:after="40" w:line="259" w:lineRule="auto"/>
      </w:pPr>
      <w:r>
        <w:rPr>
          <w:rFonts w:ascii="Calibri" w:hAnsi="Calibri" w:eastAsia="Calibri"/>
          <w:b w:val="0"/>
          <w:i w:val="0"/>
          <w:sz w:val="22"/>
        </w:rPr>
        <w:t>D — GCS 13 (E4 V3 M6), BM 6.4, dense left hemiparesis, gaze preference right, dysarthria.</w:t>
      </w:r>
    </w:p>
    <w:p>
      <w:pPr>
        <w:spacing w:before="0" w:after="40" w:line="259" w:lineRule="auto"/>
      </w:pPr>
      <w:r>
        <w:rPr>
          <w:rFonts w:ascii="Calibri" w:hAnsi="Calibri" w:eastAsia="Calibri"/>
          <w:b w:val="0"/>
          <w:i w:val="0"/>
          <w:sz w:val="22"/>
        </w:rPr>
        <w:t>E — no head wound, AF known, medic-alert: apixaban.</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FAST-positive at 80 minutes, AF, on a DOAC, BP 208.</w:t>
      </w:r>
    </w:p>
    <w:p>
      <w:pPr>
        <w:spacing w:before="120" w:after="20" w:line="259" w:lineRule="auto"/>
        <w:shd w:fill="E8F5EC" w:val="clear"/>
      </w:pPr>
      <w:r>
        <w:rPr>
          <w:rFonts w:ascii="Calibri" w:hAnsi="Calibri" w:eastAsia="Calibri"/>
          <w:b/>
          <w:i w:val="0"/>
          <w:color w:val="146E3C"/>
          <w:sz w:val="22"/>
        </w:rPr>
        <w:t>A. [CORRECT] Immediate CT / CTA</w:t>
      </w:r>
    </w:p>
    <w:p>
      <w:pPr>
        <w:spacing w:before="0" w:after="20" w:line="259" w:lineRule="auto"/>
      </w:pPr>
      <w:r>
        <w:rPr>
          <w:rFonts w:ascii="Calibri" w:hAnsi="Calibri" w:eastAsia="Calibri"/>
          <w:b w:val="0"/>
          <w:i/>
          <w:color w:val="282828"/>
          <w:sz w:val="22"/>
        </w:rPr>
        <w:t>Bay: You do not thrombolyse in the dark, and you do not lower the BP to 140 before you know if there is blood.</w:t>
      </w:r>
    </w:p>
    <w:p>
      <w:pPr>
        <w:spacing w:before="80" w:after="40" w:line="259" w:lineRule="auto"/>
      </w:pPr>
      <w:r>
        <w:rPr>
          <w:rFonts w:ascii="Calibri" w:hAnsi="Calibri" w:eastAsia="Calibri"/>
          <w:b/>
          <w:i w:val="0"/>
          <w:color w:val="46326E"/>
          <w:sz w:val="22"/>
        </w:rPr>
        <w:t xml:space="preserve">    Follow-up: Why not lyse on the trolley?</w:t>
      </w:r>
    </w:p>
    <w:p>
      <w:pPr>
        <w:spacing w:before="120" w:after="20" w:line="259" w:lineRule="auto"/>
        <w:shd w:fill="E8F5EC" w:val="clear"/>
      </w:pPr>
      <w:r>
        <w:rPr>
          <w:rFonts w:ascii="Calibri" w:hAnsi="Calibri" w:eastAsia="Calibri"/>
          <w:b/>
          <w:i w:val="0"/>
          <w:color w:val="146E3C"/>
          <w:sz w:val="22"/>
        </w:rPr>
        <w:t xml:space="preserve">    A. [CORRECT] Must exclude haemorrhage — and he is on apixaban, which may block lysis anyway</w:t>
      </w:r>
    </w:p>
    <w:p>
      <w:pPr>
        <w:spacing w:before="0" w:after="20" w:line="259" w:lineRule="auto"/>
      </w:pPr>
      <w:r>
        <w:rPr>
          <w:rFonts w:ascii="Calibri" w:hAnsi="Calibri" w:eastAsia="Calibri"/>
          <w:b w:val="0"/>
          <w:i/>
          <w:color w:val="282828"/>
          <w:sz w:val="22"/>
        </w:rPr>
        <w:t xml:space="preserve">       Bay: CT first. DOAC timing matters.</w:t>
      </w:r>
    </w:p>
    <w:p>
      <w:pPr>
        <w:spacing w:before="120" w:after="20" w:line="259" w:lineRule="auto"/>
        <w:shd w:fill="F8E8E8" w:val="clear"/>
      </w:pPr>
      <w:r>
        <w:rPr>
          <w:rFonts w:ascii="Calibri" w:hAnsi="Calibri" w:eastAsia="Calibri"/>
          <w:b w:val="0"/>
          <w:i w:val="0"/>
          <w:color w:val="A02828"/>
          <w:sz w:val="22"/>
        </w:rPr>
        <w:t xml:space="preserve">    B. [WRONG] NIHSS over 10 is a licence to lyse without imaging</w:t>
      </w:r>
    </w:p>
    <w:p>
      <w:pPr>
        <w:spacing w:before="0" w:after="20" w:line="259" w:lineRule="auto"/>
      </w:pPr>
      <w:r>
        <w:rPr>
          <w:rFonts w:ascii="Calibri" w:hAnsi="Calibri" w:eastAsia="Calibri"/>
          <w:b w:val="0"/>
          <w:i/>
          <w:color w:val="282828"/>
          <w:sz w:val="22"/>
        </w:rPr>
        <w:t xml:space="preserve">       Bay: Never.</w:t>
      </w:r>
    </w:p>
    <w:p>
      <w:pPr>
        <w:spacing w:before="120" w:after="20" w:line="259" w:lineRule="auto"/>
        <w:shd w:fill="F8E8E8" w:val="clear"/>
      </w:pPr>
      <w:r>
        <w:rPr>
          <w:rFonts w:ascii="Calibri" w:hAnsi="Calibri" w:eastAsia="Calibri"/>
          <w:b w:val="0"/>
          <w:i w:val="0"/>
          <w:color w:val="A02828"/>
          <w:sz w:val="22"/>
        </w:rPr>
        <w:t xml:space="preserve">    C. [WRONG] BP 208 means you must GTN to 140 then scan</w:t>
      </w:r>
    </w:p>
    <w:p>
      <w:pPr>
        <w:spacing w:before="0" w:after="20" w:line="259" w:lineRule="auto"/>
      </w:pPr>
      <w:r>
        <w:rPr>
          <w:rFonts w:ascii="Calibri" w:hAnsi="Calibri" w:eastAsia="Calibri"/>
          <w:b w:val="0"/>
          <w:i/>
          <w:color w:val="282828"/>
          <w:sz w:val="22"/>
        </w:rPr>
        <w:t xml:space="preserve">       Bay: Do not crash the penumbra before the scan. Lower if you are going to lyse, to the licensed target, after the scan.</w:t>
      </w:r>
    </w:p>
    <w:p>
      <w:pPr>
        <w:spacing w:before="120" w:after="20" w:line="259" w:lineRule="auto"/>
        <w:shd w:fill="F8E8E8" w:val="clear"/>
      </w:pPr>
      <w:r>
        <w:rPr>
          <w:rFonts w:ascii="Calibri" w:hAnsi="Calibri" w:eastAsia="Calibri"/>
          <w:b w:val="0"/>
          <w:i w:val="0"/>
          <w:color w:val="A02828"/>
          <w:sz w:val="22"/>
        </w:rPr>
        <w:t xml:space="preserve">    D. [WRONG] Aspirin 300 mg now, scan tomorrow</w:t>
      </w:r>
    </w:p>
    <w:p>
      <w:pPr>
        <w:spacing w:before="0" w:after="20" w:line="259" w:lineRule="auto"/>
      </w:pPr>
      <w:r>
        <w:rPr>
          <w:rFonts w:ascii="Calibri" w:hAnsi="Calibri" w:eastAsia="Calibri"/>
          <w:b w:val="0"/>
          <w:i/>
          <w:color w:val="282828"/>
          <w:sz w:val="22"/>
        </w:rPr>
        <w:t xml:space="preserve">       Bay: You are in the window.</w:t>
      </w:r>
    </w:p>
    <w:p>
      <w:pPr>
        <w:spacing w:before="120" w:after="20" w:line="259" w:lineRule="auto"/>
        <w:shd w:fill="F8E8E8" w:val="clear"/>
      </w:pPr>
      <w:r>
        <w:rPr>
          <w:rFonts w:ascii="Calibri" w:hAnsi="Calibri" w:eastAsia="Calibri"/>
          <w:b w:val="0"/>
          <w:i w:val="0"/>
          <w:color w:val="A02828"/>
          <w:sz w:val="22"/>
        </w:rPr>
        <w:t xml:space="preserve">    E. [WRONG] Heparin infusion for AF instead of imaging</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B. [WRONG] Alteplase now without imaging</w:t>
      </w:r>
    </w:p>
    <w:p>
      <w:pPr>
        <w:spacing w:before="0" w:after="20" w:line="259" w:lineRule="auto"/>
      </w:pPr>
      <w:r>
        <w:rPr>
          <w:rFonts w:ascii="Calibri" w:hAnsi="Calibri" w:eastAsia="Calibri"/>
          <w:b w:val="0"/>
          <w:i/>
          <w:color w:val="282828"/>
          <w:sz w:val="22"/>
        </w:rPr>
        <w:t>Bay: Could be a bleed. He is also anticoagulated.</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GTN to a systolic of 140 before any scan</w:t>
      </w:r>
    </w:p>
    <w:p>
      <w:pPr>
        <w:spacing w:before="0" w:after="20" w:line="259" w:lineRule="auto"/>
      </w:pPr>
      <w:r>
        <w:rPr>
          <w:rFonts w:ascii="Calibri" w:hAnsi="Calibri" w:eastAsia="Calibri"/>
          <w:b w:val="0"/>
          <w:i/>
          <w:color w:val="282828"/>
          <w:sz w:val="22"/>
        </w:rPr>
        <w:t>Bay: Perfusion of the penumbra. Scan first, then follow the lysis BP rules if eligible.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Aspirin 300 mg chewed now</w:t>
      </w:r>
    </w:p>
    <w:p>
      <w:pPr>
        <w:spacing w:before="0" w:after="20" w:line="259" w:lineRule="auto"/>
      </w:pPr>
      <w:r>
        <w:rPr>
          <w:rFonts w:ascii="Calibri" w:hAnsi="Calibri" w:eastAsia="Calibri"/>
          <w:b w:val="0"/>
          <w:i/>
          <w:color w:val="282828"/>
          <w:sz w:val="22"/>
        </w:rPr>
        <w:t>Bay: Could be a haemorrhage, and he is already anticoagulated.</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Wait for a 12-hour troponin before going to CT</w:t>
      </w:r>
    </w:p>
    <w:p>
      <w:pPr>
        <w:spacing w:before="0" w:after="20" w:line="259" w:lineRule="auto"/>
      </w:pPr>
      <w:r>
        <w:rPr>
          <w:rFonts w:ascii="Calibri" w:hAnsi="Calibri" w:eastAsia="Calibri"/>
          <w:b w:val="0"/>
          <w:i/>
          <w:color w:val="282828"/>
          <w:sz w:val="22"/>
        </w:rPr>
        <w:t>Bay: Brain first.</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CT: no blood. Left MCA occlusion. Last apixaban 10 hours ago. NIHSS 16.</w:t>
      </w:r>
    </w:p>
    <w:p>
      <w:pPr>
        <w:spacing w:before="120" w:after="20" w:line="259" w:lineRule="auto"/>
        <w:shd w:fill="E8F5EC" w:val="clear"/>
      </w:pPr>
      <w:r>
        <w:rPr>
          <w:rFonts w:ascii="Calibri" w:hAnsi="Calibri" w:eastAsia="Calibri"/>
          <w:b/>
          <w:i w:val="0"/>
          <w:color w:val="146E3C"/>
          <w:sz w:val="22"/>
        </w:rPr>
        <w:t>A. [CORRECT] Call stroke / thrombectomy — do not lyse a DOAC this fresh without specialist advice</w:t>
      </w:r>
    </w:p>
    <w:p>
      <w:pPr>
        <w:spacing w:before="0" w:after="20" w:line="259" w:lineRule="auto"/>
      </w:pPr>
      <w:r>
        <w:rPr>
          <w:rFonts w:ascii="Calibri" w:hAnsi="Calibri" w:eastAsia="Calibri"/>
          <w:b w:val="0"/>
          <w:i/>
          <w:color w:val="282828"/>
          <w:sz w:val="22"/>
        </w:rPr>
        <w:t>Bay: CTA already shows a large-vessel occlusion. The clock is thrombectomy. DOAC at 10 hours is why you do not freelance alteplase.</w:t>
      </w:r>
    </w:p>
    <w:p>
      <w:pPr>
        <w:spacing w:before="80" w:after="40" w:line="259" w:lineRule="auto"/>
      </w:pPr>
      <w:r>
        <w:rPr>
          <w:rFonts w:ascii="Calibri" w:hAnsi="Calibri" w:eastAsia="Calibri"/>
          <w:b/>
          <w:i w:val="0"/>
          <w:color w:val="46326E"/>
          <w:sz w:val="22"/>
        </w:rPr>
        <w:t xml:space="preserve">    Follow-up: What about the blood pressure now?</w:t>
      </w:r>
    </w:p>
    <w:p>
      <w:pPr>
        <w:spacing w:before="120" w:after="20" w:line="259" w:lineRule="auto"/>
        <w:shd w:fill="E8F5EC" w:val="clear"/>
      </w:pPr>
      <w:r>
        <w:rPr>
          <w:rFonts w:ascii="Calibri" w:hAnsi="Calibri" w:eastAsia="Calibri"/>
          <w:b/>
          <w:i w:val="0"/>
          <w:color w:val="146E3C"/>
          <w:sz w:val="22"/>
        </w:rPr>
        <w:t xml:space="preserve">    A. [CORRECT] If reperfusion is planned, follow the stroke team's BP target — typically &lt;185/110 before alteplase if they lyse</w:t>
      </w:r>
    </w:p>
    <w:p>
      <w:pPr>
        <w:spacing w:before="0" w:after="20" w:line="259" w:lineRule="auto"/>
      </w:pPr>
      <w:r>
        <w:rPr>
          <w:rFonts w:ascii="Calibri" w:hAnsi="Calibri" w:eastAsia="Calibri"/>
          <w:b w:val="0"/>
          <w:i/>
          <w:color w:val="282828"/>
          <w:sz w:val="22"/>
        </w:rPr>
        <w:t xml:space="preserve">       Bay: Do not invent a 120 target with GTN on the way to CT.</w:t>
      </w:r>
    </w:p>
    <w:p>
      <w:pPr>
        <w:spacing w:before="120" w:after="20" w:line="259" w:lineRule="auto"/>
        <w:shd w:fill="F8E8E8" w:val="clear"/>
      </w:pPr>
      <w:r>
        <w:rPr>
          <w:rFonts w:ascii="Calibri" w:hAnsi="Calibri" w:eastAsia="Calibri"/>
          <w:b w:val="0"/>
          <w:i w:val="0"/>
          <w:color w:val="A02828"/>
          <w:sz w:val="22"/>
        </w:rPr>
        <w:t xml:space="preserve">    B. [WRONG] Must be 120 systolic before anyone moves</w:t>
      </w:r>
    </w:p>
    <w:p>
      <w:pPr>
        <w:spacing w:before="0" w:after="20" w:line="259" w:lineRule="auto"/>
      </w:pPr>
      <w:r>
        <w:rPr>
          <w:rFonts w:ascii="Calibri" w:hAnsi="Calibri" w:eastAsia="Calibri"/>
          <w:b w:val="0"/>
          <w:i/>
          <w:color w:val="282828"/>
          <w:sz w:val="22"/>
        </w:rPr>
        <w:t xml:space="preserve">       Bay: Too low for a tight MCA.</w:t>
      </w:r>
    </w:p>
    <w:p>
      <w:pPr>
        <w:spacing w:before="120" w:after="20" w:line="259" w:lineRule="auto"/>
        <w:shd w:fill="F8E8E8" w:val="clear"/>
      </w:pPr>
      <w:r>
        <w:rPr>
          <w:rFonts w:ascii="Calibri" w:hAnsi="Calibri" w:eastAsia="Calibri"/>
          <w:b w:val="0"/>
          <w:i w:val="0"/>
          <w:color w:val="A02828"/>
          <w:sz w:val="22"/>
        </w:rPr>
        <w:t xml:space="preserve">    C. [WRONG] Leave 220 forever even if they lyse</w:t>
      </w:r>
    </w:p>
    <w:p>
      <w:pPr>
        <w:spacing w:before="0" w:after="20" w:line="259" w:lineRule="auto"/>
      </w:pPr>
      <w:r>
        <w:rPr>
          <w:rFonts w:ascii="Calibri" w:hAnsi="Calibri" w:eastAsia="Calibri"/>
          <w:b w:val="0"/>
          <w:i/>
          <w:color w:val="282828"/>
          <w:sz w:val="22"/>
        </w:rPr>
        <w:t xml:space="preserve">       Bay: If they lyse, there is a cap.</w:t>
      </w:r>
    </w:p>
    <w:p>
      <w:pPr>
        <w:spacing w:before="120" w:after="20" w:line="259" w:lineRule="auto"/>
        <w:shd w:fill="F8E8E8" w:val="clear"/>
      </w:pPr>
      <w:r>
        <w:rPr>
          <w:rFonts w:ascii="Calibri" w:hAnsi="Calibri" w:eastAsia="Calibri"/>
          <w:b w:val="0"/>
          <w:i w:val="0"/>
          <w:color w:val="A02828"/>
          <w:sz w:val="22"/>
        </w:rPr>
        <w:t xml:space="preserve">    D. [WRONG] Labetalol to 90 systolic</w:t>
      </w:r>
    </w:p>
    <w:p>
      <w:pPr>
        <w:spacing w:before="0" w:after="20" w:line="259" w:lineRule="auto"/>
      </w:pPr>
      <w:r>
        <w:rPr>
          <w:rFonts w:ascii="Calibri" w:hAnsi="Calibri" w:eastAsia="Calibri"/>
          <w:b w:val="0"/>
          <w:i/>
          <w:color w:val="282828"/>
          <w:sz w:val="22"/>
        </w:rPr>
        <w:t xml:space="preserve">       Bay: Penumbra.</w:t>
      </w:r>
    </w:p>
    <w:p>
      <w:pPr>
        <w:spacing w:before="120" w:after="20" w:line="259" w:lineRule="auto"/>
        <w:shd w:fill="F8E8E8" w:val="clear"/>
      </w:pPr>
      <w:r>
        <w:rPr>
          <w:rFonts w:ascii="Calibri" w:hAnsi="Calibri" w:eastAsia="Calibri"/>
          <w:b w:val="0"/>
          <w:i w:val="0"/>
          <w:color w:val="A02828"/>
          <w:sz w:val="22"/>
        </w:rPr>
        <w:t xml:space="preserve">    E. [WRONG] No BP treatment ever in stroke, including 250 with lysis</w:t>
      </w:r>
    </w:p>
    <w:p>
      <w:pPr>
        <w:spacing w:before="0" w:after="20" w:line="259" w:lineRule="auto"/>
      </w:pPr>
      <w:r>
        <w:rPr>
          <w:rFonts w:ascii="Calibri" w:hAnsi="Calibri" w:eastAsia="Calibri"/>
          <w:b w:val="0"/>
          <w:i/>
          <w:color w:val="282828"/>
          <w:sz w:val="22"/>
        </w:rPr>
        <w:t xml:space="preserve">       Bay: There are rules. Use them.</w:t>
      </w:r>
    </w:p>
    <w:p>
      <w:pPr>
        <w:spacing w:before="120" w:after="20" w:line="259" w:lineRule="auto"/>
        <w:shd w:fill="F8E8E8" w:val="clear"/>
      </w:pPr>
      <w:r>
        <w:rPr>
          <w:rFonts w:ascii="Calibri" w:hAnsi="Calibri" w:eastAsia="Calibri"/>
          <w:b w:val="0"/>
          <w:i w:val="0"/>
          <w:color w:val="A02828"/>
          <w:sz w:val="22"/>
        </w:rPr>
        <w:t>B. [WRONG] Alteplase yourself because the CT is 'clear'</w:t>
      </w:r>
    </w:p>
    <w:p>
      <w:pPr>
        <w:spacing w:before="0" w:after="20" w:line="259" w:lineRule="auto"/>
      </w:pPr>
      <w:r>
        <w:rPr>
          <w:rFonts w:ascii="Calibri" w:hAnsi="Calibri" w:eastAsia="Calibri"/>
          <w:b w:val="0"/>
          <w:i/>
          <w:color w:val="282828"/>
          <w:sz w:val="22"/>
        </w:rPr>
        <w:t>Bay: DOAC 10 hours ago. Specialist only — and LVO may want a groin more than a drug.</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Heparin infusion instead of reperfusion</w:t>
      </w:r>
    </w:p>
    <w:p>
      <w:pPr>
        <w:spacing w:before="0" w:after="20" w:line="259" w:lineRule="auto"/>
      </w:pPr>
      <w:r>
        <w:rPr>
          <w:rFonts w:ascii="Calibri" w:hAnsi="Calibri" w:eastAsia="Calibri"/>
          <w:b w:val="0"/>
          <w:i/>
          <w:color w:val="282828"/>
          <w:sz w:val="22"/>
        </w:rPr>
        <w:t>Bay: Not the treatment of LVO.</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Discharge with a TIA clinic in a week</w:t>
      </w:r>
    </w:p>
    <w:p>
      <w:pPr>
        <w:spacing w:before="0" w:after="20" w:line="259" w:lineRule="auto"/>
      </w:pPr>
      <w:r>
        <w:rPr>
          <w:rFonts w:ascii="Calibri" w:hAnsi="Calibri" w:eastAsia="Calibri"/>
          <w:b w:val="0"/>
          <w:i/>
          <w:color w:val="282828"/>
          <w:sz w:val="22"/>
        </w:rPr>
        <w:t>Bay: NIHSS 16.</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Craniotomy from ED because the arm is weak</w:t>
      </w:r>
    </w:p>
    <w:p>
      <w:pPr>
        <w:spacing w:before="0" w:after="20" w:line="259" w:lineRule="auto"/>
      </w:pPr>
      <w:r>
        <w:rPr>
          <w:rFonts w:ascii="Calibri" w:hAnsi="Calibri" w:eastAsia="Calibri"/>
          <w:b w:val="0"/>
          <w:i/>
          <w:color w:val="282828"/>
          <w:sz w:val="22"/>
        </w:rPr>
        <w:t>Bay: The vessel is the target, not a bone flap.</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Stroke team are coming. Send what helps.</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7.41  pCO2 4.6  pO2 12.0  HCO3 24  BE 0  lactate 1.2  K+ 4.1  Hb 140</w:t>
      </w:r>
    </w:p>
    <w:p>
      <w:pPr>
        <w:spacing w:before="0" w:after="40" w:line="259" w:lineRule="auto"/>
      </w:pPr>
      <w:r>
        <w:rPr>
          <w:rFonts w:ascii="Calibri" w:hAnsi="Calibri" w:eastAsia="Calibri"/>
          <w:b w:val="0"/>
          <w:i w:val="0"/>
          <w:sz w:val="22"/>
        </w:rPr>
        <w:t>Not the issue.</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6.4 mmol/L — do not over-treat. Avoid hypo.</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af</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Dip neg. Not a UTI mimic as the lead.</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140   WCC 8.2   Plt 214</w:t>
      </w:r>
    </w:p>
    <w:p>
      <w:pPr>
        <w:spacing w:before="0" w:after="40" w:line="259" w:lineRule="auto"/>
      </w:pPr>
      <w:r>
        <w:rPr>
          <w:rFonts w:ascii="Calibri" w:hAnsi="Calibri" w:eastAsia="Calibri"/>
          <w:b w:val="0"/>
          <w:i w:val="0"/>
          <w:sz w:val="22"/>
        </w:rPr>
        <w:t>coag: PT 12 s   APTT 30 s</w:t>
      </w:r>
    </w:p>
    <w:p>
      <w:pPr>
        <w:spacing w:before="0" w:after="40" w:line="259" w:lineRule="auto"/>
      </w:pPr>
      <w:r>
        <w:rPr>
          <w:rFonts w:ascii="Calibri" w:hAnsi="Calibri" w:eastAsia="Calibri"/>
          <w:b w:val="0"/>
          <w:i w:val="0"/>
          <w:sz w:val="22"/>
        </w:rPr>
        <w:t>inr: 1.1</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Plt 214, INR 1.1. Review — then decide.</w:t>
      </w:r>
    </w:p>
    <w:p>
      <w:pPr>
        <w:spacing w:before="120" w:after="20" w:line="259" w:lineRule="auto"/>
        <w:shd w:fill="E8F5EC" w:val="clear"/>
      </w:pPr>
      <w:r>
        <w:rPr>
          <w:rFonts w:ascii="Calibri" w:hAnsi="Calibri" w:eastAsia="Calibri"/>
          <w:b/>
          <w:i w:val="0"/>
          <w:color w:val="146E3C"/>
          <w:sz w:val="22"/>
        </w:rPr>
        <w:t>A. [CORRECT] Keep NBM, head slightly up, glucose in range, go with them to the angio suite</w:t>
      </w:r>
    </w:p>
    <w:p>
      <w:pPr>
        <w:spacing w:before="0" w:after="20" w:line="259" w:lineRule="auto"/>
      </w:pPr>
      <w:r>
        <w:rPr>
          <w:rFonts w:ascii="Calibri" w:hAnsi="Calibri" w:eastAsia="Calibri"/>
          <w:b w:val="0"/>
          <w:i/>
          <w:color w:val="282828"/>
          <w:sz w:val="22"/>
        </w:rPr>
        <w:t>Bay: No NG yet if it delays. No aspirin until they say the vessel plan is done.</w:t>
      </w:r>
    </w:p>
    <w:p>
      <w:pPr>
        <w:spacing w:before="80" w:after="40" w:line="259" w:lineRule="auto"/>
      </w:pPr>
      <w:r>
        <w:rPr>
          <w:rFonts w:ascii="Calibri" w:hAnsi="Calibri" w:eastAsia="Calibri"/>
          <w:b/>
          <w:i w:val="0"/>
          <w:color w:val="46326E"/>
          <w:sz w:val="22"/>
        </w:rPr>
        <w:t xml:space="preserve">    Follow-up: Aspirin now?</w:t>
      </w:r>
    </w:p>
    <w:p>
      <w:pPr>
        <w:spacing w:before="120" w:after="20" w:line="259" w:lineRule="auto"/>
        <w:shd w:fill="E8F5EC" w:val="clear"/>
      </w:pPr>
      <w:r>
        <w:rPr>
          <w:rFonts w:ascii="Calibri" w:hAnsi="Calibri" w:eastAsia="Calibri"/>
          <w:b/>
          <w:i w:val="0"/>
          <w:color w:val="146E3C"/>
          <w:sz w:val="22"/>
        </w:rPr>
        <w:t xml:space="preserve">    A. [CORRECT] Not until haemorrhage is excluded and the reperfusion plan is clear — often after 24 h if lysed</w:t>
      </w:r>
    </w:p>
    <w:p>
      <w:pPr>
        <w:spacing w:before="0" w:after="20" w:line="259" w:lineRule="auto"/>
      </w:pPr>
      <w:r>
        <w:rPr>
          <w:rFonts w:ascii="Calibri" w:hAnsi="Calibri" w:eastAsia="Calibri"/>
          <w:b w:val="0"/>
          <w:i/>
          <w:color w:val="282828"/>
          <w:sz w:val="22"/>
        </w:rPr>
        <w:t xml:space="preserve">       Bay: He is going for a clot retrieval, on a DOAC. Do not add aspirin in resus.</w:t>
      </w:r>
    </w:p>
    <w:p>
      <w:pPr>
        <w:spacing w:before="120" w:after="20" w:line="259" w:lineRule="auto"/>
        <w:shd w:fill="F8E8E8" w:val="clear"/>
      </w:pPr>
      <w:r>
        <w:rPr>
          <w:rFonts w:ascii="Calibri" w:hAnsi="Calibri" w:eastAsia="Calibri"/>
          <w:b w:val="0"/>
          <w:i w:val="0"/>
          <w:color w:val="A02828"/>
          <w:sz w:val="22"/>
        </w:rPr>
        <w:t xml:space="preserve">    B. [WRONG] 300 mg now, always, FAST-positive</w:t>
      </w:r>
    </w:p>
    <w:p>
      <w:pPr>
        <w:spacing w:before="0" w:after="20" w:line="259" w:lineRule="auto"/>
      </w:pPr>
      <w:r>
        <w:rPr>
          <w:rFonts w:ascii="Calibri" w:hAnsi="Calibri" w:eastAsia="Calibri"/>
          <w:b w:val="0"/>
          <w:i/>
          <w:color w:val="282828"/>
          <w:sz w:val="22"/>
        </w:rPr>
        <w:t xml:space="preserve">       Bay: Bleed was excluded but DOAC + lysis/thrombectomy is a specialist call.</w:t>
      </w:r>
    </w:p>
    <w:p>
      <w:pPr>
        <w:spacing w:before="120" w:after="20" w:line="259" w:lineRule="auto"/>
        <w:shd w:fill="F8E8E8" w:val="clear"/>
      </w:pPr>
      <w:r>
        <w:rPr>
          <w:rFonts w:ascii="Calibri" w:hAnsi="Calibri" w:eastAsia="Calibri"/>
          <w:b w:val="0"/>
          <w:i w:val="0"/>
          <w:color w:val="A02828"/>
          <w:sz w:val="22"/>
        </w:rPr>
        <w:t xml:space="preserve">    C. [WRONG] Clopidogrel loading plus aspirin plus heparin</w:t>
      </w:r>
    </w:p>
    <w:p>
      <w:pPr>
        <w:spacing w:before="0" w:after="20" w:line="259" w:lineRule="auto"/>
      </w:pPr>
      <w:r>
        <w:rPr>
          <w:rFonts w:ascii="Calibri" w:hAnsi="Calibri" w:eastAsia="Calibri"/>
          <w:b w:val="0"/>
          <w:i/>
          <w:color w:val="282828"/>
          <w:sz w:val="22"/>
        </w:rPr>
        <w:t xml:space="preserve">       Bay: A haemorrhage waiting to happen.</w:t>
      </w:r>
    </w:p>
    <w:p>
      <w:pPr>
        <w:spacing w:before="120" w:after="20" w:line="259" w:lineRule="auto"/>
        <w:shd w:fill="F8E8E8" w:val="clear"/>
      </w:pPr>
      <w:r>
        <w:rPr>
          <w:rFonts w:ascii="Calibri" w:hAnsi="Calibri" w:eastAsia="Calibri"/>
          <w:b w:val="0"/>
          <w:i w:val="0"/>
          <w:color w:val="A02828"/>
          <w:sz w:val="22"/>
        </w:rPr>
        <w:t xml:space="preserve">    D. [WRONG] Warfarin to INR 3 before the groin</w:t>
      </w:r>
    </w:p>
    <w:p>
      <w:pPr>
        <w:spacing w:before="0" w:after="20" w:line="259" w:lineRule="auto"/>
      </w:pPr>
      <w:r>
        <w:rPr>
          <w:rFonts w:ascii="Calibri" w:hAnsi="Calibri" w:eastAsia="Calibri"/>
          <w:b w:val="0"/>
          <w:i/>
          <w:color w:val="282828"/>
          <w:sz w:val="22"/>
        </w:rPr>
        <w:t xml:space="preserve">       Bay: He is already anticoagulated.</w:t>
      </w:r>
    </w:p>
    <w:p>
      <w:pPr>
        <w:spacing w:before="120" w:after="20" w:line="259" w:lineRule="auto"/>
        <w:shd w:fill="F8E8E8" w:val="clear"/>
      </w:pPr>
      <w:r>
        <w:rPr>
          <w:rFonts w:ascii="Calibri" w:hAnsi="Calibri" w:eastAsia="Calibri"/>
          <w:b w:val="0"/>
          <w:i w:val="0"/>
          <w:color w:val="A02828"/>
          <w:sz w:val="22"/>
        </w:rPr>
        <w:t xml:space="preserve">    E. [WRONG] Stop apixaban forever in the notes without a plan</w:t>
      </w:r>
    </w:p>
    <w:p>
      <w:pPr>
        <w:spacing w:before="0" w:after="20" w:line="259" w:lineRule="auto"/>
      </w:pPr>
      <w:r>
        <w:rPr>
          <w:rFonts w:ascii="Calibri" w:hAnsi="Calibri" w:eastAsia="Calibri"/>
          <w:b w:val="0"/>
          <w:i/>
          <w:color w:val="282828"/>
          <w:sz w:val="22"/>
        </w:rPr>
        <w:t xml:space="preserve">       Bay: AF still needs a plan after the acute phase.</w:t>
      </w:r>
    </w:p>
    <w:p>
      <w:pPr>
        <w:spacing w:before="120" w:after="20" w:line="259" w:lineRule="auto"/>
        <w:shd w:fill="F8E8E8" w:val="clear"/>
      </w:pPr>
      <w:r>
        <w:rPr>
          <w:rFonts w:ascii="Calibri" w:hAnsi="Calibri" w:eastAsia="Calibri"/>
          <w:b w:val="0"/>
          <w:i w:val="0"/>
          <w:color w:val="A02828"/>
          <w:sz w:val="22"/>
        </w:rPr>
        <w:t>B. [WRONG] NG aspirin crushed now</w:t>
      </w:r>
    </w:p>
    <w:p>
      <w:pPr>
        <w:spacing w:before="0" w:after="20" w:line="259" w:lineRule="auto"/>
      </w:pPr>
      <w:r>
        <w:rPr>
          <w:rFonts w:ascii="Calibri" w:hAnsi="Calibri" w:eastAsia="Calibri"/>
          <w:b w:val="0"/>
          <w:i/>
          <w:color w:val="282828"/>
          <w:sz w:val="22"/>
        </w:rPr>
        <w:t>Bay: Wait.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Reverse apixaban with andexanet and then lyse yourself</w:t>
      </w:r>
    </w:p>
    <w:p>
      <w:pPr>
        <w:spacing w:before="0" w:after="20" w:line="259" w:lineRule="auto"/>
      </w:pPr>
      <w:r>
        <w:rPr>
          <w:rFonts w:ascii="Calibri" w:hAnsi="Calibri" w:eastAsia="Calibri"/>
          <w:b w:val="0"/>
          <w:i/>
          <w:color w:val="282828"/>
          <w:sz w:val="22"/>
        </w:rPr>
        <w:t>Bay: Not a freelance ED sequence. Stroke/haem will decide.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Permissive hypotension to 90 to 'reduce bleed risk'</w:t>
      </w:r>
    </w:p>
    <w:p>
      <w:pPr>
        <w:spacing w:before="0" w:after="20" w:line="259" w:lineRule="auto"/>
      </w:pPr>
      <w:r>
        <w:rPr>
          <w:rFonts w:ascii="Calibri" w:hAnsi="Calibri" w:eastAsia="Calibri"/>
          <w:b w:val="0"/>
          <w:i/>
          <w:color w:val="282828"/>
          <w:sz w:val="22"/>
        </w:rPr>
        <w:t>Bay: Penumbra dies.</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Sedate to GCS 3 so he 'lies still for CTA'</w:t>
      </w:r>
    </w:p>
    <w:p>
      <w:pPr>
        <w:spacing w:before="0" w:after="20" w:line="259" w:lineRule="auto"/>
      </w:pPr>
      <w:r>
        <w:rPr>
          <w:rFonts w:ascii="Calibri" w:hAnsi="Calibri" w:eastAsia="Calibri"/>
          <w:b w:val="0"/>
          <w:i/>
          <w:color w:val="282828"/>
          <w:sz w:val="22"/>
        </w:rPr>
        <w:t>Bay: You lose your neuro obs.</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Wife is in the relatives' room.</w:t>
      </w:r>
    </w:p>
    <w:p>
      <w:pPr>
        <w:spacing w:before="120" w:after="20" w:line="259" w:lineRule="auto"/>
        <w:shd w:fill="E8F5EC" w:val="clear"/>
      </w:pPr>
      <w:r>
        <w:rPr>
          <w:rFonts w:ascii="Calibri" w:hAnsi="Calibri" w:eastAsia="Calibri"/>
          <w:b/>
          <w:i w:val="0"/>
          <w:color w:val="146E3C"/>
          <w:sz w:val="22"/>
        </w:rPr>
        <w:t>A. [CORRECT] Exact last-seen-well, DOAC last dose, NIHSS elements, premorbid function</w:t>
      </w:r>
    </w:p>
    <w:p>
      <w:pPr>
        <w:spacing w:before="0" w:after="20" w:line="259" w:lineRule="auto"/>
      </w:pPr>
      <w:r>
        <w:rPr>
          <w:rFonts w:ascii="Calibri" w:hAnsi="Calibri" w:eastAsia="Calibri"/>
          <w:b w:val="0"/>
          <w:i/>
          <w:color w:val="282828"/>
          <w:sz w:val="22"/>
        </w:rPr>
        <w:t>Bay: 18:10, apixaban 08:00, independent, no dementia.</w:t>
      </w:r>
    </w:p>
    <w:p>
      <w:pPr>
        <w:spacing w:before="120" w:after="20" w:line="259" w:lineRule="auto"/>
        <w:shd w:fill="E8F5EC" w:val="clear"/>
      </w:pPr>
      <w:r>
        <w:rPr>
          <w:rFonts w:ascii="Calibri" w:hAnsi="Calibri" w:eastAsia="Calibri"/>
          <w:b/>
          <w:i w:val="0"/>
          <w:color w:val="146E3C"/>
          <w:sz w:val="22"/>
        </w:rPr>
        <w:t>B. [CORRECT] Contraindications: surgery, bleed, trauma, pregnancy, glucose extremes</w:t>
      </w:r>
    </w:p>
    <w:p>
      <w:pPr>
        <w:spacing w:before="0" w:after="20" w:line="259" w:lineRule="auto"/>
      </w:pPr>
      <w:r>
        <w:rPr>
          <w:rFonts w:ascii="Calibri" w:hAnsi="Calibri" w:eastAsia="Calibri"/>
          <w:b w:val="0"/>
          <w:i/>
          <w:color w:val="282828"/>
          <w:sz w:val="22"/>
        </w:rPr>
        <w:t>Bay: None. BM 6.4.</w:t>
      </w:r>
    </w:p>
    <w:p>
      <w:pPr>
        <w:spacing w:before="120" w:after="20" w:line="259" w:lineRule="auto"/>
        <w:shd w:fill="E8F5EC" w:val="clear"/>
      </w:pPr>
      <w:r>
        <w:rPr>
          <w:rFonts w:ascii="Calibri" w:hAnsi="Calibri" w:eastAsia="Calibri"/>
          <w:b/>
          <w:i w:val="0"/>
          <w:color w:val="146E3C"/>
          <w:sz w:val="22"/>
        </w:rPr>
        <w:t>C. [CORRECT] Call the stroke consultant / thrombectomy centre now, not after a 2-hour wait for a typed report</w:t>
      </w:r>
    </w:p>
    <w:p>
      <w:pPr>
        <w:spacing w:before="0" w:after="20" w:line="259" w:lineRule="auto"/>
      </w:pPr>
      <w:r>
        <w:rPr>
          <w:rFonts w:ascii="Calibri" w:hAnsi="Calibri" w:eastAsia="Calibri"/>
          <w:b w:val="0"/>
          <w:i/>
          <w:color w:val="282828"/>
          <w:sz w:val="22"/>
        </w:rPr>
        <w:t>Bay: The CTA is already the call.</w:t>
      </w:r>
    </w:p>
    <w:p>
      <w:pPr>
        <w:spacing w:before="120" w:after="20" w:line="259" w:lineRule="auto"/>
        <w:shd w:fill="F8E8E8" w:val="clear"/>
      </w:pPr>
      <w:r>
        <w:rPr>
          <w:rFonts w:ascii="Calibri" w:hAnsi="Calibri" w:eastAsia="Calibri"/>
          <w:b w:val="0"/>
          <w:i w:val="0"/>
          <w:color w:val="A02828"/>
          <w:sz w:val="22"/>
        </w:rPr>
        <w:t>D. [WRONG] Promise he will be 'back to normal after the drip'</w:t>
      </w:r>
    </w:p>
    <w:p>
      <w:pPr>
        <w:spacing w:before="0" w:after="20" w:line="259" w:lineRule="auto"/>
      </w:pPr>
      <w:r>
        <w:rPr>
          <w:rFonts w:ascii="Calibri" w:hAnsi="Calibri" w:eastAsia="Calibri"/>
          <w:b w:val="0"/>
          <w:i/>
          <w:color w:val="282828"/>
          <w:sz w:val="22"/>
        </w:rPr>
        <w:t>Bay: Do not.</w:t>
      </w:r>
    </w:p>
    <w:p>
      <w:pPr>
        <w:spacing w:before="120" w:after="20" w:line="259" w:lineRule="auto"/>
        <w:shd w:fill="F8E8E8" w:val="clear"/>
      </w:pPr>
      <w:r>
        <w:rPr>
          <w:rFonts w:ascii="Calibri" w:hAnsi="Calibri" w:eastAsia="Calibri"/>
          <w:b w:val="0"/>
          <w:i w:val="0"/>
          <w:color w:val="A02828"/>
          <w:sz w:val="22"/>
        </w:rPr>
        <w:t>E. [WRONG] Let him drink because he is thirsty</w:t>
      </w:r>
    </w:p>
    <w:p>
      <w:pPr>
        <w:spacing w:before="0" w:after="20" w:line="259" w:lineRule="auto"/>
      </w:pPr>
      <w:r>
        <w:rPr>
          <w:rFonts w:ascii="Calibri" w:hAnsi="Calibri" w:eastAsia="Calibri"/>
          <w:b w:val="0"/>
          <w:i/>
          <w:color w:val="282828"/>
          <w:sz w:val="22"/>
        </w:rPr>
        <w:t>Bay: Dysarthria and pooled saliva — NBM.</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Acute ischaemic stroke — large-vessel occlusion, on a DOAC</w:t>
      </w:r>
    </w:p>
    <w:p>
      <w:pPr>
        <w:spacing w:before="0" w:after="20" w:line="259" w:lineRule="auto"/>
      </w:pPr>
      <w:r>
        <w:rPr>
          <w:rFonts w:ascii="Calibri" w:hAnsi="Calibri" w:eastAsia="Calibri"/>
          <w:b w:val="0"/>
          <w:i/>
          <w:color w:val="282828"/>
          <w:sz w:val="22"/>
        </w:rPr>
        <w:t>Bay: FAST, AF, MCA occlusion. CT then reperfusion path.</w:t>
      </w:r>
    </w:p>
    <w:p>
      <w:pPr>
        <w:spacing w:before="120" w:after="20" w:line="259" w:lineRule="auto"/>
        <w:shd w:fill="F8E8E8" w:val="clear"/>
      </w:pPr>
      <w:r>
        <w:rPr>
          <w:rFonts w:ascii="Calibri" w:hAnsi="Calibri" w:eastAsia="Calibri"/>
          <w:b w:val="0"/>
          <w:i w:val="0"/>
          <w:color w:val="A02828"/>
          <w:sz w:val="22"/>
        </w:rPr>
        <w:t>B. [WRONG] Haemorrhagic stroke as the working diagnosis after a clear CT</w:t>
      </w:r>
    </w:p>
    <w:p>
      <w:pPr>
        <w:spacing w:before="0" w:after="20" w:line="259" w:lineRule="auto"/>
      </w:pPr>
      <w:r>
        <w:rPr>
          <w:rFonts w:ascii="Calibri" w:hAnsi="Calibri" w:eastAsia="Calibri"/>
          <w:b w:val="0"/>
          <w:i/>
          <w:color w:val="282828"/>
          <w:sz w:val="22"/>
        </w:rPr>
        <w:t>Bay: The CT had no blood.</w:t>
      </w:r>
    </w:p>
    <w:p>
      <w:pPr>
        <w:spacing w:before="120" w:after="20" w:line="259" w:lineRule="auto"/>
        <w:shd w:fill="F8E8E8" w:val="clear"/>
      </w:pPr>
      <w:r>
        <w:rPr>
          <w:rFonts w:ascii="Calibri" w:hAnsi="Calibri" w:eastAsia="Calibri"/>
          <w:b w:val="0"/>
          <w:i w:val="0"/>
          <w:color w:val="A02828"/>
          <w:sz w:val="22"/>
        </w:rPr>
        <w:t>C. [WRONG] Todd's paresis after an unwitnessed seizure as the lead you treat only with benzos</w:t>
      </w:r>
    </w:p>
    <w:p>
      <w:pPr>
        <w:spacing w:before="0" w:after="20" w:line="259" w:lineRule="auto"/>
      </w:pPr>
      <w:r>
        <w:rPr>
          <w:rFonts w:ascii="Calibri" w:hAnsi="Calibri" w:eastAsia="Calibri"/>
          <w:b w:val="0"/>
          <w:i/>
          <w:color w:val="282828"/>
          <w:sz w:val="22"/>
        </w:rPr>
        <w:t>Bay: Treat as stroke until the scan.</w:t>
      </w:r>
    </w:p>
    <w:p>
      <w:pPr>
        <w:spacing w:before="120" w:after="20" w:line="259" w:lineRule="auto"/>
        <w:shd w:fill="F8E8E8" w:val="clear"/>
      </w:pPr>
      <w:r>
        <w:rPr>
          <w:rFonts w:ascii="Calibri" w:hAnsi="Calibri" w:eastAsia="Calibri"/>
          <w:b w:val="0"/>
          <w:i w:val="0"/>
          <w:color w:val="A02828"/>
          <w:sz w:val="22"/>
        </w:rPr>
        <w:t>D. [WRONG] Hypoglycaemia</w:t>
      </w:r>
    </w:p>
    <w:p>
      <w:pPr>
        <w:spacing w:before="0" w:after="20" w:line="259" w:lineRule="auto"/>
      </w:pPr>
      <w:r>
        <w:rPr>
          <w:rFonts w:ascii="Calibri" w:hAnsi="Calibri" w:eastAsia="Calibri"/>
          <w:b w:val="0"/>
          <w:i/>
          <w:color w:val="282828"/>
          <w:sz w:val="22"/>
        </w:rPr>
        <w:t>Bay: BM 6.4.</w:t>
      </w:r>
    </w:p>
    <w:p>
      <w:pPr>
        <w:spacing w:before="120" w:after="20" w:line="259" w:lineRule="auto"/>
        <w:shd w:fill="F8E8E8" w:val="clear"/>
      </w:pPr>
      <w:r>
        <w:rPr>
          <w:rFonts w:ascii="Calibri" w:hAnsi="Calibri" w:eastAsia="Calibri"/>
          <w:b w:val="0"/>
          <w:i w:val="0"/>
          <w:color w:val="A02828"/>
          <w:sz w:val="22"/>
        </w:rPr>
        <w:t>E. [WRONG] Bell's palsy</w:t>
      </w:r>
    </w:p>
    <w:p>
      <w:pPr>
        <w:spacing w:before="0" w:after="20" w:line="259" w:lineRule="auto"/>
      </w:pPr>
      <w:r>
        <w:rPr>
          <w:rFonts w:ascii="Calibri" w:hAnsi="Calibri" w:eastAsia="Calibri"/>
          <w:b w:val="0"/>
          <w:i/>
          <w:color w:val="282828"/>
          <w:sz w:val="22"/>
        </w:rPr>
        <w:t>Bay: Dense hemiparesis and gaze preference are not a VII nerve.</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Thrombectomy centre: 25 minutes by road. BP 198.</w:t>
      </w:r>
    </w:p>
    <w:p>
      <w:pPr>
        <w:spacing w:before="120" w:after="20" w:line="259" w:lineRule="auto"/>
        <w:shd w:fill="E8F5EC" w:val="clear"/>
      </w:pPr>
      <w:r>
        <w:rPr>
          <w:rFonts w:ascii="Calibri" w:hAnsi="Calibri" w:eastAsia="Calibri"/>
          <w:b/>
          <w:i w:val="0"/>
          <w:color w:val="146E3C"/>
          <w:sz w:val="22"/>
        </w:rPr>
        <w:t>A. [CORRECT] Escort, BP as they asked, last-seen-well written on the sheet, DOAC time documented</w:t>
      </w:r>
    </w:p>
    <w:p>
      <w:pPr>
        <w:spacing w:before="0" w:after="20" w:line="259" w:lineRule="auto"/>
      </w:pPr>
      <w:r>
        <w:rPr>
          <w:rFonts w:ascii="Calibri" w:hAnsi="Calibri" w:eastAsia="Calibri"/>
          <w:b w:val="0"/>
          <w:i/>
          <w:color w:val="282828"/>
          <w:sz w:val="22"/>
        </w:rPr>
        <w:t>Bay: You go with the notes that matter.</w:t>
      </w:r>
    </w:p>
    <w:p>
      <w:pPr>
        <w:spacing w:before="0" w:after="40" w:line="259" w:lineRule="auto"/>
      </w:pPr>
      <w:r>
        <w:rPr>
          <w:rFonts w:ascii="Calibri" w:hAnsi="Calibri" w:eastAsia="Calibri"/>
          <w:b w:val="0"/>
          <w:i/>
          <w:color w:val="5A4614"/>
          <w:sz w:val="20"/>
        </w:rPr>
        <w:t>Reaction: sbp -10</w:t>
      </w:r>
    </w:p>
    <w:p>
      <w:pPr>
        <w:spacing w:before="80" w:after="40" w:line="259" w:lineRule="auto"/>
      </w:pPr>
      <w:r>
        <w:rPr>
          <w:rFonts w:ascii="Calibri" w:hAnsi="Calibri" w:eastAsia="Calibri"/>
          <w:b/>
          <w:i w:val="0"/>
          <w:color w:val="46326E"/>
          <w:sz w:val="22"/>
        </w:rPr>
        <w:t xml:space="preserve">    Follow-up: What travels?</w:t>
      </w:r>
    </w:p>
    <w:p>
      <w:pPr>
        <w:spacing w:before="120" w:after="20" w:line="259" w:lineRule="auto"/>
        <w:shd w:fill="E8F5EC" w:val="clear"/>
      </w:pPr>
      <w:r>
        <w:rPr>
          <w:rFonts w:ascii="Calibri" w:hAnsi="Calibri" w:eastAsia="Calibri"/>
          <w:b/>
          <w:i w:val="0"/>
          <w:color w:val="146E3C"/>
          <w:sz w:val="22"/>
        </w:rPr>
        <w:t xml:space="preserve">    A. [CORRECT] Time of onset, NIHSS, CTA report/images, last apixaban, weight, allergies</w:t>
      </w:r>
    </w:p>
    <w:p>
      <w:pPr>
        <w:spacing w:before="0" w:after="20" w:line="259" w:lineRule="auto"/>
      </w:pPr>
      <w:r>
        <w:rPr>
          <w:rFonts w:ascii="Calibri" w:hAnsi="Calibri" w:eastAsia="Calibri"/>
          <w:b w:val="0"/>
          <w:i/>
          <w:color w:val="282828"/>
          <w:sz w:val="22"/>
        </w:rPr>
        <w:t xml:space="preserve">       Bay: That is the package.</w:t>
      </w:r>
    </w:p>
    <w:p>
      <w:pPr>
        <w:spacing w:before="120" w:after="20" w:line="259" w:lineRule="auto"/>
        <w:shd w:fill="F8E8E8" w:val="clear"/>
      </w:pPr>
      <w:r>
        <w:rPr>
          <w:rFonts w:ascii="Calibri" w:hAnsi="Calibri" w:eastAsia="Calibri"/>
          <w:b w:val="0"/>
          <w:i w:val="0"/>
          <w:color w:val="A02828"/>
          <w:sz w:val="22"/>
        </w:rPr>
        <w:t xml:space="preserve">    B. [WRONG] A loaded sandwich because he missed dinner</w:t>
      </w:r>
    </w:p>
    <w:p>
      <w:pPr>
        <w:spacing w:before="0" w:after="20" w:line="259" w:lineRule="auto"/>
      </w:pPr>
      <w:r>
        <w:rPr>
          <w:rFonts w:ascii="Calibri" w:hAnsi="Calibri" w:eastAsia="Calibri"/>
          <w:b w:val="0"/>
          <w:i/>
          <w:color w:val="282828"/>
          <w:sz w:val="22"/>
        </w:rPr>
        <w:t xml:space="preserve">       Bay: NBM.</w:t>
      </w:r>
    </w:p>
    <w:p>
      <w:pPr>
        <w:spacing w:before="120" w:after="20" w:line="259" w:lineRule="auto"/>
        <w:shd w:fill="F8E8E8" w:val="clear"/>
      </w:pPr>
      <w:r>
        <w:rPr>
          <w:rFonts w:ascii="Calibri" w:hAnsi="Calibri" w:eastAsia="Calibri"/>
          <w:b w:val="0"/>
          <w:i w:val="0"/>
          <w:color w:val="A02828"/>
          <w:sz w:val="22"/>
        </w:rPr>
        <w:t xml:space="preserve">    C. [WRONG] Aspirin 300 mg in his pocket</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D. [WRONG] A GTN infusion targeting 90</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E. [WRONG] Family told to drive him in their car to save an ambulance</w:t>
      </w:r>
    </w:p>
    <w:p>
      <w:pPr>
        <w:spacing w:before="0" w:after="20" w:line="259" w:lineRule="auto"/>
      </w:pPr>
      <w:r>
        <w:rPr>
          <w:rFonts w:ascii="Calibri" w:hAnsi="Calibri" w:eastAsia="Calibri"/>
          <w:b w:val="0"/>
          <w:i/>
          <w:color w:val="282828"/>
          <w:sz w:val="22"/>
        </w:rPr>
        <w:t xml:space="preserve">       Bay: LVO. Ambulance.</w:t>
      </w:r>
    </w:p>
    <w:p>
      <w:pPr>
        <w:spacing w:before="120" w:after="20" w:line="259" w:lineRule="auto"/>
        <w:shd w:fill="F8E8E8" w:val="clear"/>
      </w:pPr>
      <w:r>
        <w:rPr>
          <w:rFonts w:ascii="Calibri" w:hAnsi="Calibri" w:eastAsia="Calibri"/>
          <w:b w:val="0"/>
          <w:i w:val="0"/>
          <w:color w:val="A02828"/>
          <w:sz w:val="22"/>
        </w:rPr>
        <w:t>B. [WRONG] Keep him in ED for a 24-hour troponin series first</w:t>
      </w:r>
    </w:p>
    <w:p>
      <w:pPr>
        <w:spacing w:before="0" w:after="20" w:line="259" w:lineRule="auto"/>
      </w:pPr>
      <w:r>
        <w:rPr>
          <w:rFonts w:ascii="Calibri" w:hAnsi="Calibri" w:eastAsia="Calibri"/>
          <w:b w:val="0"/>
          <w:i/>
          <w:color w:val="282828"/>
          <w:sz w:val="22"/>
        </w:rPr>
        <w:t>Bay: The brain is dying.</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Lyse yourself at the door as he leaves</w:t>
      </w:r>
    </w:p>
    <w:p>
      <w:pPr>
        <w:spacing w:before="0" w:after="20" w:line="259" w:lineRule="auto"/>
      </w:pPr>
      <w:r>
        <w:rPr>
          <w:rFonts w:ascii="Calibri" w:hAnsi="Calibri" w:eastAsia="Calibri"/>
          <w:b w:val="0"/>
          <w:i/>
          <w:color w:val="282828"/>
          <w:sz w:val="22"/>
        </w:rPr>
        <w:t>Bay: DOAC. Specialist.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Drop BP to 120 with GTN for a 'safer' transfer</w:t>
      </w:r>
    </w:p>
    <w:p>
      <w:pPr>
        <w:spacing w:before="0" w:after="20" w:line="259" w:lineRule="auto"/>
      </w:pPr>
      <w:r>
        <w:rPr>
          <w:rFonts w:ascii="Calibri" w:hAnsi="Calibri" w:eastAsia="Calibri"/>
          <w:b w:val="0"/>
          <w:i/>
          <w:color w:val="282828"/>
          <w:sz w:val="22"/>
        </w:rPr>
        <w:t>Bay: Ask them; do not invent 120.</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Let him wait for the day-case list at 09:00</w:t>
      </w:r>
    </w:p>
    <w:p>
      <w:pPr>
        <w:spacing w:before="0" w:after="20" w:line="259" w:lineRule="auto"/>
      </w:pPr>
      <w:r>
        <w:rPr>
          <w:rFonts w:ascii="Calibri" w:hAnsi="Calibri" w:eastAsia="Calibri"/>
          <w:b w:val="0"/>
          <w:i/>
          <w:color w:val="282828"/>
          <w:sz w:val="22"/>
        </w:rPr>
        <w:t>Bay: 80 minutes is already on the clock. Do not add 12 hours.</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They are taking him.</w:t>
      </w:r>
    </w:p>
    <w:p>
      <w:pPr>
        <w:spacing w:before="120" w:after="20" w:line="259" w:lineRule="auto"/>
        <w:shd w:fill="E8F5EC" w:val="clear"/>
      </w:pPr>
      <w:r>
        <w:rPr>
          <w:rFonts w:ascii="Calibri" w:hAnsi="Calibri" w:eastAsia="Calibri"/>
          <w:b/>
          <w:i w:val="0"/>
          <w:color w:val="146E3C"/>
          <w:sz w:val="22"/>
        </w:rPr>
        <w:t>A. [CORRECT] Hyperacute stroke / thrombectomy centre now</w:t>
      </w:r>
    </w:p>
    <w:p>
      <w:pPr>
        <w:spacing w:before="0" w:after="20" w:line="259" w:lineRule="auto"/>
      </w:pPr>
      <w:r>
        <w:rPr>
          <w:rFonts w:ascii="Calibri" w:hAnsi="Calibri" w:eastAsia="Calibri"/>
          <w:b w:val="0"/>
          <w:i/>
          <w:color w:val="282828"/>
          <w:sz w:val="22"/>
        </w:rPr>
        <w:t>Bay: Yes.</w:t>
      </w:r>
    </w:p>
    <w:p>
      <w:pPr>
        <w:spacing w:before="120" w:after="20" w:line="259" w:lineRule="auto"/>
        <w:shd w:fill="F8E8E8" w:val="clear"/>
      </w:pPr>
      <w:r>
        <w:rPr>
          <w:rFonts w:ascii="Calibri" w:hAnsi="Calibri" w:eastAsia="Calibri"/>
          <w:b w:val="0"/>
          <w:i w:val="0"/>
          <w:color w:val="A02828"/>
          <w:sz w:val="22"/>
        </w:rPr>
        <w:t>B. [WRONG] AMU with a TIA leaflet</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C. [WRONG] Home, apixaban as usual, GP Monday</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D. [WRONG] General ICU without a stroke plan</w:t>
      </w:r>
    </w:p>
    <w:p>
      <w:pPr>
        <w:spacing w:before="0" w:after="20" w:line="259" w:lineRule="auto"/>
      </w:pPr>
      <w:r>
        <w:rPr>
          <w:rFonts w:ascii="Calibri" w:hAnsi="Calibri" w:eastAsia="Calibri"/>
          <w:b w:val="0"/>
          <w:i/>
          <w:color w:val="282828"/>
          <w:sz w:val="22"/>
        </w:rPr>
        <w:t>Bay: The vessel needs a groin or a specialist drip.</w:t>
      </w:r>
    </w:p>
    <w:p>
      <w:pPr>
        <w:spacing w:before="120" w:after="20" w:line="259" w:lineRule="auto"/>
        <w:shd w:fill="F8E8E8" w:val="clear"/>
      </w:pPr>
      <w:r>
        <w:rPr>
          <w:rFonts w:ascii="Calibri" w:hAnsi="Calibri" w:eastAsia="Calibri"/>
          <w:b w:val="0"/>
          <w:i w:val="0"/>
          <w:color w:val="A02828"/>
          <w:sz w:val="22"/>
        </w:rPr>
        <w:t>E. [WRONG] Psych for 'functional weakness'</w:t>
      </w:r>
    </w:p>
    <w:p>
      <w:pPr>
        <w:spacing w:before="0" w:after="20" w:line="259" w:lineRule="auto"/>
      </w:pPr>
      <w:r>
        <w:rPr>
          <w:rFonts w:ascii="Calibri" w:hAnsi="Calibri" w:eastAsia="Calibri"/>
          <w:b w:val="0"/>
          <w:i/>
          <w:color w:val="282828"/>
          <w:sz w:val="22"/>
        </w:rPr>
        <w:t>Bay: NIHSS 16 and an MCA cutoff.</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the doors.</w:t>
      </w:r>
    </w:p>
    <w:p>
      <w:pPr>
        <w:spacing w:before="120" w:after="20" w:line="259" w:lineRule="auto"/>
        <w:shd w:fill="E8F5EC" w:val="clear"/>
      </w:pPr>
      <w:r>
        <w:rPr>
          <w:rFonts w:ascii="Calibri" w:hAnsi="Calibri" w:eastAsia="Calibri"/>
          <w:b/>
          <w:i w:val="0"/>
          <w:color w:val="146E3C"/>
          <w:sz w:val="22"/>
        </w:rPr>
        <w:t>A. [CORRECT] NBM, head-up, glucose, BP plan, images on a disc/PACS, time written in red</w:t>
      </w:r>
    </w:p>
    <w:p>
      <w:pPr>
        <w:spacing w:before="0" w:after="20" w:line="259" w:lineRule="auto"/>
      </w:pPr>
      <w:r>
        <w:rPr>
          <w:rFonts w:ascii="Calibri" w:hAnsi="Calibri" w:eastAsia="Calibri"/>
          <w:b w:val="0"/>
          <w:i/>
          <w:color w:val="282828"/>
          <w:sz w:val="22"/>
        </w:rPr>
        <w:t>Bay: Do not lose the clock.</w:t>
      </w:r>
    </w:p>
    <w:p>
      <w:pPr>
        <w:spacing w:before="80" w:after="40" w:line="259" w:lineRule="auto"/>
      </w:pPr>
      <w:r>
        <w:rPr>
          <w:rFonts w:ascii="Calibri" w:hAnsi="Calibri" w:eastAsia="Calibri"/>
          <w:b/>
          <w:i w:val="0"/>
          <w:color w:val="46326E"/>
          <w:sz w:val="22"/>
        </w:rPr>
        <w:t xml:space="preserve">    Follow-up: Can he have sips in the ambulance?</w:t>
      </w:r>
    </w:p>
    <w:p>
      <w:pPr>
        <w:spacing w:before="120" w:after="20" w:line="259" w:lineRule="auto"/>
        <w:shd w:fill="E8F5EC" w:val="clear"/>
      </w:pPr>
      <w:r>
        <w:rPr>
          <w:rFonts w:ascii="Calibri" w:hAnsi="Calibri" w:eastAsia="Calibri"/>
          <w:b/>
          <w:i w:val="0"/>
          <w:color w:val="146E3C"/>
          <w:sz w:val="22"/>
        </w:rPr>
        <w:t xml:space="preserve">    A. [CORRECT] No — NBM until swallow is screened</w:t>
      </w:r>
    </w:p>
    <w:p>
      <w:pPr>
        <w:spacing w:before="0" w:after="20" w:line="259" w:lineRule="auto"/>
      </w:pPr>
      <w:r>
        <w:rPr>
          <w:rFonts w:ascii="Calibri" w:hAnsi="Calibri" w:eastAsia="Calibri"/>
          <w:b w:val="0"/>
          <w:i/>
          <w:color w:val="282828"/>
          <w:sz w:val="22"/>
        </w:rPr>
        <w:t xml:space="preserve">       Bay: Aspiration costs more than thirst.</w:t>
      </w:r>
    </w:p>
    <w:p>
      <w:pPr>
        <w:spacing w:before="120" w:after="20" w:line="259" w:lineRule="auto"/>
        <w:shd w:fill="F8E8E8" w:val="clear"/>
      </w:pPr>
      <w:r>
        <w:rPr>
          <w:rFonts w:ascii="Calibri" w:hAnsi="Calibri" w:eastAsia="Calibri"/>
          <w:b w:val="0"/>
          <w:i w:val="0"/>
          <w:color w:val="A02828"/>
          <w:sz w:val="22"/>
        </w:rPr>
        <w:t xml:space="preserve">    B. [WRONG] Yes, tea with sugar for the brain</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C. [WRONG] Yes, because GCS is 13</w:t>
      </w:r>
    </w:p>
    <w:p>
      <w:pPr>
        <w:spacing w:before="0" w:after="20" w:line="259" w:lineRule="auto"/>
      </w:pPr>
      <w:r>
        <w:rPr>
          <w:rFonts w:ascii="Calibri" w:hAnsi="Calibri" w:eastAsia="Calibri"/>
          <w:b w:val="0"/>
          <w:i/>
          <w:color w:val="282828"/>
          <w:sz w:val="22"/>
        </w:rPr>
        <w:t xml:space="preserve">       Bay: 13 with dysarthria still aspirates.</w:t>
      </w:r>
    </w:p>
    <w:p>
      <w:pPr>
        <w:spacing w:before="120" w:after="20" w:line="259" w:lineRule="auto"/>
        <w:shd w:fill="F8E8E8" w:val="clear"/>
      </w:pPr>
      <w:r>
        <w:rPr>
          <w:rFonts w:ascii="Calibri" w:hAnsi="Calibri" w:eastAsia="Calibri"/>
          <w:b w:val="0"/>
          <w:i w:val="0"/>
          <w:color w:val="A02828"/>
          <w:sz w:val="22"/>
        </w:rPr>
        <w:t xml:space="preserve">    D. [WRONG] Thickened fluids you invent without a screen</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E. [WRONG] A tot of whisky to calm him</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B. [WRONG] NG feed before transfer</w:t>
      </w:r>
    </w:p>
    <w:p>
      <w:pPr>
        <w:spacing w:before="0" w:after="20" w:line="259" w:lineRule="auto"/>
      </w:pPr>
      <w:r>
        <w:rPr>
          <w:rFonts w:ascii="Calibri" w:hAnsi="Calibri" w:eastAsia="Calibri"/>
          <w:b w:val="0"/>
          <w:i/>
          <w:color w:val="282828"/>
          <w:sz w:val="22"/>
        </w:rPr>
        <w:t>Bay: Delays. Not required to move.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Load ticagrelor as in ACS</w:t>
      </w:r>
    </w:p>
    <w:p>
      <w:pPr>
        <w:spacing w:before="0" w:after="20" w:line="259" w:lineRule="auto"/>
      </w:pPr>
      <w:r>
        <w:rPr>
          <w:rFonts w:ascii="Calibri" w:hAnsi="Calibri" w:eastAsia="Calibri"/>
          <w:b w:val="0"/>
          <w:i/>
          <w:color w:val="282828"/>
          <w:sz w:val="22"/>
        </w:rPr>
        <w:t>Bay: Wrong disease.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Reverse apixaban with PCC on spec and then lyse in the lift</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Sit him in the front seat so he can see the road</w:t>
      </w:r>
    </w:p>
    <w:p>
      <w:pPr>
        <w:spacing w:before="0" w:after="20" w:line="259" w:lineRule="auto"/>
      </w:pPr>
      <w:r>
        <w:rPr>
          <w:rFonts w:ascii="Calibri" w:hAnsi="Calibri" w:eastAsia="Calibri"/>
          <w:b w:val="0"/>
          <w:i/>
          <w:color w:val="282828"/>
          <w:sz w:val="22"/>
        </w:rPr>
        <w:t>Bay: Stretcher, monitored.</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The interventionalist later.</w:t>
      </w:r>
    </w:p>
    <w:p>
      <w:pPr>
        <w:spacing w:before="120" w:after="20" w:line="259" w:lineRule="auto"/>
        <w:shd w:fill="E8F5EC" w:val="clear"/>
      </w:pPr>
      <w:r>
        <w:rPr>
          <w:rFonts w:ascii="Calibri" w:hAnsi="Calibri" w:eastAsia="Calibri"/>
          <w:b/>
          <w:i w:val="0"/>
          <w:color w:val="146E3C"/>
          <w:sz w:val="22"/>
        </w:rPr>
        <w:t>A. [CORRECT] Acute ischaemic stroke from left MCA occlusion in AF</w:t>
      </w:r>
    </w:p>
    <w:p>
      <w:pPr>
        <w:spacing w:before="0" w:after="20" w:line="259" w:lineRule="auto"/>
      </w:pPr>
      <w:r>
        <w:rPr>
          <w:rFonts w:ascii="Calibri" w:hAnsi="Calibri" w:eastAsia="Calibri"/>
          <w:b w:val="0"/>
          <w:i/>
          <w:color w:val="282828"/>
          <w:sz w:val="22"/>
        </w:rPr>
        <w:t>Bay: That is the diagnosis.</w:t>
      </w:r>
    </w:p>
    <w:p>
      <w:pPr>
        <w:spacing w:before="120" w:after="20" w:line="259" w:lineRule="auto"/>
        <w:shd w:fill="F8E8E8" w:val="clear"/>
      </w:pPr>
      <w:r>
        <w:rPr>
          <w:rFonts w:ascii="Calibri" w:hAnsi="Calibri" w:eastAsia="Calibri"/>
          <w:b w:val="0"/>
          <w:i w:val="0"/>
          <w:color w:val="A02828"/>
          <w:sz w:val="22"/>
        </w:rPr>
        <w:t>B. [WRONG] Intracerebral haemorrhage</w:t>
      </w:r>
    </w:p>
    <w:p>
      <w:pPr>
        <w:spacing w:before="0" w:after="20" w:line="259" w:lineRule="auto"/>
      </w:pPr>
      <w:r>
        <w:rPr>
          <w:rFonts w:ascii="Calibri" w:hAnsi="Calibri" w:eastAsia="Calibri"/>
          <w:b w:val="0"/>
          <w:i/>
          <w:color w:val="282828"/>
          <w:sz w:val="22"/>
        </w:rPr>
        <w:t>Bay: CT had no blood.</w:t>
      </w:r>
    </w:p>
    <w:p>
      <w:pPr>
        <w:spacing w:before="120" w:after="20" w:line="259" w:lineRule="auto"/>
        <w:shd w:fill="F8E8E8" w:val="clear"/>
      </w:pPr>
      <w:r>
        <w:rPr>
          <w:rFonts w:ascii="Calibri" w:hAnsi="Calibri" w:eastAsia="Calibri"/>
          <w:b w:val="0"/>
          <w:i w:val="0"/>
          <w:color w:val="A02828"/>
          <w:sz w:val="22"/>
        </w:rPr>
        <w:t>C. [WRONG] Hypoglycaemic hemiparesis</w:t>
      </w:r>
    </w:p>
    <w:p>
      <w:pPr>
        <w:spacing w:before="0" w:after="20" w:line="259" w:lineRule="auto"/>
      </w:pPr>
      <w:r>
        <w:rPr>
          <w:rFonts w:ascii="Calibri" w:hAnsi="Calibri" w:eastAsia="Calibri"/>
          <w:b w:val="0"/>
          <w:i/>
          <w:color w:val="282828"/>
          <w:sz w:val="22"/>
        </w:rPr>
        <w:t>Bay: BM 6.4.</w:t>
      </w:r>
    </w:p>
    <w:p>
      <w:pPr>
        <w:spacing w:before="120" w:after="20" w:line="259" w:lineRule="auto"/>
        <w:shd w:fill="F8E8E8" w:val="clear"/>
      </w:pPr>
      <w:r>
        <w:rPr>
          <w:rFonts w:ascii="Calibri" w:hAnsi="Calibri" w:eastAsia="Calibri"/>
          <w:b w:val="0"/>
          <w:i w:val="0"/>
          <w:color w:val="A02828"/>
          <w:sz w:val="22"/>
        </w:rPr>
        <w:t>D. [WRONG] Migraine with aura as the lead</w:t>
      </w:r>
    </w:p>
    <w:p>
      <w:pPr>
        <w:spacing w:before="0" w:after="20" w:line="259" w:lineRule="auto"/>
      </w:pPr>
      <w:r>
        <w:rPr>
          <w:rFonts w:ascii="Calibri" w:hAnsi="Calibri" w:eastAsia="Calibri"/>
          <w:b w:val="0"/>
          <w:i/>
          <w:color w:val="282828"/>
          <w:sz w:val="22"/>
        </w:rPr>
        <w:t>Bay: NIHSS 16, vessel cut off.</w:t>
      </w:r>
    </w:p>
    <w:p>
      <w:pPr>
        <w:spacing w:before="120" w:after="20" w:line="259" w:lineRule="auto"/>
        <w:shd w:fill="F8E8E8" w:val="clear"/>
      </w:pPr>
      <w:r>
        <w:rPr>
          <w:rFonts w:ascii="Calibri" w:hAnsi="Calibri" w:eastAsia="Calibri"/>
          <w:b w:val="0"/>
          <w:i w:val="0"/>
          <w:color w:val="A02828"/>
          <w:sz w:val="22"/>
        </w:rPr>
        <w:t>E. [WRONG] Spinal cord stroke</w:t>
      </w:r>
    </w:p>
    <w:p>
      <w:pPr>
        <w:spacing w:before="0" w:after="20" w:line="259" w:lineRule="auto"/>
      </w:pPr>
      <w:r>
        <w:rPr>
          <w:rFonts w:ascii="Calibri" w:hAnsi="Calibri" w:eastAsia="Calibri"/>
          <w:b w:val="0"/>
          <w:i/>
          <w:color w:val="282828"/>
          <w:sz w:val="22"/>
        </w:rPr>
        <w:t>Bay: Gaze preference and speech are brain.</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Acute ischaemic stroke (MCA occlusion in AF, on a DOAC)</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Last seen well 80 minutes, FAST-positive, NIHSS 16</w:t>
      </w:r>
    </w:p>
    <w:p>
      <w:pPr>
        <w:spacing w:before="0" w:after="40" w:line="259" w:lineRule="auto"/>
      </w:pPr>
      <w:r>
        <w:rPr>
          <w:rFonts w:ascii="Calibri" w:hAnsi="Calibri" w:eastAsia="Calibri"/>
          <w:b w:val="0"/>
          <w:i w:val="0"/>
          <w:sz w:val="22"/>
        </w:rPr>
        <w:t>• AF, apixaban 10 hours ago, BP 208/110</w:t>
      </w:r>
    </w:p>
    <w:p>
      <w:pPr>
        <w:spacing w:before="0" w:after="40" w:line="259" w:lineRule="auto"/>
      </w:pPr>
      <w:r>
        <w:rPr>
          <w:rFonts w:ascii="Calibri" w:hAnsi="Calibri" w:eastAsia="Calibri"/>
          <w:b w:val="0"/>
          <w:i w:val="0"/>
          <w:sz w:val="22"/>
        </w:rPr>
        <w:t>• CT: no blood; CTA: left MCA occlusion</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Immediate non-contrast CT ± CTA — do not lyse blind</w:t>
      </w:r>
    </w:p>
    <w:p>
      <w:pPr>
        <w:spacing w:before="0" w:after="40" w:line="259" w:lineRule="auto"/>
      </w:pPr>
      <w:r>
        <w:rPr>
          <w:rFonts w:ascii="Calibri" w:hAnsi="Calibri" w:eastAsia="Calibri"/>
          <w:b w:val="0"/>
          <w:i w:val="0"/>
          <w:sz w:val="22"/>
        </w:rPr>
        <w:t>• Glucose, platelet, coagulation; last DOAC time</w:t>
      </w:r>
    </w:p>
    <w:p>
      <w:pPr>
        <w:spacing w:before="0" w:after="40" w:line="259" w:lineRule="auto"/>
      </w:pPr>
      <w:r>
        <w:rPr>
          <w:rFonts w:ascii="Calibri" w:hAnsi="Calibri" w:eastAsia="Calibri"/>
          <w:b w:val="0"/>
          <w:i w:val="0"/>
          <w:sz w:val="22"/>
        </w:rPr>
        <w:t>• 12-lead for AF</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ABC, glucose, NBM, urgent imaging</w:t>
      </w:r>
    </w:p>
    <w:p>
      <w:pPr>
        <w:spacing w:before="0" w:after="40" w:line="259" w:lineRule="auto"/>
      </w:pPr>
      <w:r>
        <w:rPr>
          <w:rFonts w:ascii="Calibri" w:hAnsi="Calibri" w:eastAsia="Calibri"/>
          <w:b w:val="0"/>
          <w:i w:val="0"/>
          <w:sz w:val="22"/>
        </w:rPr>
        <w:t>• Do not freelance alteplase on a DOAC; call hyperacute stroke / thrombectomy</w:t>
      </w:r>
    </w:p>
    <w:p>
      <w:pPr>
        <w:spacing w:before="0" w:after="40" w:line="259" w:lineRule="auto"/>
      </w:pPr>
      <w:r>
        <w:rPr>
          <w:rFonts w:ascii="Calibri" w:hAnsi="Calibri" w:eastAsia="Calibri"/>
          <w:b w:val="0"/>
          <w:i w:val="0"/>
          <w:sz w:val="22"/>
        </w:rPr>
        <w:t>• BP targets are reperfusion-dependent — do not crash to 120</w:t>
      </w:r>
    </w:p>
    <w:p>
      <w:pPr>
        <w:spacing w:before="0" w:after="40" w:line="259" w:lineRule="auto"/>
      </w:pPr>
      <w:r>
        <w:rPr>
          <w:rFonts w:ascii="Calibri" w:hAnsi="Calibri" w:eastAsia="Calibri"/>
          <w:b w:val="0"/>
          <w:i w:val="0"/>
          <w:sz w:val="22"/>
        </w:rPr>
        <w:t>• Aspirin timing is specialist after reperfusion / 24 h if lysed</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NICE NG128 stroke and TIA</w:t>
      </w:r>
    </w:p>
    <w:p>
      <w:pPr>
        <w:spacing w:before="0" w:after="40" w:line="259" w:lineRule="auto"/>
      </w:pPr>
      <w:r>
        <w:rPr>
          <w:rFonts w:ascii="Calibri" w:hAnsi="Calibri" w:eastAsia="Calibri"/>
          <w:b w:val="0"/>
          <w:i w:val="0"/>
          <w:sz w:val="22"/>
        </w:rPr>
        <w:t>• RCEM / RCP acute stroke</w:t>
      </w:r>
    </w:p>
    <w:p>
      <w:pPr>
        <w:spacing w:before="0" w:after="40" w:line="259" w:lineRule="auto"/>
      </w:pPr>
      <w:r>
        <w:rPr>
          <w:rFonts w:ascii="Calibri" w:hAnsi="Calibri" w:eastAsia="Calibri"/>
          <w:b w:val="0"/>
          <w:i w:val="0"/>
          <w:sz w:val="22"/>
        </w:rPr>
        <w:t>• National Clinical Guideline for Stroke (UK)</w:t>
      </w:r>
    </w:p>
    <w:p>
      <w:r>
        <w:br w:type="page"/>
      </w:r>
    </w:p>
    <w:p>
      <w:pPr>
        <w:spacing w:before="120" w:after="160" w:line="259" w:lineRule="auto"/>
      </w:pPr>
      <w:r>
        <w:rPr>
          <w:rFonts w:ascii="Calibri" w:hAnsi="Calibri" w:eastAsia="Calibri"/>
          <w:b/>
          <w:i w:val="0"/>
          <w:color w:val="0C0E10"/>
          <w:sz w:val="36"/>
        </w:rPr>
        <w:t>Case 36 — Aneurysmal subarachnoid haemorrhage</w:t>
      </w:r>
    </w:p>
    <w:p>
      <w:pPr>
        <w:spacing w:before="0" w:after="40" w:line="259" w:lineRule="auto"/>
      </w:pPr>
      <w:r>
        <w:rPr>
          <w:rFonts w:ascii="Calibri" w:hAnsi="Calibri" w:eastAsia="Calibri"/>
          <w:b w:val="0"/>
          <w:i/>
          <w:color w:val="5A5A5A"/>
          <w:sz w:val="20"/>
        </w:rPr>
        <w:t>buzzer · Emergency buzzer — Minors · rhythm sinus</w:t>
      </w:r>
    </w:p>
    <w:p>
      <w:pPr>
        <w:spacing w:before="0" w:after="40" w:line="259" w:lineRule="auto"/>
      </w:pPr>
      <w:r>
        <w:rPr>
          <w:rFonts w:ascii="Calibri" w:hAnsi="Calibri" w:eastAsia="Calibri"/>
          <w:b w:val="0"/>
          <w:i/>
          <w:color w:val="5A5A5A"/>
          <w:sz w:val="20"/>
        </w:rPr>
        <w:t>HR 92   BP 178/98   RR 18   SpO2 98%   temp 36.9   GCS 14   BM 6</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Emergency buzzer — they put her in Minors with 'migraine'.</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 49-year-old woman, sudden worst-ever headache at the sink 90 minutes ago, vomited, photophobic, neck stiff. GCS 14. She says it was 'hit with a bat'.</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talking, photophobic.</w:t>
      </w:r>
    </w:p>
    <w:p>
      <w:pPr>
        <w:spacing w:before="0" w:after="40" w:line="259" w:lineRule="auto"/>
      </w:pPr>
      <w:r>
        <w:rPr>
          <w:rFonts w:ascii="Calibri" w:hAnsi="Calibri" w:eastAsia="Calibri"/>
          <w:b w:val="0"/>
          <w:i w:val="0"/>
          <w:sz w:val="22"/>
        </w:rPr>
        <w:t>B — RR 18, clear, SpO2 98% air.</w:t>
      </w:r>
    </w:p>
    <w:p>
      <w:pPr>
        <w:spacing w:before="0" w:after="40" w:line="259" w:lineRule="auto"/>
      </w:pPr>
      <w:r>
        <w:rPr>
          <w:rFonts w:ascii="Calibri" w:hAnsi="Calibri" w:eastAsia="Calibri"/>
          <w:b w:val="0"/>
          <w:i w:val="0"/>
          <w:sz w:val="22"/>
        </w:rPr>
        <w:t>C — HR 92, BP 178/98 both arms, no murmur, no radio-radio delay.</w:t>
      </w:r>
    </w:p>
    <w:p>
      <w:pPr>
        <w:spacing w:before="0" w:after="40" w:line="259" w:lineRule="auto"/>
      </w:pPr>
      <w:r>
        <w:rPr>
          <w:rFonts w:ascii="Calibri" w:hAnsi="Calibri" w:eastAsia="Calibri"/>
          <w:b w:val="0"/>
          <w:i w:val="0"/>
          <w:sz w:val="22"/>
        </w:rPr>
        <w:t>D — GCS 14 (E4 V4 M6), BM 6.0, no limb weakness, neck stiffness, pupils equal.</w:t>
      </w:r>
    </w:p>
    <w:p>
      <w:pPr>
        <w:spacing w:before="0" w:after="40" w:line="259" w:lineRule="auto"/>
      </w:pPr>
      <w:r>
        <w:rPr>
          <w:rFonts w:ascii="Calibri" w:hAnsi="Calibri" w:eastAsia="Calibri"/>
          <w:b w:val="0"/>
          <w:i w:val="0"/>
          <w:sz w:val="22"/>
        </w:rPr>
        <w:t>E — no rash, no trauma, no fever really.</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Thunderclap, worst ever, photophobia, stiff neck.</w:t>
      </w:r>
    </w:p>
    <w:p>
      <w:pPr>
        <w:spacing w:before="120" w:after="20" w:line="259" w:lineRule="auto"/>
        <w:shd w:fill="E8F5EC" w:val="clear"/>
      </w:pPr>
      <w:r>
        <w:rPr>
          <w:rFonts w:ascii="Calibri" w:hAnsi="Calibri" w:eastAsia="Calibri"/>
          <w:b/>
          <w:i w:val="0"/>
          <w:color w:val="146E3C"/>
          <w:sz w:val="22"/>
        </w:rPr>
        <w:t>A. [CORRECT] Urgent CT head</w:t>
      </w:r>
    </w:p>
    <w:p>
      <w:pPr>
        <w:spacing w:before="0" w:after="20" w:line="259" w:lineRule="auto"/>
      </w:pPr>
      <w:r>
        <w:rPr>
          <w:rFonts w:ascii="Calibri" w:hAnsi="Calibri" w:eastAsia="Calibri"/>
          <w:b w:val="0"/>
          <w:i/>
          <w:color w:val="282828"/>
          <w:sz w:val="22"/>
        </w:rPr>
        <w:t>Bay: You do not LP first and you do not thrombolyse a thunderclap. CT now.</w:t>
      </w:r>
    </w:p>
    <w:p>
      <w:pPr>
        <w:spacing w:before="80" w:after="40" w:line="259" w:lineRule="auto"/>
      </w:pPr>
      <w:r>
        <w:rPr>
          <w:rFonts w:ascii="Calibri" w:hAnsi="Calibri" w:eastAsia="Calibri"/>
          <w:b/>
          <w:i w:val="0"/>
          <w:color w:val="46326E"/>
          <w:sz w:val="22"/>
        </w:rPr>
        <w:t xml:space="preserve">    Follow-up: LP first?</w:t>
      </w:r>
    </w:p>
    <w:p>
      <w:pPr>
        <w:spacing w:before="120" w:after="20" w:line="259" w:lineRule="auto"/>
        <w:shd w:fill="E8F5EC" w:val="clear"/>
      </w:pPr>
      <w:r>
        <w:rPr>
          <w:rFonts w:ascii="Calibri" w:hAnsi="Calibri" w:eastAsia="Calibri"/>
          <w:b/>
          <w:i w:val="0"/>
          <w:color w:val="146E3C"/>
          <w:sz w:val="22"/>
        </w:rPr>
        <w:t xml:space="preserve">    A. [CORRECT] No — non-contrast CT first. LP only if CT is negative and suspicion remains, after enough hours</w:t>
      </w:r>
    </w:p>
    <w:p>
      <w:pPr>
        <w:spacing w:before="0" w:after="20" w:line="259" w:lineRule="auto"/>
      </w:pPr>
      <w:r>
        <w:rPr>
          <w:rFonts w:ascii="Calibri" w:hAnsi="Calibri" w:eastAsia="Calibri"/>
          <w:b w:val="0"/>
          <w:i/>
          <w:color w:val="282828"/>
          <w:sz w:val="22"/>
        </w:rPr>
        <w:t xml:space="preserve">       Bay: NICE / RCP. CT is fastest for blood.</w:t>
      </w:r>
    </w:p>
    <w:p>
      <w:pPr>
        <w:spacing w:before="120" w:after="20" w:line="259" w:lineRule="auto"/>
        <w:shd w:fill="F8E8E8" w:val="clear"/>
      </w:pPr>
      <w:r>
        <w:rPr>
          <w:rFonts w:ascii="Calibri" w:hAnsi="Calibri" w:eastAsia="Calibri"/>
          <w:b w:val="0"/>
          <w:i w:val="0"/>
          <w:color w:val="A02828"/>
          <w:sz w:val="22"/>
        </w:rPr>
        <w:t xml:space="preserve">    B. [WRONG] LP first to 'get it over with'</w:t>
      </w:r>
    </w:p>
    <w:p>
      <w:pPr>
        <w:spacing w:before="0" w:after="20" w:line="259" w:lineRule="auto"/>
      </w:pPr>
      <w:r>
        <w:rPr>
          <w:rFonts w:ascii="Calibri" w:hAnsi="Calibri" w:eastAsia="Calibri"/>
          <w:b w:val="0"/>
          <w:i/>
          <w:color w:val="282828"/>
          <w:sz w:val="22"/>
        </w:rPr>
        <w:t xml:space="preserve">       Bay: You may drop a pressure in a mass or delay a scan.</w:t>
      </w:r>
    </w:p>
    <w:p>
      <w:pPr>
        <w:spacing w:before="120" w:after="20" w:line="259" w:lineRule="auto"/>
        <w:shd w:fill="F8E8E8" w:val="clear"/>
      </w:pPr>
      <w:r>
        <w:rPr>
          <w:rFonts w:ascii="Calibri" w:hAnsi="Calibri" w:eastAsia="Calibri"/>
          <w:b w:val="0"/>
          <w:i w:val="0"/>
          <w:color w:val="A02828"/>
          <w:sz w:val="22"/>
        </w:rPr>
        <w:t xml:space="preserve">    C. [WRONG] No imaging — treat as migraine</w:t>
      </w:r>
    </w:p>
    <w:p>
      <w:pPr>
        <w:spacing w:before="0" w:after="20" w:line="259" w:lineRule="auto"/>
      </w:pPr>
      <w:r>
        <w:rPr>
          <w:rFonts w:ascii="Calibri" w:hAnsi="Calibri" w:eastAsia="Calibri"/>
          <w:b w:val="0"/>
          <w:i/>
          <w:color w:val="282828"/>
          <w:sz w:val="22"/>
        </w:rPr>
        <w:t xml:space="preserve">       Bay: Worst-ever thunderclap is SAH until proven otherwise.</w:t>
      </w:r>
    </w:p>
    <w:p>
      <w:pPr>
        <w:spacing w:before="120" w:after="20" w:line="259" w:lineRule="auto"/>
        <w:shd w:fill="F8E8E8" w:val="clear"/>
      </w:pPr>
      <w:r>
        <w:rPr>
          <w:rFonts w:ascii="Calibri" w:hAnsi="Calibri" w:eastAsia="Calibri"/>
          <w:b w:val="0"/>
          <w:i w:val="0"/>
          <w:color w:val="A02828"/>
          <w:sz w:val="22"/>
        </w:rPr>
        <w:t xml:space="preserve">    D. [WRONG] Give alteplase because she is FAST-adjacent</w:t>
      </w:r>
    </w:p>
    <w:p>
      <w:pPr>
        <w:spacing w:before="0" w:after="20" w:line="259" w:lineRule="auto"/>
      </w:pPr>
      <w:r>
        <w:rPr>
          <w:rFonts w:ascii="Calibri" w:hAnsi="Calibri" w:eastAsia="Calibri"/>
          <w:b w:val="0"/>
          <w:i/>
          <w:color w:val="282828"/>
          <w:sz w:val="22"/>
        </w:rPr>
        <w:t xml:space="preserve">       Bay: Could be a bleed.</w:t>
      </w:r>
    </w:p>
    <w:p>
      <w:pPr>
        <w:spacing w:before="120" w:after="20" w:line="259" w:lineRule="auto"/>
        <w:shd w:fill="F8E8E8" w:val="clear"/>
      </w:pPr>
      <w:r>
        <w:rPr>
          <w:rFonts w:ascii="Calibri" w:hAnsi="Calibri" w:eastAsia="Calibri"/>
          <w:b w:val="0"/>
          <w:i w:val="0"/>
          <w:color w:val="A02828"/>
          <w:sz w:val="22"/>
        </w:rPr>
        <w:t xml:space="preserve">    E. [WRONG] Send her home if paracetamol drops the pain to 7/10</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B. [WRONG] Lumbar puncture first</w:t>
      </w:r>
    </w:p>
    <w:p>
      <w:pPr>
        <w:spacing w:before="0" w:after="20" w:line="259" w:lineRule="auto"/>
      </w:pPr>
      <w:r>
        <w:rPr>
          <w:rFonts w:ascii="Calibri" w:hAnsi="Calibri" w:eastAsia="Calibri"/>
          <w:b w:val="0"/>
          <w:i/>
          <w:color w:val="282828"/>
          <w:sz w:val="22"/>
        </w:rPr>
        <w:t>Bay: CT first.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Alteplase</w:t>
      </w:r>
    </w:p>
    <w:p>
      <w:pPr>
        <w:spacing w:before="0" w:after="20" w:line="259" w:lineRule="auto"/>
      </w:pPr>
      <w:r>
        <w:rPr>
          <w:rFonts w:ascii="Calibri" w:hAnsi="Calibri" w:eastAsia="Calibri"/>
          <w:b w:val="0"/>
          <w:i/>
          <w:color w:val="282828"/>
          <w:sz w:val="22"/>
        </w:rPr>
        <w:t>Bay: Thunderclap may be blood.</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Sumatriptan and home</w:t>
      </w:r>
    </w:p>
    <w:p>
      <w:pPr>
        <w:spacing w:before="0" w:after="20" w:line="259" w:lineRule="auto"/>
      </w:pPr>
      <w:r>
        <w:rPr>
          <w:rFonts w:ascii="Calibri" w:hAnsi="Calibri" w:eastAsia="Calibri"/>
          <w:b w:val="0"/>
          <w:i/>
          <w:color w:val="282828"/>
          <w:sz w:val="22"/>
        </w:rPr>
        <w:t>Bay: Not a migraine pathway until SAH is out.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GTN to 120 because the head hurts</w:t>
      </w:r>
    </w:p>
    <w:p>
      <w:pPr>
        <w:spacing w:before="0" w:after="20" w:line="259" w:lineRule="auto"/>
      </w:pPr>
      <w:r>
        <w:rPr>
          <w:rFonts w:ascii="Calibri" w:hAnsi="Calibri" w:eastAsia="Calibri"/>
          <w:b w:val="0"/>
          <w:i/>
          <w:color w:val="282828"/>
          <w:sz w:val="22"/>
        </w:rPr>
        <w:t>Bay: Cerebral perfusion. Scan first.</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CT: blood in the basal cisterns. GCS still 14.</w:t>
      </w:r>
    </w:p>
    <w:p>
      <w:pPr>
        <w:spacing w:before="120" w:after="20" w:line="259" w:lineRule="auto"/>
        <w:shd w:fill="E8F5EC" w:val="clear"/>
      </w:pPr>
      <w:r>
        <w:rPr>
          <w:rFonts w:ascii="Calibri" w:hAnsi="Calibri" w:eastAsia="Calibri"/>
          <w:b/>
          <w:i w:val="0"/>
          <w:color w:val="146E3C"/>
          <w:sz w:val="22"/>
        </w:rPr>
        <w:t>A. [CORRECT] Call neurosurgery, nimodipine, control pain and BP without overshooting</w:t>
      </w:r>
    </w:p>
    <w:p>
      <w:pPr>
        <w:spacing w:before="0" w:after="20" w:line="259" w:lineRule="auto"/>
      </w:pPr>
      <w:r>
        <w:rPr>
          <w:rFonts w:ascii="Calibri" w:hAnsi="Calibri" w:eastAsia="Calibri"/>
          <w:b w:val="0"/>
          <w:i/>
          <w:color w:val="282828"/>
          <w:sz w:val="22"/>
        </w:rPr>
        <w:t>Bay: Nimodipine 60 mg. Analgesia. They will want her. Do not drop SBP to 90.</w:t>
      </w:r>
    </w:p>
    <w:p>
      <w:pPr>
        <w:spacing w:before="0" w:after="40" w:line="259" w:lineRule="auto"/>
      </w:pPr>
      <w:r>
        <w:rPr>
          <w:rFonts w:ascii="Calibri" w:hAnsi="Calibri" w:eastAsia="Calibri"/>
          <w:b w:val="0"/>
          <w:i/>
          <w:color w:val="5A4614"/>
          <w:sz w:val="20"/>
        </w:rPr>
        <w:t>Reaction: sbp -8</w:t>
      </w:r>
    </w:p>
    <w:p>
      <w:pPr>
        <w:spacing w:before="80" w:after="40" w:line="259" w:lineRule="auto"/>
      </w:pPr>
      <w:r>
        <w:rPr>
          <w:rFonts w:ascii="Calibri" w:hAnsi="Calibri" w:eastAsia="Calibri"/>
          <w:b/>
          <w:i w:val="0"/>
          <w:color w:val="46326E"/>
          <w:sz w:val="22"/>
        </w:rPr>
        <w:t xml:space="preserve">    Follow-up: What is nimodipine for?</w:t>
      </w:r>
    </w:p>
    <w:p>
      <w:pPr>
        <w:spacing w:before="120" w:after="20" w:line="259" w:lineRule="auto"/>
        <w:shd w:fill="E8F5EC" w:val="clear"/>
      </w:pPr>
      <w:r>
        <w:rPr>
          <w:rFonts w:ascii="Calibri" w:hAnsi="Calibri" w:eastAsia="Calibri"/>
          <w:b/>
          <w:i w:val="0"/>
          <w:color w:val="146E3C"/>
          <w:sz w:val="22"/>
        </w:rPr>
        <w:t xml:space="preserve">    A. [CORRECT] To reduce delayed cerebral ischaemia — start it, 60 mg 4-hourly if she can swallow</w:t>
      </w:r>
    </w:p>
    <w:p>
      <w:pPr>
        <w:spacing w:before="0" w:after="20" w:line="259" w:lineRule="auto"/>
      </w:pPr>
      <w:r>
        <w:rPr>
          <w:rFonts w:ascii="Calibri" w:hAnsi="Calibri" w:eastAsia="Calibri"/>
          <w:b w:val="0"/>
          <w:i/>
          <w:color w:val="282828"/>
          <w:sz w:val="22"/>
        </w:rPr>
        <w:t xml:space="preserve">       Bay: Not an antihypertensive first, though it drops BP a little.</w:t>
      </w:r>
    </w:p>
    <w:p>
      <w:pPr>
        <w:spacing w:before="120" w:after="20" w:line="259" w:lineRule="auto"/>
        <w:shd w:fill="F8E8E8" w:val="clear"/>
      </w:pPr>
      <w:r>
        <w:rPr>
          <w:rFonts w:ascii="Calibri" w:hAnsi="Calibri" w:eastAsia="Calibri"/>
          <w:b w:val="0"/>
          <w:i w:val="0"/>
          <w:color w:val="A02828"/>
          <w:sz w:val="22"/>
        </w:rPr>
        <w:t xml:space="preserve">    B. [WRONG] To reverse the bleed like a styptic</w:t>
      </w:r>
    </w:p>
    <w:p>
      <w:pPr>
        <w:spacing w:before="0" w:after="20" w:line="259" w:lineRule="auto"/>
      </w:pPr>
      <w:r>
        <w:rPr>
          <w:rFonts w:ascii="Calibri" w:hAnsi="Calibri" w:eastAsia="Calibri"/>
          <w:b w:val="0"/>
          <w:i/>
          <w:color w:val="282828"/>
          <w:sz w:val="22"/>
        </w:rPr>
        <w:t xml:space="preserve">       Bay: It does not clot the aneurysm.</w:t>
      </w:r>
    </w:p>
    <w:p>
      <w:pPr>
        <w:spacing w:before="120" w:after="20" w:line="259" w:lineRule="auto"/>
        <w:shd w:fill="F8E8E8" w:val="clear"/>
      </w:pPr>
      <w:r>
        <w:rPr>
          <w:rFonts w:ascii="Calibri" w:hAnsi="Calibri" w:eastAsia="Calibri"/>
          <w:b w:val="0"/>
          <w:i w:val="0"/>
          <w:color w:val="A02828"/>
          <w:sz w:val="22"/>
        </w:rPr>
        <w:t xml:space="preserve">    C. [WRONG] A one-off 200 mg IV push</w:t>
      </w:r>
    </w:p>
    <w:p>
      <w:pPr>
        <w:spacing w:before="0" w:after="20" w:line="259" w:lineRule="auto"/>
      </w:pPr>
      <w:r>
        <w:rPr>
          <w:rFonts w:ascii="Calibri" w:hAnsi="Calibri" w:eastAsia="Calibri"/>
          <w:b w:val="0"/>
          <w:i/>
          <w:color w:val="282828"/>
          <w:sz w:val="22"/>
        </w:rPr>
        <w:t xml:space="preserve">       Bay: Oral 60 mg 4-hourly is the UK default. IV is specialist.</w:t>
      </w:r>
    </w:p>
    <w:p>
      <w:pPr>
        <w:spacing w:before="120" w:after="20" w:line="259" w:lineRule="auto"/>
        <w:shd w:fill="F8E8E8" w:val="clear"/>
      </w:pPr>
      <w:r>
        <w:rPr>
          <w:rFonts w:ascii="Calibri" w:hAnsi="Calibri" w:eastAsia="Calibri"/>
          <w:b w:val="0"/>
          <w:i w:val="0"/>
          <w:color w:val="A02828"/>
          <w:sz w:val="22"/>
        </w:rPr>
        <w:t xml:space="preserve">    D. [WRONG] Hold nimodipine until after clipping next week</w:t>
      </w:r>
    </w:p>
    <w:p>
      <w:pPr>
        <w:spacing w:before="0" w:after="20" w:line="259" w:lineRule="auto"/>
      </w:pPr>
      <w:r>
        <w:rPr>
          <w:rFonts w:ascii="Calibri" w:hAnsi="Calibri" w:eastAsia="Calibri"/>
          <w:b w:val="0"/>
          <w:i/>
          <w:color w:val="282828"/>
          <w:sz w:val="22"/>
        </w:rPr>
        <w:t xml:space="preserve">       Bay: Start now.</w:t>
      </w:r>
    </w:p>
    <w:p>
      <w:pPr>
        <w:spacing w:before="120" w:after="20" w:line="259" w:lineRule="auto"/>
        <w:shd w:fill="F8E8E8" w:val="clear"/>
      </w:pPr>
      <w:r>
        <w:rPr>
          <w:rFonts w:ascii="Calibri" w:hAnsi="Calibri" w:eastAsia="Calibri"/>
          <w:b w:val="0"/>
          <w:i w:val="0"/>
          <w:color w:val="A02828"/>
          <w:sz w:val="22"/>
        </w:rPr>
        <w:t xml:space="preserve">    E. [WRONG] Replace it with GTN because BP is 178</w:t>
      </w:r>
    </w:p>
    <w:p>
      <w:pPr>
        <w:spacing w:before="0" w:after="20" w:line="259" w:lineRule="auto"/>
      </w:pPr>
      <w:r>
        <w:rPr>
          <w:rFonts w:ascii="Calibri" w:hAnsi="Calibri" w:eastAsia="Calibri"/>
          <w:b w:val="0"/>
          <w:i/>
          <w:color w:val="282828"/>
          <w:sz w:val="22"/>
        </w:rPr>
        <w:t xml:space="preserve">       Bay: Gentle BP control as neurosurgery advise — not a GTN dump.</w:t>
      </w:r>
    </w:p>
    <w:p>
      <w:pPr>
        <w:spacing w:before="120" w:after="20" w:line="259" w:lineRule="auto"/>
        <w:shd w:fill="F8E8E8" w:val="clear"/>
      </w:pPr>
      <w:r>
        <w:rPr>
          <w:rFonts w:ascii="Calibri" w:hAnsi="Calibri" w:eastAsia="Calibri"/>
          <w:b w:val="0"/>
          <w:i w:val="0"/>
          <w:color w:val="A02828"/>
          <w:sz w:val="22"/>
        </w:rPr>
        <w:t>B. [WRONG] LP to 'confirm' the obvious blood on CT</w:t>
      </w:r>
    </w:p>
    <w:p>
      <w:pPr>
        <w:spacing w:before="0" w:after="20" w:line="259" w:lineRule="auto"/>
      </w:pPr>
      <w:r>
        <w:rPr>
          <w:rFonts w:ascii="Calibri" w:hAnsi="Calibri" w:eastAsia="Calibri"/>
          <w:b w:val="0"/>
          <w:i/>
          <w:color w:val="282828"/>
          <w:sz w:val="22"/>
        </w:rPr>
        <w:t>Bay: You do not need an LP now.</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Heparin because some strokes get heparin</w:t>
      </w:r>
    </w:p>
    <w:p>
      <w:pPr>
        <w:spacing w:before="0" w:after="20" w:line="259" w:lineRule="auto"/>
      </w:pPr>
      <w:r>
        <w:rPr>
          <w:rFonts w:ascii="Calibri" w:hAnsi="Calibri" w:eastAsia="Calibri"/>
          <w:b w:val="0"/>
          <w:i/>
          <w:color w:val="282828"/>
          <w:sz w:val="22"/>
        </w:rPr>
        <w:t>Bay: She is bleeding.</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Aspirin 300 mg</w:t>
      </w:r>
    </w:p>
    <w:p>
      <w:pPr>
        <w:spacing w:before="0" w:after="20" w:line="259" w:lineRule="auto"/>
      </w:pPr>
      <w:r>
        <w:rPr>
          <w:rFonts w:ascii="Calibri" w:hAnsi="Calibri" w:eastAsia="Calibri"/>
          <w:b w:val="0"/>
          <w:i/>
          <w:color w:val="282828"/>
          <w:sz w:val="22"/>
        </w:rPr>
        <w:t>Bay: SAH.</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Sit her in the waiting room for a 6-hour slot</w:t>
      </w:r>
    </w:p>
    <w:p>
      <w:pPr>
        <w:spacing w:before="0" w:after="20" w:line="259" w:lineRule="auto"/>
      </w:pPr>
      <w:r>
        <w:rPr>
          <w:rFonts w:ascii="Calibri" w:hAnsi="Calibri" w:eastAsia="Calibri"/>
          <w:b w:val="0"/>
          <w:i/>
          <w:color w:val="282828"/>
          <w:sz w:val="22"/>
        </w:rPr>
        <w:t>Bay: Aneurysm can re-bleed.</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Neurosurgery are coming. Send labs.</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7.44  pCO2 4.2  pO2 12.8  HCO3 22  BE −1  lactate 1.1  K+ 3.8  Hb 132</w:t>
      </w:r>
    </w:p>
    <w:p>
      <w:pPr>
        <w:spacing w:before="0" w:after="40" w:line="259" w:lineRule="auto"/>
      </w:pPr>
      <w:r>
        <w:rPr>
          <w:rFonts w:ascii="Calibri" w:hAnsi="Calibri" w:eastAsia="Calibri"/>
          <w:b w:val="0"/>
          <w:i w:val="0"/>
          <w:sz w:val="22"/>
        </w:rPr>
        <w:t>Not the issue.</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6.0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nonspecific</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Dip neg. βhCG if it could matter — not the lead.</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132   WCC 11.0   Plt 246</w:t>
      </w:r>
    </w:p>
    <w:p>
      <w:pPr>
        <w:spacing w:before="0" w:after="40" w:line="259" w:lineRule="auto"/>
      </w:pPr>
      <w:r>
        <w:rPr>
          <w:rFonts w:ascii="Calibri" w:hAnsi="Calibri" w:eastAsia="Calibri"/>
          <w:b w:val="0"/>
          <w:i w:val="0"/>
          <w:sz w:val="22"/>
        </w:rPr>
        <w:t>coag: PT 11.6 s   APTT 29 s</w:t>
      </w:r>
    </w:p>
    <w:p>
      <w:pPr>
        <w:spacing w:before="0" w:after="40" w:line="259" w:lineRule="auto"/>
      </w:pPr>
      <w:r>
        <w:rPr>
          <w:rFonts w:ascii="Calibri" w:hAnsi="Calibri" w:eastAsia="Calibri"/>
          <w:b w:val="0"/>
          <w:i w:val="0"/>
          <w:sz w:val="22"/>
        </w:rPr>
        <w:t>trop: 7 ng/L</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Trop 7, tracing non-specific. Review — then decide.</w:t>
      </w:r>
    </w:p>
    <w:p>
      <w:pPr>
        <w:spacing w:before="120" w:after="20" w:line="259" w:lineRule="auto"/>
        <w:shd w:fill="E8F5EC" w:val="clear"/>
      </w:pPr>
      <w:r>
        <w:rPr>
          <w:rFonts w:ascii="Calibri" w:hAnsi="Calibri" w:eastAsia="Calibri"/>
          <w:b/>
          <w:i w:val="0"/>
          <w:color w:val="146E3C"/>
          <w:sz w:val="22"/>
        </w:rPr>
        <w:t>A. [CORRECT] Stay on the SAH pathway — the trop is demand, not a PPCI</w:t>
      </w:r>
    </w:p>
    <w:p>
      <w:pPr>
        <w:spacing w:before="0" w:after="20" w:line="259" w:lineRule="auto"/>
      </w:pPr>
      <w:r>
        <w:rPr>
          <w:rFonts w:ascii="Calibri" w:hAnsi="Calibri" w:eastAsia="Calibri"/>
          <w:b w:val="0"/>
          <w:i/>
          <w:color w:val="282828"/>
          <w:sz w:val="22"/>
        </w:rPr>
        <w:t>Bay: Neurogenic stunned myocardium happens. Do not steal her to the cath lab.</w:t>
      </w:r>
    </w:p>
    <w:p>
      <w:pPr>
        <w:spacing w:before="80" w:after="40" w:line="259" w:lineRule="auto"/>
      </w:pPr>
      <w:r>
        <w:rPr>
          <w:rFonts w:ascii="Calibri" w:hAnsi="Calibri" w:eastAsia="Calibri"/>
          <w:b/>
          <w:i w:val="0"/>
          <w:color w:val="46326E"/>
          <w:sz w:val="22"/>
        </w:rPr>
        <w:t xml:space="preserve">    Follow-up: BP target?</w:t>
      </w:r>
    </w:p>
    <w:p>
      <w:pPr>
        <w:spacing w:before="120" w:after="20" w:line="259" w:lineRule="auto"/>
        <w:shd w:fill="E8F5EC" w:val="clear"/>
      </w:pPr>
      <w:r>
        <w:rPr>
          <w:rFonts w:ascii="Calibri" w:hAnsi="Calibri" w:eastAsia="Calibri"/>
          <w:b/>
          <w:i w:val="0"/>
          <w:color w:val="146E3C"/>
          <w:sz w:val="22"/>
        </w:rPr>
        <w:t xml:space="preserve">    A. [CORRECT] Avoid hypotension and extreme hypertension — follow neurosurgery, often keep systolic under ~160–180 until the aneurysm is secured</w:t>
      </w:r>
    </w:p>
    <w:p>
      <w:pPr>
        <w:spacing w:before="0" w:after="20" w:line="259" w:lineRule="auto"/>
      </w:pPr>
      <w:r>
        <w:rPr>
          <w:rFonts w:ascii="Calibri" w:hAnsi="Calibri" w:eastAsia="Calibri"/>
          <w:b w:val="0"/>
          <w:i/>
          <w:color w:val="282828"/>
          <w:sz w:val="22"/>
        </w:rPr>
        <w:t xml:space="preserve">       Bay: Do not crash to 100.</w:t>
      </w:r>
    </w:p>
    <w:p>
      <w:pPr>
        <w:spacing w:before="120" w:after="20" w:line="259" w:lineRule="auto"/>
        <w:shd w:fill="F8E8E8" w:val="clear"/>
      </w:pPr>
      <w:r>
        <w:rPr>
          <w:rFonts w:ascii="Calibri" w:hAnsi="Calibri" w:eastAsia="Calibri"/>
          <w:b w:val="0"/>
          <w:i w:val="0"/>
          <w:color w:val="A02828"/>
          <w:sz w:val="22"/>
        </w:rPr>
        <w:t xml:space="preserve">    B. [WRONG] GTN to 90 to 'stop the bleed'</w:t>
      </w:r>
    </w:p>
    <w:p>
      <w:pPr>
        <w:spacing w:before="0" w:after="20" w:line="259" w:lineRule="auto"/>
      </w:pPr>
      <w:r>
        <w:rPr>
          <w:rFonts w:ascii="Calibri" w:hAnsi="Calibri" w:eastAsia="Calibri"/>
          <w:b w:val="0"/>
          <w:i/>
          <w:color w:val="282828"/>
          <w:sz w:val="22"/>
        </w:rPr>
        <w:t xml:space="preserve">       Bay: You will infarct the brain.</w:t>
      </w:r>
    </w:p>
    <w:p>
      <w:pPr>
        <w:spacing w:before="120" w:after="20" w:line="259" w:lineRule="auto"/>
        <w:shd w:fill="F8E8E8" w:val="clear"/>
      </w:pPr>
      <w:r>
        <w:rPr>
          <w:rFonts w:ascii="Calibri" w:hAnsi="Calibri" w:eastAsia="Calibri"/>
          <w:b w:val="0"/>
          <w:i w:val="0"/>
          <w:color w:val="A02828"/>
          <w:sz w:val="22"/>
        </w:rPr>
        <w:t xml:space="preserve">    C. [WRONG] No analgesia because you need a GCS</w:t>
      </w:r>
    </w:p>
    <w:p>
      <w:pPr>
        <w:spacing w:before="0" w:after="20" w:line="259" w:lineRule="auto"/>
      </w:pPr>
      <w:r>
        <w:rPr>
          <w:rFonts w:ascii="Calibri" w:hAnsi="Calibri" w:eastAsia="Calibri"/>
          <w:b w:val="0"/>
          <w:i/>
          <w:color w:val="282828"/>
          <w:sz w:val="22"/>
        </w:rPr>
        <w:t xml:space="preserve">       Bay: Treat pain. A screaming SAH hypertenses.</w:t>
      </w:r>
    </w:p>
    <w:p>
      <w:pPr>
        <w:spacing w:before="120" w:after="20" w:line="259" w:lineRule="auto"/>
        <w:shd w:fill="F8E8E8" w:val="clear"/>
      </w:pPr>
      <w:r>
        <w:rPr>
          <w:rFonts w:ascii="Calibri" w:hAnsi="Calibri" w:eastAsia="Calibri"/>
          <w:b w:val="0"/>
          <w:i w:val="0"/>
          <w:color w:val="A02828"/>
          <w:sz w:val="22"/>
        </w:rPr>
        <w:t xml:space="preserve">    D. [WRONG] Nimodipine withheld if SBP is 160</w:t>
      </w:r>
    </w:p>
    <w:p>
      <w:pPr>
        <w:spacing w:before="0" w:after="20" w:line="259" w:lineRule="auto"/>
      </w:pPr>
      <w:r>
        <w:rPr>
          <w:rFonts w:ascii="Calibri" w:hAnsi="Calibri" w:eastAsia="Calibri"/>
          <w:b w:val="0"/>
          <w:i/>
          <w:color w:val="282828"/>
          <w:sz w:val="22"/>
        </w:rPr>
        <w:t xml:space="preserve">       Bay: Ask them; usually you give it and support BP if needed.</w:t>
      </w:r>
    </w:p>
    <w:p>
      <w:pPr>
        <w:spacing w:before="120" w:after="20" w:line="259" w:lineRule="auto"/>
        <w:shd w:fill="F8E8E8" w:val="clear"/>
      </w:pPr>
      <w:r>
        <w:rPr>
          <w:rFonts w:ascii="Calibri" w:hAnsi="Calibri" w:eastAsia="Calibri"/>
          <w:b w:val="0"/>
          <w:i w:val="0"/>
          <w:color w:val="A02828"/>
          <w:sz w:val="22"/>
        </w:rPr>
        <w:t xml:space="preserve">    E. [WRONG] Permissive 220 until clipping</w:t>
      </w:r>
    </w:p>
    <w:p>
      <w:pPr>
        <w:spacing w:before="0" w:after="20" w:line="259" w:lineRule="auto"/>
      </w:pPr>
      <w:r>
        <w:rPr>
          <w:rFonts w:ascii="Calibri" w:hAnsi="Calibri" w:eastAsia="Calibri"/>
          <w:b w:val="0"/>
          <w:i/>
          <w:color w:val="282828"/>
          <w:sz w:val="22"/>
        </w:rPr>
        <w:t xml:space="preserve">       Bay: Re-bleed risk. Control gently.</w:t>
      </w:r>
    </w:p>
    <w:p>
      <w:pPr>
        <w:spacing w:before="120" w:after="20" w:line="259" w:lineRule="auto"/>
        <w:shd w:fill="F8E8E8" w:val="clear"/>
      </w:pPr>
      <w:r>
        <w:rPr>
          <w:rFonts w:ascii="Calibri" w:hAnsi="Calibri" w:eastAsia="Calibri"/>
          <w:b w:val="0"/>
          <w:i w:val="0"/>
          <w:color w:val="A02828"/>
          <w:sz w:val="22"/>
        </w:rPr>
        <w:t>B. [WRONG] Activate PPCI because trop is 7</w:t>
      </w:r>
    </w:p>
    <w:p>
      <w:pPr>
        <w:spacing w:before="0" w:after="20" w:line="259" w:lineRule="auto"/>
      </w:pPr>
      <w:r>
        <w:rPr>
          <w:rFonts w:ascii="Calibri" w:hAnsi="Calibri" w:eastAsia="Calibri"/>
          <w:b w:val="0"/>
          <w:i/>
          <w:color w:val="282828"/>
          <w:sz w:val="22"/>
        </w:rPr>
        <w:t>Bay: SAH first.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Thrombolysis for the 'neuro ECG'</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High-dose dexamethasone as in tumour</w:t>
      </w:r>
    </w:p>
    <w:p>
      <w:pPr>
        <w:spacing w:before="0" w:after="20" w:line="259" w:lineRule="auto"/>
      </w:pPr>
      <w:r>
        <w:rPr>
          <w:rFonts w:ascii="Calibri" w:hAnsi="Calibri" w:eastAsia="Calibri"/>
          <w:b w:val="0"/>
          <w:i/>
          <w:color w:val="282828"/>
          <w:sz w:val="22"/>
        </w:rPr>
        <w:t>Bay: Not routine SAH.</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Discharge with a migraine clinic</w:t>
      </w:r>
    </w:p>
    <w:p>
      <w:pPr>
        <w:spacing w:before="0" w:after="20" w:line="259" w:lineRule="auto"/>
      </w:pPr>
      <w:r>
        <w:rPr>
          <w:rFonts w:ascii="Calibri" w:hAnsi="Calibri" w:eastAsia="Calibri"/>
          <w:b w:val="0"/>
          <w:i/>
          <w:color w:val="282828"/>
          <w:sz w:val="22"/>
        </w:rPr>
        <w:t>Bay: Blood in the cisterns.</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Husband is pale.</w:t>
      </w:r>
    </w:p>
    <w:p>
      <w:pPr>
        <w:spacing w:before="120" w:after="20" w:line="259" w:lineRule="auto"/>
        <w:shd w:fill="E8F5EC" w:val="clear"/>
      </w:pPr>
      <w:r>
        <w:rPr>
          <w:rFonts w:ascii="Calibri" w:hAnsi="Calibri" w:eastAsia="Calibri"/>
          <w:b/>
          <w:i w:val="0"/>
          <w:color w:val="146E3C"/>
          <w:sz w:val="22"/>
        </w:rPr>
        <w:t>A. [CORRECT] Time of onset, anticoagulants, trauma, cocaine, family polycystic kidneys / SAH</w:t>
      </w:r>
    </w:p>
    <w:p>
      <w:pPr>
        <w:spacing w:before="0" w:after="20" w:line="259" w:lineRule="auto"/>
      </w:pPr>
      <w:r>
        <w:rPr>
          <w:rFonts w:ascii="Calibri" w:hAnsi="Calibri" w:eastAsia="Calibri"/>
          <w:b w:val="0"/>
          <w:i/>
          <w:color w:val="282828"/>
          <w:sz w:val="22"/>
        </w:rPr>
        <w:t>Bay: Sudden at the sink, no DOAC, cousin with an aneurysm.</w:t>
      </w:r>
    </w:p>
    <w:p>
      <w:pPr>
        <w:spacing w:before="120" w:after="20" w:line="259" w:lineRule="auto"/>
        <w:shd w:fill="E8F5EC" w:val="clear"/>
      </w:pPr>
      <w:r>
        <w:rPr>
          <w:rFonts w:ascii="Calibri" w:hAnsi="Calibri" w:eastAsia="Calibri"/>
          <w:b/>
          <w:i w:val="0"/>
          <w:color w:val="146E3C"/>
          <w:sz w:val="22"/>
        </w:rPr>
        <w:t>B. [CORRECT] Grade her: GCS, motor, headache, photophobia</w:t>
      </w:r>
    </w:p>
    <w:p>
      <w:pPr>
        <w:spacing w:before="0" w:after="20" w:line="259" w:lineRule="auto"/>
      </w:pPr>
      <w:r>
        <w:rPr>
          <w:rFonts w:ascii="Calibri" w:hAnsi="Calibri" w:eastAsia="Calibri"/>
          <w:b w:val="0"/>
          <w:i/>
          <w:color w:val="282828"/>
          <w:sz w:val="22"/>
        </w:rPr>
        <w:t>Bay: GCS 14, WFNS still reasonable — that is why you move fast, they do well if you do not re-bleed them.</w:t>
      </w:r>
    </w:p>
    <w:p>
      <w:pPr>
        <w:spacing w:before="120" w:after="20" w:line="259" w:lineRule="auto"/>
        <w:shd w:fill="E8F5EC" w:val="clear"/>
      </w:pPr>
      <w:r>
        <w:rPr>
          <w:rFonts w:ascii="Calibri" w:hAnsi="Calibri" w:eastAsia="Calibri"/>
          <w:b/>
          <w:i w:val="0"/>
          <w:color w:val="146E3C"/>
          <w:sz w:val="22"/>
        </w:rPr>
        <w:t>C. [CORRECT] Keep her quiet, dark, antiemetic that is not a QT disaster, no straining</w:t>
      </w:r>
    </w:p>
    <w:p>
      <w:pPr>
        <w:spacing w:before="0" w:after="20" w:line="259" w:lineRule="auto"/>
      </w:pPr>
      <w:r>
        <w:rPr>
          <w:rFonts w:ascii="Calibri" w:hAnsi="Calibri" w:eastAsia="Calibri"/>
          <w:b w:val="0"/>
          <w:i/>
          <w:color w:val="282828"/>
          <w:sz w:val="22"/>
        </w:rPr>
        <w:t>Bay: Ondansetron if the QT is fine, or cyclizine. No lifting.</w:t>
      </w:r>
    </w:p>
    <w:p>
      <w:pPr>
        <w:spacing w:before="120" w:after="20" w:line="259" w:lineRule="auto"/>
        <w:shd w:fill="F8E8E8" w:val="clear"/>
      </w:pPr>
      <w:r>
        <w:rPr>
          <w:rFonts w:ascii="Calibri" w:hAnsi="Calibri" w:eastAsia="Calibri"/>
          <w:b w:val="0"/>
          <w:i w:val="0"/>
          <w:color w:val="A02828"/>
          <w:sz w:val="22"/>
        </w:rPr>
        <w:t>D. [WRONG] Let her walk to radiology because 'GCS is 14'</w:t>
      </w:r>
    </w:p>
    <w:p>
      <w:pPr>
        <w:spacing w:before="0" w:after="20" w:line="259" w:lineRule="auto"/>
      </w:pPr>
      <w:r>
        <w:rPr>
          <w:rFonts w:ascii="Calibri" w:hAnsi="Calibri" w:eastAsia="Calibri"/>
          <w:b w:val="0"/>
          <w:i/>
          <w:color w:val="282828"/>
          <w:sz w:val="22"/>
        </w:rPr>
        <w:t>Bay: Trolley. Re-bleed on the stairs is a story you do not want.</w:t>
      </w:r>
    </w:p>
    <w:p>
      <w:pPr>
        <w:spacing w:before="120" w:after="20" w:line="259" w:lineRule="auto"/>
        <w:shd w:fill="F8E8E8" w:val="clear"/>
      </w:pPr>
      <w:r>
        <w:rPr>
          <w:rFonts w:ascii="Calibri" w:hAnsi="Calibri" w:eastAsia="Calibri"/>
          <w:b w:val="0"/>
          <w:i w:val="0"/>
          <w:color w:val="A02828"/>
          <w:sz w:val="22"/>
        </w:rPr>
        <w:t>E. [WRONG] Give her a coffee because caffeine helps migraine</w:t>
      </w:r>
    </w:p>
    <w:p>
      <w:pPr>
        <w:spacing w:before="0" w:after="20" w:line="259" w:lineRule="auto"/>
      </w:pPr>
      <w:r>
        <w:rPr>
          <w:rFonts w:ascii="Calibri" w:hAnsi="Calibri" w:eastAsia="Calibri"/>
          <w:b w:val="0"/>
          <w:i/>
          <w:color w:val="282828"/>
          <w:sz w:val="22"/>
        </w:rPr>
        <w:t>Bay: Not the diagnosis.</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Subarachnoid haemorrhage</w:t>
      </w:r>
    </w:p>
    <w:p>
      <w:pPr>
        <w:spacing w:before="0" w:after="20" w:line="259" w:lineRule="auto"/>
      </w:pPr>
      <w:r>
        <w:rPr>
          <w:rFonts w:ascii="Calibri" w:hAnsi="Calibri" w:eastAsia="Calibri"/>
          <w:b w:val="0"/>
          <w:i/>
          <w:color w:val="282828"/>
          <w:sz w:val="22"/>
        </w:rPr>
        <w:t>Bay: Thunderclap, meningism, cisternal blood. Neurosurgery, nimodipine.</w:t>
      </w:r>
    </w:p>
    <w:p>
      <w:pPr>
        <w:spacing w:before="120" w:after="20" w:line="259" w:lineRule="auto"/>
        <w:shd w:fill="F8E8E8" w:val="clear"/>
      </w:pPr>
      <w:r>
        <w:rPr>
          <w:rFonts w:ascii="Calibri" w:hAnsi="Calibri" w:eastAsia="Calibri"/>
          <w:b w:val="0"/>
          <w:i w:val="0"/>
          <w:color w:val="A02828"/>
          <w:sz w:val="22"/>
        </w:rPr>
        <w:t>B. [WRONG] Migraine</w:t>
      </w:r>
    </w:p>
    <w:p>
      <w:pPr>
        <w:spacing w:before="0" w:after="20" w:line="259" w:lineRule="auto"/>
      </w:pPr>
      <w:r>
        <w:rPr>
          <w:rFonts w:ascii="Calibri" w:hAnsi="Calibri" w:eastAsia="Calibri"/>
          <w:b w:val="0"/>
          <w:i/>
          <w:color w:val="282828"/>
          <w:sz w:val="22"/>
        </w:rPr>
        <w:t>Bay: Worst-ever thunderclap with blood on CT is not migraine.</w:t>
      </w:r>
    </w:p>
    <w:p>
      <w:pPr>
        <w:spacing w:before="120" w:after="20" w:line="259" w:lineRule="auto"/>
        <w:shd w:fill="F8E8E8" w:val="clear"/>
      </w:pPr>
      <w:r>
        <w:rPr>
          <w:rFonts w:ascii="Calibri" w:hAnsi="Calibri" w:eastAsia="Calibri"/>
          <w:b w:val="0"/>
          <w:i w:val="0"/>
          <w:color w:val="A02828"/>
          <w:sz w:val="22"/>
        </w:rPr>
        <w:t>C. [WRONG] Meningitis as the lead without imaging</w:t>
      </w:r>
    </w:p>
    <w:p>
      <w:pPr>
        <w:spacing w:before="0" w:after="20" w:line="259" w:lineRule="auto"/>
      </w:pPr>
      <w:r>
        <w:rPr>
          <w:rFonts w:ascii="Calibri" w:hAnsi="Calibri" w:eastAsia="Calibri"/>
          <w:b w:val="0"/>
          <w:i/>
          <w:color w:val="282828"/>
          <w:sz w:val="22"/>
        </w:rPr>
        <w:t>Bay: Could coexist later. The thunderclap and blood are SAH.</w:t>
      </w:r>
    </w:p>
    <w:p>
      <w:pPr>
        <w:spacing w:before="120" w:after="20" w:line="259" w:lineRule="auto"/>
        <w:shd w:fill="F8E8E8" w:val="clear"/>
      </w:pPr>
      <w:r>
        <w:rPr>
          <w:rFonts w:ascii="Calibri" w:hAnsi="Calibri" w:eastAsia="Calibri"/>
          <w:b w:val="0"/>
          <w:i w:val="0"/>
          <w:color w:val="A02828"/>
          <w:sz w:val="22"/>
        </w:rPr>
        <w:t>D. [WRONG] Acute ischaemic stroke</w:t>
      </w:r>
    </w:p>
    <w:p>
      <w:pPr>
        <w:spacing w:before="0" w:after="20" w:line="259" w:lineRule="auto"/>
      </w:pPr>
      <w:r>
        <w:rPr>
          <w:rFonts w:ascii="Calibri" w:hAnsi="Calibri" w:eastAsia="Calibri"/>
          <w:b w:val="0"/>
          <w:i/>
          <w:color w:val="282828"/>
          <w:sz w:val="22"/>
        </w:rPr>
        <w:t>Bay: You do not lyse this.</w:t>
      </w:r>
    </w:p>
    <w:p>
      <w:pPr>
        <w:spacing w:before="120" w:after="20" w:line="259" w:lineRule="auto"/>
        <w:shd w:fill="F8E8E8" w:val="clear"/>
      </w:pPr>
      <w:r>
        <w:rPr>
          <w:rFonts w:ascii="Calibri" w:hAnsi="Calibri" w:eastAsia="Calibri"/>
          <w:b w:val="0"/>
          <w:i w:val="0"/>
          <w:color w:val="A02828"/>
          <w:sz w:val="22"/>
        </w:rPr>
        <w:t>E. [WRONG] Sinusitis</w:t>
      </w:r>
    </w:p>
    <w:p>
      <w:pPr>
        <w:spacing w:before="0" w:after="20" w:line="259" w:lineRule="auto"/>
      </w:pPr>
      <w:r>
        <w:rPr>
          <w:rFonts w:ascii="Calibri" w:hAnsi="Calibri" w:eastAsia="Calibri"/>
          <w:b w:val="0"/>
          <w:i/>
          <w:color w:val="282828"/>
          <w:sz w:val="22"/>
        </w:rPr>
        <w:t>Bay: No.</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She drops to GCS 10. Right pupil bigger.</w:t>
      </w:r>
    </w:p>
    <w:p>
      <w:pPr>
        <w:spacing w:before="120" w:after="20" w:line="259" w:lineRule="auto"/>
        <w:shd w:fill="E8F5EC" w:val="clear"/>
      </w:pPr>
      <w:r>
        <w:rPr>
          <w:rFonts w:ascii="Calibri" w:hAnsi="Calibri" w:eastAsia="Calibri"/>
          <w:b/>
          <w:i w:val="0"/>
          <w:color w:val="146E3C"/>
          <w:sz w:val="22"/>
        </w:rPr>
        <w:t>A. [CORRECT] ABC, call them now, hypertonic if herniating, do not LP</w:t>
      </w:r>
    </w:p>
    <w:p>
      <w:pPr>
        <w:spacing w:before="0" w:after="20" w:line="259" w:lineRule="auto"/>
      </w:pPr>
      <w:r>
        <w:rPr>
          <w:rFonts w:ascii="Calibri" w:hAnsi="Calibri" w:eastAsia="Calibri"/>
          <w:b w:val="0"/>
          <w:i/>
          <w:color w:val="282828"/>
          <w:sz w:val="22"/>
        </w:rPr>
        <w:t>Bay: Airway plan, 150 mL 2.7%, they are running. This may be re-bleed or hydrocephalus.</w:t>
      </w:r>
    </w:p>
    <w:p>
      <w:pPr>
        <w:spacing w:before="0" w:after="40" w:line="259" w:lineRule="auto"/>
      </w:pPr>
      <w:r>
        <w:rPr>
          <w:rFonts w:ascii="Calibri" w:hAnsi="Calibri" w:eastAsia="Calibri"/>
          <w:b w:val="0"/>
          <w:i/>
          <w:color w:val="5A4614"/>
          <w:sz w:val="20"/>
        </w:rPr>
        <w:t>Reaction: gcs -4</w:t>
      </w:r>
    </w:p>
    <w:p>
      <w:pPr>
        <w:spacing w:before="80" w:after="40" w:line="259" w:lineRule="auto"/>
      </w:pPr>
      <w:r>
        <w:rPr>
          <w:rFonts w:ascii="Calibri" w:hAnsi="Calibri" w:eastAsia="Calibri"/>
          <w:b/>
          <w:i w:val="0"/>
          <w:color w:val="46326E"/>
          <w:sz w:val="22"/>
        </w:rPr>
        <w:t xml:space="preserve">    Follow-up: What probably happened?</w:t>
      </w:r>
    </w:p>
    <w:p>
      <w:pPr>
        <w:spacing w:before="120" w:after="20" w:line="259" w:lineRule="auto"/>
        <w:shd w:fill="E8F5EC" w:val="clear"/>
      </w:pPr>
      <w:r>
        <w:rPr>
          <w:rFonts w:ascii="Calibri" w:hAnsi="Calibri" w:eastAsia="Calibri"/>
          <w:b/>
          <w:i w:val="0"/>
          <w:color w:val="146E3C"/>
          <w:sz w:val="22"/>
        </w:rPr>
        <w:t xml:space="preserve">    A. [CORRECT] Re-bleed or acute hydrocephalus — both are neurosurgical now</w:t>
      </w:r>
    </w:p>
    <w:p>
      <w:pPr>
        <w:spacing w:before="0" w:after="20" w:line="259" w:lineRule="auto"/>
      </w:pPr>
      <w:r>
        <w:rPr>
          <w:rFonts w:ascii="Calibri" w:hAnsi="Calibri" w:eastAsia="Calibri"/>
          <w:b w:val="0"/>
          <w:i/>
          <w:color w:val="282828"/>
          <w:sz w:val="22"/>
        </w:rPr>
        <w:t xml:space="preserve">       Bay: Do not wait for a typed addendum.</w:t>
      </w:r>
    </w:p>
    <w:p>
      <w:pPr>
        <w:spacing w:before="120" w:after="20" w:line="259" w:lineRule="auto"/>
        <w:shd w:fill="F8E8E8" w:val="clear"/>
      </w:pPr>
      <w:r>
        <w:rPr>
          <w:rFonts w:ascii="Calibri" w:hAnsi="Calibri" w:eastAsia="Calibri"/>
          <w:b w:val="0"/>
          <w:i w:val="0"/>
          <w:color w:val="A02828"/>
          <w:sz w:val="22"/>
        </w:rPr>
        <w:t xml:space="preserve">    B. [WRONG] Migraine crescendo</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C. [WRONG] A need for a diagnostic LP at GCS 10</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D. [WRONG] A good time for GTN</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E. [WRONG] Naloxone</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B. [WRONG] LP to drain pressure</w:t>
      </w:r>
    </w:p>
    <w:p>
      <w:pPr>
        <w:spacing w:before="0" w:after="20" w:line="259" w:lineRule="auto"/>
      </w:pPr>
      <w:r>
        <w:rPr>
          <w:rFonts w:ascii="Calibri" w:hAnsi="Calibri" w:eastAsia="Calibri"/>
          <w:b w:val="0"/>
          <w:i/>
          <w:color w:val="282828"/>
          <w:sz w:val="22"/>
        </w:rPr>
        <w:t>Bay: A mass / re-bleed. You may con her.</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Alteplase</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Observe 4 hours for a 'dip'</w:t>
      </w:r>
    </w:p>
    <w:p>
      <w:pPr>
        <w:spacing w:before="0" w:after="20" w:line="259" w:lineRule="auto"/>
      </w:pPr>
      <w:r>
        <w:rPr>
          <w:rFonts w:ascii="Calibri" w:hAnsi="Calibri" w:eastAsia="Calibri"/>
          <w:b w:val="0"/>
          <w:i/>
          <w:color w:val="282828"/>
          <w:sz w:val="22"/>
        </w:rPr>
        <w:t>Bay: GCS 10 and a pupil. Move.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Sit her up at 90 degrees and send her to the waiting room</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They have a theatre / ICU bed.</w:t>
      </w:r>
    </w:p>
    <w:p>
      <w:pPr>
        <w:spacing w:before="120" w:after="20" w:line="259" w:lineRule="auto"/>
        <w:shd w:fill="E8F5EC" w:val="clear"/>
      </w:pPr>
      <w:r>
        <w:rPr>
          <w:rFonts w:ascii="Calibri" w:hAnsi="Calibri" w:eastAsia="Calibri"/>
          <w:b/>
          <w:i w:val="0"/>
          <w:color w:val="146E3C"/>
          <w:sz w:val="22"/>
        </w:rPr>
        <w:t>A. [CORRECT] Neurosurgical centre now</w:t>
      </w:r>
    </w:p>
    <w:p>
      <w:pPr>
        <w:spacing w:before="0" w:after="20" w:line="259" w:lineRule="auto"/>
      </w:pPr>
      <w:r>
        <w:rPr>
          <w:rFonts w:ascii="Calibri" w:hAnsi="Calibri" w:eastAsia="Calibri"/>
          <w:b w:val="0"/>
          <w:i/>
          <w:color w:val="282828"/>
          <w:sz w:val="22"/>
        </w:rPr>
        <w:t>Bay: Yes.</w:t>
      </w:r>
    </w:p>
    <w:p>
      <w:pPr>
        <w:spacing w:before="120" w:after="20" w:line="259" w:lineRule="auto"/>
        <w:shd w:fill="F8E8E8" w:val="clear"/>
      </w:pPr>
      <w:r>
        <w:rPr>
          <w:rFonts w:ascii="Calibri" w:hAnsi="Calibri" w:eastAsia="Calibri"/>
          <w:b w:val="0"/>
          <w:i w:val="0"/>
          <w:color w:val="A02828"/>
          <w:sz w:val="22"/>
        </w:rPr>
        <w:t>B. [WRONG] Home with safety-netting</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C. [WRONG] AMU migraine bay</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D. [WRONG] Stroke thrombolysis suite</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E. [WRONG] ENT for sinus washout</w:t>
      </w:r>
    </w:p>
    <w:p>
      <w:pPr>
        <w:spacing w:before="0" w:after="20" w:line="259" w:lineRule="auto"/>
      </w:pPr>
      <w:r>
        <w:rPr>
          <w:rFonts w:ascii="Calibri" w:hAnsi="Calibri" w:eastAsia="Calibri"/>
          <w:b w:val="0"/>
          <w:i/>
          <w:color w:val="282828"/>
          <w:sz w:val="22"/>
        </w:rPr>
        <w:t>Bay: No.</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transfer.</w:t>
      </w:r>
    </w:p>
    <w:p>
      <w:pPr>
        <w:spacing w:before="120" w:after="20" w:line="259" w:lineRule="auto"/>
        <w:shd w:fill="E8F5EC" w:val="clear"/>
      </w:pPr>
      <w:r>
        <w:rPr>
          <w:rFonts w:ascii="Calibri" w:hAnsi="Calibri" w:eastAsia="Calibri"/>
          <w:b/>
          <w:i w:val="0"/>
          <w:color w:val="146E3C"/>
          <w:sz w:val="22"/>
        </w:rPr>
        <w:t>A. [CORRECT] GCS trend, pupil, nimodipine given, last BP, scans on PACS, NBM</w:t>
      </w:r>
    </w:p>
    <w:p>
      <w:pPr>
        <w:spacing w:before="0" w:after="20" w:line="259" w:lineRule="auto"/>
      </w:pPr>
      <w:r>
        <w:rPr>
          <w:rFonts w:ascii="Calibri" w:hAnsi="Calibri" w:eastAsia="Calibri"/>
          <w:b w:val="0"/>
          <w:i/>
          <w:color w:val="282828"/>
          <w:sz w:val="22"/>
        </w:rPr>
        <w:t>Bay: Handover is the grade and the clock of the drop.</w:t>
      </w:r>
    </w:p>
    <w:p>
      <w:pPr>
        <w:spacing w:before="80" w:after="40" w:line="259" w:lineRule="auto"/>
      </w:pPr>
      <w:r>
        <w:rPr>
          <w:rFonts w:ascii="Calibri" w:hAnsi="Calibri" w:eastAsia="Calibri"/>
          <w:b/>
          <w:i w:val="0"/>
          <w:color w:val="46326E"/>
          <w:sz w:val="22"/>
        </w:rPr>
        <w:t xml:space="preserve">    Follow-up: Can she eat?</w:t>
      </w:r>
    </w:p>
    <w:p>
      <w:pPr>
        <w:spacing w:before="120" w:after="20" w:line="259" w:lineRule="auto"/>
        <w:shd w:fill="E8F5EC" w:val="clear"/>
      </w:pPr>
      <w:r>
        <w:rPr>
          <w:rFonts w:ascii="Calibri" w:hAnsi="Calibri" w:eastAsia="Calibri"/>
          <w:b/>
          <w:i w:val="0"/>
          <w:color w:val="146E3C"/>
          <w:sz w:val="22"/>
        </w:rPr>
        <w:t xml:space="preserve">    A. [CORRECT] NBM — she may need a coil or a tube</w:t>
      </w:r>
    </w:p>
    <w:p>
      <w:pPr>
        <w:spacing w:before="0" w:after="20" w:line="259" w:lineRule="auto"/>
      </w:pPr>
      <w:r>
        <w:rPr>
          <w:rFonts w:ascii="Calibri" w:hAnsi="Calibri" w:eastAsia="Calibri"/>
          <w:b w:val="0"/>
          <w:i/>
          <w:color w:val="282828"/>
          <w:sz w:val="22"/>
        </w:rPr>
        <w:t xml:space="preserve">       Bay: Yes.</w:t>
      </w:r>
    </w:p>
    <w:p>
      <w:pPr>
        <w:spacing w:before="120" w:after="20" w:line="259" w:lineRule="auto"/>
        <w:shd w:fill="F8E8E8" w:val="clear"/>
      </w:pPr>
      <w:r>
        <w:rPr>
          <w:rFonts w:ascii="Calibri" w:hAnsi="Calibri" w:eastAsia="Calibri"/>
          <w:b w:val="0"/>
          <w:i w:val="0"/>
          <w:color w:val="A02828"/>
          <w:sz w:val="22"/>
        </w:rPr>
        <w:t xml:space="preserve">    B. [WRONG] A full breakfast so she is strong for theatre</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C. [WRONG] Sips only of espresso</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D. [WRONG] Chew aspirin</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E. [WRONG] A unit of blood 'for luck'</w:t>
      </w:r>
    </w:p>
    <w:p>
      <w:pPr>
        <w:spacing w:before="0" w:after="20" w:line="259" w:lineRule="auto"/>
      </w:pPr>
      <w:r>
        <w:rPr>
          <w:rFonts w:ascii="Calibri" w:hAnsi="Calibri" w:eastAsia="Calibri"/>
          <w:b w:val="0"/>
          <w:i/>
          <w:color w:val="282828"/>
          <w:sz w:val="22"/>
        </w:rPr>
        <w:t xml:space="preserve">       Bay: Hb is 132.</w:t>
      </w:r>
    </w:p>
    <w:p>
      <w:pPr>
        <w:spacing w:before="120" w:after="20" w:line="259" w:lineRule="auto"/>
        <w:shd w:fill="F8E8E8" w:val="clear"/>
      </w:pPr>
      <w:r>
        <w:rPr>
          <w:rFonts w:ascii="Calibri" w:hAnsi="Calibri" w:eastAsia="Calibri"/>
          <w:b w:val="0"/>
          <w:i w:val="0"/>
          <w:color w:val="A02828"/>
          <w:sz w:val="22"/>
        </w:rPr>
        <w:t>B. [WRONG] Stop nimodipine so BP climbs for transfer</w:t>
      </w:r>
    </w:p>
    <w:p>
      <w:pPr>
        <w:spacing w:before="0" w:after="20" w:line="259" w:lineRule="auto"/>
      </w:pPr>
      <w:r>
        <w:rPr>
          <w:rFonts w:ascii="Calibri" w:hAnsi="Calibri" w:eastAsia="Calibri"/>
          <w:b w:val="0"/>
          <w:i/>
          <w:color w:val="282828"/>
          <w:sz w:val="22"/>
        </w:rPr>
        <w:t>Bay: Ask them. Do not freelance.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Load aspirin and ticagrelor as in ACS</w:t>
      </w:r>
    </w:p>
    <w:p>
      <w:pPr>
        <w:spacing w:before="0" w:after="20" w:line="259" w:lineRule="auto"/>
      </w:pPr>
      <w:r>
        <w:rPr>
          <w:rFonts w:ascii="Calibri" w:hAnsi="Calibri" w:eastAsia="Calibri"/>
          <w:b w:val="0"/>
          <w:i/>
          <w:color w:val="282828"/>
          <w:sz w:val="22"/>
        </w:rPr>
        <w:t>Bay: SAH.</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Unescorted taxi because GCS was 14 an hour ago</w:t>
      </w:r>
    </w:p>
    <w:p>
      <w:pPr>
        <w:spacing w:before="0" w:after="20" w:line="259" w:lineRule="auto"/>
      </w:pPr>
      <w:r>
        <w:rPr>
          <w:rFonts w:ascii="Calibri" w:hAnsi="Calibri" w:eastAsia="Calibri"/>
          <w:b w:val="0"/>
          <w:i/>
          <w:color w:val="282828"/>
          <w:sz w:val="22"/>
        </w:rPr>
        <w:t>Bay: She is 10.</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Repeat LP for xanthochromia now you have blood on CT</w:t>
      </w:r>
    </w:p>
    <w:p>
      <w:pPr>
        <w:spacing w:before="0" w:after="20" w:line="259" w:lineRule="auto"/>
      </w:pPr>
      <w:r>
        <w:rPr>
          <w:rFonts w:ascii="Calibri" w:hAnsi="Calibri" w:eastAsia="Calibri"/>
          <w:b w:val="0"/>
          <w:i/>
          <w:color w:val="282828"/>
          <w:sz w:val="22"/>
        </w:rPr>
        <w:t>Bay: Pointless.</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The angiogram later.</w:t>
      </w:r>
    </w:p>
    <w:p>
      <w:pPr>
        <w:spacing w:before="120" w:after="20" w:line="259" w:lineRule="auto"/>
        <w:shd w:fill="E8F5EC" w:val="clear"/>
      </w:pPr>
      <w:r>
        <w:rPr>
          <w:rFonts w:ascii="Calibri" w:hAnsi="Calibri" w:eastAsia="Calibri"/>
          <w:b/>
          <w:i w:val="0"/>
          <w:color w:val="146E3C"/>
          <w:sz w:val="22"/>
        </w:rPr>
        <w:t>A. [CORRECT] Aneurysmal subarachnoid haemorrhage</w:t>
      </w:r>
    </w:p>
    <w:p>
      <w:pPr>
        <w:spacing w:before="0" w:after="20" w:line="259" w:lineRule="auto"/>
      </w:pPr>
      <w:r>
        <w:rPr>
          <w:rFonts w:ascii="Calibri" w:hAnsi="Calibri" w:eastAsia="Calibri"/>
          <w:b w:val="0"/>
          <w:i/>
          <w:color w:val="282828"/>
          <w:sz w:val="22"/>
        </w:rPr>
        <w:t>Bay: Posterior communicating aneurysm, they say.</w:t>
      </w:r>
    </w:p>
    <w:p>
      <w:pPr>
        <w:spacing w:before="120" w:after="20" w:line="259" w:lineRule="auto"/>
        <w:shd w:fill="F8E8E8" w:val="clear"/>
      </w:pPr>
      <w:r>
        <w:rPr>
          <w:rFonts w:ascii="Calibri" w:hAnsi="Calibri" w:eastAsia="Calibri"/>
          <w:b w:val="0"/>
          <w:i w:val="0"/>
          <w:color w:val="A02828"/>
          <w:sz w:val="22"/>
        </w:rPr>
        <w:t>B. [WRONG] Migraine</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C. [WRONG] Ischaemic MCA stroke</w:t>
      </w:r>
    </w:p>
    <w:p>
      <w:pPr>
        <w:spacing w:before="0" w:after="20" w:line="259" w:lineRule="auto"/>
      </w:pPr>
      <w:r>
        <w:rPr>
          <w:rFonts w:ascii="Calibri" w:hAnsi="Calibri" w:eastAsia="Calibri"/>
          <w:b w:val="0"/>
          <w:i/>
          <w:color w:val="282828"/>
          <w:sz w:val="22"/>
        </w:rPr>
        <w:t>Bay: The blood was cisternal.</w:t>
      </w:r>
    </w:p>
    <w:p>
      <w:pPr>
        <w:spacing w:before="120" w:after="20" w:line="259" w:lineRule="auto"/>
        <w:shd w:fill="F8E8E8" w:val="clear"/>
      </w:pPr>
      <w:r>
        <w:rPr>
          <w:rFonts w:ascii="Calibri" w:hAnsi="Calibri" w:eastAsia="Calibri"/>
          <w:b w:val="0"/>
          <w:i w:val="0"/>
          <w:color w:val="A02828"/>
          <w:sz w:val="22"/>
        </w:rPr>
        <w:t>D. [WRONG] Tension headache</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E. [WRONG] Viral meningitis only</w:t>
      </w:r>
    </w:p>
    <w:p>
      <w:pPr>
        <w:spacing w:before="0" w:after="20" w:line="259" w:lineRule="auto"/>
      </w:pPr>
      <w:r>
        <w:rPr>
          <w:rFonts w:ascii="Calibri" w:hAnsi="Calibri" w:eastAsia="Calibri"/>
          <w:b w:val="0"/>
          <w:i/>
          <w:color w:val="282828"/>
          <w:sz w:val="22"/>
        </w:rPr>
        <w:t>Bay: Blood, not cells, as the lead.</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Aneurysmal subarachnoid haemorrhage</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Thunderclap worst-ever headache, meningism</w:t>
      </w:r>
    </w:p>
    <w:p>
      <w:pPr>
        <w:spacing w:before="0" w:after="40" w:line="259" w:lineRule="auto"/>
      </w:pPr>
      <w:r>
        <w:rPr>
          <w:rFonts w:ascii="Calibri" w:hAnsi="Calibri" w:eastAsia="Calibri"/>
          <w:b w:val="0"/>
          <w:i w:val="0"/>
          <w:sz w:val="22"/>
        </w:rPr>
        <w:t>• CT: basal cisternal blood</w:t>
      </w:r>
    </w:p>
    <w:p>
      <w:pPr>
        <w:spacing w:before="0" w:after="40" w:line="259" w:lineRule="auto"/>
      </w:pPr>
      <w:r>
        <w:rPr>
          <w:rFonts w:ascii="Calibri" w:hAnsi="Calibri" w:eastAsia="Calibri"/>
          <w:b w:val="0"/>
          <w:i w:val="0"/>
          <w:sz w:val="22"/>
        </w:rPr>
        <w:t>• Later drop in GCS — re-bleed / hydrocephalus</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Immediate non-contrast CT; LP only if CT negative and timing allows</w:t>
      </w:r>
    </w:p>
    <w:p>
      <w:pPr>
        <w:spacing w:before="0" w:after="40" w:line="259" w:lineRule="auto"/>
      </w:pPr>
      <w:r>
        <w:rPr>
          <w:rFonts w:ascii="Calibri" w:hAnsi="Calibri" w:eastAsia="Calibri"/>
          <w:b w:val="0"/>
          <w:i w:val="0"/>
          <w:sz w:val="22"/>
        </w:rPr>
        <w:t>• CTA as per neurosurgery</w:t>
      </w:r>
    </w:p>
    <w:p>
      <w:pPr>
        <w:spacing w:before="0" w:after="40" w:line="259" w:lineRule="auto"/>
      </w:pPr>
      <w:r>
        <w:rPr>
          <w:rFonts w:ascii="Calibri" w:hAnsi="Calibri" w:eastAsia="Calibri"/>
          <w:b w:val="0"/>
          <w:i w:val="0"/>
          <w:sz w:val="22"/>
        </w:rPr>
        <w:t>• Coag, glucose — trop may rise (stunned myocardium)</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Neurosurgery now, nimodipine 60 mg 4-hourly</w:t>
      </w:r>
    </w:p>
    <w:p>
      <w:pPr>
        <w:spacing w:before="0" w:after="40" w:line="259" w:lineRule="auto"/>
      </w:pPr>
      <w:r>
        <w:rPr>
          <w:rFonts w:ascii="Calibri" w:hAnsi="Calibri" w:eastAsia="Calibri"/>
          <w:b w:val="0"/>
          <w:i w:val="0"/>
          <w:sz w:val="22"/>
        </w:rPr>
        <w:t>• Analgesia, antiemetic, gentle BP control, quiet</w:t>
      </w:r>
    </w:p>
    <w:p>
      <w:pPr>
        <w:spacing w:before="0" w:after="40" w:line="259" w:lineRule="auto"/>
      </w:pPr>
      <w:r>
        <w:rPr>
          <w:rFonts w:ascii="Calibri" w:hAnsi="Calibri" w:eastAsia="Calibri"/>
          <w:b w:val="0"/>
          <w:i w:val="0"/>
          <w:sz w:val="22"/>
        </w:rPr>
        <w:t>• Do not LP a positive CT; do not lyse; do not crash the BP</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NICE NG228 subarachnoid haemorrhage</w:t>
      </w:r>
    </w:p>
    <w:p>
      <w:pPr>
        <w:spacing w:before="0" w:after="40" w:line="259" w:lineRule="auto"/>
      </w:pPr>
      <w:r>
        <w:rPr>
          <w:rFonts w:ascii="Calibri" w:hAnsi="Calibri" w:eastAsia="Calibri"/>
          <w:b w:val="0"/>
          <w:i w:val="0"/>
          <w:sz w:val="22"/>
        </w:rPr>
        <w:t>• SBNS / national SAH pathway</w:t>
      </w:r>
    </w:p>
    <w:p>
      <w:r>
        <w:br w:type="page"/>
      </w:r>
    </w:p>
    <w:p>
      <w:pPr>
        <w:spacing w:before="120" w:after="160" w:line="259" w:lineRule="auto"/>
      </w:pPr>
      <w:r>
        <w:rPr>
          <w:rFonts w:ascii="Calibri" w:hAnsi="Calibri" w:eastAsia="Calibri"/>
          <w:b/>
          <w:i w:val="0"/>
          <w:color w:val="0C0E10"/>
          <w:sz w:val="36"/>
        </w:rPr>
        <w:t>Case 37 — Necrotising fasciitis</w:t>
      </w:r>
    </w:p>
    <w:p>
      <w:pPr>
        <w:spacing w:before="0" w:after="40" w:line="259" w:lineRule="auto"/>
      </w:pPr>
      <w:r>
        <w:rPr>
          <w:rFonts w:ascii="Calibri" w:hAnsi="Calibri" w:eastAsia="Calibri"/>
          <w:b w:val="0"/>
          <w:i/>
          <w:color w:val="5A5A5A"/>
          <w:sz w:val="20"/>
        </w:rPr>
        <w:t>buzzer · Emergency buzzer — Majors · rhythm sinus-tach</w:t>
      </w:r>
    </w:p>
    <w:p>
      <w:pPr>
        <w:spacing w:before="0" w:after="40" w:line="259" w:lineRule="auto"/>
      </w:pPr>
      <w:r>
        <w:rPr>
          <w:rFonts w:ascii="Calibri" w:hAnsi="Calibri" w:eastAsia="Calibri"/>
          <w:b w:val="0"/>
          <w:i/>
          <w:color w:val="5A5A5A"/>
          <w:sz w:val="20"/>
        </w:rPr>
        <w:t>HR 128   BP 88/52   RR 26   SpO2 95%   temp 38.9   GCS 14   BM 18.4</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Emergency buzzer — Majors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 52-year-old man, pain in the left thigh 'out of proportion', fever, vomiting. Diabetic. The skin looks almost normal. He is 88 systolic and you do not like him.</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talking, no stridor.</w:t>
      </w:r>
    </w:p>
    <w:p>
      <w:pPr>
        <w:spacing w:before="0" w:after="40" w:line="259" w:lineRule="auto"/>
      </w:pPr>
      <w:r>
        <w:rPr>
          <w:rFonts w:ascii="Calibri" w:hAnsi="Calibri" w:eastAsia="Calibri"/>
          <w:b w:val="0"/>
          <w:i w:val="0"/>
          <w:sz w:val="22"/>
        </w:rPr>
        <w:t>B — RR 26, clear, SpO2 95% air.</w:t>
      </w:r>
    </w:p>
    <w:p>
      <w:pPr>
        <w:spacing w:before="0" w:after="40" w:line="259" w:lineRule="auto"/>
      </w:pPr>
      <w:r>
        <w:rPr>
          <w:rFonts w:ascii="Calibri" w:hAnsi="Calibri" w:eastAsia="Calibri"/>
          <w:b w:val="0"/>
          <w:i w:val="0"/>
          <w:sz w:val="22"/>
        </w:rPr>
        <w:t>C — HR 128, BP 88/52, CRT 4 s.</w:t>
      </w:r>
    </w:p>
    <w:p>
      <w:pPr>
        <w:spacing w:before="0" w:after="40" w:line="259" w:lineRule="auto"/>
      </w:pPr>
      <w:r>
        <w:rPr>
          <w:rFonts w:ascii="Calibri" w:hAnsi="Calibri" w:eastAsia="Calibri"/>
          <w:b w:val="0"/>
          <w:i w:val="0"/>
          <w:sz w:val="22"/>
        </w:rPr>
        <w:t>D — GCS 14, BM 18.4, no ketotic Kussmaul.</w:t>
      </w:r>
    </w:p>
    <w:p>
      <w:pPr>
        <w:spacing w:before="0" w:after="40" w:line="259" w:lineRule="auto"/>
      </w:pPr>
      <w:r>
        <w:rPr>
          <w:rFonts w:ascii="Calibri" w:hAnsi="Calibri" w:eastAsia="Calibri"/>
          <w:b w:val="0"/>
          <w:i w:val="0"/>
          <w:sz w:val="22"/>
        </w:rPr>
        <w:t>E — left thigh exquisitely tender, mild mottling spreading, no clear abscess, no crepitus you can hear, scrotum not involved yet.</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Pain out of proportion, septic, diabetic, thigh mottling.</w:t>
      </w:r>
    </w:p>
    <w:p>
      <w:pPr>
        <w:spacing w:before="120" w:after="20" w:line="259" w:lineRule="auto"/>
        <w:shd w:fill="E8F5EC" w:val="clear"/>
      </w:pPr>
      <w:r>
        <w:rPr>
          <w:rFonts w:ascii="Calibri" w:hAnsi="Calibri" w:eastAsia="Calibri"/>
          <w:b/>
          <w:i w:val="0"/>
          <w:color w:val="146E3C"/>
          <w:sz w:val="22"/>
        </w:rPr>
        <w:t>A. [CORRECT] Broad IV antibiotics and a surgeon now</w:t>
      </w:r>
    </w:p>
    <w:p>
      <w:pPr>
        <w:spacing w:before="0" w:after="20" w:line="259" w:lineRule="auto"/>
      </w:pPr>
      <w:r>
        <w:rPr>
          <w:rFonts w:ascii="Calibri" w:hAnsi="Calibri" w:eastAsia="Calibri"/>
          <w:b w:val="0"/>
          <w:i/>
          <w:color w:val="282828"/>
          <w:sz w:val="22"/>
        </w:rPr>
        <w:t>Bay: You do not wait for MRI. You do not wait for CRP. Theatre is the diagnostic test.</w:t>
      </w:r>
    </w:p>
    <w:p>
      <w:pPr>
        <w:spacing w:before="0" w:after="40" w:line="259" w:lineRule="auto"/>
      </w:pPr>
      <w:r>
        <w:rPr>
          <w:rFonts w:ascii="Calibri" w:hAnsi="Calibri" w:eastAsia="Calibri"/>
          <w:b w:val="0"/>
          <w:i/>
          <w:color w:val="5A4614"/>
          <w:sz w:val="20"/>
        </w:rPr>
        <w:t>Reaction: sbp +6</w:t>
      </w:r>
    </w:p>
    <w:p>
      <w:pPr>
        <w:spacing w:before="80" w:after="40" w:line="259" w:lineRule="auto"/>
      </w:pPr>
      <w:r>
        <w:rPr>
          <w:rFonts w:ascii="Calibri" w:hAnsi="Calibri" w:eastAsia="Calibri"/>
          <w:b/>
          <w:i w:val="0"/>
          <w:color w:val="46326E"/>
          <w:sz w:val="22"/>
        </w:rPr>
        <w:t xml:space="preserve">    Follow-up: How soon the knife?</w:t>
      </w:r>
    </w:p>
    <w:p>
      <w:pPr>
        <w:spacing w:before="120" w:after="20" w:line="259" w:lineRule="auto"/>
        <w:shd w:fill="E8F5EC" w:val="clear"/>
      </w:pPr>
      <w:r>
        <w:rPr>
          <w:rFonts w:ascii="Calibri" w:hAnsi="Calibri" w:eastAsia="Calibri"/>
          <w:b/>
          <w:i w:val="0"/>
          <w:color w:val="146E3C"/>
          <w:sz w:val="22"/>
        </w:rPr>
        <w:t xml:space="preserve">    A. [CORRECT] Immediate surgical exploration — imaging must not delay theatre</w:t>
      </w:r>
    </w:p>
    <w:p>
      <w:pPr>
        <w:spacing w:before="0" w:after="20" w:line="259" w:lineRule="auto"/>
      </w:pPr>
      <w:r>
        <w:rPr>
          <w:rFonts w:ascii="Calibri" w:hAnsi="Calibri" w:eastAsia="Calibri"/>
          <w:b w:val="0"/>
          <w:i/>
          <w:color w:val="282828"/>
          <w:sz w:val="22"/>
        </w:rPr>
        <w:t xml:space="preserve">       Bay: NICE / surgical infection. This is a time-to-knife disease.</w:t>
      </w:r>
    </w:p>
    <w:p>
      <w:pPr>
        <w:spacing w:before="120" w:after="20" w:line="259" w:lineRule="auto"/>
        <w:shd w:fill="F8E8E8" w:val="clear"/>
      </w:pPr>
      <w:r>
        <w:rPr>
          <w:rFonts w:ascii="Calibri" w:hAnsi="Calibri" w:eastAsia="Calibri"/>
          <w:b w:val="0"/>
          <w:i w:val="0"/>
          <w:color w:val="A02828"/>
          <w:sz w:val="22"/>
        </w:rPr>
        <w:t xml:space="preserve">    B. [WRONG] MRI tonight, theatre in the morning if the report says so</w:t>
      </w:r>
    </w:p>
    <w:p>
      <w:pPr>
        <w:spacing w:before="0" w:after="20" w:line="259" w:lineRule="auto"/>
      </w:pPr>
      <w:r>
        <w:rPr>
          <w:rFonts w:ascii="Calibri" w:hAnsi="Calibri" w:eastAsia="Calibri"/>
          <w:b w:val="0"/>
          <w:i/>
          <w:color w:val="282828"/>
          <w:sz w:val="22"/>
        </w:rPr>
        <w:t xml:space="preserve">       Bay: He will be dead.</w:t>
      </w:r>
    </w:p>
    <w:p>
      <w:pPr>
        <w:spacing w:before="120" w:after="20" w:line="259" w:lineRule="auto"/>
        <w:shd w:fill="F8E8E8" w:val="clear"/>
      </w:pPr>
      <w:r>
        <w:rPr>
          <w:rFonts w:ascii="Calibri" w:hAnsi="Calibri" w:eastAsia="Calibri"/>
          <w:b w:val="0"/>
          <w:i w:val="0"/>
          <w:color w:val="A02828"/>
          <w:sz w:val="22"/>
        </w:rPr>
        <w:t xml:space="preserve">    C. [WRONG] 48 hours of antibiotics, then review</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D. [WRONG] Watch and wait because the skin looks almost normal</w:t>
      </w:r>
    </w:p>
    <w:p>
      <w:pPr>
        <w:spacing w:before="0" w:after="20" w:line="259" w:lineRule="auto"/>
      </w:pPr>
      <w:r>
        <w:rPr>
          <w:rFonts w:ascii="Calibri" w:hAnsi="Calibri" w:eastAsia="Calibri"/>
          <w:b w:val="0"/>
          <w:i/>
          <w:color w:val="282828"/>
          <w:sz w:val="22"/>
        </w:rPr>
        <w:t xml:space="preserve">       Bay: The skin always lags.</w:t>
      </w:r>
    </w:p>
    <w:p>
      <w:pPr>
        <w:spacing w:before="120" w:after="20" w:line="259" w:lineRule="auto"/>
        <w:shd w:fill="F8E8E8" w:val="clear"/>
      </w:pPr>
      <w:r>
        <w:rPr>
          <w:rFonts w:ascii="Calibri" w:hAnsi="Calibri" w:eastAsia="Calibri"/>
          <w:b w:val="0"/>
          <w:i w:val="0"/>
          <w:color w:val="A02828"/>
          <w:sz w:val="22"/>
        </w:rPr>
        <w:t xml:space="preserve">    E. [WRONG] Hyperbaric first, surgery later</w:t>
      </w:r>
    </w:p>
    <w:p>
      <w:pPr>
        <w:spacing w:before="0" w:after="20" w:line="259" w:lineRule="auto"/>
      </w:pPr>
      <w:r>
        <w:rPr>
          <w:rFonts w:ascii="Calibri" w:hAnsi="Calibri" w:eastAsia="Calibri"/>
          <w:b w:val="0"/>
          <w:i/>
          <w:color w:val="282828"/>
          <w:sz w:val="22"/>
        </w:rPr>
        <w:t xml:space="preserve">       Bay: Knife first. Chamber is adjunct if it exists.</w:t>
      </w:r>
    </w:p>
    <w:p>
      <w:pPr>
        <w:spacing w:before="120" w:after="20" w:line="259" w:lineRule="auto"/>
        <w:shd w:fill="F8E8E8" w:val="clear"/>
      </w:pPr>
      <w:r>
        <w:rPr>
          <w:rFonts w:ascii="Calibri" w:hAnsi="Calibri" w:eastAsia="Calibri"/>
          <w:b w:val="0"/>
          <w:i w:val="0"/>
          <w:color w:val="A02828"/>
          <w:sz w:val="22"/>
        </w:rPr>
        <w:t>B. [WRONG] MRI then a 09:00 theatre list</w:t>
      </w:r>
    </w:p>
    <w:p>
      <w:pPr>
        <w:spacing w:before="0" w:after="20" w:line="259" w:lineRule="auto"/>
      </w:pPr>
      <w:r>
        <w:rPr>
          <w:rFonts w:ascii="Calibri" w:hAnsi="Calibri" w:eastAsia="Calibri"/>
          <w:b w:val="0"/>
          <w:i/>
          <w:color w:val="282828"/>
          <w:sz w:val="22"/>
        </w:rPr>
        <w:t>Bay: Delay is mortality.</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Oral flucloxacillin and GP in 48 hours</w:t>
      </w:r>
    </w:p>
    <w:p>
      <w:pPr>
        <w:spacing w:before="0" w:after="20" w:line="259" w:lineRule="auto"/>
      </w:pPr>
      <w:r>
        <w:rPr>
          <w:rFonts w:ascii="Calibri" w:hAnsi="Calibri" w:eastAsia="Calibri"/>
          <w:b w:val="0"/>
          <w:i/>
          <w:color w:val="282828"/>
          <w:sz w:val="22"/>
        </w:rPr>
        <w:t>Bay: He is 88 systolic.</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Hyperbaric oxygen as the only treatment</w:t>
      </w:r>
    </w:p>
    <w:p>
      <w:pPr>
        <w:spacing w:before="0" w:after="20" w:line="259" w:lineRule="auto"/>
      </w:pPr>
      <w:r>
        <w:rPr>
          <w:rFonts w:ascii="Calibri" w:hAnsi="Calibri" w:eastAsia="Calibri"/>
          <w:b w:val="0"/>
          <w:i/>
          <w:color w:val="282828"/>
          <w:sz w:val="22"/>
        </w:rPr>
        <w:t>Bay: Adjunct, not instead of a knife.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Needle aspirate and wait on culture</w:t>
      </w:r>
    </w:p>
    <w:p>
      <w:pPr>
        <w:spacing w:before="0" w:after="20" w:line="259" w:lineRule="auto"/>
      </w:pPr>
      <w:r>
        <w:rPr>
          <w:rFonts w:ascii="Calibri" w:hAnsi="Calibri" w:eastAsia="Calibri"/>
          <w:b w:val="0"/>
          <w:i/>
          <w:color w:val="282828"/>
          <w:sz w:val="22"/>
        </w:rPr>
        <w:t>Bay: You will wait on a corpse.</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Surgeon is 10 minutes. What antibiotics?</w:t>
      </w:r>
    </w:p>
    <w:p>
      <w:pPr>
        <w:spacing w:before="120" w:after="20" w:line="259" w:lineRule="auto"/>
        <w:shd w:fill="E8F5EC" w:val="clear"/>
      </w:pPr>
      <w:r>
        <w:rPr>
          <w:rFonts w:ascii="Calibri" w:hAnsi="Calibri" w:eastAsia="Calibri"/>
          <w:b/>
          <w:i w:val="0"/>
          <w:color w:val="146E3C"/>
          <w:sz w:val="22"/>
        </w:rPr>
        <w:t>A. [CORRECT] Broad cover including clindamycin</w:t>
      </w:r>
    </w:p>
    <w:p>
      <w:pPr>
        <w:spacing w:before="0" w:after="20" w:line="259" w:lineRule="auto"/>
      </w:pPr>
      <w:r>
        <w:rPr>
          <w:rFonts w:ascii="Calibri" w:hAnsi="Calibri" w:eastAsia="Calibri"/>
          <w:b w:val="0"/>
          <w:i/>
          <w:color w:val="282828"/>
          <w:sz w:val="22"/>
        </w:rPr>
        <w:t>Bay: Local nec-fasc protocol: typically meropenem or pip-taz plus clindamycin, plus MRSA cover if needed. Clindamycin for toxin.</w:t>
      </w:r>
    </w:p>
    <w:p>
      <w:pPr>
        <w:spacing w:before="80" w:after="40" w:line="259" w:lineRule="auto"/>
      </w:pPr>
      <w:r>
        <w:rPr>
          <w:rFonts w:ascii="Calibri" w:hAnsi="Calibri" w:eastAsia="Calibri"/>
          <w:b/>
          <w:i w:val="0"/>
          <w:color w:val="46326E"/>
          <w:sz w:val="22"/>
        </w:rPr>
        <w:t xml:space="preserve">    Follow-up: Why clindamycin?</w:t>
      </w:r>
    </w:p>
    <w:p>
      <w:pPr>
        <w:spacing w:before="120" w:after="20" w:line="259" w:lineRule="auto"/>
        <w:shd w:fill="E8F5EC" w:val="clear"/>
      </w:pPr>
      <w:r>
        <w:rPr>
          <w:rFonts w:ascii="Calibri" w:hAnsi="Calibri" w:eastAsia="Calibri"/>
          <w:b/>
          <w:i w:val="0"/>
          <w:color w:val="146E3C"/>
          <w:sz w:val="22"/>
        </w:rPr>
        <w:t xml:space="preserve">    A. [CORRECT] Toxin suppression in streptococcal / clostridial disease</w:t>
      </w:r>
    </w:p>
    <w:p>
      <w:pPr>
        <w:spacing w:before="0" w:after="20" w:line="259" w:lineRule="auto"/>
      </w:pPr>
      <w:r>
        <w:rPr>
          <w:rFonts w:ascii="Calibri" w:hAnsi="Calibri" w:eastAsia="Calibri"/>
          <w:b w:val="0"/>
          <w:i/>
          <w:color w:val="282828"/>
          <w:sz w:val="22"/>
        </w:rPr>
        <w:t xml:space="preserve">       Bay: Even if the lab later says otherwise, do not omit it at the front door.</w:t>
      </w:r>
    </w:p>
    <w:p>
      <w:pPr>
        <w:spacing w:before="120" w:after="20" w:line="259" w:lineRule="auto"/>
        <w:shd w:fill="F8E8E8" w:val="clear"/>
      </w:pPr>
      <w:r>
        <w:rPr>
          <w:rFonts w:ascii="Calibri" w:hAnsi="Calibri" w:eastAsia="Calibri"/>
          <w:b w:val="0"/>
          <w:i w:val="0"/>
          <w:color w:val="A02828"/>
          <w:sz w:val="22"/>
        </w:rPr>
        <w:t xml:space="preserve">    B. [WRONG] It is the only drug that treats Gram-negatives</w:t>
      </w:r>
    </w:p>
    <w:p>
      <w:pPr>
        <w:spacing w:before="0" w:after="20" w:line="259" w:lineRule="auto"/>
      </w:pPr>
      <w:r>
        <w:rPr>
          <w:rFonts w:ascii="Calibri" w:hAnsi="Calibri" w:eastAsia="Calibri"/>
          <w:b w:val="0"/>
          <w:i/>
          <w:color w:val="282828"/>
          <w:sz w:val="22"/>
        </w:rPr>
        <w:t xml:space="preserve">       Bay: It is not. That is why you pair it.</w:t>
      </w:r>
    </w:p>
    <w:p>
      <w:pPr>
        <w:spacing w:before="120" w:after="20" w:line="259" w:lineRule="auto"/>
        <w:shd w:fill="F8E8E8" w:val="clear"/>
      </w:pPr>
      <w:r>
        <w:rPr>
          <w:rFonts w:ascii="Calibri" w:hAnsi="Calibri" w:eastAsia="Calibri"/>
          <w:b w:val="0"/>
          <w:i w:val="0"/>
          <w:color w:val="A02828"/>
          <w:sz w:val="22"/>
        </w:rPr>
        <w:t xml:space="preserve">    C. [WRONG] Instead of any beta-lactam</w:t>
      </w:r>
    </w:p>
    <w:p>
      <w:pPr>
        <w:spacing w:before="0" w:after="20" w:line="259" w:lineRule="auto"/>
      </w:pPr>
      <w:r>
        <w:rPr>
          <w:rFonts w:ascii="Calibri" w:hAnsi="Calibri" w:eastAsia="Calibri"/>
          <w:b w:val="0"/>
          <w:i/>
          <w:color w:val="282828"/>
          <w:sz w:val="22"/>
        </w:rPr>
        <w:t xml:space="preserve">       Bay: You need both.</w:t>
      </w:r>
    </w:p>
    <w:p>
      <w:pPr>
        <w:spacing w:before="120" w:after="20" w:line="259" w:lineRule="auto"/>
        <w:shd w:fill="F8E8E8" w:val="clear"/>
      </w:pPr>
      <w:r>
        <w:rPr>
          <w:rFonts w:ascii="Calibri" w:hAnsi="Calibri" w:eastAsia="Calibri"/>
          <w:b w:val="0"/>
          <w:i w:val="0"/>
          <w:color w:val="A02828"/>
          <w:sz w:val="22"/>
        </w:rPr>
        <w:t xml:space="preserve">    D. [WRONG] A 150 mg oral dose is enough</w:t>
      </w:r>
    </w:p>
    <w:p>
      <w:pPr>
        <w:spacing w:before="0" w:after="20" w:line="259" w:lineRule="auto"/>
      </w:pPr>
      <w:r>
        <w:rPr>
          <w:rFonts w:ascii="Calibri" w:hAnsi="Calibri" w:eastAsia="Calibri"/>
          <w:b w:val="0"/>
          <w:i/>
          <w:color w:val="282828"/>
          <w:sz w:val="22"/>
        </w:rPr>
        <w:t xml:space="preserve">       Bay: IV, proper dose.</w:t>
      </w:r>
    </w:p>
    <w:p>
      <w:pPr>
        <w:spacing w:before="120" w:after="20" w:line="259" w:lineRule="auto"/>
        <w:shd w:fill="F8E8E8" w:val="clear"/>
      </w:pPr>
      <w:r>
        <w:rPr>
          <w:rFonts w:ascii="Calibri" w:hAnsi="Calibri" w:eastAsia="Calibri"/>
          <w:b w:val="0"/>
          <w:i w:val="0"/>
          <w:color w:val="A02828"/>
          <w:sz w:val="22"/>
        </w:rPr>
        <w:t xml:space="preserve">    E. [WRONG] Hold all antibiotics so theatre get a clean culture</w:t>
      </w:r>
    </w:p>
    <w:p>
      <w:pPr>
        <w:spacing w:before="0" w:after="20" w:line="259" w:lineRule="auto"/>
      </w:pPr>
      <w:r>
        <w:rPr>
          <w:rFonts w:ascii="Calibri" w:hAnsi="Calibri" w:eastAsia="Calibri"/>
          <w:b w:val="0"/>
          <w:i/>
          <w:color w:val="282828"/>
          <w:sz w:val="22"/>
        </w:rPr>
        <w:t xml:space="preserve">       Bay: Give them. They will culture in theatre anyway.</w:t>
      </w:r>
    </w:p>
    <w:p>
      <w:pPr>
        <w:spacing w:before="120" w:after="20" w:line="259" w:lineRule="auto"/>
        <w:shd w:fill="F8E8E8" w:val="clear"/>
      </w:pPr>
      <w:r>
        <w:rPr>
          <w:rFonts w:ascii="Calibri" w:hAnsi="Calibri" w:eastAsia="Calibri"/>
          <w:b w:val="0"/>
          <w:i w:val="0"/>
          <w:color w:val="A02828"/>
          <w:sz w:val="22"/>
        </w:rPr>
        <w:t>B. [WRONG] Flucloxacillin monotherapy</w:t>
      </w:r>
    </w:p>
    <w:p>
      <w:pPr>
        <w:spacing w:before="0" w:after="20" w:line="259" w:lineRule="auto"/>
      </w:pPr>
      <w:r>
        <w:rPr>
          <w:rFonts w:ascii="Calibri" w:hAnsi="Calibri" w:eastAsia="Calibri"/>
          <w:b w:val="0"/>
          <w:i/>
          <w:color w:val="282828"/>
          <w:sz w:val="22"/>
        </w:rPr>
        <w:t>Bay: Too narrow for necrotising infection.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Hold antibiotics for theatre cultures</w:t>
      </w:r>
    </w:p>
    <w:p>
      <w:pPr>
        <w:spacing w:before="0" w:after="20" w:line="259" w:lineRule="auto"/>
      </w:pPr>
      <w:r>
        <w:rPr>
          <w:rFonts w:ascii="Calibri" w:hAnsi="Calibri" w:eastAsia="Calibri"/>
          <w:b w:val="0"/>
          <w:i/>
          <w:color w:val="282828"/>
          <w:sz w:val="22"/>
        </w:rPr>
        <w:t>Bay: Give them now.</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Gentamicin only</w:t>
      </w:r>
    </w:p>
    <w:p>
      <w:pPr>
        <w:spacing w:before="0" w:after="20" w:line="259" w:lineRule="auto"/>
      </w:pPr>
      <w:r>
        <w:rPr>
          <w:rFonts w:ascii="Calibri" w:hAnsi="Calibri" w:eastAsia="Calibri"/>
          <w:b w:val="0"/>
          <w:i/>
          <w:color w:val="282828"/>
          <w:sz w:val="22"/>
        </w:rPr>
        <w:t>Bay: Not enough.</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Aciclovir as first-line</w:t>
      </w:r>
    </w:p>
    <w:p>
      <w:pPr>
        <w:spacing w:before="0" w:after="20" w:line="259" w:lineRule="auto"/>
      </w:pPr>
      <w:r>
        <w:rPr>
          <w:rFonts w:ascii="Calibri" w:hAnsi="Calibri" w:eastAsia="Calibri"/>
          <w:b w:val="0"/>
          <w:i/>
          <w:color w:val="282828"/>
          <w:sz w:val="22"/>
        </w:rPr>
        <w:t>Bay: Not a necrotising bacterial infection first.</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Theatre are coming. Send labs.</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7.28  pCO2 3.8  pO2 11.6  HCO3 14  BE −10  lactate 5.8  K+ 4.6  glucose 18  Hb 126</w:t>
      </w:r>
    </w:p>
    <w:p>
      <w:pPr>
        <w:spacing w:before="0" w:after="40" w:line="259" w:lineRule="auto"/>
      </w:pPr>
      <w:r>
        <w:rPr>
          <w:rFonts w:ascii="Calibri" w:hAnsi="Calibri" w:eastAsia="Calibri"/>
          <w:b w:val="0"/>
          <w:i w:val="0"/>
          <w:sz w:val="22"/>
        </w:rPr>
        <w:t>Shocked, high lactate. The LRINEC will not add speed.</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18.4 mmol/L — not DKA on its own. The thigh is the source.</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sinus-tach</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Glucose 3+, ketones trace. Not the lead.</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126   WCC 22.4   Plt 88</w:t>
      </w:r>
    </w:p>
    <w:p>
      <w:pPr>
        <w:spacing w:before="0" w:after="40" w:line="259" w:lineRule="auto"/>
      </w:pPr>
      <w:r>
        <w:rPr>
          <w:rFonts w:ascii="Calibri" w:hAnsi="Calibri" w:eastAsia="Calibri"/>
          <w:b w:val="0"/>
          <w:i w:val="0"/>
          <w:sz w:val="22"/>
        </w:rPr>
        <w:t>ue: Na 132   K 4.6   urea 12.1   creat 142</w:t>
      </w:r>
    </w:p>
    <w:p>
      <w:pPr>
        <w:spacing w:before="0" w:after="40" w:line="259" w:lineRule="auto"/>
      </w:pPr>
      <w:r>
        <w:rPr>
          <w:rFonts w:ascii="Calibri" w:hAnsi="Calibri" w:eastAsia="Calibri"/>
          <w:b w:val="0"/>
          <w:i w:val="0"/>
          <w:sz w:val="22"/>
        </w:rPr>
        <w:t>crp: 280 mg/L</w:t>
      </w:r>
    </w:p>
    <w:p>
      <w:pPr>
        <w:spacing w:before="0" w:after="40" w:line="259" w:lineRule="auto"/>
      </w:pPr>
      <w:r>
        <w:rPr>
          <w:rFonts w:ascii="Calibri" w:hAnsi="Calibri" w:eastAsia="Calibri"/>
          <w:b w:val="0"/>
          <w:i w:val="0"/>
          <w:sz w:val="22"/>
        </w:rPr>
        <w:t>coag: PT 16 s   APTT 42 s</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WCC 22, Plt 88, lactate 5.8. Review — then decide.</w:t>
      </w:r>
    </w:p>
    <w:p>
      <w:pPr>
        <w:spacing w:before="120" w:after="20" w:line="259" w:lineRule="auto"/>
        <w:shd w:fill="E8F5EC" w:val="clear"/>
      </w:pPr>
      <w:r>
        <w:rPr>
          <w:rFonts w:ascii="Calibri" w:hAnsi="Calibri" w:eastAsia="Calibri"/>
          <w:b/>
          <w:i w:val="0"/>
          <w:color w:val="146E3C"/>
          <w:sz w:val="22"/>
        </w:rPr>
        <w:t>A. [CORRECT] Sepsis bundle, blood, theatre — do not wait on a LRINEC score</w:t>
      </w:r>
    </w:p>
    <w:p>
      <w:pPr>
        <w:spacing w:before="0" w:after="20" w:line="259" w:lineRule="auto"/>
      </w:pPr>
      <w:r>
        <w:rPr>
          <w:rFonts w:ascii="Calibri" w:hAnsi="Calibri" w:eastAsia="Calibri"/>
          <w:b w:val="0"/>
          <w:i/>
          <w:color w:val="282828"/>
          <w:sz w:val="22"/>
        </w:rPr>
        <w:t>Bay: Fluids, blood cultures already, lactate, urine output. He goes.</w:t>
      </w:r>
    </w:p>
    <w:p>
      <w:pPr>
        <w:spacing w:before="0" w:after="40" w:line="259" w:lineRule="auto"/>
      </w:pPr>
      <w:r>
        <w:rPr>
          <w:rFonts w:ascii="Calibri" w:hAnsi="Calibri" w:eastAsia="Calibri"/>
          <w:b w:val="0"/>
          <w:i/>
          <w:color w:val="5A4614"/>
          <w:sz w:val="20"/>
        </w:rPr>
        <w:t>Reaction: sbp +6</w:t>
      </w:r>
    </w:p>
    <w:p>
      <w:pPr>
        <w:spacing w:before="80" w:after="40" w:line="259" w:lineRule="auto"/>
      </w:pPr>
      <w:r>
        <w:rPr>
          <w:rFonts w:ascii="Calibri" w:hAnsi="Calibri" w:eastAsia="Calibri"/>
          <w:b/>
          <w:i w:val="0"/>
          <w:color w:val="46326E"/>
          <w:sz w:val="22"/>
        </w:rPr>
        <w:t xml:space="preserve">    Follow-up: LRINEC?</w:t>
      </w:r>
    </w:p>
    <w:p>
      <w:pPr>
        <w:spacing w:before="120" w:after="20" w:line="259" w:lineRule="auto"/>
        <w:shd w:fill="E8F5EC" w:val="clear"/>
      </w:pPr>
      <w:r>
        <w:rPr>
          <w:rFonts w:ascii="Calibri" w:hAnsi="Calibri" w:eastAsia="Calibri"/>
          <w:b/>
          <w:i w:val="0"/>
          <w:color w:val="146E3C"/>
          <w:sz w:val="22"/>
        </w:rPr>
        <w:t xml:space="preserve">    A. [CORRECT] A score can support you — it must not delay the knife if the picture is this</w:t>
      </w:r>
    </w:p>
    <w:p>
      <w:pPr>
        <w:spacing w:before="0" w:after="20" w:line="259" w:lineRule="auto"/>
      </w:pPr>
      <w:r>
        <w:rPr>
          <w:rFonts w:ascii="Calibri" w:hAnsi="Calibri" w:eastAsia="Calibri"/>
          <w:b w:val="0"/>
          <w:i/>
          <w:color w:val="282828"/>
          <w:sz w:val="22"/>
        </w:rPr>
        <w:t xml:space="preserve">       Bay: Clinical suspicion trumps a number.</w:t>
      </w:r>
    </w:p>
    <w:p>
      <w:pPr>
        <w:spacing w:before="120" w:after="20" w:line="259" w:lineRule="auto"/>
        <w:shd w:fill="F8E8E8" w:val="clear"/>
      </w:pPr>
      <w:r>
        <w:rPr>
          <w:rFonts w:ascii="Calibri" w:hAnsi="Calibri" w:eastAsia="Calibri"/>
          <w:b w:val="0"/>
          <w:i w:val="0"/>
          <w:color w:val="A02828"/>
          <w:sz w:val="22"/>
        </w:rPr>
        <w:t xml:space="preserve">    B. [WRONG] LRINEC under 6 means home</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C. [WRONG] Must be over 8 before you call a surgeon</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D. [WRONG] Wait for a CRP at 6 hours to calculate it properly</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E. [WRONG] A low score is a reason to cancel theatre</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B. [WRONG] Observe until CRP peaks tomorrow</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Insulin sliding scale as the only treatment because BM is 18</w:t>
      </w:r>
    </w:p>
    <w:p>
      <w:pPr>
        <w:spacing w:before="0" w:after="20" w:line="259" w:lineRule="auto"/>
      </w:pPr>
      <w:r>
        <w:rPr>
          <w:rFonts w:ascii="Calibri" w:hAnsi="Calibri" w:eastAsia="Calibri"/>
          <w:b w:val="0"/>
          <w:i/>
          <w:color w:val="282828"/>
          <w:sz w:val="22"/>
        </w:rPr>
        <w:t>Bay: Source control.</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IVIG instead of surgery</w:t>
      </w:r>
    </w:p>
    <w:p>
      <w:pPr>
        <w:spacing w:before="0" w:after="20" w:line="259" w:lineRule="auto"/>
      </w:pPr>
      <w:r>
        <w:rPr>
          <w:rFonts w:ascii="Calibri" w:hAnsi="Calibri" w:eastAsia="Calibri"/>
          <w:b w:val="0"/>
          <w:i/>
          <w:color w:val="282828"/>
          <w:sz w:val="22"/>
        </w:rPr>
        <w:t>Bay: IVIG is adjunct in toxic shock, not instead of debridement.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CT the other leg first 'for comparison'</w:t>
      </w:r>
    </w:p>
    <w:p>
      <w:pPr>
        <w:spacing w:before="0" w:after="20" w:line="259" w:lineRule="auto"/>
      </w:pPr>
      <w:r>
        <w:rPr>
          <w:rFonts w:ascii="Calibri" w:hAnsi="Calibri" w:eastAsia="Calibri"/>
          <w:b w:val="0"/>
          <w:i/>
          <w:color w:val="282828"/>
          <w:sz w:val="22"/>
        </w:rPr>
        <w:t>Bay: Delay.</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He is diabetic. Partner is at the bedside.</w:t>
      </w:r>
    </w:p>
    <w:p>
      <w:pPr>
        <w:spacing w:before="120" w:after="20" w:line="259" w:lineRule="auto"/>
        <w:shd w:fill="E8F5EC" w:val="clear"/>
      </w:pPr>
      <w:r>
        <w:rPr>
          <w:rFonts w:ascii="Calibri" w:hAnsi="Calibri" w:eastAsia="Calibri"/>
          <w:b/>
          <w:i w:val="0"/>
          <w:color w:val="146E3C"/>
          <w:sz w:val="22"/>
        </w:rPr>
        <w:t>A. [CORRECT] Time of onset, trauma, injection sites, water exposure, last HbA1c</w:t>
      </w:r>
    </w:p>
    <w:p>
      <w:pPr>
        <w:spacing w:before="0" w:after="20" w:line="259" w:lineRule="auto"/>
      </w:pPr>
      <w:r>
        <w:rPr>
          <w:rFonts w:ascii="Calibri" w:hAnsi="Calibri" w:eastAsia="Calibri"/>
          <w:b w:val="0"/>
          <w:i/>
          <w:color w:val="282828"/>
          <w:sz w:val="22"/>
        </w:rPr>
        <w:t>Bay: No sea water, no injecting, pain since last night, worse in 4 hours.</w:t>
      </w:r>
    </w:p>
    <w:p>
      <w:pPr>
        <w:spacing w:before="120" w:after="20" w:line="259" w:lineRule="auto"/>
        <w:shd w:fill="E8F5EC" w:val="clear"/>
      </w:pPr>
      <w:r>
        <w:rPr>
          <w:rFonts w:ascii="Calibri" w:hAnsi="Calibri" w:eastAsia="Calibri"/>
          <w:b/>
          <w:i w:val="0"/>
          <w:color w:val="146E3C"/>
          <w:sz w:val="22"/>
        </w:rPr>
        <w:t>B. [CORRECT] Examine perineum and other limb — Fournier if it spreads</w:t>
      </w:r>
    </w:p>
    <w:p>
      <w:pPr>
        <w:spacing w:before="0" w:after="20" w:line="259" w:lineRule="auto"/>
      </w:pPr>
      <w:r>
        <w:rPr>
          <w:rFonts w:ascii="Calibri" w:hAnsi="Calibri" w:eastAsia="Calibri"/>
          <w:b w:val="0"/>
          <w:i/>
          <w:color w:val="282828"/>
          <w:sz w:val="22"/>
        </w:rPr>
        <w:t>Bay: Scrotum still OK. Recheck.</w:t>
      </w:r>
    </w:p>
    <w:p>
      <w:pPr>
        <w:spacing w:before="120" w:after="20" w:line="259" w:lineRule="auto"/>
        <w:shd w:fill="E8F5EC" w:val="clear"/>
      </w:pPr>
      <w:r>
        <w:rPr>
          <w:rFonts w:ascii="Calibri" w:hAnsi="Calibri" w:eastAsia="Calibri"/>
          <w:b/>
          <w:i w:val="0"/>
          <w:color w:val="146E3C"/>
          <w:sz w:val="22"/>
        </w:rPr>
        <w:t>C. [CORRECT] Mark the skin edge, photograph, keep marking</w:t>
      </w:r>
    </w:p>
    <w:p>
      <w:pPr>
        <w:spacing w:before="0" w:after="20" w:line="259" w:lineRule="auto"/>
      </w:pPr>
      <w:r>
        <w:rPr>
          <w:rFonts w:ascii="Calibri" w:hAnsi="Calibri" w:eastAsia="Calibri"/>
          <w:b w:val="0"/>
          <w:i/>
          <w:color w:val="282828"/>
          <w:sz w:val="22"/>
        </w:rPr>
        <w:t>Bay: It will move.</w:t>
      </w:r>
    </w:p>
    <w:p>
      <w:pPr>
        <w:spacing w:before="120" w:after="20" w:line="259" w:lineRule="auto"/>
        <w:shd w:fill="F8E8E8" w:val="clear"/>
      </w:pPr>
      <w:r>
        <w:rPr>
          <w:rFonts w:ascii="Calibri" w:hAnsi="Calibri" w:eastAsia="Calibri"/>
          <w:b w:val="0"/>
          <w:i w:val="0"/>
          <w:color w:val="A02828"/>
          <w:sz w:val="22"/>
        </w:rPr>
        <w:t>D. [WRONG] Reassure them that pale skin means it is cellulitis only</w:t>
      </w:r>
    </w:p>
    <w:p>
      <w:pPr>
        <w:spacing w:before="0" w:after="20" w:line="259" w:lineRule="auto"/>
      </w:pPr>
      <w:r>
        <w:rPr>
          <w:rFonts w:ascii="Calibri" w:hAnsi="Calibri" w:eastAsia="Calibri"/>
          <w:b w:val="0"/>
          <w:i/>
          <w:color w:val="282828"/>
          <w:sz w:val="22"/>
        </w:rPr>
        <w:t>Bay: Pale skin is why people die of this.</w:t>
      </w:r>
    </w:p>
    <w:p>
      <w:pPr>
        <w:spacing w:before="120" w:after="20" w:line="259" w:lineRule="auto"/>
        <w:shd w:fill="F8E8E8" w:val="clear"/>
      </w:pPr>
      <w:r>
        <w:rPr>
          <w:rFonts w:ascii="Calibri" w:hAnsi="Calibri" w:eastAsia="Calibri"/>
          <w:b w:val="0"/>
          <w:i w:val="0"/>
          <w:color w:val="A02828"/>
          <w:sz w:val="22"/>
        </w:rPr>
        <w:t>E. [WRONG] Send him for an unescorted ultrasound of 'query DVT'</w:t>
      </w:r>
    </w:p>
    <w:p>
      <w:pPr>
        <w:spacing w:before="0" w:after="20" w:line="259" w:lineRule="auto"/>
      </w:pPr>
      <w:r>
        <w:rPr>
          <w:rFonts w:ascii="Calibri" w:hAnsi="Calibri" w:eastAsia="Calibri"/>
          <w:b w:val="0"/>
          <w:i/>
          <w:color w:val="282828"/>
          <w:sz w:val="22"/>
        </w:rPr>
        <w:t>Bay: Wrong test, wrong escort.</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Necrotising soft-tissue infection / necrotising fasciitis</w:t>
      </w:r>
    </w:p>
    <w:p>
      <w:pPr>
        <w:spacing w:before="0" w:after="20" w:line="259" w:lineRule="auto"/>
      </w:pPr>
      <w:r>
        <w:rPr>
          <w:rFonts w:ascii="Calibri" w:hAnsi="Calibri" w:eastAsia="Calibri"/>
          <w:b w:val="0"/>
          <w:i/>
          <w:color w:val="282828"/>
          <w:sz w:val="22"/>
        </w:rPr>
        <w:t>Bay: Pain out of proportion, shock, rapid spread, diabetic. Knife and clindamycin.</w:t>
      </w:r>
    </w:p>
    <w:p>
      <w:pPr>
        <w:spacing w:before="120" w:after="20" w:line="259" w:lineRule="auto"/>
        <w:shd w:fill="F8E8E8" w:val="clear"/>
      </w:pPr>
      <w:r>
        <w:rPr>
          <w:rFonts w:ascii="Calibri" w:hAnsi="Calibri" w:eastAsia="Calibri"/>
          <w:b w:val="0"/>
          <w:i w:val="0"/>
          <w:color w:val="A02828"/>
          <w:sz w:val="22"/>
        </w:rPr>
        <w:t>B. [WRONG] Simple cellulitis</w:t>
      </w:r>
    </w:p>
    <w:p>
      <w:pPr>
        <w:spacing w:before="0" w:after="20" w:line="259" w:lineRule="auto"/>
      </w:pPr>
      <w:r>
        <w:rPr>
          <w:rFonts w:ascii="Calibri" w:hAnsi="Calibri" w:eastAsia="Calibri"/>
          <w:b w:val="0"/>
          <w:i/>
          <w:color w:val="282828"/>
          <w:sz w:val="22"/>
        </w:rPr>
        <w:t>Bay: They are not 88 systolic with a lactate of 5.8 from cellulitis you observe.</w:t>
      </w:r>
    </w:p>
    <w:p>
      <w:pPr>
        <w:spacing w:before="120" w:after="20" w:line="259" w:lineRule="auto"/>
        <w:shd w:fill="F8E8E8" w:val="clear"/>
      </w:pPr>
      <w:r>
        <w:rPr>
          <w:rFonts w:ascii="Calibri" w:hAnsi="Calibri" w:eastAsia="Calibri"/>
          <w:b w:val="0"/>
          <w:i w:val="0"/>
          <w:color w:val="A02828"/>
          <w:sz w:val="22"/>
        </w:rPr>
        <w:t>C. [WRONG] DVT</w:t>
      </w:r>
    </w:p>
    <w:p>
      <w:pPr>
        <w:spacing w:before="0" w:after="20" w:line="259" w:lineRule="auto"/>
      </w:pPr>
      <w:r>
        <w:rPr>
          <w:rFonts w:ascii="Calibri" w:hAnsi="Calibri" w:eastAsia="Calibri"/>
          <w:b w:val="0"/>
          <w:i/>
          <w:color w:val="282828"/>
          <w:sz w:val="22"/>
        </w:rPr>
        <w:t>Bay: Fever and mottling and shock are not a DVT first.</w:t>
      </w:r>
    </w:p>
    <w:p>
      <w:pPr>
        <w:spacing w:before="120" w:after="20" w:line="259" w:lineRule="auto"/>
        <w:shd w:fill="F8E8E8" w:val="clear"/>
      </w:pPr>
      <w:r>
        <w:rPr>
          <w:rFonts w:ascii="Calibri" w:hAnsi="Calibri" w:eastAsia="Calibri"/>
          <w:b w:val="0"/>
          <w:i w:val="0"/>
          <w:color w:val="A02828"/>
          <w:sz w:val="22"/>
        </w:rPr>
        <w:t>D. [WRONG] Pyomyositis to treat with 2 weeks of oral antibiotics</w:t>
      </w:r>
    </w:p>
    <w:p>
      <w:pPr>
        <w:spacing w:before="0" w:after="20" w:line="259" w:lineRule="auto"/>
      </w:pPr>
      <w:r>
        <w:rPr>
          <w:rFonts w:ascii="Calibri" w:hAnsi="Calibri" w:eastAsia="Calibri"/>
          <w:b w:val="0"/>
          <w:i/>
          <w:color w:val="282828"/>
          <w:sz w:val="22"/>
        </w:rPr>
        <w:t>Bay: Not this shock.</w:t>
      </w:r>
    </w:p>
    <w:p>
      <w:pPr>
        <w:spacing w:before="120" w:after="20" w:line="259" w:lineRule="auto"/>
        <w:shd w:fill="F8E8E8" w:val="clear"/>
      </w:pPr>
      <w:r>
        <w:rPr>
          <w:rFonts w:ascii="Calibri" w:hAnsi="Calibri" w:eastAsia="Calibri"/>
          <w:b w:val="0"/>
          <w:i w:val="0"/>
          <w:color w:val="A02828"/>
          <w:sz w:val="22"/>
        </w:rPr>
        <w:t>E. [WRONG] DKA as the only diagnosis</w:t>
      </w:r>
    </w:p>
    <w:p>
      <w:pPr>
        <w:spacing w:before="0" w:after="20" w:line="259" w:lineRule="auto"/>
      </w:pPr>
      <w:r>
        <w:rPr>
          <w:rFonts w:ascii="Calibri" w:hAnsi="Calibri" w:eastAsia="Calibri"/>
          <w:b w:val="0"/>
          <w:i/>
          <w:color w:val="282828"/>
          <w:sz w:val="22"/>
        </w:rPr>
        <w:t>Bay: Glucose 18, ketones trace, a dead thigh.</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Theatre delay 20 minutes. BP 80.</w:t>
      </w:r>
    </w:p>
    <w:p>
      <w:pPr>
        <w:spacing w:before="120" w:after="20" w:line="259" w:lineRule="auto"/>
        <w:shd w:fill="E8F5EC" w:val="clear"/>
      </w:pPr>
      <w:r>
        <w:rPr>
          <w:rFonts w:ascii="Calibri" w:hAnsi="Calibri" w:eastAsia="Calibri"/>
          <w:b/>
          <w:i w:val="0"/>
          <w:color w:val="146E3C"/>
          <w:sz w:val="22"/>
        </w:rPr>
        <w:t>A. [CORRECT] More fluid, keep antibiotics going, walk with him, consider ICU for pressors on the way</w:t>
      </w:r>
    </w:p>
    <w:p>
      <w:pPr>
        <w:spacing w:before="0" w:after="20" w:line="259" w:lineRule="auto"/>
      </w:pPr>
      <w:r>
        <w:rPr>
          <w:rFonts w:ascii="Calibri" w:hAnsi="Calibri" w:eastAsia="Calibri"/>
          <w:b w:val="0"/>
          <w:i/>
          <w:color w:val="282828"/>
          <w:sz w:val="22"/>
        </w:rPr>
        <w:t>Bay: Do not let a 'short delay' become an hour. Escalate.</w:t>
      </w:r>
    </w:p>
    <w:p>
      <w:pPr>
        <w:spacing w:before="0" w:after="40" w:line="259" w:lineRule="auto"/>
      </w:pPr>
      <w:r>
        <w:rPr>
          <w:rFonts w:ascii="Calibri" w:hAnsi="Calibri" w:eastAsia="Calibri"/>
          <w:b w:val="0"/>
          <w:i/>
          <w:color w:val="5A4614"/>
          <w:sz w:val="20"/>
        </w:rPr>
        <w:t>Reaction: sbp +4</w:t>
      </w:r>
    </w:p>
    <w:p>
      <w:pPr>
        <w:spacing w:before="80" w:after="40" w:line="259" w:lineRule="auto"/>
      </w:pPr>
      <w:r>
        <w:rPr>
          <w:rFonts w:ascii="Calibri" w:hAnsi="Calibri" w:eastAsia="Calibri"/>
          <w:b/>
          <w:i w:val="0"/>
          <w:color w:val="46326E"/>
          <w:sz w:val="22"/>
        </w:rPr>
        <w:t xml:space="preserve">    Follow-up: IVIG?</w:t>
      </w:r>
    </w:p>
    <w:p>
      <w:pPr>
        <w:spacing w:before="120" w:after="20" w:line="259" w:lineRule="auto"/>
        <w:shd w:fill="E8F5EC" w:val="clear"/>
      </w:pPr>
      <w:r>
        <w:rPr>
          <w:rFonts w:ascii="Calibri" w:hAnsi="Calibri" w:eastAsia="Calibri"/>
          <w:b/>
          <w:i w:val="0"/>
          <w:color w:val="146E3C"/>
          <w:sz w:val="22"/>
        </w:rPr>
        <w:t xml:space="preserve">    A. [CORRECT] Consider in streptococcal toxic shock with the intensivist — it does not replace debridement</w:t>
      </w:r>
    </w:p>
    <w:p>
      <w:pPr>
        <w:spacing w:before="0" w:after="20" w:line="259" w:lineRule="auto"/>
      </w:pPr>
      <w:r>
        <w:rPr>
          <w:rFonts w:ascii="Calibri" w:hAnsi="Calibri" w:eastAsia="Calibri"/>
          <w:b w:val="0"/>
          <w:i/>
          <w:color w:val="282828"/>
          <w:sz w:val="22"/>
        </w:rPr>
        <w:t xml:space="preserve">       Bay: Adjunct.</w:t>
      </w:r>
    </w:p>
    <w:p>
      <w:pPr>
        <w:spacing w:before="120" w:after="20" w:line="259" w:lineRule="auto"/>
        <w:shd w:fill="F8E8E8" w:val="clear"/>
      </w:pPr>
      <w:r>
        <w:rPr>
          <w:rFonts w:ascii="Calibri" w:hAnsi="Calibri" w:eastAsia="Calibri"/>
          <w:b w:val="0"/>
          <w:i w:val="0"/>
          <w:color w:val="A02828"/>
          <w:sz w:val="22"/>
        </w:rPr>
        <w:t xml:space="preserve">    B. [WRONG] IVIG instead of antibiotics</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C. [WRONG] Must wait for a positive strep culture before any drug</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D. [WRONG] IVIG means you can cancel theatre</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E. [WRONG] A 1 g oral dose of clindamycin is equivalent</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B. [WRONG] Cancel theatre because BP is 80 — 'too unstable to cut'</w:t>
      </w:r>
    </w:p>
    <w:p>
      <w:pPr>
        <w:spacing w:before="0" w:after="20" w:line="259" w:lineRule="auto"/>
      </w:pPr>
      <w:r>
        <w:rPr>
          <w:rFonts w:ascii="Calibri" w:hAnsi="Calibri" w:eastAsia="Calibri"/>
          <w:b w:val="0"/>
          <w:i/>
          <w:color w:val="282828"/>
          <w:sz w:val="22"/>
        </w:rPr>
        <w:t>Bay: He is unstable because you have not cut.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MRI now that there is a delay</w:t>
      </w:r>
    </w:p>
    <w:p>
      <w:pPr>
        <w:spacing w:before="0" w:after="20" w:line="259" w:lineRule="auto"/>
      </w:pPr>
      <w:r>
        <w:rPr>
          <w:rFonts w:ascii="Calibri" w:hAnsi="Calibri" w:eastAsia="Calibri"/>
          <w:b w:val="0"/>
          <w:i/>
          <w:color w:val="282828"/>
          <w:sz w:val="22"/>
        </w:rPr>
        <w:t>Bay: Still a delay.</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Discharge if he says the pain is 'a bit better' after morphine</w:t>
      </w:r>
    </w:p>
    <w:p>
      <w:pPr>
        <w:spacing w:before="0" w:after="20" w:line="259" w:lineRule="auto"/>
      </w:pPr>
      <w:r>
        <w:rPr>
          <w:rFonts w:ascii="Calibri" w:hAnsi="Calibri" w:eastAsia="Calibri"/>
          <w:b w:val="0"/>
          <w:i/>
          <w:color w:val="282828"/>
          <w:sz w:val="22"/>
        </w:rPr>
        <w:t>Bay: Morphine lies.</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Hyperbaric transfer to another city first</w:t>
      </w:r>
    </w:p>
    <w:p>
      <w:pPr>
        <w:spacing w:before="0" w:after="20" w:line="259" w:lineRule="auto"/>
      </w:pPr>
      <w:r>
        <w:rPr>
          <w:rFonts w:ascii="Calibri" w:hAnsi="Calibri" w:eastAsia="Calibri"/>
          <w:b w:val="0"/>
          <w:i/>
          <w:color w:val="282828"/>
          <w:sz w:val="22"/>
        </w:rPr>
        <w:t>Bay: Knife here.</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They are taking him.</w:t>
      </w:r>
    </w:p>
    <w:p>
      <w:pPr>
        <w:spacing w:before="120" w:after="20" w:line="259" w:lineRule="auto"/>
        <w:shd w:fill="E8F5EC" w:val="clear"/>
      </w:pPr>
      <w:r>
        <w:rPr>
          <w:rFonts w:ascii="Calibri" w:hAnsi="Calibri" w:eastAsia="Calibri"/>
          <w:b/>
          <w:i w:val="0"/>
          <w:color w:val="146E3C"/>
          <w:sz w:val="22"/>
        </w:rPr>
        <w:t>A. [CORRECT] Emergency theatre now, ICU after</w:t>
      </w:r>
    </w:p>
    <w:p>
      <w:pPr>
        <w:spacing w:before="0" w:after="20" w:line="259" w:lineRule="auto"/>
      </w:pPr>
      <w:r>
        <w:rPr>
          <w:rFonts w:ascii="Calibri" w:hAnsi="Calibri" w:eastAsia="Calibri"/>
          <w:b w:val="0"/>
          <w:i/>
          <w:color w:val="282828"/>
          <w:sz w:val="22"/>
        </w:rPr>
        <w:t>Bay: Yes.</w:t>
      </w:r>
    </w:p>
    <w:p>
      <w:pPr>
        <w:spacing w:before="120" w:after="20" w:line="259" w:lineRule="auto"/>
        <w:shd w:fill="F8E8E8" w:val="clear"/>
      </w:pPr>
      <w:r>
        <w:rPr>
          <w:rFonts w:ascii="Calibri" w:hAnsi="Calibri" w:eastAsia="Calibri"/>
          <w:b w:val="0"/>
          <w:i w:val="0"/>
          <w:color w:val="A02828"/>
          <w:sz w:val="22"/>
        </w:rPr>
        <w:t>B. [WRONG] Ward antibiotics overnight</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C. [WRONG] Home with fluclox and a review</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D. [WRONG] Medical bed for 'diabetic thigh pain'</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E. [WRONG] Radiology for a 3-hour MRI protocol</w:t>
      </w:r>
    </w:p>
    <w:p>
      <w:pPr>
        <w:spacing w:before="0" w:after="20" w:line="259" w:lineRule="auto"/>
      </w:pPr>
      <w:r>
        <w:rPr>
          <w:rFonts w:ascii="Calibri" w:hAnsi="Calibri" w:eastAsia="Calibri"/>
          <w:b w:val="0"/>
          <w:i/>
          <w:color w:val="282828"/>
          <w:sz w:val="22"/>
        </w:rPr>
        <w:t>Bay: No.</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the doors.</w:t>
      </w:r>
    </w:p>
    <w:p>
      <w:pPr>
        <w:spacing w:before="120" w:after="20" w:line="259" w:lineRule="auto"/>
        <w:shd w:fill="E8F5EC" w:val="clear"/>
      </w:pPr>
      <w:r>
        <w:rPr>
          <w:rFonts w:ascii="Calibri" w:hAnsi="Calibri" w:eastAsia="Calibri"/>
          <w:b/>
          <w:i w:val="0"/>
          <w:color w:val="146E3C"/>
          <w:sz w:val="22"/>
        </w:rPr>
        <w:t>A. [CORRECT] Antibiotic times, lactate, skin map, allergies, last glucose, consent if you can</w:t>
      </w:r>
    </w:p>
    <w:p>
      <w:pPr>
        <w:spacing w:before="0" w:after="20" w:line="259" w:lineRule="auto"/>
      </w:pPr>
      <w:r>
        <w:rPr>
          <w:rFonts w:ascii="Calibri" w:hAnsi="Calibri" w:eastAsia="Calibri"/>
          <w:b w:val="0"/>
          <w:i/>
          <w:color w:val="282828"/>
          <w:sz w:val="22"/>
        </w:rPr>
        <w:t>Bay: Handover is how fast it spread.</w:t>
      </w:r>
    </w:p>
    <w:p>
      <w:pPr>
        <w:spacing w:before="80" w:after="40" w:line="259" w:lineRule="auto"/>
      </w:pPr>
      <w:r>
        <w:rPr>
          <w:rFonts w:ascii="Calibri" w:hAnsi="Calibri" w:eastAsia="Calibri"/>
          <w:b/>
          <w:i w:val="0"/>
          <w:color w:val="46326E"/>
          <w:sz w:val="22"/>
        </w:rPr>
        <w:t xml:space="preserve">    Follow-up: What must theatre hear?</w:t>
      </w:r>
    </w:p>
    <w:p>
      <w:pPr>
        <w:spacing w:before="120" w:after="20" w:line="259" w:lineRule="auto"/>
        <w:shd w:fill="E8F5EC" w:val="clear"/>
      </w:pPr>
      <w:r>
        <w:rPr>
          <w:rFonts w:ascii="Calibri" w:hAnsi="Calibri" w:eastAsia="Calibri"/>
          <w:b/>
          <w:i w:val="0"/>
          <w:color w:val="146E3C"/>
          <w:sz w:val="22"/>
        </w:rPr>
        <w:t xml:space="preserve">    A. [CORRECT] Time of onset, time of antibiotics, the spreading edge, lactate trend</w:t>
      </w:r>
    </w:p>
    <w:p>
      <w:pPr>
        <w:spacing w:before="0" w:after="20" w:line="259" w:lineRule="auto"/>
      </w:pPr>
      <w:r>
        <w:rPr>
          <w:rFonts w:ascii="Calibri" w:hAnsi="Calibri" w:eastAsia="Calibri"/>
          <w:b w:val="0"/>
          <w:i/>
          <w:color w:val="282828"/>
          <w:sz w:val="22"/>
        </w:rPr>
        <w:t xml:space="preserve">       Bay: Yes.</w:t>
      </w:r>
    </w:p>
    <w:p>
      <w:pPr>
        <w:spacing w:before="120" w:after="20" w:line="259" w:lineRule="auto"/>
        <w:shd w:fill="F8E8E8" w:val="clear"/>
      </w:pPr>
      <w:r>
        <w:rPr>
          <w:rFonts w:ascii="Calibri" w:hAnsi="Calibri" w:eastAsia="Calibri"/>
          <w:b w:val="0"/>
          <w:i w:val="0"/>
          <w:color w:val="A02828"/>
          <w:sz w:val="22"/>
        </w:rPr>
        <w:t xml:space="preserve">    B. [WRONG] That MRI is booked for after the case</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C. [WRONG] Hold clindamycin so they can 'see pure cultures'</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D. [WRONG] He is 'stable enough to wait for the CEPOD afternoon'</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E. [WRONG] Just cellulitis in your opinion so they can list it last</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B. [WRONG] Stop antibiotics so cultures are better</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Unescorted wheelchair</w:t>
      </w:r>
    </w:p>
    <w:p>
      <w:pPr>
        <w:spacing w:before="0" w:after="20" w:line="259" w:lineRule="auto"/>
      </w:pPr>
      <w:r>
        <w:rPr>
          <w:rFonts w:ascii="Calibri" w:hAnsi="Calibri" w:eastAsia="Calibri"/>
          <w:b w:val="0"/>
          <w:i/>
          <w:color w:val="282828"/>
          <w:sz w:val="22"/>
        </w:rPr>
        <w:t>Bay: He is 80 systolic.</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Ice the thigh to slow bacteria</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Tetanus only, skip the rest</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Theatre: dishwater fluid, grey fascia.</w:t>
      </w:r>
    </w:p>
    <w:p>
      <w:pPr>
        <w:spacing w:before="120" w:after="20" w:line="259" w:lineRule="auto"/>
        <w:shd w:fill="E8F5EC" w:val="clear"/>
      </w:pPr>
      <w:r>
        <w:rPr>
          <w:rFonts w:ascii="Calibri" w:hAnsi="Calibri" w:eastAsia="Calibri"/>
          <w:b/>
          <w:i w:val="0"/>
          <w:color w:val="146E3C"/>
          <w:sz w:val="22"/>
        </w:rPr>
        <w:t>A. [CORRECT] Necrotising fasciitis</w:t>
      </w:r>
    </w:p>
    <w:p>
      <w:pPr>
        <w:spacing w:before="0" w:after="20" w:line="259" w:lineRule="auto"/>
      </w:pPr>
      <w:r>
        <w:rPr>
          <w:rFonts w:ascii="Calibri" w:hAnsi="Calibri" w:eastAsia="Calibri"/>
          <w:b w:val="0"/>
          <w:i/>
          <w:color w:val="282828"/>
          <w:sz w:val="22"/>
        </w:rPr>
        <w:t>Bay: That is the diagnosis.</w:t>
      </w:r>
    </w:p>
    <w:p>
      <w:pPr>
        <w:spacing w:before="120" w:after="20" w:line="259" w:lineRule="auto"/>
        <w:shd w:fill="F8E8E8" w:val="clear"/>
      </w:pPr>
      <w:r>
        <w:rPr>
          <w:rFonts w:ascii="Calibri" w:hAnsi="Calibri" w:eastAsia="Calibri"/>
          <w:b w:val="0"/>
          <w:i w:val="0"/>
          <w:color w:val="A02828"/>
          <w:sz w:val="22"/>
        </w:rPr>
        <w:t>B. [WRONG] Simple cellulitis</w:t>
      </w:r>
    </w:p>
    <w:p>
      <w:pPr>
        <w:spacing w:before="0" w:after="20" w:line="259" w:lineRule="auto"/>
      </w:pPr>
      <w:r>
        <w:rPr>
          <w:rFonts w:ascii="Calibri" w:hAnsi="Calibri" w:eastAsia="Calibri"/>
          <w:b w:val="0"/>
          <w:i/>
          <w:color w:val="282828"/>
          <w:sz w:val="22"/>
        </w:rPr>
        <w:t>Bay: Grey fascia says no.</w:t>
      </w:r>
    </w:p>
    <w:p>
      <w:pPr>
        <w:spacing w:before="120" w:after="20" w:line="259" w:lineRule="auto"/>
        <w:shd w:fill="F8E8E8" w:val="clear"/>
      </w:pPr>
      <w:r>
        <w:rPr>
          <w:rFonts w:ascii="Calibri" w:hAnsi="Calibri" w:eastAsia="Calibri"/>
          <w:b w:val="0"/>
          <w:i w:val="0"/>
          <w:color w:val="A02828"/>
          <w:sz w:val="22"/>
        </w:rPr>
        <w:t>C. [WRONG] DVT</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D. [WRONG] Gout of the hip</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E. [WRONG] DKA without a source</w:t>
      </w:r>
    </w:p>
    <w:p>
      <w:pPr>
        <w:spacing w:before="0" w:after="20" w:line="259" w:lineRule="auto"/>
      </w:pPr>
      <w:r>
        <w:rPr>
          <w:rFonts w:ascii="Calibri" w:hAnsi="Calibri" w:eastAsia="Calibri"/>
          <w:b w:val="0"/>
          <w:i/>
          <w:color w:val="282828"/>
          <w:sz w:val="22"/>
        </w:rPr>
        <w:t>Bay: The source is on the table.</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Necrotising fasciitis</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Pain out of proportion, septic shock, diabetic</w:t>
      </w:r>
    </w:p>
    <w:p>
      <w:pPr>
        <w:spacing w:before="0" w:after="40" w:line="259" w:lineRule="auto"/>
      </w:pPr>
      <w:r>
        <w:rPr>
          <w:rFonts w:ascii="Calibri" w:hAnsi="Calibri" w:eastAsia="Calibri"/>
          <w:b w:val="0"/>
          <w:i w:val="0"/>
          <w:sz w:val="22"/>
        </w:rPr>
        <w:t>• Skin lagging behind the tenderness</w:t>
      </w:r>
    </w:p>
    <w:p>
      <w:pPr>
        <w:spacing w:before="0" w:after="40" w:line="259" w:lineRule="auto"/>
      </w:pPr>
      <w:r>
        <w:rPr>
          <w:rFonts w:ascii="Calibri" w:hAnsi="Calibri" w:eastAsia="Calibri"/>
          <w:b w:val="0"/>
          <w:i w:val="0"/>
          <w:sz w:val="22"/>
        </w:rPr>
        <w:t>• Theatre: dishwater fluid, necrotic fascia</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Do not delay theatre for MRI / LRINEC</w:t>
      </w:r>
    </w:p>
    <w:p>
      <w:pPr>
        <w:spacing w:before="0" w:after="40" w:line="259" w:lineRule="auto"/>
      </w:pPr>
      <w:r>
        <w:rPr>
          <w:rFonts w:ascii="Calibri" w:hAnsi="Calibri" w:eastAsia="Calibri"/>
          <w:b w:val="0"/>
          <w:i w:val="0"/>
          <w:sz w:val="22"/>
        </w:rPr>
        <w:t>• Lactate, cultures, VBG, coag — DIC can start</w:t>
      </w:r>
    </w:p>
    <w:p>
      <w:pPr>
        <w:spacing w:before="0" w:after="40" w:line="259" w:lineRule="auto"/>
      </w:pPr>
      <w:r>
        <w:rPr>
          <w:rFonts w:ascii="Calibri" w:hAnsi="Calibri" w:eastAsia="Calibri"/>
          <w:b w:val="0"/>
          <w:i w:val="0"/>
          <w:sz w:val="22"/>
        </w:rPr>
        <w:t>• Glucose</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Immediate surgical exploration</w:t>
      </w:r>
    </w:p>
    <w:p>
      <w:pPr>
        <w:spacing w:before="0" w:after="40" w:line="259" w:lineRule="auto"/>
      </w:pPr>
      <w:r>
        <w:rPr>
          <w:rFonts w:ascii="Calibri" w:hAnsi="Calibri" w:eastAsia="Calibri"/>
          <w:b w:val="0"/>
          <w:i w:val="0"/>
          <w:sz w:val="22"/>
        </w:rPr>
        <w:t>• Broad IV antibiotics plus clindamycin for toxin</w:t>
      </w:r>
    </w:p>
    <w:p>
      <w:pPr>
        <w:spacing w:before="0" w:after="40" w:line="259" w:lineRule="auto"/>
      </w:pPr>
      <w:r>
        <w:rPr>
          <w:rFonts w:ascii="Calibri" w:hAnsi="Calibri" w:eastAsia="Calibri"/>
          <w:b w:val="0"/>
          <w:i w:val="0"/>
          <w:sz w:val="22"/>
        </w:rPr>
        <w:t>• Sepsis bundle, ICU, IVIG as adjunct in toxic shock</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NICE NG19 diabetic foot / surgical infection principles</w:t>
      </w:r>
    </w:p>
    <w:p>
      <w:pPr>
        <w:spacing w:before="0" w:after="40" w:line="259" w:lineRule="auto"/>
      </w:pPr>
      <w:r>
        <w:rPr>
          <w:rFonts w:ascii="Calibri" w:hAnsi="Calibri" w:eastAsia="Calibri"/>
          <w:b w:val="0"/>
          <w:i w:val="0"/>
          <w:sz w:val="22"/>
        </w:rPr>
        <w:t>• WSES necrotising soft-tissue infection</w:t>
      </w:r>
    </w:p>
    <w:p>
      <w:pPr>
        <w:spacing w:before="0" w:after="40" w:line="259" w:lineRule="auto"/>
      </w:pPr>
      <w:r>
        <w:rPr>
          <w:rFonts w:ascii="Calibri" w:hAnsi="Calibri" w:eastAsia="Calibri"/>
          <w:b w:val="0"/>
          <w:i w:val="0"/>
          <w:sz w:val="22"/>
        </w:rPr>
        <w:t>• RCEM sepsis / surviving sepsis</w:t>
      </w:r>
    </w:p>
    <w:p>
      <w:r>
        <w:br w:type="page"/>
      </w:r>
    </w:p>
    <w:p>
      <w:pPr>
        <w:spacing w:before="120" w:after="160" w:line="259" w:lineRule="auto"/>
      </w:pPr>
      <w:r>
        <w:rPr>
          <w:rFonts w:ascii="Calibri" w:hAnsi="Calibri" w:eastAsia="Calibri"/>
          <w:b/>
          <w:i w:val="0"/>
          <w:color w:val="0C0E10"/>
          <w:sz w:val="36"/>
        </w:rPr>
        <w:t>Case 38 — Severe symptomatic hyponatraemia</w:t>
      </w:r>
    </w:p>
    <w:p>
      <w:pPr>
        <w:spacing w:before="0" w:after="40" w:line="259" w:lineRule="auto"/>
      </w:pPr>
      <w:r>
        <w:rPr>
          <w:rFonts w:ascii="Calibri" w:hAnsi="Calibri" w:eastAsia="Calibri"/>
          <w:b w:val="0"/>
          <w:i/>
          <w:color w:val="5A5A5A"/>
          <w:sz w:val="20"/>
        </w:rPr>
        <w:t>buzzer · Emergency buzzer — Majors · rhythm sinus</w:t>
      </w:r>
    </w:p>
    <w:p>
      <w:pPr>
        <w:spacing w:before="0" w:after="40" w:line="259" w:lineRule="auto"/>
      </w:pPr>
      <w:r>
        <w:rPr>
          <w:rFonts w:ascii="Calibri" w:hAnsi="Calibri" w:eastAsia="Calibri"/>
          <w:b w:val="0"/>
          <w:i/>
          <w:color w:val="5A5A5A"/>
          <w:sz w:val="20"/>
        </w:rPr>
        <w:t>HR 88   BP 142/78   RR 16   SpO2 97%   temp 36.4   GCS 9   BM 6.1</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Emergency buzzer — Majors 9.</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 62-year-old woman, on thiazide and an SSRI, three days of vomiting, then a seizure in the waiting room. GCS 9 now, still twitching. BM 6.1.</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snoring a little, saliva, no teeth in.</w:t>
      </w:r>
    </w:p>
    <w:p>
      <w:pPr>
        <w:spacing w:before="0" w:after="40" w:line="259" w:lineRule="auto"/>
      </w:pPr>
      <w:r>
        <w:rPr>
          <w:rFonts w:ascii="Calibri" w:hAnsi="Calibri" w:eastAsia="Calibri"/>
          <w:b w:val="0"/>
          <w:i w:val="0"/>
          <w:sz w:val="22"/>
        </w:rPr>
        <w:t>B — RR 16, clear, SpO2 97% air.</w:t>
      </w:r>
    </w:p>
    <w:p>
      <w:pPr>
        <w:spacing w:before="0" w:after="40" w:line="259" w:lineRule="auto"/>
      </w:pPr>
      <w:r>
        <w:rPr>
          <w:rFonts w:ascii="Calibri" w:hAnsi="Calibri" w:eastAsia="Calibri"/>
          <w:b w:val="0"/>
          <w:i w:val="0"/>
          <w:sz w:val="22"/>
        </w:rPr>
        <w:t>C — HR 88, BP 142/78, CRT 2 s.</w:t>
      </w:r>
    </w:p>
    <w:p>
      <w:pPr>
        <w:spacing w:before="0" w:after="40" w:line="259" w:lineRule="auto"/>
      </w:pPr>
      <w:r>
        <w:rPr>
          <w:rFonts w:ascii="Calibri" w:hAnsi="Calibri" w:eastAsia="Calibri"/>
          <w:b w:val="0"/>
          <w:i w:val="0"/>
          <w:sz w:val="22"/>
        </w:rPr>
        <w:t>D — GCS 9 (E2 V2 M5), BM 6.1, still twitching, no old focal signs known.</w:t>
      </w:r>
    </w:p>
    <w:p>
      <w:pPr>
        <w:spacing w:before="0" w:after="40" w:line="259" w:lineRule="auto"/>
      </w:pPr>
      <w:r>
        <w:rPr>
          <w:rFonts w:ascii="Calibri" w:hAnsi="Calibri" w:eastAsia="Calibri"/>
          <w:b w:val="0"/>
          <w:i w:val="0"/>
          <w:sz w:val="22"/>
        </w:rPr>
        <w:t>E — no rash, no medic-alert, no trauma besides the wait-room floor.</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Seizure, GCS 9, BM 6.1. Thiazide and SSRI.</w:t>
      </w:r>
    </w:p>
    <w:p>
      <w:pPr>
        <w:spacing w:before="120" w:after="20" w:line="259" w:lineRule="auto"/>
        <w:shd w:fill="E8F5EC" w:val="clear"/>
      </w:pPr>
      <w:r>
        <w:rPr>
          <w:rFonts w:ascii="Calibri" w:hAnsi="Calibri" w:eastAsia="Calibri"/>
          <w:b/>
          <w:i w:val="0"/>
          <w:color w:val="146E3C"/>
          <w:sz w:val="22"/>
        </w:rPr>
        <w:t>A. [CORRECT] Benzodiazepine, then hypertonic saline when you see the sodium</w:t>
      </w:r>
    </w:p>
    <w:p>
      <w:pPr>
        <w:spacing w:before="0" w:after="20" w:line="259" w:lineRule="auto"/>
      </w:pPr>
      <w:r>
        <w:rPr>
          <w:rFonts w:ascii="Calibri" w:hAnsi="Calibri" w:eastAsia="Calibri"/>
          <w:b w:val="0"/>
          <w:i/>
          <w:color w:val="282828"/>
          <w:sz w:val="22"/>
        </w:rPr>
        <w:t>Bay: Lorazepam in. Gas / VBG sodium going. You do not wait an hour for the lab if the VBG Na is 108.</w:t>
      </w:r>
    </w:p>
    <w:p>
      <w:pPr>
        <w:spacing w:before="0" w:after="40" w:line="259" w:lineRule="auto"/>
      </w:pPr>
      <w:r>
        <w:rPr>
          <w:rFonts w:ascii="Calibri" w:hAnsi="Calibri" w:eastAsia="Calibri"/>
          <w:b w:val="0"/>
          <w:i/>
          <w:color w:val="5A4614"/>
          <w:sz w:val="20"/>
        </w:rPr>
        <w:t>Reaction: gcs +1</w:t>
      </w:r>
    </w:p>
    <w:p>
      <w:pPr>
        <w:spacing w:before="80" w:after="40" w:line="259" w:lineRule="auto"/>
      </w:pPr>
      <w:r>
        <w:rPr>
          <w:rFonts w:ascii="Calibri" w:hAnsi="Calibri" w:eastAsia="Calibri"/>
          <w:b/>
          <w:i w:val="0"/>
          <w:color w:val="46326E"/>
          <w:sz w:val="22"/>
        </w:rPr>
        <w:t xml:space="preserve">    Follow-up: First sodium move in a fitting hyponatraemic patient?</w:t>
      </w:r>
    </w:p>
    <w:p>
      <w:pPr>
        <w:spacing w:before="120" w:after="20" w:line="259" w:lineRule="auto"/>
        <w:shd w:fill="E8F5EC" w:val="clear"/>
      </w:pPr>
      <w:r>
        <w:rPr>
          <w:rFonts w:ascii="Calibri" w:hAnsi="Calibri" w:eastAsia="Calibri"/>
          <w:b/>
          <w:i w:val="0"/>
          <w:color w:val="146E3C"/>
          <w:sz w:val="22"/>
        </w:rPr>
        <w:t xml:space="preserve">    A. [CORRECT] 150 mL 2.7% (or 100–150 mL 3%) hypertonic saline over 10–20 minutes</w:t>
      </w:r>
    </w:p>
    <w:p>
      <w:pPr>
        <w:spacing w:before="0" w:after="20" w:line="259" w:lineRule="auto"/>
      </w:pPr>
      <w:r>
        <w:rPr>
          <w:rFonts w:ascii="Calibri" w:hAnsi="Calibri" w:eastAsia="Calibri"/>
          <w:b w:val="0"/>
          <w:i/>
          <w:color w:val="282828"/>
          <w:sz w:val="22"/>
        </w:rPr>
        <w:t xml:space="preserve">       Bay: European / UK: bolus, then recheck. Stop the seizure by raising Na a few mmol.</w:t>
      </w:r>
    </w:p>
    <w:p>
      <w:pPr>
        <w:spacing w:before="120" w:after="20" w:line="259" w:lineRule="auto"/>
        <w:shd w:fill="F8E8E8" w:val="clear"/>
      </w:pPr>
      <w:r>
        <w:rPr>
          <w:rFonts w:ascii="Calibri" w:hAnsi="Calibri" w:eastAsia="Calibri"/>
          <w:b w:val="0"/>
          <w:i w:val="0"/>
          <w:color w:val="A02828"/>
          <w:sz w:val="22"/>
        </w:rPr>
        <w:t xml:space="preserve">    B. [WRONG] Fluid restrict and wait 12 hours</w:t>
      </w:r>
    </w:p>
    <w:p>
      <w:pPr>
        <w:spacing w:before="0" w:after="20" w:line="259" w:lineRule="auto"/>
      </w:pPr>
      <w:r>
        <w:rPr>
          <w:rFonts w:ascii="Calibri" w:hAnsi="Calibri" w:eastAsia="Calibri"/>
          <w:b w:val="0"/>
          <w:i/>
          <w:color w:val="282828"/>
          <w:sz w:val="22"/>
        </w:rPr>
        <w:t xml:space="preserve">       Bay: She is fitting.</w:t>
      </w:r>
    </w:p>
    <w:p>
      <w:pPr>
        <w:spacing w:before="120" w:after="20" w:line="259" w:lineRule="auto"/>
        <w:shd w:fill="F8E8E8" w:val="clear"/>
      </w:pPr>
      <w:r>
        <w:rPr>
          <w:rFonts w:ascii="Calibri" w:hAnsi="Calibri" w:eastAsia="Calibri"/>
          <w:b w:val="0"/>
          <w:i w:val="0"/>
          <w:color w:val="A02828"/>
          <w:sz w:val="22"/>
        </w:rPr>
        <w:t xml:space="preserve">    C. [WRONG] 0.9% saline slowly overnight</w:t>
      </w:r>
    </w:p>
    <w:p>
      <w:pPr>
        <w:spacing w:before="0" w:after="20" w:line="259" w:lineRule="auto"/>
      </w:pPr>
      <w:r>
        <w:rPr>
          <w:rFonts w:ascii="Calibri" w:hAnsi="Calibri" w:eastAsia="Calibri"/>
          <w:b w:val="0"/>
          <w:i/>
          <w:color w:val="282828"/>
          <w:sz w:val="22"/>
        </w:rPr>
        <w:t xml:space="preserve">       Bay: Too slow for a seizure.</w:t>
      </w:r>
    </w:p>
    <w:p>
      <w:pPr>
        <w:spacing w:before="120" w:after="20" w:line="259" w:lineRule="auto"/>
        <w:shd w:fill="F8E8E8" w:val="clear"/>
      </w:pPr>
      <w:r>
        <w:rPr>
          <w:rFonts w:ascii="Calibri" w:hAnsi="Calibri" w:eastAsia="Calibri"/>
          <w:b w:val="0"/>
          <w:i w:val="0"/>
          <w:color w:val="A02828"/>
          <w:sz w:val="22"/>
        </w:rPr>
        <w:t xml:space="preserve">    D. [WRONG] Demeclocycline</w:t>
      </w:r>
    </w:p>
    <w:p>
      <w:pPr>
        <w:spacing w:before="0" w:after="20" w:line="259" w:lineRule="auto"/>
      </w:pPr>
      <w:r>
        <w:rPr>
          <w:rFonts w:ascii="Calibri" w:hAnsi="Calibri" w:eastAsia="Calibri"/>
          <w:b w:val="0"/>
          <w:i/>
          <w:color w:val="282828"/>
          <w:sz w:val="22"/>
        </w:rPr>
        <w:t xml:space="preserve">       Bay: Not an emergency drug.</w:t>
      </w:r>
    </w:p>
    <w:p>
      <w:pPr>
        <w:spacing w:before="120" w:after="20" w:line="259" w:lineRule="auto"/>
        <w:shd w:fill="F8E8E8" w:val="clear"/>
      </w:pPr>
      <w:r>
        <w:rPr>
          <w:rFonts w:ascii="Calibri" w:hAnsi="Calibri" w:eastAsia="Calibri"/>
          <w:b w:val="0"/>
          <w:i w:val="0"/>
          <w:color w:val="A02828"/>
          <w:sz w:val="22"/>
        </w:rPr>
        <w:t xml:space="preserve">    E. [WRONG] 20 mg furosemide as the only treatment</w:t>
      </w:r>
    </w:p>
    <w:p>
      <w:pPr>
        <w:spacing w:before="0" w:after="20" w:line="259" w:lineRule="auto"/>
      </w:pPr>
      <w:r>
        <w:rPr>
          <w:rFonts w:ascii="Calibri" w:hAnsi="Calibri" w:eastAsia="Calibri"/>
          <w:b w:val="0"/>
          <w:i/>
          <w:color w:val="282828"/>
          <w:sz w:val="22"/>
        </w:rPr>
        <w:t xml:space="preserve">       Bay: Not first-line for a seizure.</w:t>
      </w:r>
    </w:p>
    <w:p>
      <w:pPr>
        <w:spacing w:before="120" w:after="20" w:line="259" w:lineRule="auto"/>
        <w:shd w:fill="F8E8E8" w:val="clear"/>
      </w:pPr>
      <w:r>
        <w:rPr>
          <w:rFonts w:ascii="Calibri" w:hAnsi="Calibri" w:eastAsia="Calibri"/>
          <w:b w:val="0"/>
          <w:i w:val="0"/>
          <w:color w:val="A02828"/>
          <w:sz w:val="22"/>
        </w:rPr>
        <w:t>B. [WRONG] Fluid restriction only</w:t>
      </w:r>
    </w:p>
    <w:p>
      <w:pPr>
        <w:spacing w:before="0" w:after="20" w:line="259" w:lineRule="auto"/>
      </w:pPr>
      <w:r>
        <w:rPr>
          <w:rFonts w:ascii="Calibri" w:hAnsi="Calibri" w:eastAsia="Calibri"/>
          <w:b w:val="0"/>
          <w:i/>
          <w:color w:val="282828"/>
          <w:sz w:val="22"/>
        </w:rPr>
        <w:t>Bay: Fitting. Bolus hypertonic.</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0.45% saline because Na is probably low</w:t>
      </w:r>
    </w:p>
    <w:p>
      <w:pPr>
        <w:spacing w:before="0" w:after="20" w:line="259" w:lineRule="auto"/>
      </w:pPr>
      <w:r>
        <w:rPr>
          <w:rFonts w:ascii="Calibri" w:hAnsi="Calibri" w:eastAsia="Calibri"/>
          <w:b w:val="0"/>
          <w:i/>
          <w:color w:val="282828"/>
          <w:sz w:val="22"/>
        </w:rPr>
        <w:t>Bay: You will make it worse.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Phenytoin as first-line before any sodium</w:t>
      </w:r>
    </w:p>
    <w:p>
      <w:pPr>
        <w:spacing w:before="0" w:after="20" w:line="259" w:lineRule="auto"/>
      </w:pPr>
      <w:r>
        <w:rPr>
          <w:rFonts w:ascii="Calibri" w:hAnsi="Calibri" w:eastAsia="Calibri"/>
          <w:b w:val="0"/>
          <w:i/>
          <w:color w:val="282828"/>
          <w:sz w:val="22"/>
        </w:rPr>
        <w:t>Bay: Benzos first, then the cause. Phenytoin is not the hyponatraemia drug.</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Naloxone 2 mg</w:t>
      </w:r>
    </w:p>
    <w:p>
      <w:pPr>
        <w:spacing w:before="0" w:after="20" w:line="259" w:lineRule="auto"/>
      </w:pPr>
      <w:r>
        <w:rPr>
          <w:rFonts w:ascii="Calibri" w:hAnsi="Calibri" w:eastAsia="Calibri"/>
          <w:b w:val="0"/>
          <w:i/>
          <w:color w:val="282828"/>
          <w:sz w:val="22"/>
        </w:rPr>
        <w:t>Bay: BM 6.1, thiazide, SSRI. Not opioid first.</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VBG Na 108. Seizure stopped after lorazepam. GCS 10.</w:t>
      </w:r>
    </w:p>
    <w:p>
      <w:pPr>
        <w:spacing w:before="120" w:after="20" w:line="259" w:lineRule="auto"/>
        <w:shd w:fill="E8F5EC" w:val="clear"/>
      </w:pPr>
      <w:r>
        <w:rPr>
          <w:rFonts w:ascii="Calibri" w:hAnsi="Calibri" w:eastAsia="Calibri"/>
          <w:b/>
          <w:i w:val="0"/>
          <w:color w:val="146E3C"/>
          <w:sz w:val="22"/>
        </w:rPr>
        <w:t>A. [CORRECT] Hypertonic saline bolus</w:t>
      </w:r>
    </w:p>
    <w:p>
      <w:pPr>
        <w:spacing w:before="0" w:after="20" w:line="259" w:lineRule="auto"/>
      </w:pPr>
      <w:r>
        <w:rPr>
          <w:rFonts w:ascii="Calibri" w:hAnsi="Calibri" w:eastAsia="Calibri"/>
          <w:b w:val="0"/>
          <w:i/>
          <w:color w:val="282828"/>
          <w:sz w:val="22"/>
        </w:rPr>
        <w:t>Bay: 150 mL 2.7% in. Recheck in 20 minutes. Target a small rise, not 140 tonight.</w:t>
      </w:r>
    </w:p>
    <w:p>
      <w:pPr>
        <w:spacing w:before="0" w:after="40" w:line="259" w:lineRule="auto"/>
      </w:pPr>
      <w:r>
        <w:rPr>
          <w:rFonts w:ascii="Calibri" w:hAnsi="Calibri" w:eastAsia="Calibri"/>
          <w:b w:val="0"/>
          <w:i/>
          <w:color w:val="5A4614"/>
          <w:sz w:val="20"/>
        </w:rPr>
        <w:t>Reaction: gcs +2</w:t>
      </w:r>
    </w:p>
    <w:p>
      <w:pPr>
        <w:spacing w:before="80" w:after="40" w:line="259" w:lineRule="auto"/>
      </w:pPr>
      <w:r>
        <w:rPr>
          <w:rFonts w:ascii="Calibri" w:hAnsi="Calibri" w:eastAsia="Calibri"/>
          <w:b/>
          <w:i w:val="0"/>
          <w:color w:val="46326E"/>
          <w:sz w:val="22"/>
        </w:rPr>
        <w:t xml:space="preserve">    Follow-up: How much do you want Na to rise?</w:t>
      </w:r>
    </w:p>
    <w:p>
      <w:pPr>
        <w:spacing w:before="120" w:after="20" w:line="259" w:lineRule="auto"/>
        <w:shd w:fill="E8F5EC" w:val="clear"/>
      </w:pPr>
      <w:r>
        <w:rPr>
          <w:rFonts w:ascii="Calibri" w:hAnsi="Calibri" w:eastAsia="Calibri"/>
          <w:b/>
          <w:i w:val="0"/>
          <w:color w:val="146E3C"/>
          <w:sz w:val="22"/>
        </w:rPr>
        <w:t xml:space="preserve">    A. [CORRECT] About 5 mmol/L to stop seizures, then not more than ~10 mmol in 24 hours</w:t>
      </w:r>
    </w:p>
    <w:p>
      <w:pPr>
        <w:spacing w:before="0" w:after="20" w:line="259" w:lineRule="auto"/>
      </w:pPr>
      <w:r>
        <w:rPr>
          <w:rFonts w:ascii="Calibri" w:hAnsi="Calibri" w:eastAsia="Calibri"/>
          <w:b w:val="0"/>
          <w:i/>
          <w:color w:val="282828"/>
          <w:sz w:val="22"/>
        </w:rPr>
        <w:t xml:space="preserve">       Bay: Osmotic demyelination is the other way to ruin her.</w:t>
      </w:r>
    </w:p>
    <w:p>
      <w:pPr>
        <w:spacing w:before="120" w:after="20" w:line="259" w:lineRule="auto"/>
        <w:shd w:fill="F8E8E8" w:val="clear"/>
      </w:pPr>
      <w:r>
        <w:rPr>
          <w:rFonts w:ascii="Calibri" w:hAnsi="Calibri" w:eastAsia="Calibri"/>
          <w:b w:val="0"/>
          <w:i w:val="0"/>
          <w:color w:val="A02828"/>
          <w:sz w:val="22"/>
        </w:rPr>
        <w:t xml:space="preserve">    B. [WRONG] To 140 in the next 2 hours</w:t>
      </w:r>
    </w:p>
    <w:p>
      <w:pPr>
        <w:spacing w:before="0" w:after="20" w:line="259" w:lineRule="auto"/>
      </w:pPr>
      <w:r>
        <w:rPr>
          <w:rFonts w:ascii="Calibri" w:hAnsi="Calibri" w:eastAsia="Calibri"/>
          <w:b w:val="0"/>
          <w:i/>
          <w:color w:val="282828"/>
          <w:sz w:val="22"/>
        </w:rPr>
        <w:t xml:space="preserve">       Bay: Too fast.</w:t>
      </w:r>
    </w:p>
    <w:p>
      <w:pPr>
        <w:spacing w:before="120" w:after="20" w:line="259" w:lineRule="auto"/>
        <w:shd w:fill="F8E8E8" w:val="clear"/>
      </w:pPr>
      <w:r>
        <w:rPr>
          <w:rFonts w:ascii="Calibri" w:hAnsi="Calibri" w:eastAsia="Calibri"/>
          <w:b w:val="0"/>
          <w:i w:val="0"/>
          <w:color w:val="A02828"/>
          <w:sz w:val="22"/>
        </w:rPr>
        <w:t xml:space="preserve">    C. [WRONG] No further Na checks tonight</w:t>
      </w:r>
    </w:p>
    <w:p>
      <w:pPr>
        <w:spacing w:before="0" w:after="20" w:line="259" w:lineRule="auto"/>
      </w:pPr>
      <w:r>
        <w:rPr>
          <w:rFonts w:ascii="Calibri" w:hAnsi="Calibri" w:eastAsia="Calibri"/>
          <w:b w:val="0"/>
          <w:i/>
          <w:color w:val="282828"/>
          <w:sz w:val="22"/>
        </w:rPr>
        <w:t xml:space="preserve">       Bay: You must recheck.</w:t>
      </w:r>
    </w:p>
    <w:p>
      <w:pPr>
        <w:spacing w:before="120" w:after="20" w:line="259" w:lineRule="auto"/>
        <w:shd w:fill="F8E8E8" w:val="clear"/>
      </w:pPr>
      <w:r>
        <w:rPr>
          <w:rFonts w:ascii="Calibri" w:hAnsi="Calibri" w:eastAsia="Calibri"/>
          <w:b w:val="0"/>
          <w:i w:val="0"/>
          <w:color w:val="A02828"/>
          <w:sz w:val="22"/>
        </w:rPr>
        <w:t xml:space="preserve">    D. [WRONG] Keep bolusing until Na is 135</w:t>
      </w:r>
    </w:p>
    <w:p>
      <w:pPr>
        <w:spacing w:before="0" w:after="20" w:line="259" w:lineRule="auto"/>
      </w:pPr>
      <w:r>
        <w:rPr>
          <w:rFonts w:ascii="Calibri" w:hAnsi="Calibri" w:eastAsia="Calibri"/>
          <w:b w:val="0"/>
          <w:i/>
          <w:color w:val="282828"/>
          <w:sz w:val="22"/>
        </w:rPr>
        <w:t xml:space="preserve">       Bay: Stop once seizures/GCS improve, then slow.</w:t>
      </w:r>
    </w:p>
    <w:p>
      <w:pPr>
        <w:spacing w:before="120" w:after="20" w:line="259" w:lineRule="auto"/>
        <w:shd w:fill="F8E8E8" w:val="clear"/>
      </w:pPr>
      <w:r>
        <w:rPr>
          <w:rFonts w:ascii="Calibri" w:hAnsi="Calibri" w:eastAsia="Calibri"/>
          <w:b w:val="0"/>
          <w:i w:val="0"/>
          <w:color w:val="A02828"/>
          <w:sz w:val="22"/>
        </w:rPr>
        <w:t xml:space="preserve">    E. [WRONG] Switch to 5% glucose to 'dilute the bolus'</w:t>
      </w:r>
    </w:p>
    <w:p>
      <w:pPr>
        <w:spacing w:before="0" w:after="20" w:line="259" w:lineRule="auto"/>
      </w:pPr>
      <w:r>
        <w:rPr>
          <w:rFonts w:ascii="Calibri" w:hAnsi="Calibri" w:eastAsia="Calibri"/>
          <w:b w:val="0"/>
          <w:i/>
          <w:color w:val="282828"/>
          <w:sz w:val="22"/>
        </w:rPr>
        <w:t xml:space="preserve">       Bay: That drops Na again.</w:t>
      </w:r>
    </w:p>
    <w:p>
      <w:pPr>
        <w:spacing w:before="120" w:after="20" w:line="259" w:lineRule="auto"/>
        <w:shd w:fill="F8E8E8" w:val="clear"/>
      </w:pPr>
      <w:r>
        <w:rPr>
          <w:rFonts w:ascii="Calibri" w:hAnsi="Calibri" w:eastAsia="Calibri"/>
          <w:b w:val="0"/>
          <w:i w:val="0"/>
          <w:color w:val="A02828"/>
          <w:sz w:val="22"/>
        </w:rPr>
        <w:t>B. [WRONG] 1 L 5% glucose</w:t>
      </w:r>
    </w:p>
    <w:p>
      <w:pPr>
        <w:spacing w:before="0" w:after="20" w:line="259" w:lineRule="auto"/>
      </w:pPr>
      <w:r>
        <w:rPr>
          <w:rFonts w:ascii="Calibri" w:hAnsi="Calibri" w:eastAsia="Calibri"/>
          <w:b w:val="0"/>
          <w:i/>
          <w:color w:val="282828"/>
          <w:sz w:val="22"/>
        </w:rPr>
        <w:t>Bay: Na 108.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Tolvaptan from the ED cupboard</w:t>
      </w:r>
    </w:p>
    <w:p>
      <w:pPr>
        <w:spacing w:before="0" w:after="20" w:line="259" w:lineRule="auto"/>
      </w:pPr>
      <w:r>
        <w:rPr>
          <w:rFonts w:ascii="Calibri" w:hAnsi="Calibri" w:eastAsia="Calibri"/>
          <w:b w:val="0"/>
          <w:i/>
          <w:color w:val="282828"/>
          <w:sz w:val="22"/>
        </w:rPr>
        <w:t>Bay: Not first-line in a seizure. Specialist, later.</w:t>
      </w:r>
    </w:p>
    <w:p>
      <w:pPr>
        <w:spacing w:before="120" w:after="20" w:line="259" w:lineRule="auto"/>
        <w:shd w:fill="F8E8E8" w:val="clear"/>
      </w:pPr>
      <w:r>
        <w:rPr>
          <w:rFonts w:ascii="Calibri" w:hAnsi="Calibri" w:eastAsia="Calibri"/>
          <w:b w:val="0"/>
          <w:i w:val="0"/>
          <w:color w:val="A02828"/>
          <w:sz w:val="22"/>
        </w:rPr>
        <w:t>D. [WRONG] Demeclocycline 300 mg</w:t>
      </w:r>
    </w:p>
    <w:p>
      <w:pPr>
        <w:spacing w:before="0" w:after="20" w:line="259" w:lineRule="auto"/>
      </w:pPr>
      <w:r>
        <w:rPr>
          <w:rFonts w:ascii="Calibri" w:hAnsi="Calibri" w:eastAsia="Calibri"/>
          <w:b w:val="0"/>
          <w:i/>
          <w:color w:val="282828"/>
          <w:sz w:val="22"/>
        </w:rPr>
        <w:t>Bay: Slow, not for GCS 9.</w:t>
      </w:r>
    </w:p>
    <w:p>
      <w:pPr>
        <w:spacing w:before="120" w:after="20" w:line="259" w:lineRule="auto"/>
        <w:shd w:fill="F8E8E8" w:val="clear"/>
      </w:pPr>
      <w:r>
        <w:rPr>
          <w:rFonts w:ascii="Calibri" w:hAnsi="Calibri" w:eastAsia="Calibri"/>
          <w:b w:val="0"/>
          <w:i w:val="0"/>
          <w:color w:val="A02828"/>
          <w:sz w:val="22"/>
        </w:rPr>
        <w:t>E. [WRONG] Immediate haemodialysis as first-line in all hypoNa</w:t>
      </w:r>
    </w:p>
    <w:p>
      <w:pPr>
        <w:spacing w:before="0" w:after="20" w:line="259" w:lineRule="auto"/>
      </w:pPr>
      <w:r>
        <w:rPr>
          <w:rFonts w:ascii="Calibri" w:hAnsi="Calibri" w:eastAsia="Calibri"/>
          <w:b w:val="0"/>
          <w:i/>
          <w:color w:val="282828"/>
          <w:sz w:val="22"/>
        </w:rPr>
        <w:t>Bay: Bolus first. HD is specialist.</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Bolus in. Send the rest.</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7.36  pCO2 4.4  pO2 12.1  HCO3 20  BE −3  lactate 2.0  Na 108  K 3.4  glucose 6.1  Hb 128</w:t>
      </w:r>
    </w:p>
    <w:p>
      <w:pPr>
        <w:spacing w:before="0" w:after="40" w:line="259" w:lineRule="auto"/>
      </w:pPr>
      <w:r>
        <w:rPr>
          <w:rFonts w:ascii="Calibri" w:hAnsi="Calibri" w:eastAsia="Calibri"/>
          <w:b w:val="0"/>
          <w:i w:val="0"/>
          <w:sz w:val="22"/>
        </w:rPr>
        <w:t>Na 108. Recheck after the bolus.</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6.1 mmol/L — not hypoglycaemia.</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nonspecific</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Send paired urine osmolality and sodium — after the emergency bolus, not instead of it.</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ue: Na 108   K 3.4   urea 3.1   creat 58</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Na 108 confirmed. Review — then decide.</w:t>
      </w:r>
    </w:p>
    <w:p>
      <w:pPr>
        <w:spacing w:before="120" w:after="20" w:line="259" w:lineRule="auto"/>
        <w:shd w:fill="E8F5EC" w:val="clear"/>
      </w:pPr>
      <w:r>
        <w:rPr>
          <w:rFonts w:ascii="Calibri" w:hAnsi="Calibri" w:eastAsia="Calibri"/>
          <w:b/>
          <w:i w:val="0"/>
          <w:color w:val="146E3C"/>
          <w:sz w:val="22"/>
        </w:rPr>
        <w:t>A. [CORRECT] Recheck Na, stop thiazide and hold the SSRI, HDU</w:t>
      </w:r>
    </w:p>
    <w:p>
      <w:pPr>
        <w:spacing w:before="0" w:after="20" w:line="259" w:lineRule="auto"/>
      </w:pPr>
      <w:r>
        <w:rPr>
          <w:rFonts w:ascii="Calibri" w:hAnsi="Calibri" w:eastAsia="Calibri"/>
          <w:b w:val="0"/>
          <w:i/>
          <w:color w:val="282828"/>
          <w:sz w:val="22"/>
        </w:rPr>
        <w:t>Bay: Paired osmolalities when she is safe. Do not chase a diagnosis of SIADH while she is still 108 and post-ictal.</w:t>
      </w:r>
    </w:p>
    <w:p>
      <w:pPr>
        <w:spacing w:before="80" w:after="40" w:line="259" w:lineRule="auto"/>
      </w:pPr>
      <w:r>
        <w:rPr>
          <w:rFonts w:ascii="Calibri" w:hAnsi="Calibri" w:eastAsia="Calibri"/>
          <w:b/>
          <w:i w:val="0"/>
          <w:color w:val="46326E"/>
          <w:sz w:val="22"/>
        </w:rPr>
        <w:t xml:space="preserve">    Follow-up: Which drugs stop?</w:t>
      </w:r>
    </w:p>
    <w:p>
      <w:pPr>
        <w:spacing w:before="120" w:after="20" w:line="259" w:lineRule="auto"/>
        <w:shd w:fill="E8F5EC" w:val="clear"/>
      </w:pPr>
      <w:r>
        <w:rPr>
          <w:rFonts w:ascii="Calibri" w:hAnsi="Calibri" w:eastAsia="Calibri"/>
          <w:b/>
          <w:i w:val="0"/>
          <w:color w:val="146E3C"/>
          <w:sz w:val="22"/>
        </w:rPr>
        <w:t xml:space="preserve">    A. [CORRECT] Thiazide now; hold SSRI; review all other hyponatraemics</w:t>
      </w:r>
    </w:p>
    <w:p>
      <w:pPr>
        <w:spacing w:before="0" w:after="20" w:line="259" w:lineRule="auto"/>
      </w:pPr>
      <w:r>
        <w:rPr>
          <w:rFonts w:ascii="Calibri" w:hAnsi="Calibri" w:eastAsia="Calibri"/>
          <w:b w:val="0"/>
          <w:i/>
          <w:color w:val="282828"/>
          <w:sz w:val="22"/>
        </w:rPr>
        <w:t xml:space="preserve">       Bay: The two on her list.</w:t>
      </w:r>
    </w:p>
    <w:p>
      <w:pPr>
        <w:spacing w:before="120" w:after="20" w:line="259" w:lineRule="auto"/>
        <w:shd w:fill="F8E8E8" w:val="clear"/>
      </w:pPr>
      <w:r>
        <w:rPr>
          <w:rFonts w:ascii="Calibri" w:hAnsi="Calibri" w:eastAsia="Calibri"/>
          <w:b w:val="0"/>
          <w:i w:val="0"/>
          <w:color w:val="A02828"/>
          <w:sz w:val="22"/>
        </w:rPr>
        <w:t xml:space="preserve">    B. [WRONG] Keep the thiazide for BP</w:t>
      </w:r>
    </w:p>
    <w:p>
      <w:pPr>
        <w:spacing w:before="0" w:after="20" w:line="259" w:lineRule="auto"/>
      </w:pPr>
      <w:r>
        <w:rPr>
          <w:rFonts w:ascii="Calibri" w:hAnsi="Calibri" w:eastAsia="Calibri"/>
          <w:b w:val="0"/>
          <w:i/>
          <w:color w:val="282828"/>
          <w:sz w:val="22"/>
        </w:rPr>
        <w:t xml:space="preserve">       Bay: It is a cause.</w:t>
      </w:r>
    </w:p>
    <w:p>
      <w:pPr>
        <w:spacing w:before="120" w:after="20" w:line="259" w:lineRule="auto"/>
        <w:shd w:fill="F8E8E8" w:val="clear"/>
      </w:pPr>
      <w:r>
        <w:rPr>
          <w:rFonts w:ascii="Calibri" w:hAnsi="Calibri" w:eastAsia="Calibri"/>
          <w:b w:val="0"/>
          <w:i w:val="0"/>
          <w:color w:val="A02828"/>
          <w:sz w:val="22"/>
        </w:rPr>
        <w:t xml:space="preserve">    C. [WRONG] Give another SSRI because she might be sad about the seizure</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D. [WRONG] Start desmopressin to 'hold onto water'</w:t>
      </w:r>
    </w:p>
    <w:p>
      <w:pPr>
        <w:spacing w:before="0" w:after="20" w:line="259" w:lineRule="auto"/>
      </w:pPr>
      <w:r>
        <w:rPr>
          <w:rFonts w:ascii="Calibri" w:hAnsi="Calibri" w:eastAsia="Calibri"/>
          <w:b w:val="0"/>
          <w:i/>
          <w:color w:val="282828"/>
          <w:sz w:val="22"/>
        </w:rPr>
        <w:t xml:space="preserve">       Bay: Opposite of most of this.</w:t>
      </w:r>
    </w:p>
    <w:p>
      <w:pPr>
        <w:spacing w:before="120" w:after="20" w:line="259" w:lineRule="auto"/>
        <w:shd w:fill="F8E8E8" w:val="clear"/>
      </w:pPr>
      <w:r>
        <w:rPr>
          <w:rFonts w:ascii="Calibri" w:hAnsi="Calibri" w:eastAsia="Calibri"/>
          <w:b w:val="0"/>
          <w:i w:val="0"/>
          <w:color w:val="A02828"/>
          <w:sz w:val="22"/>
        </w:rPr>
        <w:t xml:space="preserve">    E. [WRONG] Kayexalate</w:t>
      </w:r>
    </w:p>
    <w:p>
      <w:pPr>
        <w:spacing w:before="0" w:after="20" w:line="259" w:lineRule="auto"/>
      </w:pPr>
      <w:r>
        <w:rPr>
          <w:rFonts w:ascii="Calibri" w:hAnsi="Calibri" w:eastAsia="Calibri"/>
          <w:b w:val="0"/>
          <w:i/>
          <w:color w:val="282828"/>
          <w:sz w:val="22"/>
        </w:rPr>
        <w:t xml:space="preserve">       Bay: K is 3.4.</w:t>
      </w:r>
    </w:p>
    <w:p>
      <w:pPr>
        <w:spacing w:before="120" w:after="20" w:line="259" w:lineRule="auto"/>
        <w:shd w:fill="F8E8E8" w:val="clear"/>
      </w:pPr>
      <w:r>
        <w:rPr>
          <w:rFonts w:ascii="Calibri" w:hAnsi="Calibri" w:eastAsia="Calibri"/>
          <w:b w:val="0"/>
          <w:i w:val="0"/>
          <w:color w:val="A02828"/>
          <w:sz w:val="22"/>
        </w:rPr>
        <w:t>B. [WRONG] 3 L of 0.9% overnight on a ward with no repeat Na</w:t>
      </w:r>
    </w:p>
    <w:p>
      <w:pPr>
        <w:spacing w:before="0" w:after="20" w:line="259" w:lineRule="auto"/>
      </w:pPr>
      <w:r>
        <w:rPr>
          <w:rFonts w:ascii="Calibri" w:hAnsi="Calibri" w:eastAsia="Calibri"/>
          <w:b w:val="0"/>
          <w:i/>
          <w:color w:val="282828"/>
          <w:sz w:val="22"/>
        </w:rPr>
        <w:t>Bay: Too little control.</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Fluid restrict to 500 mL and leave her GCS 10 in majors</w:t>
      </w:r>
    </w:p>
    <w:p>
      <w:pPr>
        <w:spacing w:before="0" w:after="20" w:line="259" w:lineRule="auto"/>
      </w:pPr>
      <w:r>
        <w:rPr>
          <w:rFonts w:ascii="Calibri" w:hAnsi="Calibri" w:eastAsia="Calibri"/>
          <w:b w:val="0"/>
          <w:i/>
          <w:color w:val="282828"/>
          <w:sz w:val="22"/>
        </w:rPr>
        <w:t>Bay: She needed a bolus. She still needs a monitor.</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CT head only, ignore the sodium</w:t>
      </w:r>
    </w:p>
    <w:p>
      <w:pPr>
        <w:spacing w:before="0" w:after="20" w:line="259" w:lineRule="auto"/>
      </w:pPr>
      <w:r>
        <w:rPr>
          <w:rFonts w:ascii="Calibri" w:hAnsi="Calibri" w:eastAsia="Calibri"/>
          <w:b w:val="0"/>
          <w:i/>
          <w:color w:val="282828"/>
          <w:sz w:val="22"/>
        </w:rPr>
        <w:t>Bay: The Na is the cause until proven otherwise. Image if still focal after it rises.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Give 20 mg morphine for 'agitation'</w:t>
      </w:r>
    </w:p>
    <w:p>
      <w:pPr>
        <w:spacing w:before="0" w:after="20" w:line="259" w:lineRule="auto"/>
      </w:pPr>
      <w:r>
        <w:rPr>
          <w:rFonts w:ascii="Calibri" w:hAnsi="Calibri" w:eastAsia="Calibri"/>
          <w:b w:val="0"/>
          <w:i/>
          <w:color w:val="282828"/>
          <w:sz w:val="22"/>
        </w:rPr>
        <w:t>Bay: GCS 10. No.</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Daughter has the drug list.</w:t>
      </w:r>
    </w:p>
    <w:p>
      <w:pPr>
        <w:spacing w:before="120" w:after="20" w:line="259" w:lineRule="auto"/>
        <w:shd w:fill="E8F5EC" w:val="clear"/>
      </w:pPr>
      <w:r>
        <w:rPr>
          <w:rFonts w:ascii="Calibri" w:hAnsi="Calibri" w:eastAsia="Calibri"/>
          <w:b/>
          <w:i w:val="0"/>
          <w:color w:val="146E3C"/>
          <w:sz w:val="22"/>
        </w:rPr>
        <w:t>A. [CORRECT] Thiazide, SSRI, anticonvulsants, PPIs, last intake, alcohol, vomiting</w:t>
      </w:r>
    </w:p>
    <w:p>
      <w:pPr>
        <w:spacing w:before="0" w:after="20" w:line="259" w:lineRule="auto"/>
      </w:pPr>
      <w:r>
        <w:rPr>
          <w:rFonts w:ascii="Calibri" w:hAnsi="Calibri" w:eastAsia="Calibri"/>
          <w:b w:val="0"/>
          <w:i/>
          <w:color w:val="282828"/>
          <w:sz w:val="22"/>
        </w:rPr>
        <w:t>Bay: Bendroflumethiazide, citalopram, vomiting 3 days, little water then a lot of tea.</w:t>
      </w:r>
    </w:p>
    <w:p>
      <w:pPr>
        <w:spacing w:before="120" w:after="20" w:line="259" w:lineRule="auto"/>
        <w:shd w:fill="E8F5EC" w:val="clear"/>
      </w:pPr>
      <w:r>
        <w:rPr>
          <w:rFonts w:ascii="Calibri" w:hAnsi="Calibri" w:eastAsia="Calibri"/>
          <w:b/>
          <w:i w:val="0"/>
          <w:color w:val="146E3C"/>
          <w:sz w:val="22"/>
        </w:rPr>
        <w:t>B. [CORRECT] Duration of symptoms — chronic vs acute changes the speed of correction</w:t>
      </w:r>
    </w:p>
    <w:p>
      <w:pPr>
        <w:spacing w:before="0" w:after="20" w:line="259" w:lineRule="auto"/>
      </w:pPr>
      <w:r>
        <w:rPr>
          <w:rFonts w:ascii="Calibri" w:hAnsi="Calibri" w:eastAsia="Calibri"/>
          <w:b w:val="0"/>
          <w:i/>
          <w:color w:val="282828"/>
          <w:sz w:val="22"/>
        </w:rPr>
        <w:t>Bay: A week of feeling rotten — likely chronic, so do not over-correct.</w:t>
      </w:r>
    </w:p>
    <w:p>
      <w:pPr>
        <w:spacing w:before="120" w:after="20" w:line="259" w:lineRule="auto"/>
        <w:shd w:fill="E8F5EC" w:val="clear"/>
      </w:pPr>
      <w:r>
        <w:rPr>
          <w:rFonts w:ascii="Calibri" w:hAnsi="Calibri" w:eastAsia="Calibri"/>
          <w:b/>
          <w:i w:val="0"/>
          <w:color w:val="146E3C"/>
          <w:sz w:val="22"/>
        </w:rPr>
        <w:t>C. [CORRECT] Paired serum/urine osmolality and sodium once she is safe</w:t>
      </w:r>
    </w:p>
    <w:p>
      <w:pPr>
        <w:spacing w:before="0" w:after="20" w:line="259" w:lineRule="auto"/>
      </w:pPr>
      <w:r>
        <w:rPr>
          <w:rFonts w:ascii="Calibri" w:hAnsi="Calibri" w:eastAsia="Calibri"/>
          <w:b w:val="0"/>
          <w:i/>
          <w:color w:val="282828"/>
          <w:sz w:val="22"/>
        </w:rPr>
        <w:t>Bay: For the physicians.</w:t>
      </w:r>
    </w:p>
    <w:p>
      <w:pPr>
        <w:spacing w:before="120" w:after="20" w:line="259" w:lineRule="auto"/>
        <w:shd w:fill="F8E8E8" w:val="clear"/>
      </w:pPr>
      <w:r>
        <w:rPr>
          <w:rFonts w:ascii="Calibri" w:hAnsi="Calibri" w:eastAsia="Calibri"/>
          <w:b w:val="0"/>
          <w:i w:val="0"/>
          <w:color w:val="A02828"/>
          <w:sz w:val="22"/>
        </w:rPr>
        <w:t>D. [WRONG] A litre of water to 'flush the tablets'</w:t>
      </w:r>
    </w:p>
    <w:p>
      <w:pPr>
        <w:spacing w:before="0" w:after="20" w:line="259" w:lineRule="auto"/>
      </w:pPr>
      <w:r>
        <w:rPr>
          <w:rFonts w:ascii="Calibri" w:hAnsi="Calibri" w:eastAsia="Calibri"/>
          <w:b w:val="0"/>
          <w:i/>
          <w:color w:val="282828"/>
          <w:sz w:val="22"/>
        </w:rPr>
        <w:t>Bay: Na 108.</w:t>
      </w:r>
    </w:p>
    <w:p>
      <w:pPr>
        <w:spacing w:before="120" w:after="20" w:line="259" w:lineRule="auto"/>
        <w:shd w:fill="F8E8E8" w:val="clear"/>
      </w:pPr>
      <w:r>
        <w:rPr>
          <w:rFonts w:ascii="Calibri" w:hAnsi="Calibri" w:eastAsia="Calibri"/>
          <w:b w:val="0"/>
          <w:i w:val="0"/>
          <w:color w:val="A02828"/>
          <w:sz w:val="22"/>
        </w:rPr>
        <w:t>E. [WRONG] Restart the thiazide because BP might climb</w:t>
      </w:r>
    </w:p>
    <w:p>
      <w:pPr>
        <w:spacing w:before="0" w:after="20" w:line="259" w:lineRule="auto"/>
      </w:pPr>
      <w:r>
        <w:rPr>
          <w:rFonts w:ascii="Calibri" w:hAnsi="Calibri" w:eastAsia="Calibri"/>
          <w:b w:val="0"/>
          <w:i/>
          <w:color w:val="282828"/>
          <w:sz w:val="22"/>
        </w:rPr>
        <w:t>Bay: No.</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Severe hyponatraemia with seizures</w:t>
      </w:r>
    </w:p>
    <w:p>
      <w:pPr>
        <w:spacing w:before="0" w:after="20" w:line="259" w:lineRule="auto"/>
      </w:pPr>
      <w:r>
        <w:rPr>
          <w:rFonts w:ascii="Calibri" w:hAnsi="Calibri" w:eastAsia="Calibri"/>
          <w:b w:val="0"/>
          <w:i/>
          <w:color w:val="282828"/>
          <w:sz w:val="22"/>
        </w:rPr>
        <w:t>Bay: Na 108, thiazide + SSRI, seizure. Hypertonic bolus.</w:t>
      </w:r>
    </w:p>
    <w:p>
      <w:pPr>
        <w:spacing w:before="120" w:after="20" w:line="259" w:lineRule="auto"/>
        <w:shd w:fill="F8E8E8" w:val="clear"/>
      </w:pPr>
      <w:r>
        <w:rPr>
          <w:rFonts w:ascii="Calibri" w:hAnsi="Calibri" w:eastAsia="Calibri"/>
          <w:b w:val="0"/>
          <w:i w:val="0"/>
          <w:color w:val="A02828"/>
          <w:sz w:val="22"/>
        </w:rPr>
        <w:t>B. [WRONG] Primary epilepsy, ignore the sodium</w:t>
      </w:r>
    </w:p>
    <w:p>
      <w:pPr>
        <w:spacing w:before="0" w:after="20" w:line="259" w:lineRule="auto"/>
      </w:pPr>
      <w:r>
        <w:rPr>
          <w:rFonts w:ascii="Calibri" w:hAnsi="Calibri" w:eastAsia="Calibri"/>
          <w:b w:val="0"/>
          <w:i/>
          <w:color w:val="282828"/>
          <w:sz w:val="22"/>
        </w:rPr>
        <w:t>Bay: Na 108 is the cause.</w:t>
      </w:r>
    </w:p>
    <w:p>
      <w:pPr>
        <w:spacing w:before="120" w:after="20" w:line="259" w:lineRule="auto"/>
        <w:shd w:fill="F8E8E8" w:val="clear"/>
      </w:pPr>
      <w:r>
        <w:rPr>
          <w:rFonts w:ascii="Calibri" w:hAnsi="Calibri" w:eastAsia="Calibri"/>
          <w:b w:val="0"/>
          <w:i w:val="0"/>
          <w:color w:val="A02828"/>
          <w:sz w:val="22"/>
        </w:rPr>
        <w:t>C. [WRONG] Hypoglycaemia</w:t>
      </w:r>
    </w:p>
    <w:p>
      <w:pPr>
        <w:spacing w:before="0" w:after="20" w:line="259" w:lineRule="auto"/>
      </w:pPr>
      <w:r>
        <w:rPr>
          <w:rFonts w:ascii="Calibri" w:hAnsi="Calibri" w:eastAsia="Calibri"/>
          <w:b w:val="0"/>
          <w:i/>
          <w:color w:val="282828"/>
          <w:sz w:val="22"/>
        </w:rPr>
        <w:t>Bay: BM 6.1.</w:t>
      </w:r>
    </w:p>
    <w:p>
      <w:pPr>
        <w:spacing w:before="120" w:after="20" w:line="259" w:lineRule="auto"/>
        <w:shd w:fill="F8E8E8" w:val="clear"/>
      </w:pPr>
      <w:r>
        <w:rPr>
          <w:rFonts w:ascii="Calibri" w:hAnsi="Calibri" w:eastAsia="Calibri"/>
          <w:b w:val="0"/>
          <w:i w:val="0"/>
          <w:color w:val="A02828"/>
          <w:sz w:val="22"/>
        </w:rPr>
        <w:t>D. [WRONG] Stroke as the lead with a normal Na</w:t>
      </w:r>
    </w:p>
    <w:p>
      <w:pPr>
        <w:spacing w:before="0" w:after="20" w:line="259" w:lineRule="auto"/>
      </w:pPr>
      <w:r>
        <w:rPr>
          <w:rFonts w:ascii="Calibri" w:hAnsi="Calibri" w:eastAsia="Calibri"/>
          <w:b w:val="0"/>
          <w:i/>
          <w:color w:val="282828"/>
          <w:sz w:val="22"/>
        </w:rPr>
        <w:t>Bay: Na is 108.</w:t>
      </w:r>
    </w:p>
    <w:p>
      <w:pPr>
        <w:spacing w:before="120" w:after="20" w:line="259" w:lineRule="auto"/>
        <w:shd w:fill="F8E8E8" w:val="clear"/>
      </w:pPr>
      <w:r>
        <w:rPr>
          <w:rFonts w:ascii="Calibri" w:hAnsi="Calibri" w:eastAsia="Calibri"/>
          <w:b w:val="0"/>
          <w:i w:val="0"/>
          <w:color w:val="A02828"/>
          <w:sz w:val="22"/>
        </w:rPr>
        <w:t>E. [WRONG] Benzodiazepine overdose</w:t>
      </w:r>
    </w:p>
    <w:p>
      <w:pPr>
        <w:spacing w:before="0" w:after="20" w:line="259" w:lineRule="auto"/>
      </w:pPr>
      <w:r>
        <w:rPr>
          <w:rFonts w:ascii="Calibri" w:hAnsi="Calibri" w:eastAsia="Calibri"/>
          <w:b w:val="0"/>
          <w:i/>
          <w:color w:val="282828"/>
          <w:sz w:val="22"/>
        </w:rPr>
        <w:t>Bay: She fitted in front of you.</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Repeat Na 113. GCS 13. No further fit.</w:t>
      </w:r>
    </w:p>
    <w:p>
      <w:pPr>
        <w:spacing w:before="120" w:after="20" w:line="259" w:lineRule="auto"/>
        <w:shd w:fill="E8F5EC" w:val="clear"/>
      </w:pPr>
      <w:r>
        <w:rPr>
          <w:rFonts w:ascii="Calibri" w:hAnsi="Calibri" w:eastAsia="Calibri"/>
          <w:b/>
          <w:i w:val="0"/>
          <w:color w:val="146E3C"/>
          <w:sz w:val="22"/>
        </w:rPr>
        <w:t>A. [CORRECT] Stop boluses, slow correction, HDU, endocrinology/renal</w:t>
      </w:r>
    </w:p>
    <w:p>
      <w:pPr>
        <w:spacing w:before="0" w:after="20" w:line="259" w:lineRule="auto"/>
      </w:pPr>
      <w:r>
        <w:rPr>
          <w:rFonts w:ascii="Calibri" w:hAnsi="Calibri" w:eastAsia="Calibri"/>
          <w:b w:val="0"/>
          <w:i/>
          <w:color w:val="282828"/>
          <w:sz w:val="22"/>
        </w:rPr>
        <w:t>Bay: You have the 5 mmol. Do not keep bolusing to 130.</w:t>
      </w:r>
    </w:p>
    <w:p>
      <w:pPr>
        <w:spacing w:before="0" w:after="40" w:line="259" w:lineRule="auto"/>
      </w:pPr>
      <w:r>
        <w:rPr>
          <w:rFonts w:ascii="Calibri" w:hAnsi="Calibri" w:eastAsia="Calibri"/>
          <w:b w:val="0"/>
          <w:i/>
          <w:color w:val="5A4614"/>
          <w:sz w:val="20"/>
        </w:rPr>
        <w:t>Reaction: gcs +2</w:t>
      </w:r>
    </w:p>
    <w:p>
      <w:pPr>
        <w:spacing w:before="80" w:after="40" w:line="259" w:lineRule="auto"/>
      </w:pPr>
      <w:r>
        <w:rPr>
          <w:rFonts w:ascii="Calibri" w:hAnsi="Calibri" w:eastAsia="Calibri"/>
          <w:b/>
          <w:i w:val="0"/>
          <w:color w:val="46326E"/>
          <w:sz w:val="22"/>
        </w:rPr>
        <w:t xml:space="preserve">    Follow-up: If you overshoot?</w:t>
      </w:r>
    </w:p>
    <w:p>
      <w:pPr>
        <w:spacing w:before="120" w:after="20" w:line="259" w:lineRule="auto"/>
        <w:shd w:fill="E8F5EC" w:val="clear"/>
      </w:pPr>
      <w:r>
        <w:rPr>
          <w:rFonts w:ascii="Calibri" w:hAnsi="Calibri" w:eastAsia="Calibri"/>
          <w:b/>
          <w:i w:val="0"/>
          <w:color w:val="146E3C"/>
          <w:sz w:val="22"/>
        </w:rPr>
        <w:t xml:space="preserve">    A. [CORRECT] Stop hypertonic, consider hypotonic fluid / desmopressin with specialist advice</w:t>
      </w:r>
    </w:p>
    <w:p>
      <w:pPr>
        <w:spacing w:before="0" w:after="20" w:line="259" w:lineRule="auto"/>
      </w:pPr>
      <w:r>
        <w:rPr>
          <w:rFonts w:ascii="Calibri" w:hAnsi="Calibri" w:eastAsia="Calibri"/>
          <w:b w:val="0"/>
          <w:i/>
          <w:color w:val="282828"/>
          <w:sz w:val="22"/>
        </w:rPr>
        <w:t xml:space="preserve">       Bay: Demeclocycline is not the overshoot kit.</w:t>
      </w:r>
    </w:p>
    <w:p>
      <w:pPr>
        <w:spacing w:before="120" w:after="20" w:line="259" w:lineRule="auto"/>
        <w:shd w:fill="F8E8E8" w:val="clear"/>
      </w:pPr>
      <w:r>
        <w:rPr>
          <w:rFonts w:ascii="Calibri" w:hAnsi="Calibri" w:eastAsia="Calibri"/>
          <w:b w:val="0"/>
          <w:i w:val="0"/>
          <w:color w:val="A02828"/>
          <w:sz w:val="22"/>
        </w:rPr>
        <w:t xml:space="preserve">    B. [WRONG] Keep going to 140 so it cannot fall</w:t>
      </w:r>
    </w:p>
    <w:p>
      <w:pPr>
        <w:spacing w:before="0" w:after="20" w:line="259" w:lineRule="auto"/>
      </w:pPr>
      <w:r>
        <w:rPr>
          <w:rFonts w:ascii="Calibri" w:hAnsi="Calibri" w:eastAsia="Calibri"/>
          <w:b w:val="0"/>
          <w:i/>
          <w:color w:val="282828"/>
          <w:sz w:val="22"/>
        </w:rPr>
        <w:t xml:space="preserve">       Bay: Demyelination.</w:t>
      </w:r>
    </w:p>
    <w:p>
      <w:pPr>
        <w:spacing w:before="120" w:after="20" w:line="259" w:lineRule="auto"/>
        <w:shd w:fill="F8E8E8" w:val="clear"/>
      </w:pPr>
      <w:r>
        <w:rPr>
          <w:rFonts w:ascii="Calibri" w:hAnsi="Calibri" w:eastAsia="Calibri"/>
          <w:b w:val="0"/>
          <w:i w:val="0"/>
          <w:color w:val="A02828"/>
          <w:sz w:val="22"/>
        </w:rPr>
        <w:t xml:space="preserve">    C. [WRONG] Give another 150 mL because 113 'still looks low'</w:t>
      </w:r>
    </w:p>
    <w:p>
      <w:pPr>
        <w:spacing w:before="0" w:after="20" w:line="259" w:lineRule="auto"/>
      </w:pPr>
      <w:r>
        <w:rPr>
          <w:rFonts w:ascii="Calibri" w:hAnsi="Calibri" w:eastAsia="Calibri"/>
          <w:b w:val="0"/>
          <w:i/>
          <w:color w:val="282828"/>
          <w:sz w:val="22"/>
        </w:rPr>
        <w:t xml:space="preserve">       Bay: She has stopped fitting. Slow down.</w:t>
      </w:r>
    </w:p>
    <w:p>
      <w:pPr>
        <w:spacing w:before="120" w:after="20" w:line="259" w:lineRule="auto"/>
        <w:shd w:fill="F8E8E8" w:val="clear"/>
      </w:pPr>
      <w:r>
        <w:rPr>
          <w:rFonts w:ascii="Calibri" w:hAnsi="Calibri" w:eastAsia="Calibri"/>
          <w:b w:val="0"/>
          <w:i w:val="0"/>
          <w:color w:val="A02828"/>
          <w:sz w:val="22"/>
        </w:rPr>
        <w:t xml:space="preserve">    D. [WRONG] Ignore further Na checks</w:t>
      </w:r>
    </w:p>
    <w:p>
      <w:pPr>
        <w:spacing w:before="0" w:after="20" w:line="259" w:lineRule="auto"/>
      </w:pPr>
      <w:r>
        <w:rPr>
          <w:rFonts w:ascii="Calibri" w:hAnsi="Calibri" w:eastAsia="Calibri"/>
          <w:b w:val="0"/>
          <w:i/>
          <w:color w:val="282828"/>
          <w:sz w:val="22"/>
        </w:rPr>
        <w:t xml:space="preserve">       Bay: Check.</w:t>
      </w:r>
    </w:p>
    <w:p>
      <w:pPr>
        <w:spacing w:before="120" w:after="20" w:line="259" w:lineRule="auto"/>
        <w:shd w:fill="F8E8E8" w:val="clear"/>
      </w:pPr>
      <w:r>
        <w:rPr>
          <w:rFonts w:ascii="Calibri" w:hAnsi="Calibri" w:eastAsia="Calibri"/>
          <w:b w:val="0"/>
          <w:i w:val="0"/>
          <w:color w:val="A02828"/>
          <w:sz w:val="22"/>
        </w:rPr>
        <w:t xml:space="preserve">    E. [WRONG] Fluid restrict to zero for 24 hours</w:t>
      </w:r>
    </w:p>
    <w:p>
      <w:pPr>
        <w:spacing w:before="0" w:after="20" w:line="259" w:lineRule="auto"/>
      </w:pPr>
      <w:r>
        <w:rPr>
          <w:rFonts w:ascii="Calibri" w:hAnsi="Calibri" w:eastAsia="Calibri"/>
          <w:b w:val="0"/>
          <w:i/>
          <w:color w:val="282828"/>
          <w:sz w:val="22"/>
        </w:rPr>
        <w:t xml:space="preserve">       Bay: Individualise. She may need careful 0.9% if hypovolaemic.</w:t>
      </w:r>
    </w:p>
    <w:p>
      <w:pPr>
        <w:spacing w:before="120" w:after="20" w:line="259" w:lineRule="auto"/>
        <w:shd w:fill="F8E8E8" w:val="clear"/>
      </w:pPr>
      <w:r>
        <w:rPr>
          <w:rFonts w:ascii="Calibri" w:hAnsi="Calibri" w:eastAsia="Calibri"/>
          <w:b w:val="0"/>
          <w:i w:val="0"/>
          <w:color w:val="A02828"/>
          <w:sz w:val="22"/>
        </w:rPr>
        <w:t>B. [WRONG] Another 500 mL of 2.7% to 'finish the job'</w:t>
      </w:r>
    </w:p>
    <w:p>
      <w:pPr>
        <w:spacing w:before="0" w:after="20" w:line="259" w:lineRule="auto"/>
      </w:pPr>
      <w:r>
        <w:rPr>
          <w:rFonts w:ascii="Calibri" w:hAnsi="Calibri" w:eastAsia="Calibri"/>
          <w:b w:val="0"/>
          <w:i/>
          <w:color w:val="282828"/>
          <w:sz w:val="22"/>
        </w:rPr>
        <w:t>Bay: Too much.</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Discharge at GCS 13 with a repeat U&amp;E in a week</w:t>
      </w:r>
    </w:p>
    <w:p>
      <w:pPr>
        <w:spacing w:before="0" w:after="20" w:line="259" w:lineRule="auto"/>
      </w:pPr>
      <w:r>
        <w:rPr>
          <w:rFonts w:ascii="Calibri" w:hAnsi="Calibri" w:eastAsia="Calibri"/>
          <w:b w:val="0"/>
          <w:i/>
          <w:color w:val="282828"/>
          <w:sz w:val="22"/>
        </w:rPr>
        <w:t>Bay: Na 113.</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1 L 5% glucose to celebrate</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Load phenytoin for 24 hours as default</w:t>
      </w:r>
    </w:p>
    <w:p>
      <w:pPr>
        <w:spacing w:before="0" w:after="20" w:line="259" w:lineRule="auto"/>
      </w:pPr>
      <w:r>
        <w:rPr>
          <w:rFonts w:ascii="Calibri" w:hAnsi="Calibri" w:eastAsia="Calibri"/>
          <w:b w:val="0"/>
          <w:i/>
          <w:color w:val="282828"/>
          <w:sz w:val="22"/>
        </w:rPr>
        <w:t>Bay: The cause is treated. Benzos were the seizure drug.</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Bed.</w:t>
      </w:r>
    </w:p>
    <w:p>
      <w:pPr>
        <w:spacing w:before="120" w:after="20" w:line="259" w:lineRule="auto"/>
        <w:shd w:fill="E8F5EC" w:val="clear"/>
      </w:pPr>
      <w:r>
        <w:rPr>
          <w:rFonts w:ascii="Calibri" w:hAnsi="Calibri" w:eastAsia="Calibri"/>
          <w:b/>
          <w:i w:val="0"/>
          <w:color w:val="146E3C"/>
          <w:sz w:val="22"/>
        </w:rPr>
        <w:t>A. [CORRECT] HDU / monitored medical bed with hourly Na at first</w:t>
      </w:r>
    </w:p>
    <w:p>
      <w:pPr>
        <w:spacing w:before="0" w:after="20" w:line="259" w:lineRule="auto"/>
      </w:pPr>
      <w:r>
        <w:rPr>
          <w:rFonts w:ascii="Calibri" w:hAnsi="Calibri" w:eastAsia="Calibri"/>
          <w:b w:val="0"/>
          <w:i/>
          <w:color w:val="282828"/>
          <w:sz w:val="22"/>
        </w:rPr>
        <w:t>Bay: Yes.</w:t>
      </w:r>
    </w:p>
    <w:p>
      <w:pPr>
        <w:spacing w:before="120" w:after="20" w:line="259" w:lineRule="auto"/>
        <w:shd w:fill="F8E8E8" w:val="clear"/>
      </w:pPr>
      <w:r>
        <w:rPr>
          <w:rFonts w:ascii="Calibri" w:hAnsi="Calibri" w:eastAsia="Calibri"/>
          <w:b w:val="0"/>
          <w:i w:val="0"/>
          <w:color w:val="A02828"/>
          <w:sz w:val="22"/>
        </w:rPr>
        <w:t>B. [WRONG] Home</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C. [WRONG] Psych for SSRI review as the only team</w:t>
      </w:r>
    </w:p>
    <w:p>
      <w:pPr>
        <w:spacing w:before="0" w:after="20" w:line="259" w:lineRule="auto"/>
      </w:pPr>
      <w:r>
        <w:rPr>
          <w:rFonts w:ascii="Calibri" w:hAnsi="Calibri" w:eastAsia="Calibri"/>
          <w:b w:val="0"/>
          <w:i/>
          <w:color w:val="282828"/>
          <w:sz w:val="22"/>
        </w:rPr>
        <w:t>Bay: Na 113 is medical.</w:t>
      </w:r>
    </w:p>
    <w:p>
      <w:pPr>
        <w:spacing w:before="120" w:after="20" w:line="259" w:lineRule="auto"/>
        <w:shd w:fill="F8E8E8" w:val="clear"/>
      </w:pPr>
      <w:r>
        <w:rPr>
          <w:rFonts w:ascii="Calibri" w:hAnsi="Calibri" w:eastAsia="Calibri"/>
          <w:b w:val="0"/>
          <w:i w:val="0"/>
          <w:color w:val="A02828"/>
          <w:sz w:val="22"/>
        </w:rPr>
        <w:t>D. [WRONG] AMU chair space</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E. [WRONG] Stroke unit without treating Na</w:t>
      </w:r>
    </w:p>
    <w:p>
      <w:pPr>
        <w:spacing w:before="0" w:after="20" w:line="259" w:lineRule="auto"/>
      </w:pPr>
      <w:r>
        <w:rPr>
          <w:rFonts w:ascii="Calibri" w:hAnsi="Calibri" w:eastAsia="Calibri"/>
          <w:b w:val="0"/>
          <w:i/>
          <w:color w:val="282828"/>
          <w:sz w:val="22"/>
        </w:rPr>
        <w:t>Bay: Wrong lead.</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she goes.</w:t>
      </w:r>
    </w:p>
    <w:p>
      <w:pPr>
        <w:spacing w:before="120" w:after="20" w:line="259" w:lineRule="auto"/>
        <w:shd w:fill="E8F5EC" w:val="clear"/>
      </w:pPr>
      <w:r>
        <w:rPr>
          <w:rFonts w:ascii="Calibri" w:hAnsi="Calibri" w:eastAsia="Calibri"/>
          <w:b/>
          <w:i w:val="0"/>
          <w:color w:val="146E3C"/>
          <w:sz w:val="22"/>
        </w:rPr>
        <w:t>A. [CORRECT] Na trend, volume given, drugs stopped, seizure times, next lab time</w:t>
      </w:r>
    </w:p>
    <w:p>
      <w:pPr>
        <w:spacing w:before="0" w:after="20" w:line="259" w:lineRule="auto"/>
      </w:pPr>
      <w:r>
        <w:rPr>
          <w:rFonts w:ascii="Calibri" w:hAnsi="Calibri" w:eastAsia="Calibri"/>
          <w:b w:val="0"/>
          <w:i/>
          <w:color w:val="282828"/>
          <w:sz w:val="22"/>
        </w:rPr>
        <w:t>Bay: Handover is the slope of the sodium.</w:t>
      </w:r>
    </w:p>
    <w:p>
      <w:pPr>
        <w:spacing w:before="80" w:after="40" w:line="259" w:lineRule="auto"/>
      </w:pPr>
      <w:r>
        <w:rPr>
          <w:rFonts w:ascii="Calibri" w:hAnsi="Calibri" w:eastAsia="Calibri"/>
          <w:b/>
          <w:i w:val="0"/>
          <w:color w:val="46326E"/>
          <w:sz w:val="22"/>
        </w:rPr>
        <w:t xml:space="preserve">    Follow-up: Next Na check?</w:t>
      </w:r>
    </w:p>
    <w:p>
      <w:pPr>
        <w:spacing w:before="120" w:after="20" w:line="259" w:lineRule="auto"/>
        <w:shd w:fill="E8F5EC" w:val="clear"/>
      </w:pPr>
      <w:r>
        <w:rPr>
          <w:rFonts w:ascii="Calibri" w:hAnsi="Calibri" w:eastAsia="Calibri"/>
          <w:b/>
          <w:i w:val="0"/>
          <w:color w:val="146E3C"/>
          <w:sz w:val="22"/>
        </w:rPr>
        <w:t xml:space="preserve">    A. [CORRECT] Soon — 1–2 hours after a bolus, then frequently for 24 hours</w:t>
      </w:r>
    </w:p>
    <w:p>
      <w:pPr>
        <w:spacing w:before="0" w:after="20" w:line="259" w:lineRule="auto"/>
      </w:pPr>
      <w:r>
        <w:rPr>
          <w:rFonts w:ascii="Calibri" w:hAnsi="Calibri" w:eastAsia="Calibri"/>
          <w:b w:val="0"/>
          <w:i/>
          <w:color w:val="282828"/>
          <w:sz w:val="22"/>
        </w:rPr>
        <w:t xml:space="preserve">       Bay: Yes.</w:t>
      </w:r>
    </w:p>
    <w:p>
      <w:pPr>
        <w:spacing w:before="120" w:after="20" w:line="259" w:lineRule="auto"/>
        <w:shd w:fill="F8E8E8" w:val="clear"/>
      </w:pPr>
      <w:r>
        <w:rPr>
          <w:rFonts w:ascii="Calibri" w:hAnsi="Calibri" w:eastAsia="Calibri"/>
          <w:b w:val="0"/>
          <w:i w:val="0"/>
          <w:color w:val="A02828"/>
          <w:sz w:val="22"/>
        </w:rPr>
        <w:t xml:space="preserve">    B. [WRONG] Monday</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C. [WRONG] Only if she fits again</w:t>
      </w:r>
    </w:p>
    <w:p>
      <w:pPr>
        <w:spacing w:before="0" w:after="20" w:line="259" w:lineRule="auto"/>
      </w:pPr>
      <w:r>
        <w:rPr>
          <w:rFonts w:ascii="Calibri" w:hAnsi="Calibri" w:eastAsia="Calibri"/>
          <w:b w:val="0"/>
          <w:i/>
          <w:color w:val="282828"/>
          <w:sz w:val="22"/>
        </w:rPr>
        <w:t xml:space="preserve">       Bay: Too late.</w:t>
      </w:r>
    </w:p>
    <w:p>
      <w:pPr>
        <w:spacing w:before="120" w:after="20" w:line="259" w:lineRule="auto"/>
        <w:shd w:fill="F8E8E8" w:val="clear"/>
      </w:pPr>
      <w:r>
        <w:rPr>
          <w:rFonts w:ascii="Calibri" w:hAnsi="Calibri" w:eastAsia="Calibri"/>
          <w:b w:val="0"/>
          <w:i w:val="0"/>
          <w:color w:val="A02828"/>
          <w:sz w:val="22"/>
        </w:rPr>
        <w:t xml:space="preserve">    D. [WRONG] Never — 113 is fine</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E. [WRONG] After a 2 L water challenge</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B. [WRONG] Restart citalopram tonight so she sleeps</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Thiazide in the transfer bag 'for BP'</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Unescorted toilet on a wet floor</w:t>
      </w:r>
    </w:p>
    <w:p>
      <w:pPr>
        <w:spacing w:before="0" w:after="20" w:line="259" w:lineRule="auto"/>
      </w:pPr>
      <w:r>
        <w:rPr>
          <w:rFonts w:ascii="Calibri" w:hAnsi="Calibri" w:eastAsia="Calibri"/>
          <w:b w:val="0"/>
          <w:i/>
          <w:color w:val="282828"/>
          <w:sz w:val="22"/>
        </w:rPr>
        <w:t>Bay: Post-ictal, Na 113.</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Free access to water jugs</w:t>
      </w:r>
    </w:p>
    <w:p>
      <w:pPr>
        <w:spacing w:before="0" w:after="20" w:line="259" w:lineRule="auto"/>
      </w:pPr>
      <w:r>
        <w:rPr>
          <w:rFonts w:ascii="Calibri" w:hAnsi="Calibri" w:eastAsia="Calibri"/>
          <w:b w:val="0"/>
          <w:i/>
          <w:color w:val="282828"/>
          <w:sz w:val="22"/>
        </w:rPr>
        <w:t>Bay: Control intake until you know the diagnosis.</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The paired osmolalities later.</w:t>
      </w:r>
    </w:p>
    <w:p>
      <w:pPr>
        <w:spacing w:before="120" w:after="20" w:line="259" w:lineRule="auto"/>
        <w:shd w:fill="E8F5EC" w:val="clear"/>
      </w:pPr>
      <w:r>
        <w:rPr>
          <w:rFonts w:ascii="Calibri" w:hAnsi="Calibri" w:eastAsia="Calibri"/>
          <w:b/>
          <w:i w:val="0"/>
          <w:color w:val="146E3C"/>
          <w:sz w:val="22"/>
        </w:rPr>
        <w:t>A. [CORRECT] Severe symptomatic hyponatraemia (thiazide / SSRI contribution)</w:t>
      </w:r>
    </w:p>
    <w:p>
      <w:pPr>
        <w:spacing w:before="0" w:after="20" w:line="259" w:lineRule="auto"/>
      </w:pPr>
      <w:r>
        <w:rPr>
          <w:rFonts w:ascii="Calibri" w:hAnsi="Calibri" w:eastAsia="Calibri"/>
          <w:b w:val="0"/>
          <w:i/>
          <w:color w:val="282828"/>
          <w:sz w:val="22"/>
        </w:rPr>
        <w:t>Bay: That is the diagnosis.</w:t>
      </w:r>
    </w:p>
    <w:p>
      <w:pPr>
        <w:spacing w:before="120" w:after="20" w:line="259" w:lineRule="auto"/>
        <w:shd w:fill="F8E8E8" w:val="clear"/>
      </w:pPr>
      <w:r>
        <w:rPr>
          <w:rFonts w:ascii="Calibri" w:hAnsi="Calibri" w:eastAsia="Calibri"/>
          <w:b w:val="0"/>
          <w:i w:val="0"/>
          <w:color w:val="A02828"/>
          <w:sz w:val="22"/>
        </w:rPr>
        <w:t>B. [WRONG] HHS</w:t>
      </w:r>
    </w:p>
    <w:p>
      <w:pPr>
        <w:spacing w:before="0" w:after="20" w:line="259" w:lineRule="auto"/>
      </w:pPr>
      <w:r>
        <w:rPr>
          <w:rFonts w:ascii="Calibri" w:hAnsi="Calibri" w:eastAsia="Calibri"/>
          <w:b w:val="0"/>
          <w:i/>
          <w:color w:val="282828"/>
          <w:sz w:val="22"/>
        </w:rPr>
        <w:t>Bay: Glucose 6.1.</w:t>
      </w:r>
    </w:p>
    <w:p>
      <w:pPr>
        <w:spacing w:before="120" w:after="20" w:line="259" w:lineRule="auto"/>
        <w:shd w:fill="F8E8E8" w:val="clear"/>
      </w:pPr>
      <w:r>
        <w:rPr>
          <w:rFonts w:ascii="Calibri" w:hAnsi="Calibri" w:eastAsia="Calibri"/>
          <w:b w:val="0"/>
          <w:i w:val="0"/>
          <w:color w:val="A02828"/>
          <w:sz w:val="22"/>
        </w:rPr>
        <w:t>C. [WRONG] Addison's as the only possibility</w:t>
      </w:r>
    </w:p>
    <w:p>
      <w:pPr>
        <w:spacing w:before="0" w:after="20" w:line="259" w:lineRule="auto"/>
      </w:pPr>
      <w:r>
        <w:rPr>
          <w:rFonts w:ascii="Calibri" w:hAnsi="Calibri" w:eastAsia="Calibri"/>
          <w:b w:val="0"/>
          <w:i/>
          <w:color w:val="282828"/>
          <w:sz w:val="22"/>
        </w:rPr>
        <w:t>Bay: Possible in the differential of hypoNa — she was not hyperkalaemic and shocked. Still consider cortisol by day.</w:t>
      </w:r>
    </w:p>
    <w:p>
      <w:pPr>
        <w:spacing w:before="120" w:after="20" w:line="259" w:lineRule="auto"/>
        <w:shd w:fill="F8E8E8" w:val="clear"/>
      </w:pPr>
      <w:r>
        <w:rPr>
          <w:rFonts w:ascii="Calibri" w:hAnsi="Calibri" w:eastAsia="Calibri"/>
          <w:b w:val="0"/>
          <w:i w:val="0"/>
          <w:color w:val="A02828"/>
          <w:sz w:val="22"/>
        </w:rPr>
        <w:t>D. [WRONG] Hypernatraemia</w:t>
      </w:r>
    </w:p>
    <w:p>
      <w:pPr>
        <w:spacing w:before="0" w:after="20" w:line="259" w:lineRule="auto"/>
      </w:pPr>
      <w:r>
        <w:rPr>
          <w:rFonts w:ascii="Calibri" w:hAnsi="Calibri" w:eastAsia="Calibri"/>
          <w:b w:val="0"/>
          <w:i/>
          <w:color w:val="282828"/>
          <w:sz w:val="22"/>
        </w:rPr>
        <w:t>Bay: Opposite.</w:t>
      </w:r>
    </w:p>
    <w:p>
      <w:pPr>
        <w:spacing w:before="120" w:after="20" w:line="259" w:lineRule="auto"/>
        <w:shd w:fill="F8E8E8" w:val="clear"/>
      </w:pPr>
      <w:r>
        <w:rPr>
          <w:rFonts w:ascii="Calibri" w:hAnsi="Calibri" w:eastAsia="Calibri"/>
          <w:b w:val="0"/>
          <w:i w:val="0"/>
          <w:color w:val="A02828"/>
          <w:sz w:val="22"/>
        </w:rPr>
        <w:t>E. [WRONG] Primary generalised epilepsy with Na 138</w:t>
      </w:r>
    </w:p>
    <w:p>
      <w:pPr>
        <w:spacing w:before="0" w:after="20" w:line="259" w:lineRule="auto"/>
      </w:pPr>
      <w:r>
        <w:rPr>
          <w:rFonts w:ascii="Calibri" w:hAnsi="Calibri" w:eastAsia="Calibri"/>
          <w:b w:val="0"/>
          <w:i/>
          <w:color w:val="282828"/>
          <w:sz w:val="22"/>
        </w:rPr>
        <w:t>Bay: Na was 108.</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Severe symptomatic hyponatraemia</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Seizure, GCS 9, BM 6.1</w:t>
      </w:r>
    </w:p>
    <w:p>
      <w:pPr>
        <w:spacing w:before="0" w:after="40" w:line="259" w:lineRule="auto"/>
      </w:pPr>
      <w:r>
        <w:rPr>
          <w:rFonts w:ascii="Calibri" w:hAnsi="Calibri" w:eastAsia="Calibri"/>
          <w:b w:val="0"/>
          <w:i w:val="0"/>
          <w:sz w:val="22"/>
        </w:rPr>
        <w:t>• Na 108, on thiazide and SSRI</w:t>
      </w:r>
    </w:p>
    <w:p>
      <w:pPr>
        <w:spacing w:before="0" w:after="40" w:line="259" w:lineRule="auto"/>
      </w:pPr>
      <w:r>
        <w:rPr>
          <w:rFonts w:ascii="Calibri" w:hAnsi="Calibri" w:eastAsia="Calibri"/>
          <w:b w:val="0"/>
          <w:i w:val="0"/>
          <w:sz w:val="22"/>
        </w:rPr>
        <w:t>• Bolus hypertonic raised Na to 113 and the fitting stopped</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VBG sodium immediately</w:t>
      </w:r>
    </w:p>
    <w:p>
      <w:pPr>
        <w:spacing w:before="0" w:after="40" w:line="259" w:lineRule="auto"/>
      </w:pPr>
      <w:r>
        <w:rPr>
          <w:rFonts w:ascii="Calibri" w:hAnsi="Calibri" w:eastAsia="Calibri"/>
          <w:b w:val="0"/>
          <w:i w:val="0"/>
          <w:sz w:val="22"/>
        </w:rPr>
        <w:t>• Paired serum/urine osmolality and sodium after resuscitation</w:t>
      </w:r>
    </w:p>
    <w:p>
      <w:pPr>
        <w:spacing w:before="0" w:after="40" w:line="259" w:lineRule="auto"/>
      </w:pPr>
      <w:r>
        <w:rPr>
          <w:rFonts w:ascii="Calibri" w:hAnsi="Calibri" w:eastAsia="Calibri"/>
          <w:b w:val="0"/>
          <w:i w:val="0"/>
          <w:sz w:val="22"/>
        </w:rPr>
        <w:t>• Cortisol, TSH — not instead of the bolus</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Benzodiazepine for active seizure</w:t>
      </w:r>
    </w:p>
    <w:p>
      <w:pPr>
        <w:spacing w:before="0" w:after="40" w:line="259" w:lineRule="auto"/>
      </w:pPr>
      <w:r>
        <w:rPr>
          <w:rFonts w:ascii="Calibri" w:hAnsi="Calibri" w:eastAsia="Calibri"/>
          <w:b w:val="0"/>
          <w:i w:val="0"/>
          <w:sz w:val="22"/>
        </w:rPr>
        <w:t>• 150 mL 2.7% (or 100–150 mL 3%) over 10–20 min, repeat once if still seizing</w:t>
      </w:r>
    </w:p>
    <w:p>
      <w:pPr>
        <w:spacing w:before="0" w:after="40" w:line="259" w:lineRule="auto"/>
      </w:pPr>
      <w:r>
        <w:rPr>
          <w:rFonts w:ascii="Calibri" w:hAnsi="Calibri" w:eastAsia="Calibri"/>
          <w:b w:val="0"/>
          <w:i w:val="0"/>
          <w:sz w:val="22"/>
        </w:rPr>
        <w:t>• Then slow correction ≤10 mmol/24 h</w:t>
      </w:r>
    </w:p>
    <w:p>
      <w:pPr>
        <w:spacing w:before="0" w:after="40" w:line="259" w:lineRule="auto"/>
      </w:pPr>
      <w:r>
        <w:rPr>
          <w:rFonts w:ascii="Calibri" w:hAnsi="Calibri" w:eastAsia="Calibri"/>
          <w:b w:val="0"/>
          <w:i w:val="0"/>
          <w:sz w:val="22"/>
        </w:rPr>
        <w:t>• Stop thiazide / other culprits, HDU</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European hyponatraemia guideline / Society for Endocrinology</w:t>
      </w:r>
    </w:p>
    <w:p>
      <w:pPr>
        <w:spacing w:before="0" w:after="40" w:line="259" w:lineRule="auto"/>
      </w:pPr>
      <w:r>
        <w:rPr>
          <w:rFonts w:ascii="Calibri" w:hAnsi="Calibri" w:eastAsia="Calibri"/>
          <w:b w:val="0"/>
          <w:i w:val="0"/>
          <w:sz w:val="22"/>
        </w:rPr>
        <w:t>• NICE IV fluids principles</w:t>
      </w:r>
    </w:p>
    <w:p>
      <w:pPr>
        <w:spacing w:before="0" w:after="40" w:line="259" w:lineRule="auto"/>
      </w:pPr>
      <w:r>
        <w:rPr>
          <w:rFonts w:ascii="Calibri" w:hAnsi="Calibri" w:eastAsia="Calibri"/>
          <w:b w:val="0"/>
          <w:i w:val="0"/>
          <w:sz w:val="22"/>
        </w:rPr>
        <w:t>• RCEM electrolyte emergencies</w:t>
      </w:r>
    </w:p>
    <w:p>
      <w:r>
        <w:br w:type="page"/>
      </w:r>
    </w:p>
    <w:p>
      <w:pPr>
        <w:spacing w:before="120" w:after="160" w:line="259" w:lineRule="auto"/>
      </w:pPr>
      <w:r>
        <w:rPr>
          <w:rFonts w:ascii="Calibri" w:hAnsi="Calibri" w:eastAsia="Calibri"/>
          <w:b/>
          <w:i w:val="0"/>
          <w:color w:val="0C0E10"/>
          <w:sz w:val="36"/>
        </w:rPr>
        <w:t>Case 39 — Bleeding peptic ulcer (NSAID) with shock</w:t>
      </w:r>
    </w:p>
    <w:p>
      <w:pPr>
        <w:spacing w:before="0" w:after="40" w:line="259" w:lineRule="auto"/>
      </w:pPr>
      <w:r>
        <w:rPr>
          <w:rFonts w:ascii="Calibri" w:hAnsi="Calibri" w:eastAsia="Calibri"/>
          <w:b w:val="0"/>
          <w:i/>
          <w:color w:val="5A5A5A"/>
          <w:sz w:val="20"/>
        </w:rPr>
        <w:t>pre-alert · Scottish Ambulance Service — pre-alert · rhythm sinus-tach</w:t>
      </w:r>
    </w:p>
    <w:p>
      <w:pPr>
        <w:spacing w:before="0" w:after="40" w:line="259" w:lineRule="auto"/>
      </w:pPr>
      <w:r>
        <w:rPr>
          <w:rFonts w:ascii="Calibri" w:hAnsi="Calibri" w:eastAsia="Calibri"/>
          <w:b w:val="0"/>
          <w:i/>
          <w:color w:val="5A5A5A"/>
          <w:sz w:val="20"/>
        </w:rPr>
        <w:t>HR 122   BP 86/54   RR 22   SpO2 96%   temp 36.2   GCS 14   BM 6.6</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58 years, male</w:t>
      </w:r>
    </w:p>
    <w:p>
      <w:pPr>
        <w:spacing w:before="0" w:after="40" w:line="259" w:lineRule="auto"/>
      </w:pPr>
      <w:r>
        <w:rPr>
          <w:rFonts w:ascii="Calibri" w:hAnsi="Calibri" w:eastAsia="Calibri"/>
          <w:b w:val="0"/>
          <w:i w:val="0"/>
          <w:sz w:val="22"/>
        </w:rPr>
        <w:t>T haematemesis at home 40 minutes ago, then melaena, now dizzy</w:t>
      </w:r>
    </w:p>
    <w:p>
      <w:pPr>
        <w:spacing w:before="0" w:after="40" w:line="259" w:lineRule="auto"/>
      </w:pPr>
      <w:r>
        <w:rPr>
          <w:rFonts w:ascii="Calibri" w:hAnsi="Calibri" w:eastAsia="Calibri"/>
          <w:b w:val="0"/>
          <w:i w:val="0"/>
          <w:sz w:val="22"/>
        </w:rPr>
        <w:t>M GI bleed — no known liver disease</w:t>
      </w:r>
    </w:p>
    <w:p>
      <w:pPr>
        <w:spacing w:before="0" w:after="40" w:line="259" w:lineRule="auto"/>
      </w:pPr>
      <w:r>
        <w:rPr>
          <w:rFonts w:ascii="Calibri" w:hAnsi="Calibri" w:eastAsia="Calibri"/>
          <w:b w:val="0"/>
          <w:i w:val="0"/>
          <w:sz w:val="22"/>
        </w:rPr>
        <w:t>I ibuprofen for a bad back, no anticoagulant</w:t>
      </w:r>
    </w:p>
    <w:p>
      <w:pPr>
        <w:spacing w:before="0" w:after="40" w:line="259" w:lineRule="auto"/>
      </w:pPr>
      <w:r>
        <w:rPr>
          <w:rFonts w:ascii="Calibri" w:hAnsi="Calibri" w:eastAsia="Calibri"/>
          <w:b w:val="0"/>
          <w:i w:val="0"/>
          <w:sz w:val="22"/>
        </w:rPr>
        <w:t>S HR 122 BP 86/54 RR 22 SpO2 96% air GCS 14, pale</w:t>
      </w:r>
    </w:p>
    <w:p>
      <w:pPr>
        <w:spacing w:before="0" w:after="40" w:line="259" w:lineRule="auto"/>
      </w:pPr>
      <w:r>
        <w:rPr>
          <w:rFonts w:ascii="Calibri" w:hAnsi="Calibri" w:eastAsia="Calibri"/>
          <w:b w:val="0"/>
          <w:i w:val="0"/>
          <w:sz w:val="22"/>
        </w:rPr>
        <w:t>T oxygen, two wide-bores, no blood yet</w:t>
      </w:r>
    </w:p>
    <w:p>
      <w:pPr>
        <w:spacing w:before="0" w:after="40" w:line="259" w:lineRule="auto"/>
      </w:pPr>
      <w:r>
        <w:rPr>
          <w:rFonts w:ascii="Calibri" w:hAnsi="Calibri" w:eastAsia="Calibri"/>
          <w:b w:val="0"/>
          <w:i w:val="0"/>
          <w:sz w:val="22"/>
        </w:rPr>
        <w:t>ETA 5 minutes. Crew: "Plenty of coffee-ground and a black stool. He's not jaundiced."</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talking, no blood in the mouth now, no stridor.</w:t>
      </w:r>
    </w:p>
    <w:p>
      <w:pPr>
        <w:spacing w:before="0" w:after="40" w:line="259" w:lineRule="auto"/>
      </w:pPr>
      <w:r>
        <w:rPr>
          <w:rFonts w:ascii="Calibri" w:hAnsi="Calibri" w:eastAsia="Calibri"/>
          <w:b w:val="0"/>
          <w:i w:val="0"/>
          <w:sz w:val="22"/>
        </w:rPr>
        <w:t>B — RR 22, clear, SpO2 96% air.</w:t>
      </w:r>
    </w:p>
    <w:p>
      <w:pPr>
        <w:spacing w:before="0" w:after="40" w:line="259" w:lineRule="auto"/>
      </w:pPr>
      <w:r>
        <w:rPr>
          <w:rFonts w:ascii="Calibri" w:hAnsi="Calibri" w:eastAsia="Calibri"/>
          <w:b w:val="0"/>
          <w:i w:val="0"/>
          <w:sz w:val="22"/>
        </w:rPr>
        <w:t>C — HR 122, BP 86/54, CRT 4 s, not jaundiced, abdomen soft, melaena on the glove.</w:t>
      </w:r>
    </w:p>
    <w:p>
      <w:pPr>
        <w:spacing w:before="0" w:after="40" w:line="259" w:lineRule="auto"/>
      </w:pPr>
      <w:r>
        <w:rPr>
          <w:rFonts w:ascii="Calibri" w:hAnsi="Calibri" w:eastAsia="Calibri"/>
          <w:b w:val="0"/>
          <w:i w:val="0"/>
          <w:sz w:val="22"/>
        </w:rPr>
        <w:t>D — GCS 14, BM 6.6.</w:t>
      </w:r>
    </w:p>
    <w:p>
      <w:pPr>
        <w:spacing w:before="0" w:after="40" w:line="259" w:lineRule="auto"/>
      </w:pPr>
      <w:r>
        <w:rPr>
          <w:rFonts w:ascii="Calibri" w:hAnsi="Calibri" w:eastAsia="Calibri"/>
          <w:b w:val="0"/>
          <w:i w:val="0"/>
          <w:sz w:val="22"/>
        </w:rPr>
        <w:t>E — no spider naevi, no caput, no known varices. NSAID use.</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Shocked, haematemesis, NSAIDs, no liver disease.</w:t>
      </w:r>
    </w:p>
    <w:p>
      <w:pPr>
        <w:spacing w:before="120" w:after="20" w:line="259" w:lineRule="auto"/>
        <w:shd w:fill="E8F5EC" w:val="clear"/>
      </w:pPr>
      <w:r>
        <w:rPr>
          <w:rFonts w:ascii="Calibri" w:hAnsi="Calibri" w:eastAsia="Calibri"/>
          <w:b/>
          <w:i w:val="0"/>
          <w:color w:val="146E3C"/>
          <w:sz w:val="22"/>
        </w:rPr>
        <w:t>A. [CORRECT] Blood</w:t>
      </w:r>
    </w:p>
    <w:p>
      <w:pPr>
        <w:spacing w:before="0" w:after="20" w:line="259" w:lineRule="auto"/>
      </w:pPr>
      <w:r>
        <w:rPr>
          <w:rFonts w:ascii="Calibri" w:hAnsi="Calibri" w:eastAsia="Calibri"/>
          <w:b w:val="0"/>
          <w:i/>
          <w:color w:val="282828"/>
          <w:sz w:val="22"/>
        </w:rPr>
        <w:t>Bay: O-neg up. Restrictive once he is circulating. PPI drawing. Gastro bleeped. Not a Sengstaken — there are no varices here.</w:t>
      </w:r>
    </w:p>
    <w:p>
      <w:pPr>
        <w:spacing w:before="0" w:after="40" w:line="259" w:lineRule="auto"/>
      </w:pPr>
      <w:r>
        <w:rPr>
          <w:rFonts w:ascii="Calibri" w:hAnsi="Calibri" w:eastAsia="Calibri"/>
          <w:b w:val="0"/>
          <w:i/>
          <w:color w:val="5A4614"/>
          <w:sz w:val="20"/>
        </w:rPr>
        <w:t>Reaction: sbp +8</w:t>
      </w:r>
    </w:p>
    <w:p>
      <w:pPr>
        <w:spacing w:before="80" w:after="40" w:line="259" w:lineRule="auto"/>
      </w:pPr>
      <w:r>
        <w:rPr>
          <w:rFonts w:ascii="Calibri" w:hAnsi="Calibri" w:eastAsia="Calibri"/>
          <w:b/>
          <w:i w:val="0"/>
          <w:color w:val="46326E"/>
          <w:sz w:val="22"/>
        </w:rPr>
        <w:t xml:space="preserve">    Follow-up: How much crystalloid first?</w:t>
      </w:r>
    </w:p>
    <w:p>
      <w:pPr>
        <w:spacing w:before="120" w:after="20" w:line="259" w:lineRule="auto"/>
        <w:shd w:fill="E8F5EC" w:val="clear"/>
      </w:pPr>
      <w:r>
        <w:rPr>
          <w:rFonts w:ascii="Calibri" w:hAnsi="Calibri" w:eastAsia="Calibri"/>
          <w:b/>
          <w:i w:val="0"/>
          <w:color w:val="146E3C"/>
          <w:sz w:val="22"/>
        </w:rPr>
        <w:t xml:space="preserve">    A. [CORRECT] Minimal — blood for shocked GI bleed, not 2 L of saline</w:t>
      </w:r>
    </w:p>
    <w:p>
      <w:pPr>
        <w:spacing w:before="0" w:after="20" w:line="259" w:lineRule="auto"/>
      </w:pPr>
      <w:r>
        <w:rPr>
          <w:rFonts w:ascii="Calibri" w:hAnsi="Calibri" w:eastAsia="Calibri"/>
          <w:b w:val="0"/>
          <w:i/>
          <w:color w:val="282828"/>
          <w:sz w:val="22"/>
        </w:rPr>
        <w:t xml:space="preserve">       Bay: NICE CG141. Permissive until circulating, then restrict.</w:t>
      </w:r>
    </w:p>
    <w:p>
      <w:pPr>
        <w:spacing w:before="120" w:after="20" w:line="259" w:lineRule="auto"/>
        <w:shd w:fill="F8E8E8" w:val="clear"/>
      </w:pPr>
      <w:r>
        <w:rPr>
          <w:rFonts w:ascii="Calibri" w:hAnsi="Calibri" w:eastAsia="Calibri"/>
          <w:b w:val="0"/>
          <w:i w:val="0"/>
          <w:color w:val="A02828"/>
          <w:sz w:val="22"/>
        </w:rPr>
        <w:t xml:space="preserve">    B. [WRONG] 2 L Hartmann's before any red cells</w:t>
      </w:r>
    </w:p>
    <w:p>
      <w:pPr>
        <w:spacing w:before="0" w:after="20" w:line="259" w:lineRule="auto"/>
      </w:pPr>
      <w:r>
        <w:rPr>
          <w:rFonts w:ascii="Calibri" w:hAnsi="Calibri" w:eastAsia="Calibri"/>
          <w:b w:val="0"/>
          <w:i/>
          <w:color w:val="282828"/>
          <w:sz w:val="22"/>
        </w:rPr>
        <w:t xml:space="preserve">       Bay: Dilution and clot disruption.</w:t>
      </w:r>
    </w:p>
    <w:p>
      <w:pPr>
        <w:spacing w:before="120" w:after="20" w:line="259" w:lineRule="auto"/>
        <w:shd w:fill="F8E8E8" w:val="clear"/>
      </w:pPr>
      <w:r>
        <w:rPr>
          <w:rFonts w:ascii="Calibri" w:hAnsi="Calibri" w:eastAsia="Calibri"/>
          <w:b w:val="0"/>
          <w:i w:val="0"/>
          <w:color w:val="A02828"/>
          <w:sz w:val="22"/>
        </w:rPr>
        <w:t xml:space="preserve">    C. [WRONG] No blood until a formal group and a Hb of 60</w:t>
      </w:r>
    </w:p>
    <w:p>
      <w:pPr>
        <w:spacing w:before="0" w:after="20" w:line="259" w:lineRule="auto"/>
      </w:pPr>
      <w:r>
        <w:rPr>
          <w:rFonts w:ascii="Calibri" w:hAnsi="Calibri" w:eastAsia="Calibri"/>
          <w:b w:val="0"/>
          <w:i/>
          <w:color w:val="282828"/>
          <w:sz w:val="22"/>
        </w:rPr>
        <w:t xml:space="preserve">       Bay: He is 86 systolic. O-neg exists.</w:t>
      </w:r>
    </w:p>
    <w:p>
      <w:pPr>
        <w:spacing w:before="120" w:after="20" w:line="259" w:lineRule="auto"/>
        <w:shd w:fill="F8E8E8" w:val="clear"/>
      </w:pPr>
      <w:r>
        <w:rPr>
          <w:rFonts w:ascii="Calibri" w:hAnsi="Calibri" w:eastAsia="Calibri"/>
          <w:b w:val="0"/>
          <w:i w:val="0"/>
          <w:color w:val="A02828"/>
          <w:sz w:val="22"/>
        </w:rPr>
        <w:t xml:space="preserve">    D. [WRONG] Platelets first, hold red cells</w:t>
      </w:r>
    </w:p>
    <w:p>
      <w:pPr>
        <w:spacing w:before="0" w:after="20" w:line="259" w:lineRule="auto"/>
      </w:pPr>
      <w:r>
        <w:rPr>
          <w:rFonts w:ascii="Calibri" w:hAnsi="Calibri" w:eastAsia="Calibri"/>
          <w:b w:val="0"/>
          <w:i/>
          <w:color w:val="282828"/>
          <w:sz w:val="22"/>
        </w:rPr>
        <w:t xml:space="preserve">       Bay: He needs oxygen-carrying blood.</w:t>
      </w:r>
    </w:p>
    <w:p>
      <w:pPr>
        <w:spacing w:before="120" w:after="20" w:line="259" w:lineRule="auto"/>
        <w:shd w:fill="F8E8E8" w:val="clear"/>
      </w:pPr>
      <w:r>
        <w:rPr>
          <w:rFonts w:ascii="Calibri" w:hAnsi="Calibri" w:eastAsia="Calibri"/>
          <w:b w:val="0"/>
          <w:i w:val="0"/>
          <w:color w:val="A02828"/>
          <w:sz w:val="22"/>
        </w:rPr>
        <w:t xml:space="preserve">    E. [WRONG] Albumin 20% as first-line</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B. [WRONG] 2 L crystalloid then reassess without blood</w:t>
      </w:r>
    </w:p>
    <w:p>
      <w:pPr>
        <w:spacing w:before="0" w:after="20" w:line="259" w:lineRule="auto"/>
      </w:pPr>
      <w:r>
        <w:rPr>
          <w:rFonts w:ascii="Calibri" w:hAnsi="Calibri" w:eastAsia="Calibri"/>
          <w:b w:val="0"/>
          <w:i/>
          <w:color w:val="282828"/>
          <w:sz w:val="22"/>
        </w:rPr>
        <w:t>Bay: He is bleeding.</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Sengstaken tube first-line</w:t>
      </w:r>
    </w:p>
    <w:p>
      <w:pPr>
        <w:spacing w:before="0" w:after="20" w:line="259" w:lineRule="auto"/>
      </w:pPr>
      <w:r>
        <w:rPr>
          <w:rFonts w:ascii="Calibri" w:hAnsi="Calibri" w:eastAsia="Calibri"/>
          <w:b w:val="0"/>
          <w:i/>
          <w:color w:val="282828"/>
          <w:sz w:val="22"/>
        </w:rPr>
        <w:t>Bay: No variceal story. You will tear an ulcer.</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Terlipressin as if this were varices</w:t>
      </w:r>
    </w:p>
    <w:p>
      <w:pPr>
        <w:spacing w:before="0" w:after="20" w:line="259" w:lineRule="auto"/>
      </w:pPr>
      <w:r>
        <w:rPr>
          <w:rFonts w:ascii="Calibri" w:hAnsi="Calibri" w:eastAsia="Calibri"/>
          <w:b w:val="0"/>
          <w:i/>
          <w:color w:val="282828"/>
          <w:sz w:val="22"/>
        </w:rPr>
        <w:t>Bay: Use when varices are likely. He has NSAID ulcer written on him — not the first drug.</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Discharge after a cup of tea</w:t>
      </w:r>
    </w:p>
    <w:p>
      <w:pPr>
        <w:spacing w:before="0" w:after="20" w:line="259" w:lineRule="auto"/>
      </w:pPr>
      <w:r>
        <w:rPr>
          <w:rFonts w:ascii="Calibri" w:hAnsi="Calibri" w:eastAsia="Calibri"/>
          <w:b w:val="0"/>
          <w:i/>
          <w:color w:val="282828"/>
          <w:sz w:val="22"/>
        </w:rPr>
        <w:t>Bay: 86 systolic.</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First unit up. Still 90 systolic. Gastro 15 minutes.</w:t>
      </w:r>
    </w:p>
    <w:p>
      <w:pPr>
        <w:spacing w:before="120" w:after="20" w:line="259" w:lineRule="auto"/>
        <w:shd w:fill="E8F5EC" w:val="clear"/>
      </w:pPr>
      <w:r>
        <w:rPr>
          <w:rFonts w:ascii="Calibri" w:hAnsi="Calibri" w:eastAsia="Calibri"/>
          <w:b/>
          <w:i w:val="0"/>
          <w:color w:val="146E3C"/>
          <w:sz w:val="22"/>
        </w:rPr>
        <w:t>A. [CORRECT] IV PPI and call for urgent endoscopy</w:t>
      </w:r>
    </w:p>
    <w:p>
      <w:pPr>
        <w:spacing w:before="0" w:after="20" w:line="259" w:lineRule="auto"/>
      </w:pPr>
      <w:r>
        <w:rPr>
          <w:rFonts w:ascii="Calibri" w:hAnsi="Calibri" w:eastAsia="Calibri"/>
          <w:b w:val="0"/>
          <w:i/>
          <w:color w:val="282828"/>
          <w:sz w:val="22"/>
        </w:rPr>
        <w:t>Bay: Pantoprazole / omeprazole infusion as local. He stays. TXA is a conversation — HALT-IT was not a win, so do not delay endoscopy for it.</w:t>
      </w:r>
    </w:p>
    <w:p>
      <w:pPr>
        <w:spacing w:before="0" w:after="40" w:line="259" w:lineRule="auto"/>
      </w:pPr>
      <w:r>
        <w:rPr>
          <w:rFonts w:ascii="Calibri" w:hAnsi="Calibri" w:eastAsia="Calibri"/>
          <w:b w:val="0"/>
          <w:i/>
          <w:color w:val="5A4614"/>
          <w:sz w:val="20"/>
        </w:rPr>
        <w:t>Reaction: sbp +6</w:t>
      </w:r>
    </w:p>
    <w:p>
      <w:pPr>
        <w:spacing w:before="80" w:after="40" w:line="259" w:lineRule="auto"/>
      </w:pPr>
      <w:r>
        <w:rPr>
          <w:rFonts w:ascii="Calibri" w:hAnsi="Calibri" w:eastAsia="Calibri"/>
          <w:b/>
          <w:i w:val="0"/>
          <w:color w:val="46326E"/>
          <w:sz w:val="22"/>
        </w:rPr>
        <w:t xml:space="preserve">    Follow-up: When endoscopy?</w:t>
      </w:r>
    </w:p>
    <w:p>
      <w:pPr>
        <w:spacing w:before="120" w:after="20" w:line="259" w:lineRule="auto"/>
        <w:shd w:fill="E8F5EC" w:val="clear"/>
      </w:pPr>
      <w:r>
        <w:rPr>
          <w:rFonts w:ascii="Calibri" w:hAnsi="Calibri" w:eastAsia="Calibri"/>
          <w:b/>
          <w:i w:val="0"/>
          <w:color w:val="146E3C"/>
          <w:sz w:val="22"/>
        </w:rPr>
        <w:t xml:space="preserve">    A. [CORRECT] Immediate if shocked / ongoing bleed; otherwise within 24 hours — this man is now</w:t>
      </w:r>
    </w:p>
    <w:p>
      <w:pPr>
        <w:spacing w:before="0" w:after="20" w:line="259" w:lineRule="auto"/>
      </w:pPr>
      <w:r>
        <w:rPr>
          <w:rFonts w:ascii="Calibri" w:hAnsi="Calibri" w:eastAsia="Calibri"/>
          <w:b w:val="0"/>
          <w:i/>
          <w:color w:val="282828"/>
          <w:sz w:val="22"/>
        </w:rPr>
        <w:t xml:space="preserve">       Bay: NICE: unstable = urgent.</w:t>
      </w:r>
    </w:p>
    <w:p>
      <w:pPr>
        <w:spacing w:before="120" w:after="20" w:line="259" w:lineRule="auto"/>
        <w:shd w:fill="F8E8E8" w:val="clear"/>
      </w:pPr>
      <w:r>
        <w:rPr>
          <w:rFonts w:ascii="Calibri" w:hAnsi="Calibri" w:eastAsia="Calibri"/>
          <w:b w:val="0"/>
          <w:i w:val="0"/>
          <w:color w:val="A02828"/>
          <w:sz w:val="22"/>
        </w:rPr>
        <w:t xml:space="preserve">    B. [WRONG] Next available outpatient list in 6 weeks</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C. [WRONG] Only after a 3-day PPI and a repeat Hb</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D. [WRONG] Colonoscopy first because of melaena</w:t>
      </w:r>
    </w:p>
    <w:p>
      <w:pPr>
        <w:spacing w:before="0" w:after="20" w:line="259" w:lineRule="auto"/>
      </w:pPr>
      <w:r>
        <w:rPr>
          <w:rFonts w:ascii="Calibri" w:hAnsi="Calibri" w:eastAsia="Calibri"/>
          <w:b w:val="0"/>
          <w:i/>
          <w:color w:val="282828"/>
          <w:sz w:val="22"/>
        </w:rPr>
        <w:t xml:space="preserve">       Bay: Upper first in haematemesis and shock.</w:t>
      </w:r>
    </w:p>
    <w:p>
      <w:pPr>
        <w:spacing w:before="120" w:after="20" w:line="259" w:lineRule="auto"/>
        <w:shd w:fill="F8E8E8" w:val="clear"/>
      </w:pPr>
      <w:r>
        <w:rPr>
          <w:rFonts w:ascii="Calibri" w:hAnsi="Calibri" w:eastAsia="Calibri"/>
          <w:b w:val="0"/>
          <w:i w:val="0"/>
          <w:color w:val="A02828"/>
          <w:sz w:val="22"/>
        </w:rPr>
        <w:t xml:space="preserve">    E. [WRONG] Laparotomy without endoscopy as default</w:t>
      </w:r>
    </w:p>
    <w:p>
      <w:pPr>
        <w:spacing w:before="0" w:after="20" w:line="259" w:lineRule="auto"/>
      </w:pPr>
      <w:r>
        <w:rPr>
          <w:rFonts w:ascii="Calibri" w:hAnsi="Calibri" w:eastAsia="Calibri"/>
          <w:b w:val="0"/>
          <w:i/>
          <w:color w:val="282828"/>
          <w:sz w:val="22"/>
        </w:rPr>
        <w:t xml:space="preserve">       Bay: Endoscopy first unless he arrests in front of you from it.</w:t>
      </w:r>
    </w:p>
    <w:p>
      <w:pPr>
        <w:spacing w:before="120" w:after="20" w:line="259" w:lineRule="auto"/>
        <w:shd w:fill="F8E8E8" w:val="clear"/>
      </w:pPr>
      <w:r>
        <w:rPr>
          <w:rFonts w:ascii="Calibri" w:hAnsi="Calibri" w:eastAsia="Calibri"/>
          <w:b w:val="0"/>
          <w:i w:val="0"/>
          <w:color w:val="A02828"/>
          <w:sz w:val="22"/>
        </w:rPr>
        <w:t>B. [WRONG] Terlipressin and a Sengstaken as default</w:t>
      </w:r>
    </w:p>
    <w:p>
      <w:pPr>
        <w:spacing w:before="0" w:after="20" w:line="259" w:lineRule="auto"/>
      </w:pPr>
      <w:r>
        <w:rPr>
          <w:rFonts w:ascii="Calibri" w:hAnsi="Calibri" w:eastAsia="Calibri"/>
          <w:b w:val="0"/>
          <w:i/>
          <w:color w:val="282828"/>
          <w:sz w:val="22"/>
        </w:rPr>
        <w:t>Bay: Wrong phenotype.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Heparin infusion to 'protect a possible ACS'</w:t>
      </w:r>
    </w:p>
    <w:p>
      <w:pPr>
        <w:spacing w:before="0" w:after="20" w:line="259" w:lineRule="auto"/>
      </w:pPr>
      <w:r>
        <w:rPr>
          <w:rFonts w:ascii="Calibri" w:hAnsi="Calibri" w:eastAsia="Calibri"/>
          <w:b w:val="0"/>
          <w:i/>
          <w:color w:val="282828"/>
          <w:sz w:val="22"/>
        </w:rPr>
        <w:t>Bay: He is bleeding.</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Aspirin and ticagrelor because he had a back pain</w:t>
      </w:r>
    </w:p>
    <w:p>
      <w:pPr>
        <w:spacing w:before="0" w:after="20" w:line="259" w:lineRule="auto"/>
      </w:pPr>
      <w:r>
        <w:rPr>
          <w:rFonts w:ascii="Calibri" w:hAnsi="Calibri" w:eastAsia="Calibri"/>
          <w:b w:val="0"/>
          <w:i/>
          <w:color w:val="282828"/>
          <w:sz w:val="22"/>
        </w:rPr>
        <w:t>Bay: NSAID ulcer, shocked.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NGT lavage until the water runs clear then home</w:t>
      </w:r>
    </w:p>
    <w:p>
      <w:pPr>
        <w:spacing w:before="0" w:after="20" w:line="259" w:lineRule="auto"/>
      </w:pPr>
      <w:r>
        <w:rPr>
          <w:rFonts w:ascii="Calibri" w:hAnsi="Calibri" w:eastAsia="Calibri"/>
          <w:b w:val="0"/>
          <w:i/>
          <w:color w:val="282828"/>
          <w:sz w:val="22"/>
        </w:rPr>
        <w:t>Bay: No.</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Gastro are coming. Send labs.</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7.30  pCO2 4.4  pO2 11.8  HCO3 16  BE −8  lactate 4.2  K+ 4.0  Hb 78  Hb on gas</w:t>
      </w:r>
    </w:p>
    <w:p>
      <w:pPr>
        <w:spacing w:before="0" w:after="40" w:line="259" w:lineRule="auto"/>
      </w:pPr>
      <w:r>
        <w:rPr>
          <w:rFonts w:ascii="Calibri" w:hAnsi="Calibri" w:eastAsia="Calibri"/>
          <w:b w:val="0"/>
          <w:i w:val="0"/>
          <w:sz w:val="22"/>
        </w:rPr>
        <w:t>Blood loss. The lab Hb may be higher until you dilute him.</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6.6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sinus-tach</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Concentrated. Not the source.</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82   WCC 12.2   Plt 168</w:t>
      </w:r>
    </w:p>
    <w:p>
      <w:pPr>
        <w:spacing w:before="0" w:after="40" w:line="259" w:lineRule="auto"/>
      </w:pPr>
      <w:r>
        <w:rPr>
          <w:rFonts w:ascii="Calibri" w:hAnsi="Calibri" w:eastAsia="Calibri"/>
          <w:b w:val="0"/>
          <w:i w:val="0"/>
          <w:sz w:val="22"/>
        </w:rPr>
        <w:t>ue: Na 138   K 4.0   urea 18.4   creat 88</w:t>
      </w:r>
    </w:p>
    <w:p>
      <w:pPr>
        <w:spacing w:before="0" w:after="40" w:line="259" w:lineRule="auto"/>
      </w:pPr>
      <w:r>
        <w:rPr>
          <w:rFonts w:ascii="Calibri" w:hAnsi="Calibri" w:eastAsia="Calibri"/>
          <w:b w:val="0"/>
          <w:i w:val="0"/>
          <w:sz w:val="22"/>
        </w:rPr>
        <w:t>coag: PT 13 s   APTT 31 s</w:t>
      </w:r>
    </w:p>
    <w:p>
      <w:pPr>
        <w:spacing w:before="0" w:after="40" w:line="259" w:lineRule="auto"/>
      </w:pPr>
      <w:r>
        <w:rPr>
          <w:rFonts w:ascii="Calibri" w:hAnsi="Calibri" w:eastAsia="Calibri"/>
          <w:b w:val="0"/>
          <w:i w:val="0"/>
          <w:sz w:val="22"/>
        </w:rPr>
        <w:t>inr: 1.2</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Hb 82, urea 18, INR 1.2. Review — then decide.</w:t>
      </w:r>
    </w:p>
    <w:p>
      <w:pPr>
        <w:spacing w:before="120" w:after="20" w:line="259" w:lineRule="auto"/>
        <w:shd w:fill="E8F5EC" w:val="clear"/>
      </w:pPr>
      <w:r>
        <w:rPr>
          <w:rFonts w:ascii="Calibri" w:hAnsi="Calibri" w:eastAsia="Calibri"/>
          <w:b/>
          <w:i w:val="0"/>
          <w:color w:val="146E3C"/>
          <w:sz w:val="22"/>
        </w:rPr>
        <w:t>A. [CORRECT] Keep blood coming to a restrictive target once he is no longer shocked, endoscopy now</w:t>
      </w:r>
    </w:p>
    <w:p>
      <w:pPr>
        <w:spacing w:before="0" w:after="20" w:line="259" w:lineRule="auto"/>
      </w:pPr>
      <w:r>
        <w:rPr>
          <w:rFonts w:ascii="Calibri" w:hAnsi="Calibri" w:eastAsia="Calibri"/>
          <w:b w:val="0"/>
          <w:i/>
          <w:color w:val="282828"/>
          <w:sz w:val="22"/>
        </w:rPr>
        <w:t>Bay: NICE: Hb trigger 70–80 once stable. He is not stable yet.</w:t>
      </w:r>
    </w:p>
    <w:p>
      <w:pPr>
        <w:spacing w:before="80" w:after="40" w:line="259" w:lineRule="auto"/>
      </w:pPr>
      <w:r>
        <w:rPr>
          <w:rFonts w:ascii="Calibri" w:hAnsi="Calibri" w:eastAsia="Calibri"/>
          <w:b/>
          <w:i w:val="0"/>
          <w:color w:val="46326E"/>
          <w:sz w:val="22"/>
        </w:rPr>
        <w:t xml:space="preserve">    Follow-up: Target Hb once circulating?</w:t>
      </w:r>
    </w:p>
    <w:p>
      <w:pPr>
        <w:spacing w:before="120" w:after="20" w:line="259" w:lineRule="auto"/>
        <w:shd w:fill="E8F5EC" w:val="clear"/>
      </w:pPr>
      <w:r>
        <w:rPr>
          <w:rFonts w:ascii="Calibri" w:hAnsi="Calibri" w:eastAsia="Calibri"/>
          <w:b/>
          <w:i w:val="0"/>
          <w:color w:val="146E3C"/>
          <w:sz w:val="22"/>
        </w:rPr>
        <w:t xml:space="preserve">    A. [CORRECT] Around 70–80 g/L in an otherwise well bleed — higher if ACS</w:t>
      </w:r>
    </w:p>
    <w:p>
      <w:pPr>
        <w:spacing w:before="0" w:after="20" w:line="259" w:lineRule="auto"/>
      </w:pPr>
      <w:r>
        <w:rPr>
          <w:rFonts w:ascii="Calibri" w:hAnsi="Calibri" w:eastAsia="Calibri"/>
          <w:b w:val="0"/>
          <w:i/>
          <w:color w:val="282828"/>
          <w:sz w:val="22"/>
        </w:rPr>
        <w:t xml:space="preserve">       Bay: Restrictive transfusion.</w:t>
      </w:r>
    </w:p>
    <w:p>
      <w:pPr>
        <w:spacing w:before="120" w:after="20" w:line="259" w:lineRule="auto"/>
        <w:shd w:fill="F8E8E8" w:val="clear"/>
      </w:pPr>
      <w:r>
        <w:rPr>
          <w:rFonts w:ascii="Calibri" w:hAnsi="Calibri" w:eastAsia="Calibri"/>
          <w:b w:val="0"/>
          <w:i w:val="0"/>
          <w:color w:val="A02828"/>
          <w:sz w:val="22"/>
        </w:rPr>
        <w:t xml:space="preserve">    B. [WRONG] 150 g/L because more is better</w:t>
      </w:r>
    </w:p>
    <w:p>
      <w:pPr>
        <w:spacing w:before="0" w:after="20" w:line="259" w:lineRule="auto"/>
      </w:pPr>
      <w:r>
        <w:rPr>
          <w:rFonts w:ascii="Calibri" w:hAnsi="Calibri" w:eastAsia="Calibri"/>
          <w:b w:val="0"/>
          <w:i/>
          <w:color w:val="282828"/>
          <w:sz w:val="22"/>
        </w:rPr>
        <w:t xml:space="preserve">       Bay: Over-transfusion harms.</w:t>
      </w:r>
    </w:p>
    <w:p>
      <w:pPr>
        <w:spacing w:before="120" w:after="20" w:line="259" w:lineRule="auto"/>
        <w:shd w:fill="F8E8E8" w:val="clear"/>
      </w:pPr>
      <w:r>
        <w:rPr>
          <w:rFonts w:ascii="Calibri" w:hAnsi="Calibri" w:eastAsia="Calibri"/>
          <w:b w:val="0"/>
          <w:i w:val="0"/>
          <w:color w:val="A02828"/>
          <w:sz w:val="22"/>
        </w:rPr>
        <w:t xml:space="preserve">    C. [WRONG] Ignore Hb and give 6 units no matter what</w:t>
      </w:r>
    </w:p>
    <w:p>
      <w:pPr>
        <w:spacing w:before="0" w:after="20" w:line="259" w:lineRule="auto"/>
      </w:pPr>
      <w:r>
        <w:rPr>
          <w:rFonts w:ascii="Calibri" w:hAnsi="Calibri" w:eastAsia="Calibri"/>
          <w:b w:val="0"/>
          <w:i/>
          <w:color w:val="282828"/>
          <w:sz w:val="22"/>
        </w:rPr>
        <w:t xml:space="preserve">       Bay: Massive protocol if he pours — otherwise restrict.</w:t>
      </w:r>
    </w:p>
    <w:p>
      <w:pPr>
        <w:spacing w:before="120" w:after="20" w:line="259" w:lineRule="auto"/>
        <w:shd w:fill="F8E8E8" w:val="clear"/>
      </w:pPr>
      <w:r>
        <w:rPr>
          <w:rFonts w:ascii="Calibri" w:hAnsi="Calibri" w:eastAsia="Calibri"/>
          <w:b w:val="0"/>
          <w:i w:val="0"/>
          <w:color w:val="A02828"/>
          <w:sz w:val="22"/>
        </w:rPr>
        <w:t xml:space="preserve">    D. [WRONG] No further blood because 82 is 'fine' while he is 86 systolic</w:t>
      </w:r>
    </w:p>
    <w:p>
      <w:pPr>
        <w:spacing w:before="0" w:after="20" w:line="259" w:lineRule="auto"/>
      </w:pPr>
      <w:r>
        <w:rPr>
          <w:rFonts w:ascii="Calibri" w:hAnsi="Calibri" w:eastAsia="Calibri"/>
          <w:b w:val="0"/>
          <w:i/>
          <w:color w:val="282828"/>
          <w:sz w:val="22"/>
        </w:rPr>
        <w:t xml:space="preserve">       Bay: Treat the shock.</w:t>
      </w:r>
    </w:p>
    <w:p>
      <w:pPr>
        <w:spacing w:before="120" w:after="20" w:line="259" w:lineRule="auto"/>
        <w:shd w:fill="F8E8E8" w:val="clear"/>
      </w:pPr>
      <w:r>
        <w:rPr>
          <w:rFonts w:ascii="Calibri" w:hAnsi="Calibri" w:eastAsia="Calibri"/>
          <w:b w:val="0"/>
          <w:i w:val="0"/>
          <w:color w:val="A02828"/>
          <w:sz w:val="22"/>
        </w:rPr>
        <w:t xml:space="preserve">    E. [WRONG] Iron tablets instead of endoscopy</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B. [WRONG] Transfuse to 150 g/L before anyone looks in the stomach</w:t>
      </w:r>
    </w:p>
    <w:p>
      <w:pPr>
        <w:spacing w:before="0" w:after="20" w:line="259" w:lineRule="auto"/>
      </w:pPr>
      <w:r>
        <w:rPr>
          <w:rFonts w:ascii="Calibri" w:hAnsi="Calibri" w:eastAsia="Calibri"/>
          <w:b w:val="0"/>
          <w:i/>
          <w:color w:val="282828"/>
          <w:sz w:val="22"/>
        </w:rPr>
        <w:t>Bay: Restrictive.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Warfarin because urea is 18</w:t>
      </w:r>
    </w:p>
    <w:p>
      <w:pPr>
        <w:spacing w:before="0" w:after="20" w:line="259" w:lineRule="auto"/>
      </w:pPr>
      <w:r>
        <w:rPr>
          <w:rFonts w:ascii="Calibri" w:hAnsi="Calibri" w:eastAsia="Calibri"/>
          <w:b w:val="0"/>
          <w:i/>
          <w:color w:val="282828"/>
          <w:sz w:val="22"/>
        </w:rPr>
        <w:t>Bay: Urea is digested blood. Do not anticoagulate.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Octreotide as first-line for all bleeds</w:t>
      </w:r>
    </w:p>
    <w:p>
      <w:pPr>
        <w:spacing w:before="0" w:after="20" w:line="259" w:lineRule="auto"/>
      </w:pPr>
      <w:r>
        <w:rPr>
          <w:rFonts w:ascii="Calibri" w:hAnsi="Calibri" w:eastAsia="Calibri"/>
          <w:b w:val="0"/>
          <w:i/>
          <w:color w:val="282828"/>
          <w:sz w:val="22"/>
        </w:rPr>
        <w:t>Bay: Variceal adjunct. Not the NSAID ulcer first syringe.</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CT abdomen instead of endoscopy</w:t>
      </w:r>
    </w:p>
    <w:p>
      <w:pPr>
        <w:spacing w:before="0" w:after="20" w:line="259" w:lineRule="auto"/>
      </w:pPr>
      <w:r>
        <w:rPr>
          <w:rFonts w:ascii="Calibri" w:hAnsi="Calibri" w:eastAsia="Calibri"/>
          <w:b w:val="0"/>
          <w:i/>
          <w:color w:val="282828"/>
          <w:sz w:val="22"/>
        </w:rPr>
        <w:t>Bay: The ulcer is seen with a scope.</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Wife has the tablet box.</w:t>
      </w:r>
    </w:p>
    <w:p>
      <w:pPr>
        <w:spacing w:before="120" w:after="20" w:line="259" w:lineRule="auto"/>
        <w:shd w:fill="E8F5EC" w:val="clear"/>
      </w:pPr>
      <w:r>
        <w:rPr>
          <w:rFonts w:ascii="Calibri" w:hAnsi="Calibri" w:eastAsia="Calibri"/>
          <w:b/>
          <w:i w:val="0"/>
          <w:color w:val="146E3C"/>
          <w:sz w:val="22"/>
        </w:rPr>
        <w:t>A. [CORRECT] NSAIDs, antiplatelets, anticoagulants, alcohol, previous ulcer, liver history</w:t>
      </w:r>
    </w:p>
    <w:p>
      <w:pPr>
        <w:spacing w:before="0" w:after="20" w:line="259" w:lineRule="auto"/>
      </w:pPr>
      <w:r>
        <w:rPr>
          <w:rFonts w:ascii="Calibri" w:hAnsi="Calibri" w:eastAsia="Calibri"/>
          <w:b w:val="0"/>
          <w:i/>
          <w:color w:val="282828"/>
          <w:sz w:val="22"/>
        </w:rPr>
        <w:t>Bay: Ibuprofen a week, no liver, drinks 4 units a night, no varices known.</w:t>
      </w:r>
    </w:p>
    <w:p>
      <w:pPr>
        <w:spacing w:before="120" w:after="20" w:line="259" w:lineRule="auto"/>
        <w:shd w:fill="E8F5EC" w:val="clear"/>
      </w:pPr>
      <w:r>
        <w:rPr>
          <w:rFonts w:ascii="Calibri" w:hAnsi="Calibri" w:eastAsia="Calibri"/>
          <w:b/>
          <w:i w:val="0"/>
          <w:color w:val="146E3C"/>
          <w:sz w:val="22"/>
        </w:rPr>
        <w:t>B. [CORRECT] Rockall / Blatchford in your head — he is high-risk</w:t>
      </w:r>
    </w:p>
    <w:p>
      <w:pPr>
        <w:spacing w:before="0" w:after="20" w:line="259" w:lineRule="auto"/>
      </w:pPr>
      <w:r>
        <w:rPr>
          <w:rFonts w:ascii="Calibri" w:hAnsi="Calibri" w:eastAsia="Calibri"/>
          <w:b w:val="0"/>
          <w:i/>
          <w:color w:val="282828"/>
          <w:sz w:val="22"/>
        </w:rPr>
        <w:t>Bay: Shock and melaena. He stays.</w:t>
      </w:r>
    </w:p>
    <w:p>
      <w:pPr>
        <w:spacing w:before="120" w:after="20" w:line="259" w:lineRule="auto"/>
        <w:shd w:fill="E8F5EC" w:val="clear"/>
      </w:pPr>
      <w:r>
        <w:rPr>
          <w:rFonts w:ascii="Calibri" w:hAnsi="Calibri" w:eastAsia="Calibri"/>
          <w:b/>
          <w:i w:val="0"/>
          <w:color w:val="146E3C"/>
          <w:sz w:val="22"/>
        </w:rPr>
        <w:t>C. [CORRECT] Major haemorrhage protocol if he pours again</w:t>
      </w:r>
    </w:p>
    <w:p>
      <w:pPr>
        <w:spacing w:before="0" w:after="20" w:line="259" w:lineRule="auto"/>
      </w:pPr>
      <w:r>
        <w:rPr>
          <w:rFonts w:ascii="Calibri" w:hAnsi="Calibri" w:eastAsia="Calibri"/>
          <w:b w:val="0"/>
          <w:i/>
          <w:color w:val="282828"/>
          <w:sz w:val="22"/>
        </w:rPr>
        <w:t>Bay: Primed.</w:t>
      </w:r>
    </w:p>
    <w:p>
      <w:pPr>
        <w:spacing w:before="120" w:after="20" w:line="259" w:lineRule="auto"/>
        <w:shd w:fill="F8E8E8" w:val="clear"/>
      </w:pPr>
      <w:r>
        <w:rPr>
          <w:rFonts w:ascii="Calibri" w:hAnsi="Calibri" w:eastAsia="Calibri"/>
          <w:b w:val="0"/>
          <w:i w:val="0"/>
          <w:color w:val="A02828"/>
          <w:sz w:val="22"/>
        </w:rPr>
        <w:t>D. [WRONG] Let him eat a sandwich so the scope has something to see</w:t>
      </w:r>
    </w:p>
    <w:p>
      <w:pPr>
        <w:spacing w:before="0" w:after="20" w:line="259" w:lineRule="auto"/>
      </w:pPr>
      <w:r>
        <w:rPr>
          <w:rFonts w:ascii="Calibri" w:hAnsi="Calibri" w:eastAsia="Calibri"/>
          <w:b w:val="0"/>
          <w:i/>
          <w:color w:val="282828"/>
          <w:sz w:val="22"/>
        </w:rPr>
        <w:t>Bay: NBM.</w:t>
      </w:r>
    </w:p>
    <w:p>
      <w:pPr>
        <w:spacing w:before="120" w:after="20" w:line="259" w:lineRule="auto"/>
        <w:shd w:fill="F8E8E8" w:val="clear"/>
      </w:pPr>
      <w:r>
        <w:rPr>
          <w:rFonts w:ascii="Calibri" w:hAnsi="Calibri" w:eastAsia="Calibri"/>
          <w:b w:val="0"/>
          <w:i w:val="0"/>
          <w:color w:val="A02828"/>
          <w:sz w:val="22"/>
        </w:rPr>
        <w:t>E. [WRONG] Send him to the waiting room with a vomit bowl</w:t>
      </w:r>
    </w:p>
    <w:p>
      <w:pPr>
        <w:spacing w:before="0" w:after="20" w:line="259" w:lineRule="auto"/>
      </w:pPr>
      <w:r>
        <w:rPr>
          <w:rFonts w:ascii="Calibri" w:hAnsi="Calibri" w:eastAsia="Calibri"/>
          <w:b w:val="0"/>
          <w:i/>
          <w:color w:val="282828"/>
          <w:sz w:val="22"/>
        </w:rPr>
        <w:t>Bay: 86 systolic.</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Peptic ulcer bleed (NSAID), haemorrhagic shock</w:t>
      </w:r>
    </w:p>
    <w:p>
      <w:pPr>
        <w:spacing w:before="0" w:after="20" w:line="259" w:lineRule="auto"/>
      </w:pPr>
      <w:r>
        <w:rPr>
          <w:rFonts w:ascii="Calibri" w:hAnsi="Calibri" w:eastAsia="Calibri"/>
          <w:b w:val="0"/>
          <w:i/>
          <w:color w:val="282828"/>
          <w:sz w:val="22"/>
        </w:rPr>
        <w:t>Bay: No liver, NSAIDs, urea up, melaena. Blood, PPI, endoscopy.</w:t>
      </w:r>
    </w:p>
    <w:p>
      <w:pPr>
        <w:spacing w:before="120" w:after="20" w:line="259" w:lineRule="auto"/>
        <w:shd w:fill="F8E8E8" w:val="clear"/>
      </w:pPr>
      <w:r>
        <w:rPr>
          <w:rFonts w:ascii="Calibri" w:hAnsi="Calibri" w:eastAsia="Calibri"/>
          <w:b w:val="0"/>
          <w:i w:val="0"/>
          <w:color w:val="A02828"/>
          <w:sz w:val="22"/>
        </w:rPr>
        <w:t>B. [WRONG] Variceal bleed as the most likely</w:t>
      </w:r>
    </w:p>
    <w:p>
      <w:pPr>
        <w:spacing w:before="0" w:after="20" w:line="259" w:lineRule="auto"/>
      </w:pPr>
      <w:r>
        <w:rPr>
          <w:rFonts w:ascii="Calibri" w:hAnsi="Calibri" w:eastAsia="Calibri"/>
          <w:b w:val="0"/>
          <w:i/>
          <w:color w:val="282828"/>
          <w:sz w:val="22"/>
        </w:rPr>
        <w:t>Bay: No liver phenotype. Still call gastro — they will look.</w:t>
      </w:r>
    </w:p>
    <w:p>
      <w:pPr>
        <w:spacing w:before="120" w:after="20" w:line="259" w:lineRule="auto"/>
        <w:shd w:fill="F8E8E8" w:val="clear"/>
      </w:pPr>
      <w:r>
        <w:rPr>
          <w:rFonts w:ascii="Calibri" w:hAnsi="Calibri" w:eastAsia="Calibri"/>
          <w:b w:val="0"/>
          <w:i w:val="0"/>
          <w:color w:val="A02828"/>
          <w:sz w:val="22"/>
        </w:rPr>
        <w:t>C. [WRONG] Mesenteric ischaemia as the lead</w:t>
      </w:r>
    </w:p>
    <w:p>
      <w:pPr>
        <w:spacing w:before="0" w:after="20" w:line="259" w:lineRule="auto"/>
      </w:pPr>
      <w:r>
        <w:rPr>
          <w:rFonts w:ascii="Calibri" w:hAnsi="Calibri" w:eastAsia="Calibri"/>
          <w:b w:val="0"/>
          <w:i/>
          <w:color w:val="282828"/>
          <w:sz w:val="22"/>
        </w:rPr>
        <w:t>Bay: Haematemesis is upper GI.</w:t>
      </w:r>
    </w:p>
    <w:p>
      <w:pPr>
        <w:spacing w:before="120" w:after="20" w:line="259" w:lineRule="auto"/>
        <w:shd w:fill="F8E8E8" w:val="clear"/>
      </w:pPr>
      <w:r>
        <w:rPr>
          <w:rFonts w:ascii="Calibri" w:hAnsi="Calibri" w:eastAsia="Calibri"/>
          <w:b w:val="0"/>
          <w:i w:val="0"/>
          <w:color w:val="A02828"/>
          <w:sz w:val="22"/>
        </w:rPr>
        <w:t>D. [WRONG] Iron-deficiency clinic case</w:t>
      </w:r>
    </w:p>
    <w:p>
      <w:pPr>
        <w:spacing w:before="0" w:after="20" w:line="259" w:lineRule="auto"/>
      </w:pPr>
      <w:r>
        <w:rPr>
          <w:rFonts w:ascii="Calibri" w:hAnsi="Calibri" w:eastAsia="Calibri"/>
          <w:b w:val="0"/>
          <w:i/>
          <w:color w:val="282828"/>
          <w:sz w:val="22"/>
        </w:rPr>
        <w:t>Bay: He is shocked.</w:t>
      </w:r>
    </w:p>
    <w:p>
      <w:pPr>
        <w:spacing w:before="120" w:after="20" w:line="259" w:lineRule="auto"/>
        <w:shd w:fill="F8E8E8" w:val="clear"/>
      </w:pPr>
      <w:r>
        <w:rPr>
          <w:rFonts w:ascii="Calibri" w:hAnsi="Calibri" w:eastAsia="Calibri"/>
          <w:b w:val="0"/>
          <w:i w:val="0"/>
          <w:color w:val="A02828"/>
          <w:sz w:val="22"/>
        </w:rPr>
        <w:t>E. [WRONG] Mallory–Weiss only, discharge</w:t>
      </w:r>
    </w:p>
    <w:p>
      <w:pPr>
        <w:spacing w:before="0" w:after="20" w:line="259" w:lineRule="auto"/>
      </w:pPr>
      <w:r>
        <w:rPr>
          <w:rFonts w:ascii="Calibri" w:hAnsi="Calibri" w:eastAsia="Calibri"/>
          <w:b w:val="0"/>
          <w:i/>
          <w:color w:val="282828"/>
          <w:sz w:val="22"/>
        </w:rPr>
        <w:t>Bay: Possible, but shock decides the bed.</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He vomits a bowl of fresh blood. BP 74.</w:t>
      </w:r>
    </w:p>
    <w:p>
      <w:pPr>
        <w:spacing w:before="120" w:after="20" w:line="259" w:lineRule="auto"/>
        <w:shd w:fill="E8F5EC" w:val="clear"/>
      </w:pPr>
      <w:r>
        <w:rPr>
          <w:rFonts w:ascii="Calibri" w:hAnsi="Calibri" w:eastAsia="Calibri"/>
          <w:b/>
          <w:i w:val="0"/>
          <w:color w:val="146E3C"/>
          <w:sz w:val="22"/>
        </w:rPr>
        <w:t>A. [CORRECT] Massive haemorrhage protocol, airway if needed, gastro now — theatre if they cannot</w:t>
      </w:r>
    </w:p>
    <w:p>
      <w:pPr>
        <w:spacing w:before="0" w:after="20" w:line="259" w:lineRule="auto"/>
      </w:pPr>
      <w:r>
        <w:rPr>
          <w:rFonts w:ascii="Calibri" w:hAnsi="Calibri" w:eastAsia="Calibri"/>
          <w:b w:val="0"/>
          <w:i/>
          <w:color w:val="282828"/>
          <w:sz w:val="22"/>
        </w:rPr>
        <w:t>Bay: Second O-neg. You stay at the head. Sengstaken is not your first thought without varices.</w:t>
      </w:r>
    </w:p>
    <w:p>
      <w:pPr>
        <w:spacing w:before="0" w:after="40" w:line="259" w:lineRule="auto"/>
      </w:pPr>
      <w:r>
        <w:rPr>
          <w:rFonts w:ascii="Calibri" w:hAnsi="Calibri" w:eastAsia="Calibri"/>
          <w:b w:val="0"/>
          <w:i/>
          <w:color w:val="5A4614"/>
          <w:sz w:val="20"/>
        </w:rPr>
        <w:t>Reaction: hr +10, sbp -6</w:t>
      </w:r>
    </w:p>
    <w:p>
      <w:pPr>
        <w:spacing w:before="80" w:after="40" w:line="259" w:lineRule="auto"/>
      </w:pPr>
      <w:r>
        <w:rPr>
          <w:rFonts w:ascii="Calibri" w:hAnsi="Calibri" w:eastAsia="Calibri"/>
          <w:b/>
          <w:i w:val="0"/>
          <w:color w:val="46326E"/>
          <w:sz w:val="22"/>
        </w:rPr>
        <w:t xml:space="preserve">    Follow-up: Airway?</w:t>
      </w:r>
    </w:p>
    <w:p>
      <w:pPr>
        <w:spacing w:before="120" w:after="20" w:line="259" w:lineRule="auto"/>
        <w:shd w:fill="E8F5EC" w:val="clear"/>
      </w:pPr>
      <w:r>
        <w:rPr>
          <w:rFonts w:ascii="Calibri" w:hAnsi="Calibri" w:eastAsia="Calibri"/>
          <w:b/>
          <w:i w:val="0"/>
          <w:color w:val="146E3C"/>
          <w:sz w:val="22"/>
        </w:rPr>
        <w:t xml:space="preserve">    A. [CORRECT] RSI if he cannot protect or is pouring — then endoscopy, not a trip to CT</w:t>
      </w:r>
    </w:p>
    <w:p>
      <w:pPr>
        <w:spacing w:before="0" w:after="20" w:line="259" w:lineRule="auto"/>
      </w:pPr>
      <w:r>
        <w:rPr>
          <w:rFonts w:ascii="Calibri" w:hAnsi="Calibri" w:eastAsia="Calibri"/>
          <w:b w:val="0"/>
          <w:i/>
          <w:color w:val="282828"/>
          <w:sz w:val="22"/>
        </w:rPr>
        <w:t xml:space="preserve">       Bay: Blood in the airway is an indication.</w:t>
      </w:r>
    </w:p>
    <w:p>
      <w:pPr>
        <w:spacing w:before="120" w:after="20" w:line="259" w:lineRule="auto"/>
        <w:shd w:fill="F8E8E8" w:val="clear"/>
      </w:pPr>
      <w:r>
        <w:rPr>
          <w:rFonts w:ascii="Calibri" w:hAnsi="Calibri" w:eastAsia="Calibri"/>
          <w:b w:val="0"/>
          <w:i w:val="0"/>
          <w:color w:val="A02828"/>
          <w:sz w:val="22"/>
        </w:rPr>
        <w:t xml:space="preserve">    B. [WRONG] Sit him in the corridor to 'let him vomit it out'</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C. [WRONG] Sengstaken first-line in a non-liver patient</w:t>
      </w:r>
    </w:p>
    <w:p>
      <w:pPr>
        <w:spacing w:before="0" w:after="20" w:line="259" w:lineRule="auto"/>
      </w:pPr>
      <w:r>
        <w:rPr>
          <w:rFonts w:ascii="Calibri" w:hAnsi="Calibri" w:eastAsia="Calibri"/>
          <w:b w:val="0"/>
          <w:i/>
          <w:color w:val="282828"/>
          <w:sz w:val="22"/>
        </w:rPr>
        <w:t xml:space="preserve">       Bay: Wrong.</w:t>
      </w:r>
    </w:p>
    <w:p>
      <w:pPr>
        <w:spacing w:before="120" w:after="20" w:line="259" w:lineRule="auto"/>
        <w:shd w:fill="F8E8E8" w:val="clear"/>
      </w:pPr>
      <w:r>
        <w:rPr>
          <w:rFonts w:ascii="Calibri" w:hAnsi="Calibri" w:eastAsia="Calibri"/>
          <w:b w:val="0"/>
          <w:i w:val="0"/>
          <w:color w:val="A02828"/>
          <w:sz w:val="22"/>
        </w:rPr>
        <w:t xml:space="preserve">    D. [WRONG] Wait for a Hb of 60 before the second unit</w:t>
      </w:r>
    </w:p>
    <w:p>
      <w:pPr>
        <w:spacing w:before="0" w:after="20" w:line="259" w:lineRule="auto"/>
      </w:pPr>
      <w:r>
        <w:rPr>
          <w:rFonts w:ascii="Calibri" w:hAnsi="Calibri" w:eastAsia="Calibri"/>
          <w:b w:val="0"/>
          <w:i/>
          <w:color w:val="282828"/>
          <w:sz w:val="22"/>
        </w:rPr>
        <w:t xml:space="preserve">       Bay: He is pouring.</w:t>
      </w:r>
    </w:p>
    <w:p>
      <w:pPr>
        <w:spacing w:before="120" w:after="20" w:line="259" w:lineRule="auto"/>
        <w:shd w:fill="F8E8E8" w:val="clear"/>
      </w:pPr>
      <w:r>
        <w:rPr>
          <w:rFonts w:ascii="Calibri" w:hAnsi="Calibri" w:eastAsia="Calibri"/>
          <w:b w:val="0"/>
          <w:i w:val="0"/>
          <w:color w:val="A02828"/>
          <w:sz w:val="22"/>
        </w:rPr>
        <w:t xml:space="preserve">    E. [WRONG] Adrenaline 1 mg IM</w:t>
      </w:r>
    </w:p>
    <w:p>
      <w:pPr>
        <w:spacing w:before="0" w:after="20" w:line="259" w:lineRule="auto"/>
      </w:pPr>
      <w:r>
        <w:rPr>
          <w:rFonts w:ascii="Calibri" w:hAnsi="Calibri" w:eastAsia="Calibri"/>
          <w:b w:val="0"/>
          <w:i/>
          <w:color w:val="282828"/>
          <w:sz w:val="22"/>
        </w:rPr>
        <w:t xml:space="preserve">       Bay: Not anaphylaxis.</w:t>
      </w:r>
    </w:p>
    <w:p>
      <w:pPr>
        <w:spacing w:before="120" w:after="20" w:line="259" w:lineRule="auto"/>
        <w:shd w:fill="F8E8E8" w:val="clear"/>
      </w:pPr>
      <w:r>
        <w:rPr>
          <w:rFonts w:ascii="Calibri" w:hAnsi="Calibri" w:eastAsia="Calibri"/>
          <w:b w:val="0"/>
          <w:i w:val="0"/>
          <w:color w:val="A02828"/>
          <w:sz w:val="22"/>
        </w:rPr>
        <w:t>B. [WRONG] Clamp a theoretical Sengstaken and go to CT</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NIV for the tachypnoea</w:t>
      </w:r>
    </w:p>
    <w:p>
      <w:pPr>
        <w:spacing w:before="0" w:after="20" w:line="259" w:lineRule="auto"/>
      </w:pPr>
      <w:r>
        <w:rPr>
          <w:rFonts w:ascii="Calibri" w:hAnsi="Calibri" w:eastAsia="Calibri"/>
          <w:b w:val="0"/>
          <w:i/>
          <w:color w:val="282828"/>
          <w:sz w:val="22"/>
        </w:rPr>
        <w:t>Bay: He is bleeding, not APO.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Discharge because the first Hb was 82</w:t>
      </w:r>
    </w:p>
    <w:p>
      <w:pPr>
        <w:spacing w:before="0" w:after="20" w:line="259" w:lineRule="auto"/>
      </w:pPr>
      <w:r>
        <w:rPr>
          <w:rFonts w:ascii="Calibri" w:hAnsi="Calibri" w:eastAsia="Calibri"/>
          <w:b w:val="0"/>
          <w:i/>
          <w:color w:val="282828"/>
          <w:sz w:val="22"/>
        </w:rPr>
        <w:t>Bay: He just filled a bowl.</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Start heparin for 'GI-bleed-related PE'</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Scope: posterior duodenal ulcer, they have clipped. He is 102 systolic.</w:t>
      </w:r>
    </w:p>
    <w:p>
      <w:pPr>
        <w:spacing w:before="120" w:after="20" w:line="259" w:lineRule="auto"/>
        <w:shd w:fill="E8F5EC" w:val="clear"/>
      </w:pPr>
      <w:r>
        <w:rPr>
          <w:rFonts w:ascii="Calibri" w:hAnsi="Calibri" w:eastAsia="Calibri"/>
          <w:b/>
          <w:i w:val="0"/>
          <w:color w:val="146E3C"/>
          <w:sz w:val="22"/>
        </w:rPr>
        <w:t>A. [CORRECT] HDU / monitored bed after therapeutic endoscopy</w:t>
      </w:r>
    </w:p>
    <w:p>
      <w:pPr>
        <w:spacing w:before="0" w:after="20" w:line="259" w:lineRule="auto"/>
      </w:pPr>
      <w:r>
        <w:rPr>
          <w:rFonts w:ascii="Calibri" w:hAnsi="Calibri" w:eastAsia="Calibri"/>
          <w:b w:val="0"/>
          <w:i/>
          <w:color w:val="282828"/>
          <w:sz w:val="22"/>
        </w:rPr>
        <w:t>Bay: Re-bleed risk. Not a bus home.</w:t>
      </w:r>
    </w:p>
    <w:p>
      <w:pPr>
        <w:spacing w:before="120" w:after="20" w:line="259" w:lineRule="auto"/>
        <w:shd w:fill="F8E8E8" w:val="clear"/>
      </w:pPr>
      <w:r>
        <w:rPr>
          <w:rFonts w:ascii="Calibri" w:hAnsi="Calibri" w:eastAsia="Calibri"/>
          <w:b w:val="0"/>
          <w:i w:val="0"/>
          <w:color w:val="A02828"/>
          <w:sz w:val="22"/>
        </w:rPr>
        <w:t>B. [WRONG] Home in an hour with oral PPI</w:t>
      </w:r>
    </w:p>
    <w:p>
      <w:pPr>
        <w:spacing w:before="0" w:after="20" w:line="259" w:lineRule="auto"/>
      </w:pPr>
      <w:r>
        <w:rPr>
          <w:rFonts w:ascii="Calibri" w:hAnsi="Calibri" w:eastAsia="Calibri"/>
          <w:b w:val="0"/>
          <w:i/>
          <w:color w:val="282828"/>
          <w:sz w:val="22"/>
        </w:rPr>
        <w:t>Bay: He was 74.</w:t>
      </w:r>
    </w:p>
    <w:p>
      <w:pPr>
        <w:spacing w:before="120" w:after="20" w:line="259" w:lineRule="auto"/>
        <w:shd w:fill="F8E8E8" w:val="clear"/>
      </w:pPr>
      <w:r>
        <w:rPr>
          <w:rFonts w:ascii="Calibri" w:hAnsi="Calibri" w:eastAsia="Calibri"/>
          <w:b w:val="0"/>
          <w:i w:val="0"/>
          <w:color w:val="A02828"/>
          <w:sz w:val="22"/>
        </w:rPr>
        <w:t>C. [WRONG] AMU chair</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D. [WRONG] Theatre for a blind gastrectomy without a scope</w:t>
      </w:r>
    </w:p>
    <w:p>
      <w:pPr>
        <w:spacing w:before="0" w:after="20" w:line="259" w:lineRule="auto"/>
      </w:pPr>
      <w:r>
        <w:rPr>
          <w:rFonts w:ascii="Calibri" w:hAnsi="Calibri" w:eastAsia="Calibri"/>
          <w:b w:val="0"/>
          <w:i/>
          <w:color w:val="282828"/>
          <w:sz w:val="22"/>
        </w:rPr>
        <w:t>Bay: They already scoped.</w:t>
      </w:r>
    </w:p>
    <w:p>
      <w:pPr>
        <w:spacing w:before="120" w:after="20" w:line="259" w:lineRule="auto"/>
        <w:shd w:fill="F8E8E8" w:val="clear"/>
      </w:pPr>
      <w:r>
        <w:rPr>
          <w:rFonts w:ascii="Calibri" w:hAnsi="Calibri" w:eastAsia="Calibri"/>
          <w:b w:val="0"/>
          <w:i w:val="0"/>
          <w:color w:val="A02828"/>
          <w:sz w:val="22"/>
        </w:rPr>
        <w:t>E. [WRONG] ICU intubation because anyone who bled must be tubed overnight</w:t>
      </w:r>
    </w:p>
    <w:p>
      <w:pPr>
        <w:spacing w:before="0" w:after="20" w:line="259" w:lineRule="auto"/>
      </w:pPr>
      <w:r>
        <w:rPr>
          <w:rFonts w:ascii="Calibri" w:hAnsi="Calibri" w:eastAsia="Calibri"/>
          <w:b w:val="0"/>
          <w:i/>
          <w:color w:val="282828"/>
          <w:sz w:val="22"/>
        </w:rPr>
        <w:t>Bay: He is 102 and talking. Monitor.</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HDU.</w:t>
      </w:r>
    </w:p>
    <w:p>
      <w:pPr>
        <w:spacing w:before="120" w:after="20" w:line="259" w:lineRule="auto"/>
        <w:shd w:fill="E8F5EC" w:val="clear"/>
      </w:pPr>
      <w:r>
        <w:rPr>
          <w:rFonts w:ascii="Calibri" w:hAnsi="Calibri" w:eastAsia="Calibri"/>
          <w:b/>
          <w:i w:val="0"/>
          <w:color w:val="146E3C"/>
          <w:sz w:val="22"/>
        </w:rPr>
        <w:t>A. [CORRECT] Products, last Hb, clip, NBM, PPI infusion, H. pylori plan later</w:t>
      </w:r>
    </w:p>
    <w:p>
      <w:pPr>
        <w:spacing w:before="0" w:after="20" w:line="259" w:lineRule="auto"/>
      </w:pPr>
      <w:r>
        <w:rPr>
          <w:rFonts w:ascii="Calibri" w:hAnsi="Calibri" w:eastAsia="Calibri"/>
          <w:b w:val="0"/>
          <w:i/>
          <w:color w:val="282828"/>
          <w:sz w:val="22"/>
        </w:rPr>
        <w:t>Bay: Handover is the ulcer and the units.</w:t>
      </w:r>
    </w:p>
    <w:p>
      <w:pPr>
        <w:spacing w:before="80" w:after="40" w:line="259" w:lineRule="auto"/>
      </w:pPr>
      <w:r>
        <w:rPr>
          <w:rFonts w:ascii="Calibri" w:hAnsi="Calibri" w:eastAsia="Calibri"/>
          <w:b/>
          <w:i w:val="0"/>
          <w:color w:val="46326E"/>
          <w:sz w:val="22"/>
        </w:rPr>
        <w:t xml:space="preserve">    Follow-up: NSAIDs?</w:t>
      </w:r>
    </w:p>
    <w:p>
      <w:pPr>
        <w:spacing w:before="120" w:after="20" w:line="259" w:lineRule="auto"/>
        <w:shd w:fill="E8F5EC" w:val="clear"/>
      </w:pPr>
      <w:r>
        <w:rPr>
          <w:rFonts w:ascii="Calibri" w:hAnsi="Calibri" w:eastAsia="Calibri"/>
          <w:b/>
          <w:i w:val="0"/>
          <w:color w:val="146E3C"/>
          <w:sz w:val="22"/>
        </w:rPr>
        <w:t xml:space="preserve">    A. [CORRECT] Stop them. Later: ulcer protection if they are essential</w:t>
      </w:r>
    </w:p>
    <w:p>
      <w:pPr>
        <w:spacing w:before="0" w:after="20" w:line="259" w:lineRule="auto"/>
      </w:pPr>
      <w:r>
        <w:rPr>
          <w:rFonts w:ascii="Calibri" w:hAnsi="Calibri" w:eastAsia="Calibri"/>
          <w:b w:val="0"/>
          <w:i/>
          <w:color w:val="282828"/>
          <w:sz w:val="22"/>
        </w:rPr>
        <w:t xml:space="preserve">       Bay: Yes.</w:t>
      </w:r>
    </w:p>
    <w:p>
      <w:pPr>
        <w:spacing w:before="120" w:after="20" w:line="259" w:lineRule="auto"/>
        <w:shd w:fill="F8E8E8" w:val="clear"/>
      </w:pPr>
      <w:r>
        <w:rPr>
          <w:rFonts w:ascii="Calibri" w:hAnsi="Calibri" w:eastAsia="Calibri"/>
          <w:b w:val="0"/>
          <w:i w:val="0"/>
          <w:color w:val="A02828"/>
          <w:sz w:val="22"/>
        </w:rPr>
        <w:t xml:space="preserve">    B. [WRONG] Double ibuprofen for the back pain</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C. [WRONG] Aspirin 300 mg plus ibuprofen to 'protect the heart'</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D. [WRONG] Diclofenac PR for analgesia tonight</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E. [WRONG] Leave him on OTC NSAIDs because they are not 'real'</w:t>
      </w:r>
    </w:p>
    <w:p>
      <w:pPr>
        <w:spacing w:before="0" w:after="20" w:line="259" w:lineRule="auto"/>
      </w:pPr>
      <w:r>
        <w:rPr>
          <w:rFonts w:ascii="Calibri" w:hAnsi="Calibri" w:eastAsia="Calibri"/>
          <w:b w:val="0"/>
          <w:i/>
          <w:color w:val="282828"/>
          <w:sz w:val="22"/>
        </w:rPr>
        <w:t xml:space="preserve">       Bay: They are.</w:t>
      </w:r>
    </w:p>
    <w:p>
      <w:pPr>
        <w:spacing w:before="120" w:after="20" w:line="259" w:lineRule="auto"/>
        <w:shd w:fill="F8E8E8" w:val="clear"/>
      </w:pPr>
      <w:r>
        <w:rPr>
          <w:rFonts w:ascii="Calibri" w:hAnsi="Calibri" w:eastAsia="Calibri"/>
          <w:b w:val="0"/>
          <w:i w:val="0"/>
          <w:color w:val="A02828"/>
          <w:sz w:val="22"/>
        </w:rPr>
        <w:t>B. [WRONG] Feed him a steak to test the clip</w:t>
      </w:r>
    </w:p>
    <w:p>
      <w:pPr>
        <w:spacing w:before="0" w:after="20" w:line="259" w:lineRule="auto"/>
      </w:pPr>
      <w:r>
        <w:rPr>
          <w:rFonts w:ascii="Calibri" w:hAnsi="Calibri" w:eastAsia="Calibri"/>
          <w:b w:val="0"/>
          <w:i/>
          <w:color w:val="282828"/>
          <w:sz w:val="22"/>
        </w:rPr>
        <w:t>Bay: NBM as gastro say.</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Restart ibuprofen for the back</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Unescorted shower</w:t>
      </w:r>
    </w:p>
    <w:p>
      <w:pPr>
        <w:spacing w:before="0" w:after="20" w:line="259" w:lineRule="auto"/>
      </w:pPr>
      <w:r>
        <w:rPr>
          <w:rFonts w:ascii="Calibri" w:hAnsi="Calibri" w:eastAsia="Calibri"/>
          <w:b w:val="0"/>
          <w:i/>
          <w:color w:val="282828"/>
          <w:sz w:val="22"/>
        </w:rPr>
        <w:t>Bay: He just bled out.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Stop PPI so H. pylori can be tested tonight</w:t>
      </w:r>
    </w:p>
    <w:p>
      <w:pPr>
        <w:spacing w:before="0" w:after="20" w:line="259" w:lineRule="auto"/>
      </w:pPr>
      <w:r>
        <w:rPr>
          <w:rFonts w:ascii="Calibri" w:hAnsi="Calibri" w:eastAsia="Calibri"/>
          <w:b w:val="0"/>
          <w:i/>
          <w:color w:val="282828"/>
          <w:sz w:val="22"/>
        </w:rPr>
        <w:t>Bay: Treat the ulcer. Test later.</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Gastro later.</w:t>
      </w:r>
    </w:p>
    <w:p>
      <w:pPr>
        <w:spacing w:before="120" w:after="20" w:line="259" w:lineRule="auto"/>
        <w:shd w:fill="E8F5EC" w:val="clear"/>
      </w:pPr>
      <w:r>
        <w:rPr>
          <w:rFonts w:ascii="Calibri" w:hAnsi="Calibri" w:eastAsia="Calibri"/>
          <w:b/>
          <w:i w:val="0"/>
          <w:color w:val="146E3C"/>
          <w:sz w:val="22"/>
        </w:rPr>
        <w:t>A. [CORRECT] Bleeding peptic ulcer (NSAID-related)</w:t>
      </w:r>
    </w:p>
    <w:p>
      <w:pPr>
        <w:spacing w:before="0" w:after="20" w:line="259" w:lineRule="auto"/>
      </w:pPr>
      <w:r>
        <w:rPr>
          <w:rFonts w:ascii="Calibri" w:hAnsi="Calibri" w:eastAsia="Calibri"/>
          <w:b w:val="0"/>
          <w:i/>
          <w:color w:val="282828"/>
          <w:sz w:val="22"/>
        </w:rPr>
        <w:t>Bay: That is the diagnosis.</w:t>
      </w:r>
    </w:p>
    <w:p>
      <w:pPr>
        <w:spacing w:before="120" w:after="20" w:line="259" w:lineRule="auto"/>
        <w:shd w:fill="F8E8E8" w:val="clear"/>
      </w:pPr>
      <w:r>
        <w:rPr>
          <w:rFonts w:ascii="Calibri" w:hAnsi="Calibri" w:eastAsia="Calibri"/>
          <w:b w:val="0"/>
          <w:i w:val="0"/>
          <w:color w:val="A02828"/>
          <w:sz w:val="22"/>
        </w:rPr>
        <w:t>B. [WRONG] Variceal haemorrhage</w:t>
      </w:r>
    </w:p>
    <w:p>
      <w:pPr>
        <w:spacing w:before="0" w:after="20" w:line="259" w:lineRule="auto"/>
      </w:pPr>
      <w:r>
        <w:rPr>
          <w:rFonts w:ascii="Calibri" w:hAnsi="Calibri" w:eastAsia="Calibri"/>
          <w:b w:val="0"/>
          <w:i/>
          <w:color w:val="282828"/>
          <w:sz w:val="22"/>
        </w:rPr>
        <w:t>Bay: No liver, ulcer on the scope.</w:t>
      </w:r>
    </w:p>
    <w:p>
      <w:pPr>
        <w:spacing w:before="120" w:after="20" w:line="259" w:lineRule="auto"/>
        <w:shd w:fill="F8E8E8" w:val="clear"/>
      </w:pPr>
      <w:r>
        <w:rPr>
          <w:rFonts w:ascii="Calibri" w:hAnsi="Calibri" w:eastAsia="Calibri"/>
          <w:b w:val="0"/>
          <w:i w:val="0"/>
          <w:color w:val="A02828"/>
          <w:sz w:val="22"/>
        </w:rPr>
        <w:t>C. [WRONG] Colonic bleed as the lead</w:t>
      </w:r>
    </w:p>
    <w:p>
      <w:pPr>
        <w:spacing w:before="0" w:after="20" w:line="259" w:lineRule="auto"/>
      </w:pPr>
      <w:r>
        <w:rPr>
          <w:rFonts w:ascii="Calibri" w:hAnsi="Calibri" w:eastAsia="Calibri"/>
          <w:b w:val="0"/>
          <w:i/>
          <w:color w:val="282828"/>
          <w:sz w:val="22"/>
        </w:rPr>
        <w:t>Bay: Haematemesis and a duodenal ulcer.</w:t>
      </w:r>
    </w:p>
    <w:p>
      <w:pPr>
        <w:spacing w:before="120" w:after="20" w:line="259" w:lineRule="auto"/>
        <w:shd w:fill="F8E8E8" w:val="clear"/>
      </w:pPr>
      <w:r>
        <w:rPr>
          <w:rFonts w:ascii="Calibri" w:hAnsi="Calibri" w:eastAsia="Calibri"/>
          <w:b w:val="0"/>
          <w:i w:val="0"/>
          <w:color w:val="A02828"/>
          <w:sz w:val="22"/>
        </w:rPr>
        <w:t>D. [WRONG] Aortic-enteric fistula as the only possibility</w:t>
      </w:r>
    </w:p>
    <w:p>
      <w:pPr>
        <w:spacing w:before="0" w:after="20" w:line="259" w:lineRule="auto"/>
      </w:pPr>
      <w:r>
        <w:rPr>
          <w:rFonts w:ascii="Calibri" w:hAnsi="Calibri" w:eastAsia="Calibri"/>
          <w:b w:val="0"/>
          <w:i/>
          <w:color w:val="282828"/>
          <w:sz w:val="22"/>
        </w:rPr>
        <w:t>Bay: Possible in the right history — here the ulcer was seen.</w:t>
      </w:r>
    </w:p>
    <w:p>
      <w:pPr>
        <w:spacing w:before="120" w:after="20" w:line="259" w:lineRule="auto"/>
        <w:shd w:fill="F8E8E8" w:val="clear"/>
      </w:pPr>
      <w:r>
        <w:rPr>
          <w:rFonts w:ascii="Calibri" w:hAnsi="Calibri" w:eastAsia="Calibri"/>
          <w:b w:val="0"/>
          <w:i w:val="0"/>
          <w:color w:val="A02828"/>
          <w:sz w:val="22"/>
        </w:rPr>
        <w:t>E. [WRONG] Mallory–Weiss only</w:t>
      </w:r>
    </w:p>
    <w:p>
      <w:pPr>
        <w:spacing w:before="0" w:after="20" w:line="259" w:lineRule="auto"/>
      </w:pPr>
      <w:r>
        <w:rPr>
          <w:rFonts w:ascii="Calibri" w:hAnsi="Calibri" w:eastAsia="Calibri"/>
          <w:b w:val="0"/>
          <w:i/>
          <w:color w:val="282828"/>
          <w:sz w:val="22"/>
        </w:rPr>
        <w:t>Bay: Posterior duodenal ulcer.</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Bleeding peptic ulcer (NSAID) with shock</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Haematemesis, melaena, NSAIDs, no liver disease</w:t>
      </w:r>
    </w:p>
    <w:p>
      <w:pPr>
        <w:spacing w:before="0" w:after="40" w:line="259" w:lineRule="auto"/>
      </w:pPr>
      <w:r>
        <w:rPr>
          <w:rFonts w:ascii="Calibri" w:hAnsi="Calibri" w:eastAsia="Calibri"/>
          <w:b w:val="0"/>
          <w:i w:val="0"/>
          <w:sz w:val="22"/>
        </w:rPr>
        <w:t>• Shock, urea 18, Hb 82</w:t>
      </w:r>
    </w:p>
    <w:p>
      <w:pPr>
        <w:spacing w:before="0" w:after="40" w:line="259" w:lineRule="auto"/>
      </w:pPr>
      <w:r>
        <w:rPr>
          <w:rFonts w:ascii="Calibri" w:hAnsi="Calibri" w:eastAsia="Calibri"/>
          <w:b w:val="0"/>
          <w:i w:val="0"/>
          <w:sz w:val="22"/>
        </w:rPr>
        <w:t>• Endoscopy: posterior duodenal ulcer</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VBG Hb, FBC, coag, U&amp;E, group and save / X-match</w:t>
      </w:r>
    </w:p>
    <w:p>
      <w:pPr>
        <w:spacing w:before="0" w:after="40" w:line="259" w:lineRule="auto"/>
      </w:pPr>
      <w:r>
        <w:rPr>
          <w:rFonts w:ascii="Calibri" w:hAnsi="Calibri" w:eastAsia="Calibri"/>
          <w:b w:val="0"/>
          <w:i w:val="0"/>
          <w:sz w:val="22"/>
        </w:rPr>
        <w:t>• Do not wait on a perfect Hb to give blood in shock</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Blood over large crystalloid; restrictive target once circulating</w:t>
      </w:r>
    </w:p>
    <w:p>
      <w:pPr>
        <w:spacing w:before="0" w:after="40" w:line="259" w:lineRule="auto"/>
      </w:pPr>
      <w:r>
        <w:rPr>
          <w:rFonts w:ascii="Calibri" w:hAnsi="Calibri" w:eastAsia="Calibri"/>
          <w:b w:val="0"/>
          <w:i w:val="0"/>
          <w:sz w:val="22"/>
        </w:rPr>
        <w:t>• IV PPI, urgent endoscopy if unstable</w:t>
      </w:r>
    </w:p>
    <w:p>
      <w:pPr>
        <w:spacing w:before="0" w:after="40" w:line="259" w:lineRule="auto"/>
      </w:pPr>
      <w:r>
        <w:rPr>
          <w:rFonts w:ascii="Calibri" w:hAnsi="Calibri" w:eastAsia="Calibri"/>
          <w:b w:val="0"/>
          <w:i w:val="0"/>
          <w:sz w:val="22"/>
        </w:rPr>
        <w:t>• Terlipressin / Sengstaken reserved for likely varices</w:t>
      </w:r>
    </w:p>
    <w:p>
      <w:pPr>
        <w:spacing w:before="0" w:after="40" w:line="259" w:lineRule="auto"/>
      </w:pPr>
      <w:r>
        <w:rPr>
          <w:rFonts w:ascii="Calibri" w:hAnsi="Calibri" w:eastAsia="Calibri"/>
          <w:b w:val="0"/>
          <w:i w:val="0"/>
          <w:sz w:val="22"/>
        </w:rPr>
        <w:t>• Stop NSAIDs; HDU after a big bleed</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NICE CG141 acute upper GI bleed</w:t>
      </w:r>
    </w:p>
    <w:p>
      <w:pPr>
        <w:spacing w:before="0" w:after="40" w:line="259" w:lineRule="auto"/>
      </w:pPr>
      <w:r>
        <w:rPr>
          <w:rFonts w:ascii="Calibri" w:hAnsi="Calibri" w:eastAsia="Calibri"/>
          <w:b w:val="0"/>
          <w:i w:val="0"/>
          <w:sz w:val="22"/>
        </w:rPr>
        <w:t>• BSG / ESGE non-variceal bleed</w:t>
      </w:r>
    </w:p>
    <w:p>
      <w:pPr>
        <w:spacing w:before="0" w:after="40" w:line="259" w:lineRule="auto"/>
      </w:pPr>
      <w:r>
        <w:rPr>
          <w:rFonts w:ascii="Calibri" w:hAnsi="Calibri" w:eastAsia="Calibri"/>
          <w:b w:val="0"/>
          <w:i w:val="0"/>
          <w:sz w:val="22"/>
        </w:rPr>
        <w:t>• RCEM major haemorrhage</w:t>
      </w:r>
    </w:p>
    <w:p>
      <w:r>
        <w:br w:type="page"/>
      </w:r>
    </w:p>
    <w:p>
      <w:pPr>
        <w:spacing w:before="120" w:after="160" w:line="259" w:lineRule="auto"/>
      </w:pPr>
      <w:r>
        <w:rPr>
          <w:rFonts w:ascii="Calibri" w:hAnsi="Calibri" w:eastAsia="Calibri"/>
          <w:b/>
          <w:i w:val="0"/>
          <w:color w:val="0C0E10"/>
          <w:sz w:val="36"/>
        </w:rPr>
        <w:t>Case 40 — Verapamil (CCB) overdose</w:t>
      </w:r>
    </w:p>
    <w:p>
      <w:pPr>
        <w:spacing w:before="0" w:after="40" w:line="259" w:lineRule="auto"/>
      </w:pPr>
      <w:r>
        <w:rPr>
          <w:rFonts w:ascii="Calibri" w:hAnsi="Calibri" w:eastAsia="Calibri"/>
          <w:b w:val="0"/>
          <w:i/>
          <w:color w:val="5A5A5A"/>
          <w:sz w:val="20"/>
        </w:rPr>
        <w:t>pre-alert · Scottish Ambulance Service — pre-alert · rhythm sinus-brady</w:t>
      </w:r>
    </w:p>
    <w:p>
      <w:pPr>
        <w:spacing w:before="0" w:after="40" w:line="259" w:lineRule="auto"/>
      </w:pPr>
      <w:r>
        <w:rPr>
          <w:rFonts w:ascii="Calibri" w:hAnsi="Calibri" w:eastAsia="Calibri"/>
          <w:b w:val="0"/>
          <w:i/>
          <w:color w:val="5A5A5A"/>
          <w:sz w:val="20"/>
        </w:rPr>
        <w:t>HR 40   BP 70/38   RR 14   SpO2 95%   temp 36   GCS 13   BM 11.2</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Scottish Ambulance Service pre-alert to RESUS 1.</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ATMIST</w:t>
      </w:r>
    </w:p>
    <w:p>
      <w:pPr>
        <w:spacing w:before="0" w:after="40" w:line="259" w:lineRule="auto"/>
      </w:pPr>
      <w:r>
        <w:rPr>
          <w:rFonts w:ascii="Calibri" w:hAnsi="Calibri" w:eastAsia="Calibri"/>
          <w:b w:val="0"/>
          <w:i w:val="0"/>
          <w:sz w:val="22"/>
        </w:rPr>
        <w:t>A 70 years, female</w:t>
      </w:r>
    </w:p>
    <w:p>
      <w:pPr>
        <w:spacing w:before="0" w:after="40" w:line="259" w:lineRule="auto"/>
      </w:pPr>
      <w:r>
        <w:rPr>
          <w:rFonts w:ascii="Calibri" w:hAnsi="Calibri" w:eastAsia="Calibri"/>
          <w:b w:val="0"/>
          <w:i w:val="0"/>
          <w:sz w:val="22"/>
        </w:rPr>
        <w:t>T empty box of verapamil SR 240 mg, last seen 4 hours ago, found slumped</w:t>
      </w:r>
    </w:p>
    <w:p>
      <w:pPr>
        <w:spacing w:before="0" w:after="40" w:line="259" w:lineRule="auto"/>
      </w:pPr>
      <w:r>
        <w:rPr>
          <w:rFonts w:ascii="Calibri" w:hAnsi="Calibri" w:eastAsia="Calibri"/>
          <w:b w:val="0"/>
          <w:i w:val="0"/>
          <w:sz w:val="22"/>
        </w:rPr>
        <w:t>M overdose</w:t>
      </w:r>
    </w:p>
    <w:p>
      <w:pPr>
        <w:spacing w:before="0" w:after="40" w:line="259" w:lineRule="auto"/>
      </w:pPr>
      <w:r>
        <w:rPr>
          <w:rFonts w:ascii="Calibri" w:hAnsi="Calibri" w:eastAsia="Calibri"/>
          <w:b w:val="0"/>
          <w:i w:val="0"/>
          <w:sz w:val="22"/>
        </w:rPr>
        <w:t>I AF on verapamil, hypertension</w:t>
      </w:r>
    </w:p>
    <w:p>
      <w:pPr>
        <w:spacing w:before="0" w:after="40" w:line="259" w:lineRule="auto"/>
      </w:pPr>
      <w:r>
        <w:rPr>
          <w:rFonts w:ascii="Calibri" w:hAnsi="Calibri" w:eastAsia="Calibri"/>
          <w:b w:val="0"/>
          <w:i w:val="0"/>
          <w:sz w:val="22"/>
        </w:rPr>
        <w:t>S HR 40 BP 70/38 RR 14 SpO2 95% air GCS 13, BM 11.2</w:t>
      </w:r>
    </w:p>
    <w:p>
      <w:pPr>
        <w:spacing w:before="0" w:after="40" w:line="259" w:lineRule="auto"/>
      </w:pPr>
      <w:r>
        <w:rPr>
          <w:rFonts w:ascii="Calibri" w:hAnsi="Calibri" w:eastAsia="Calibri"/>
          <w:b w:val="0"/>
          <w:i w:val="0"/>
          <w:sz w:val="22"/>
        </w:rPr>
        <w:t>T oxygen, one cannula, atropine 500 microg pre-hospital with little effect</w:t>
      </w:r>
    </w:p>
    <w:p>
      <w:pPr>
        <w:spacing w:before="0" w:after="40" w:line="259" w:lineRule="auto"/>
      </w:pPr>
      <w:r>
        <w:rPr>
          <w:rFonts w:ascii="Calibri" w:hAnsi="Calibri" w:eastAsia="Calibri"/>
          <w:b w:val="0"/>
          <w:i w:val="0"/>
          <w:sz w:val="22"/>
        </w:rPr>
        <w:t>ETA 5 minutes. Crew: "She's warm and slow. The sugar is 11."</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talking slowly, no stridor.</w:t>
      </w:r>
    </w:p>
    <w:p>
      <w:pPr>
        <w:spacing w:before="0" w:after="40" w:line="259" w:lineRule="auto"/>
      </w:pPr>
      <w:r>
        <w:rPr>
          <w:rFonts w:ascii="Calibri" w:hAnsi="Calibri" w:eastAsia="Calibri"/>
          <w:b w:val="0"/>
          <w:i w:val="0"/>
          <w:sz w:val="22"/>
        </w:rPr>
        <w:t>B — RR 14, clear, SpO2 95% air.</w:t>
      </w:r>
    </w:p>
    <w:p>
      <w:pPr>
        <w:spacing w:before="0" w:after="40" w:line="259" w:lineRule="auto"/>
      </w:pPr>
      <w:r>
        <w:rPr>
          <w:rFonts w:ascii="Calibri" w:hAnsi="Calibri" w:eastAsia="Calibri"/>
          <w:b w:val="0"/>
          <w:i w:val="0"/>
          <w:sz w:val="22"/>
        </w:rPr>
        <w:t>C — HR 40, BP 70/38, warm, CRT 4 s, no rash.</w:t>
      </w:r>
    </w:p>
    <w:p>
      <w:pPr>
        <w:spacing w:before="0" w:after="40" w:line="259" w:lineRule="auto"/>
      </w:pPr>
      <w:r>
        <w:rPr>
          <w:rFonts w:ascii="Calibri" w:hAnsi="Calibri" w:eastAsia="Calibri"/>
          <w:b w:val="0"/>
          <w:i w:val="0"/>
          <w:sz w:val="22"/>
        </w:rPr>
        <w:t>D — GCS 13, BM 11.2 — high for a starved OD.</w:t>
      </w:r>
    </w:p>
    <w:p>
      <w:pPr>
        <w:spacing w:before="0" w:after="40" w:line="259" w:lineRule="auto"/>
      </w:pPr>
      <w:r>
        <w:rPr>
          <w:rFonts w:ascii="Calibri" w:hAnsi="Calibri" w:eastAsia="Calibri"/>
          <w:b w:val="0"/>
          <w:i w:val="0"/>
          <w:sz w:val="22"/>
        </w:rPr>
        <w:t>E — empty verapamil SR box, 20 missing. No beta-blocker box seen.</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Verapamil SR, HR 40, BP 70, glucose 11. Atropine already done little.</w:t>
      </w:r>
    </w:p>
    <w:p>
      <w:pPr>
        <w:spacing w:before="120" w:after="20" w:line="259" w:lineRule="auto"/>
        <w:shd w:fill="E8F5EC" w:val="clear"/>
      </w:pPr>
      <w:r>
        <w:rPr>
          <w:rFonts w:ascii="Calibri" w:hAnsi="Calibri" w:eastAsia="Calibri"/>
          <w:b/>
          <w:i w:val="0"/>
          <w:color w:val="146E3C"/>
          <w:sz w:val="22"/>
        </w:rPr>
        <w:t>A. [CORRECT] Calcium</w:t>
      </w:r>
    </w:p>
    <w:p>
      <w:pPr>
        <w:spacing w:before="0" w:after="20" w:line="259" w:lineRule="auto"/>
      </w:pPr>
      <w:r>
        <w:rPr>
          <w:rFonts w:ascii="Calibri" w:hAnsi="Calibri" w:eastAsia="Calibri"/>
          <w:b w:val="0"/>
          <w:i/>
          <w:color w:val="282828"/>
          <w:sz w:val="22"/>
        </w:rPr>
        <w:t>Bay: Calcium chloride going in. You will need more than one. HIET next if she stays shocked. Atropine can be repeated but often fails.</w:t>
      </w:r>
    </w:p>
    <w:p>
      <w:pPr>
        <w:spacing w:before="0" w:after="40" w:line="259" w:lineRule="auto"/>
      </w:pPr>
      <w:r>
        <w:rPr>
          <w:rFonts w:ascii="Calibri" w:hAnsi="Calibri" w:eastAsia="Calibri"/>
          <w:b w:val="0"/>
          <w:i/>
          <w:color w:val="5A4614"/>
          <w:sz w:val="20"/>
        </w:rPr>
        <w:t>Reaction: hr +6, sbp +8</w:t>
      </w:r>
    </w:p>
    <w:p>
      <w:pPr>
        <w:spacing w:before="80" w:after="40" w:line="259" w:lineRule="auto"/>
      </w:pPr>
      <w:r>
        <w:rPr>
          <w:rFonts w:ascii="Calibri" w:hAnsi="Calibri" w:eastAsia="Calibri"/>
          <w:b/>
          <w:i w:val="0"/>
          <w:color w:val="46326E"/>
          <w:sz w:val="22"/>
        </w:rPr>
        <w:t xml:space="preserve">    Follow-up: Which calcium?</w:t>
      </w:r>
    </w:p>
    <w:p>
      <w:pPr>
        <w:spacing w:before="120" w:after="20" w:line="259" w:lineRule="auto"/>
        <w:shd w:fill="E8F5EC" w:val="clear"/>
      </w:pPr>
      <w:r>
        <w:rPr>
          <w:rFonts w:ascii="Calibri" w:hAnsi="Calibri" w:eastAsia="Calibri"/>
          <w:b/>
          <w:i w:val="0"/>
          <w:color w:val="146E3C"/>
          <w:sz w:val="22"/>
        </w:rPr>
        <w:t xml:space="preserve">    A. [CORRECT] 10 mL of 10% calcium chloride IV (or 30 mL of 10% gluconate), repeat as needed</w:t>
      </w:r>
    </w:p>
    <w:p>
      <w:pPr>
        <w:spacing w:before="0" w:after="20" w:line="259" w:lineRule="auto"/>
      </w:pPr>
      <w:r>
        <w:rPr>
          <w:rFonts w:ascii="Calibri" w:hAnsi="Calibri" w:eastAsia="Calibri"/>
          <w:b w:val="0"/>
          <w:i/>
          <w:color w:val="282828"/>
          <w:sz w:val="22"/>
        </w:rPr>
        <w:t xml:space="preserve">       Bay: TOXBASE: calcium first in CCB shock. Chloride has more elemental calcium.</w:t>
      </w:r>
    </w:p>
    <w:p>
      <w:pPr>
        <w:spacing w:before="120" w:after="20" w:line="259" w:lineRule="auto"/>
        <w:shd w:fill="F8E8E8" w:val="clear"/>
      </w:pPr>
      <w:r>
        <w:rPr>
          <w:rFonts w:ascii="Calibri" w:hAnsi="Calibri" w:eastAsia="Calibri"/>
          <w:b w:val="0"/>
          <w:i w:val="0"/>
          <w:color w:val="A02828"/>
          <w:sz w:val="22"/>
        </w:rPr>
        <w:t xml:space="preserve">    B. [WRONG] A sandocal tablet crushed</w:t>
      </w:r>
    </w:p>
    <w:p>
      <w:pPr>
        <w:spacing w:before="0" w:after="20" w:line="259" w:lineRule="auto"/>
      </w:pPr>
      <w:r>
        <w:rPr>
          <w:rFonts w:ascii="Calibri" w:hAnsi="Calibri" w:eastAsia="Calibri"/>
          <w:b w:val="0"/>
          <w:i/>
          <w:color w:val="282828"/>
          <w:sz w:val="22"/>
        </w:rPr>
        <w:t xml:space="preserve">       Bay: She is 70 systolic.</w:t>
      </w:r>
    </w:p>
    <w:p>
      <w:pPr>
        <w:spacing w:before="120" w:after="20" w:line="259" w:lineRule="auto"/>
        <w:shd w:fill="F8E8E8" w:val="clear"/>
      </w:pPr>
      <w:r>
        <w:rPr>
          <w:rFonts w:ascii="Calibri" w:hAnsi="Calibri" w:eastAsia="Calibri"/>
          <w:b w:val="0"/>
          <w:i w:val="0"/>
          <w:color w:val="A02828"/>
          <w:sz w:val="22"/>
        </w:rPr>
        <w:t xml:space="preserve">    C. [WRONG] Calcium resonium</w:t>
      </w:r>
    </w:p>
    <w:p>
      <w:pPr>
        <w:spacing w:before="0" w:after="20" w:line="259" w:lineRule="auto"/>
      </w:pPr>
      <w:r>
        <w:rPr>
          <w:rFonts w:ascii="Calibri" w:hAnsi="Calibri" w:eastAsia="Calibri"/>
          <w:b w:val="0"/>
          <w:i/>
          <w:color w:val="282828"/>
          <w:sz w:val="22"/>
        </w:rPr>
        <w:t xml:space="preserve">       Bay: That lowers calcium.</w:t>
      </w:r>
    </w:p>
    <w:p>
      <w:pPr>
        <w:spacing w:before="120" w:after="20" w:line="259" w:lineRule="auto"/>
        <w:shd w:fill="F8E8E8" w:val="clear"/>
      </w:pPr>
      <w:r>
        <w:rPr>
          <w:rFonts w:ascii="Calibri" w:hAnsi="Calibri" w:eastAsia="Calibri"/>
          <w:b w:val="0"/>
          <w:i w:val="0"/>
          <w:color w:val="A02828"/>
          <w:sz w:val="22"/>
        </w:rPr>
        <w:t xml:space="preserve">    D. [WRONG] No calcium — only pacing</w:t>
      </w:r>
    </w:p>
    <w:p>
      <w:pPr>
        <w:spacing w:before="0" w:after="20" w:line="259" w:lineRule="auto"/>
      </w:pPr>
      <w:r>
        <w:rPr>
          <w:rFonts w:ascii="Calibri" w:hAnsi="Calibri" w:eastAsia="Calibri"/>
          <w:b w:val="0"/>
          <w:i/>
          <w:color w:val="282828"/>
          <w:sz w:val="22"/>
        </w:rPr>
        <w:t xml:space="preserve">       Bay: Pacing often fails in CCB. Drugs first.</w:t>
      </w:r>
    </w:p>
    <w:p>
      <w:pPr>
        <w:spacing w:before="120" w:after="20" w:line="259" w:lineRule="auto"/>
        <w:shd w:fill="F8E8E8" w:val="clear"/>
      </w:pPr>
      <w:r>
        <w:rPr>
          <w:rFonts w:ascii="Calibri" w:hAnsi="Calibri" w:eastAsia="Calibri"/>
          <w:b w:val="0"/>
          <w:i w:val="0"/>
          <w:color w:val="A02828"/>
          <w:sz w:val="22"/>
        </w:rPr>
        <w:t xml:space="preserve">    E. [WRONG] Calcium after lipid and ECMO only</w:t>
      </w:r>
    </w:p>
    <w:p>
      <w:pPr>
        <w:spacing w:before="0" w:after="20" w:line="259" w:lineRule="auto"/>
      </w:pPr>
      <w:r>
        <w:rPr>
          <w:rFonts w:ascii="Calibri" w:hAnsi="Calibri" w:eastAsia="Calibri"/>
          <w:b w:val="0"/>
          <w:i/>
          <w:color w:val="282828"/>
          <w:sz w:val="22"/>
        </w:rPr>
        <w:t xml:space="preserve">       Bay: Calcium is early.</w:t>
      </w:r>
    </w:p>
    <w:p>
      <w:pPr>
        <w:spacing w:before="120" w:after="20" w:line="259" w:lineRule="auto"/>
        <w:shd w:fill="F8E8E8" w:val="clear"/>
      </w:pPr>
      <w:r>
        <w:rPr>
          <w:rFonts w:ascii="Calibri" w:hAnsi="Calibri" w:eastAsia="Calibri"/>
          <w:b w:val="0"/>
          <w:i w:val="0"/>
          <w:color w:val="A02828"/>
          <w:sz w:val="22"/>
        </w:rPr>
        <w:t>B. [WRONG] Atropine 3 mg as the only plan</w:t>
      </w:r>
    </w:p>
    <w:p>
      <w:pPr>
        <w:spacing w:before="0" w:after="20" w:line="259" w:lineRule="auto"/>
      </w:pPr>
      <w:r>
        <w:rPr>
          <w:rFonts w:ascii="Calibri" w:hAnsi="Calibri" w:eastAsia="Calibri"/>
          <w:b w:val="0"/>
          <w:i/>
          <w:color w:val="282828"/>
          <w:sz w:val="22"/>
        </w:rPr>
        <w:t>Bay: Already given. Often fails in CCB. Calcium / HIET.</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Insulin 2 units subcutaneous</w:t>
      </w:r>
    </w:p>
    <w:p>
      <w:pPr>
        <w:spacing w:before="0" w:after="20" w:line="259" w:lineRule="auto"/>
      </w:pPr>
      <w:r>
        <w:rPr>
          <w:rFonts w:ascii="Calibri" w:hAnsi="Calibri" w:eastAsia="Calibri"/>
          <w:b w:val="0"/>
          <w:i/>
          <w:color w:val="282828"/>
          <w:sz w:val="22"/>
        </w:rPr>
        <w:t>Bay: Token. HIET is 1 unit/kg.</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Amiodarone for a 'slow AF'</w:t>
      </w:r>
    </w:p>
    <w:p>
      <w:pPr>
        <w:spacing w:before="0" w:after="20" w:line="259" w:lineRule="auto"/>
      </w:pPr>
      <w:r>
        <w:rPr>
          <w:rFonts w:ascii="Calibri" w:hAnsi="Calibri" w:eastAsia="Calibri"/>
          <w:b w:val="0"/>
          <w:i/>
          <w:color w:val="282828"/>
          <w:sz w:val="22"/>
        </w:rPr>
        <w:t>Bay: She is already on a rate-limiting CCB in overdose. Do not add a negative inotrope.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Discharge after 500 microg atropine because she is talking</w:t>
      </w:r>
    </w:p>
    <w:p>
      <w:pPr>
        <w:spacing w:before="0" w:after="20" w:line="259" w:lineRule="auto"/>
      </w:pPr>
      <w:r>
        <w:rPr>
          <w:rFonts w:ascii="Calibri" w:hAnsi="Calibri" w:eastAsia="Calibri"/>
          <w:b w:val="0"/>
          <w:i/>
          <w:color w:val="282828"/>
          <w:sz w:val="22"/>
        </w:rPr>
        <w:t>Bay: SR verapamil, 70 systolic.</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Calcium in. Still 74 systolic. Glucose 11.</w:t>
      </w:r>
    </w:p>
    <w:p>
      <w:pPr>
        <w:spacing w:before="120" w:after="20" w:line="259" w:lineRule="auto"/>
        <w:shd w:fill="E8F5EC" w:val="clear"/>
      </w:pPr>
      <w:r>
        <w:rPr>
          <w:rFonts w:ascii="Calibri" w:hAnsi="Calibri" w:eastAsia="Calibri"/>
          <w:b/>
          <w:i w:val="0"/>
          <w:color w:val="146E3C"/>
          <w:sz w:val="22"/>
        </w:rPr>
        <w:t>A. [CORRECT] High-dose insulin euglycaemia</w:t>
      </w:r>
    </w:p>
    <w:p>
      <w:pPr>
        <w:spacing w:before="0" w:after="20" w:line="259" w:lineRule="auto"/>
      </w:pPr>
      <w:r>
        <w:rPr>
          <w:rFonts w:ascii="Calibri" w:hAnsi="Calibri" w:eastAsia="Calibri"/>
          <w:b w:val="0"/>
          <w:i/>
          <w:color w:val="282828"/>
          <w:sz w:val="22"/>
        </w:rPr>
        <w:t>Bay: 1 unit/kg bolus, infusion, glucose running even though she is 11 now — she will fall. ICU and NPIS.</w:t>
      </w:r>
    </w:p>
    <w:p>
      <w:pPr>
        <w:spacing w:before="0" w:after="40" w:line="259" w:lineRule="auto"/>
      </w:pPr>
      <w:r>
        <w:rPr>
          <w:rFonts w:ascii="Calibri" w:hAnsi="Calibri" w:eastAsia="Calibri"/>
          <w:b w:val="0"/>
          <w:i/>
          <w:color w:val="5A4614"/>
          <w:sz w:val="20"/>
        </w:rPr>
        <w:t>Reaction: sbp +10</w:t>
      </w:r>
    </w:p>
    <w:p>
      <w:pPr>
        <w:spacing w:before="80" w:after="40" w:line="259" w:lineRule="auto"/>
      </w:pPr>
      <w:r>
        <w:rPr>
          <w:rFonts w:ascii="Calibri" w:hAnsi="Calibri" w:eastAsia="Calibri"/>
          <w:b/>
          <w:i w:val="0"/>
          <w:color w:val="46326E"/>
          <w:sz w:val="22"/>
        </w:rPr>
        <w:t xml:space="preserve">    Follow-up: Why is the glucose 11?</w:t>
      </w:r>
    </w:p>
    <w:p>
      <w:pPr>
        <w:spacing w:before="120" w:after="20" w:line="259" w:lineRule="auto"/>
        <w:shd w:fill="E8F5EC" w:val="clear"/>
      </w:pPr>
      <w:r>
        <w:rPr>
          <w:rFonts w:ascii="Calibri" w:hAnsi="Calibri" w:eastAsia="Calibri"/>
          <w:b/>
          <w:i w:val="0"/>
          <w:color w:val="146E3C"/>
          <w:sz w:val="22"/>
        </w:rPr>
        <w:t xml:space="preserve">    A. [CORRECT] CCBs block pancreatic insulin — hyperglycaemia is a clue, not DKA</w:t>
      </w:r>
    </w:p>
    <w:p>
      <w:pPr>
        <w:spacing w:before="0" w:after="20" w:line="259" w:lineRule="auto"/>
      </w:pPr>
      <w:r>
        <w:rPr>
          <w:rFonts w:ascii="Calibri" w:hAnsi="Calibri" w:eastAsia="Calibri"/>
          <w:b w:val="0"/>
          <w:i/>
          <w:color w:val="282828"/>
          <w:sz w:val="22"/>
        </w:rPr>
        <w:t xml:space="preserve">       Bay: Do not start a DKA protocol. Start HIET.</w:t>
      </w:r>
    </w:p>
    <w:p>
      <w:pPr>
        <w:spacing w:before="120" w:after="20" w:line="259" w:lineRule="auto"/>
        <w:shd w:fill="F8E8E8" w:val="clear"/>
      </w:pPr>
      <w:r>
        <w:rPr>
          <w:rFonts w:ascii="Calibri" w:hAnsi="Calibri" w:eastAsia="Calibri"/>
          <w:b w:val="0"/>
          <w:i w:val="0"/>
          <w:color w:val="A02828"/>
          <w:sz w:val="22"/>
        </w:rPr>
        <w:t xml:space="preserve">    B. [WRONG] Must be HHS — 0.9% saline only, no insulin</w:t>
      </w:r>
    </w:p>
    <w:p>
      <w:pPr>
        <w:spacing w:before="0" w:after="20" w:line="259" w:lineRule="auto"/>
      </w:pPr>
      <w:r>
        <w:rPr>
          <w:rFonts w:ascii="Calibri" w:hAnsi="Calibri" w:eastAsia="Calibri"/>
          <w:b w:val="0"/>
          <w:i/>
          <w:color w:val="282828"/>
          <w:sz w:val="22"/>
        </w:rPr>
        <w:t xml:space="preserve">       Bay: Wrong disease, and she needs insulin as an inotrope.</w:t>
      </w:r>
    </w:p>
    <w:p>
      <w:pPr>
        <w:spacing w:before="120" w:after="20" w:line="259" w:lineRule="auto"/>
        <w:shd w:fill="F8E8E8" w:val="clear"/>
      </w:pPr>
      <w:r>
        <w:rPr>
          <w:rFonts w:ascii="Calibri" w:hAnsi="Calibri" w:eastAsia="Calibri"/>
          <w:b w:val="0"/>
          <w:i w:val="0"/>
          <w:color w:val="A02828"/>
          <w:sz w:val="22"/>
        </w:rPr>
        <w:t xml:space="preserve">    C. [WRONG] Must be DKA — ketones will be 5</w:t>
      </w:r>
    </w:p>
    <w:p>
      <w:pPr>
        <w:spacing w:before="0" w:after="20" w:line="259" w:lineRule="auto"/>
      </w:pPr>
      <w:r>
        <w:rPr>
          <w:rFonts w:ascii="Calibri" w:hAnsi="Calibri" w:eastAsia="Calibri"/>
          <w:b w:val="0"/>
          <w:i/>
          <w:color w:val="282828"/>
          <w:sz w:val="22"/>
        </w:rPr>
        <w:t xml:space="preserve">       Bay: The bottle is verapamil.</w:t>
      </w:r>
    </w:p>
    <w:p>
      <w:pPr>
        <w:spacing w:before="120" w:after="20" w:line="259" w:lineRule="auto"/>
        <w:shd w:fill="F8E8E8" w:val="clear"/>
      </w:pPr>
      <w:r>
        <w:rPr>
          <w:rFonts w:ascii="Calibri" w:hAnsi="Calibri" w:eastAsia="Calibri"/>
          <w:b w:val="0"/>
          <w:i w:val="0"/>
          <w:color w:val="A02828"/>
          <w:sz w:val="22"/>
        </w:rPr>
        <w:t xml:space="preserve">    D. [WRONG] Give gliclazide to push her own insulin</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E. [WRONG] Ignore glucose, it never falls on HIET</w:t>
      </w:r>
    </w:p>
    <w:p>
      <w:pPr>
        <w:spacing w:before="0" w:after="20" w:line="259" w:lineRule="auto"/>
      </w:pPr>
      <w:r>
        <w:rPr>
          <w:rFonts w:ascii="Calibri" w:hAnsi="Calibri" w:eastAsia="Calibri"/>
          <w:b w:val="0"/>
          <w:i/>
          <w:color w:val="282828"/>
          <w:sz w:val="22"/>
        </w:rPr>
        <w:t xml:space="preserve">       Bay: It does. Watch it.</w:t>
      </w:r>
    </w:p>
    <w:p>
      <w:pPr>
        <w:spacing w:before="120" w:after="20" w:line="259" w:lineRule="auto"/>
        <w:shd w:fill="F8E8E8" w:val="clear"/>
      </w:pPr>
      <w:r>
        <w:rPr>
          <w:rFonts w:ascii="Calibri" w:hAnsi="Calibri" w:eastAsia="Calibri"/>
          <w:b w:val="0"/>
          <w:i w:val="0"/>
          <w:color w:val="A02828"/>
          <w:sz w:val="22"/>
        </w:rPr>
        <w:t>B. [WRONG] Gliclazide 80 mg NG</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DKA protocol stickers</w:t>
      </w:r>
    </w:p>
    <w:p>
      <w:pPr>
        <w:spacing w:before="0" w:after="20" w:line="259" w:lineRule="auto"/>
      </w:pPr>
      <w:r>
        <w:rPr>
          <w:rFonts w:ascii="Calibri" w:hAnsi="Calibri" w:eastAsia="Calibri"/>
          <w:b w:val="0"/>
          <w:i/>
          <w:color w:val="282828"/>
          <w:sz w:val="22"/>
        </w:rPr>
        <w:t>Bay: Wrong.</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Noradrenaline as the only drug, no calcium, no insulin</w:t>
      </w:r>
    </w:p>
    <w:p>
      <w:pPr>
        <w:spacing w:before="0" w:after="20" w:line="259" w:lineRule="auto"/>
      </w:pPr>
      <w:r>
        <w:rPr>
          <w:rFonts w:ascii="Calibri" w:hAnsi="Calibri" w:eastAsia="Calibri"/>
          <w:b w:val="0"/>
          <w:i/>
          <w:color w:val="282828"/>
          <w:sz w:val="22"/>
        </w:rPr>
        <w:t>Bay: Pressors can be added. They do not replace specific therapy.</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Immediate TCP as the only next step</w:t>
      </w:r>
    </w:p>
    <w:p>
      <w:pPr>
        <w:spacing w:before="0" w:after="20" w:line="259" w:lineRule="auto"/>
      </w:pPr>
      <w:r>
        <w:rPr>
          <w:rFonts w:ascii="Calibri" w:hAnsi="Calibri" w:eastAsia="Calibri"/>
          <w:b w:val="0"/>
          <w:i/>
          <w:color w:val="282828"/>
          <w:sz w:val="22"/>
        </w:rPr>
        <w:t>Bay: Capture often fails. Keep drugs coming.</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HIET running. Send labs.</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7.28  pCO2 4.8  pO2 11.2  HCO3 17  BE −8  lactate 4.0  K+ 3.6  glucose 11.2  Hb 128</w:t>
      </w:r>
    </w:p>
    <w:p>
      <w:pPr>
        <w:spacing w:before="0" w:after="40" w:line="259" w:lineRule="auto"/>
      </w:pPr>
      <w:r>
        <w:rPr>
          <w:rFonts w:ascii="Calibri" w:hAnsi="Calibri" w:eastAsia="Calibri"/>
          <w:b w:val="0"/>
          <w:i w:val="0"/>
          <w:sz w:val="22"/>
        </w:rPr>
        <w:t>Shocked. K will fall further on insulin — replace.</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11.2 mmol/L — CCB clue. Watch it once insulin starts.</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sinus-brady</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Will not change the hour.</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ue: Na 138   K 3.6   urea 8.8   creat 94</w:t>
      </w:r>
    </w:p>
    <w:p>
      <w:pPr>
        <w:spacing w:before="0" w:after="40" w:line="259" w:lineRule="auto"/>
      </w:pPr>
      <w:r>
        <w:rPr>
          <w:rFonts w:ascii="Calibri" w:hAnsi="Calibri" w:eastAsia="Calibri"/>
          <w:b w:val="0"/>
          <w:i w:val="0"/>
          <w:sz w:val="22"/>
        </w:rPr>
        <w:t>mg: 0.80 mmol/L</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K 3.6, still 80 systolic. Review — then decide.</w:t>
      </w:r>
    </w:p>
    <w:p>
      <w:pPr>
        <w:spacing w:before="120" w:after="20" w:line="259" w:lineRule="auto"/>
        <w:shd w:fill="E8F5EC" w:val="clear"/>
      </w:pPr>
      <w:r>
        <w:rPr>
          <w:rFonts w:ascii="Calibri" w:hAnsi="Calibri" w:eastAsia="Calibri"/>
          <w:b/>
          <w:i w:val="0"/>
          <w:color w:val="146E3C"/>
          <w:sz w:val="22"/>
        </w:rPr>
        <w:t>A. [CORRECT] Keep HIET, replace potassium, add a vasopressor if needed, discuss lipid / ECMO if she falls</w:t>
      </w:r>
    </w:p>
    <w:p>
      <w:pPr>
        <w:spacing w:before="0" w:after="20" w:line="259" w:lineRule="auto"/>
      </w:pPr>
      <w:r>
        <w:rPr>
          <w:rFonts w:ascii="Calibri" w:hAnsi="Calibri" w:eastAsia="Calibri"/>
          <w:b w:val="0"/>
          <w:i/>
          <w:color w:val="282828"/>
          <w:sz w:val="22"/>
        </w:rPr>
        <w:t>Bay: You do not stop calcium because the first ampoule 'did a bit'.</w:t>
      </w:r>
    </w:p>
    <w:p>
      <w:pPr>
        <w:spacing w:before="0" w:after="40" w:line="259" w:lineRule="auto"/>
      </w:pPr>
      <w:r>
        <w:rPr>
          <w:rFonts w:ascii="Calibri" w:hAnsi="Calibri" w:eastAsia="Calibri"/>
          <w:b w:val="0"/>
          <w:i/>
          <w:color w:val="5A4614"/>
          <w:sz w:val="20"/>
        </w:rPr>
        <w:t>Reaction: sbp +6</w:t>
      </w:r>
    </w:p>
    <w:p>
      <w:pPr>
        <w:spacing w:before="80" w:after="40" w:line="259" w:lineRule="auto"/>
      </w:pPr>
      <w:r>
        <w:rPr>
          <w:rFonts w:ascii="Calibri" w:hAnsi="Calibri" w:eastAsia="Calibri"/>
          <w:b/>
          <w:i w:val="0"/>
          <w:color w:val="46326E"/>
          <w:sz w:val="22"/>
        </w:rPr>
        <w:t xml:space="preserve">    Follow-up: Vasopressor of choice as adjunct?</w:t>
      </w:r>
    </w:p>
    <w:p>
      <w:pPr>
        <w:spacing w:before="120" w:after="20" w:line="259" w:lineRule="auto"/>
        <w:shd w:fill="E8F5EC" w:val="clear"/>
      </w:pPr>
      <w:r>
        <w:rPr>
          <w:rFonts w:ascii="Calibri" w:hAnsi="Calibri" w:eastAsia="Calibri"/>
          <w:b/>
          <w:i w:val="0"/>
          <w:color w:val="146E3C"/>
          <w:sz w:val="22"/>
        </w:rPr>
        <w:t xml:space="preserve">    A. [CORRECT] Noradrenaline is reasonable for vasodilated CCB shock, on top of HIET</w:t>
      </w:r>
    </w:p>
    <w:p>
      <w:pPr>
        <w:spacing w:before="0" w:after="20" w:line="259" w:lineRule="auto"/>
      </w:pPr>
      <w:r>
        <w:rPr>
          <w:rFonts w:ascii="Calibri" w:hAnsi="Calibri" w:eastAsia="Calibri"/>
          <w:b w:val="0"/>
          <w:i/>
          <w:color w:val="282828"/>
          <w:sz w:val="22"/>
        </w:rPr>
        <w:t xml:space="preserve">       Bay: Adrenaline if more inotropy needed. Not a 1 mg arrest bolus while she has a pulse.</w:t>
      </w:r>
    </w:p>
    <w:p>
      <w:pPr>
        <w:spacing w:before="120" w:after="20" w:line="259" w:lineRule="auto"/>
        <w:shd w:fill="F8E8E8" w:val="clear"/>
      </w:pPr>
      <w:r>
        <w:rPr>
          <w:rFonts w:ascii="Calibri" w:hAnsi="Calibri" w:eastAsia="Calibri"/>
          <w:b w:val="0"/>
          <w:i w:val="0"/>
          <w:color w:val="A02828"/>
          <w:sz w:val="22"/>
        </w:rPr>
        <w:t xml:space="preserve">    B. [WRONG] 1 mg adrenaline from the arrest box every 3 minutes</w:t>
      </w:r>
    </w:p>
    <w:p>
      <w:pPr>
        <w:spacing w:before="0" w:after="20" w:line="259" w:lineRule="auto"/>
      </w:pPr>
      <w:r>
        <w:rPr>
          <w:rFonts w:ascii="Calibri" w:hAnsi="Calibri" w:eastAsia="Calibri"/>
          <w:b w:val="0"/>
          <w:i/>
          <w:color w:val="282828"/>
          <w:sz w:val="22"/>
        </w:rPr>
        <w:t xml:space="preserve">       Bay: She has a pulse.</w:t>
      </w:r>
    </w:p>
    <w:p>
      <w:pPr>
        <w:spacing w:before="120" w:after="20" w:line="259" w:lineRule="auto"/>
        <w:shd w:fill="F8E8E8" w:val="clear"/>
      </w:pPr>
      <w:r>
        <w:rPr>
          <w:rFonts w:ascii="Calibri" w:hAnsi="Calibri" w:eastAsia="Calibri"/>
          <w:b w:val="0"/>
          <w:i w:val="0"/>
          <w:color w:val="A02828"/>
          <w:sz w:val="22"/>
        </w:rPr>
        <w:t xml:space="preserve">    C. [WRONG] Verapamil 5 mg IV to 'regularise'</w:t>
      </w:r>
    </w:p>
    <w:p>
      <w:pPr>
        <w:spacing w:before="0" w:after="20" w:line="259" w:lineRule="auto"/>
      </w:pPr>
      <w:r>
        <w:rPr>
          <w:rFonts w:ascii="Calibri" w:hAnsi="Calibri" w:eastAsia="Calibri"/>
          <w:b w:val="0"/>
          <w:i/>
          <w:color w:val="282828"/>
          <w:sz w:val="22"/>
        </w:rPr>
        <w:t xml:space="preserve">       Bay: That is the poison.</w:t>
      </w:r>
    </w:p>
    <w:p>
      <w:pPr>
        <w:spacing w:before="120" w:after="20" w:line="259" w:lineRule="auto"/>
        <w:shd w:fill="F8E8E8" w:val="clear"/>
      </w:pPr>
      <w:r>
        <w:rPr>
          <w:rFonts w:ascii="Calibri" w:hAnsi="Calibri" w:eastAsia="Calibri"/>
          <w:b w:val="0"/>
          <w:i w:val="0"/>
          <w:color w:val="A02828"/>
          <w:sz w:val="22"/>
        </w:rPr>
        <w:t xml:space="preserve">    D. [WRONG] Sotalol</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E. [WRONG] No pressors ever with HIET</w:t>
      </w:r>
    </w:p>
    <w:p>
      <w:pPr>
        <w:spacing w:before="0" w:after="20" w:line="259" w:lineRule="auto"/>
      </w:pPr>
      <w:r>
        <w:rPr>
          <w:rFonts w:ascii="Calibri" w:hAnsi="Calibri" w:eastAsia="Calibri"/>
          <w:b w:val="0"/>
          <w:i/>
          <w:color w:val="282828"/>
          <w:sz w:val="22"/>
        </w:rPr>
        <w:t xml:space="preserve">       Bay: They can be combined.</w:t>
      </w:r>
    </w:p>
    <w:p>
      <w:pPr>
        <w:spacing w:before="120" w:after="20" w:line="259" w:lineRule="auto"/>
        <w:shd w:fill="F8E8E8" w:val="clear"/>
      </w:pPr>
      <w:r>
        <w:rPr>
          <w:rFonts w:ascii="Calibri" w:hAnsi="Calibri" w:eastAsia="Calibri"/>
          <w:b w:val="0"/>
          <w:i w:val="0"/>
          <w:color w:val="A02828"/>
          <w:sz w:val="22"/>
        </w:rPr>
        <w:t>B. [WRONG] Give another 20 verapamil to 'use up receptors'</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Stop glucose because BM is 11</w:t>
      </w:r>
    </w:p>
    <w:p>
      <w:pPr>
        <w:spacing w:before="0" w:after="20" w:line="259" w:lineRule="auto"/>
      </w:pPr>
      <w:r>
        <w:rPr>
          <w:rFonts w:ascii="Calibri" w:hAnsi="Calibri" w:eastAsia="Calibri"/>
          <w:b w:val="0"/>
          <w:i/>
          <w:color w:val="282828"/>
          <w:sz w:val="22"/>
        </w:rPr>
        <w:t>Bay: HIET will drop it.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Digoxin Fab</w:t>
      </w:r>
    </w:p>
    <w:p>
      <w:pPr>
        <w:spacing w:before="0" w:after="20" w:line="259" w:lineRule="auto"/>
      </w:pPr>
      <w:r>
        <w:rPr>
          <w:rFonts w:ascii="Calibri" w:hAnsi="Calibri" w:eastAsia="Calibri"/>
          <w:b w:val="0"/>
          <w:i/>
          <w:color w:val="282828"/>
          <w:sz w:val="22"/>
        </w:rPr>
        <w:t>Bay: Wrong toxin.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Observe on AMU with 4-hourly obs</w:t>
      </w:r>
    </w:p>
    <w:p>
      <w:pPr>
        <w:spacing w:before="0" w:after="20" w:line="259" w:lineRule="auto"/>
      </w:pPr>
      <w:r>
        <w:rPr>
          <w:rFonts w:ascii="Calibri" w:hAnsi="Calibri" w:eastAsia="Calibri"/>
          <w:b w:val="0"/>
          <w:i/>
          <w:color w:val="282828"/>
          <w:sz w:val="22"/>
        </w:rPr>
        <w:t>Bay: SR CCB, shocked. ICU.</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Son found the blister.</w:t>
      </w:r>
    </w:p>
    <w:p>
      <w:pPr>
        <w:spacing w:before="120" w:after="20" w:line="259" w:lineRule="auto"/>
        <w:shd w:fill="E8F5EC" w:val="clear"/>
      </w:pPr>
      <w:r>
        <w:rPr>
          <w:rFonts w:ascii="Calibri" w:hAnsi="Calibri" w:eastAsia="Calibri"/>
          <w:b/>
          <w:i w:val="0"/>
          <w:color w:val="146E3C"/>
          <w:sz w:val="22"/>
        </w:rPr>
        <w:t>A. [CORRECT] Time, SR vs immediate-release, other tablets, weight, heart failure history</w:t>
      </w:r>
    </w:p>
    <w:p>
      <w:pPr>
        <w:spacing w:before="0" w:after="20" w:line="259" w:lineRule="auto"/>
      </w:pPr>
      <w:r>
        <w:rPr>
          <w:rFonts w:ascii="Calibri" w:hAnsi="Calibri" w:eastAsia="Calibri"/>
          <w:b w:val="0"/>
          <w:i/>
          <w:color w:val="282828"/>
          <w:sz w:val="22"/>
        </w:rPr>
        <w:t>Bay: SR 240 mg × 20, no beta-blocker, 68 kg, no failure.</w:t>
      </w:r>
    </w:p>
    <w:p>
      <w:pPr>
        <w:spacing w:before="120" w:after="20" w:line="259" w:lineRule="auto"/>
        <w:shd w:fill="E8F5EC" w:val="clear"/>
      </w:pPr>
      <w:r>
        <w:rPr>
          <w:rFonts w:ascii="Calibri" w:hAnsi="Calibri" w:eastAsia="Calibri"/>
          <w:b/>
          <w:i w:val="0"/>
          <w:color w:val="146E3C"/>
          <w:sz w:val="22"/>
        </w:rPr>
        <w:t>B. [CORRECT] Watch for delayed collapse — SR can sink late</w:t>
      </w:r>
    </w:p>
    <w:p>
      <w:pPr>
        <w:spacing w:before="0" w:after="20" w:line="259" w:lineRule="auto"/>
      </w:pPr>
      <w:r>
        <w:rPr>
          <w:rFonts w:ascii="Calibri" w:hAnsi="Calibri" w:eastAsia="Calibri"/>
          <w:b w:val="0"/>
          <w:i/>
          <w:color w:val="282828"/>
          <w:sz w:val="22"/>
        </w:rPr>
        <w:t>Bay: Do not declare her well at 4 hours.</w:t>
      </w:r>
    </w:p>
    <w:p>
      <w:pPr>
        <w:spacing w:before="120" w:after="20" w:line="259" w:lineRule="auto"/>
        <w:shd w:fill="E8F5EC" w:val="clear"/>
      </w:pPr>
      <w:r>
        <w:rPr>
          <w:rFonts w:ascii="Calibri" w:hAnsi="Calibri" w:eastAsia="Calibri"/>
          <w:b/>
          <w:i w:val="0"/>
          <w:color w:val="146E3C"/>
          <w:sz w:val="22"/>
        </w:rPr>
        <w:t>C. [CORRECT] NPIS, ICU, prime lipid and a retrieval ECMO conversation if she arrests</w:t>
      </w:r>
    </w:p>
    <w:p>
      <w:pPr>
        <w:spacing w:before="0" w:after="20" w:line="259" w:lineRule="auto"/>
      </w:pPr>
      <w:r>
        <w:rPr>
          <w:rFonts w:ascii="Calibri" w:hAnsi="Calibri" w:eastAsia="Calibri"/>
          <w:b w:val="0"/>
          <w:i/>
          <w:color w:val="282828"/>
          <w:sz w:val="22"/>
        </w:rPr>
        <w:t>Bay: Yes.</w:t>
      </w:r>
    </w:p>
    <w:p>
      <w:pPr>
        <w:spacing w:before="120" w:after="20" w:line="259" w:lineRule="auto"/>
        <w:shd w:fill="F8E8E8" w:val="clear"/>
      </w:pPr>
      <w:r>
        <w:rPr>
          <w:rFonts w:ascii="Calibri" w:hAnsi="Calibri" w:eastAsia="Calibri"/>
          <w:b w:val="0"/>
          <w:i w:val="0"/>
          <w:color w:val="A02828"/>
          <w:sz w:val="22"/>
        </w:rPr>
        <w:t>D. [WRONG] Wait for a verapamil level before HIET</w:t>
      </w:r>
    </w:p>
    <w:p>
      <w:pPr>
        <w:spacing w:before="0" w:after="20" w:line="259" w:lineRule="auto"/>
      </w:pPr>
      <w:r>
        <w:rPr>
          <w:rFonts w:ascii="Calibri" w:hAnsi="Calibri" w:eastAsia="Calibri"/>
          <w:b w:val="0"/>
          <w:i/>
          <w:color w:val="282828"/>
          <w:sz w:val="22"/>
        </w:rPr>
        <w:t>Bay: Treat.</w:t>
      </w:r>
    </w:p>
    <w:p>
      <w:pPr>
        <w:spacing w:before="120" w:after="20" w:line="259" w:lineRule="auto"/>
        <w:shd w:fill="F8E8E8" w:val="clear"/>
      </w:pPr>
      <w:r>
        <w:rPr>
          <w:rFonts w:ascii="Calibri" w:hAnsi="Calibri" w:eastAsia="Calibri"/>
          <w:b w:val="0"/>
          <w:i w:val="0"/>
          <w:color w:val="A02828"/>
          <w:sz w:val="22"/>
        </w:rPr>
        <w:t>E. [WRONG] Ipecac</w:t>
      </w:r>
    </w:p>
    <w:p>
      <w:pPr>
        <w:spacing w:before="0" w:after="20" w:line="259" w:lineRule="auto"/>
      </w:pPr>
      <w:r>
        <w:rPr>
          <w:rFonts w:ascii="Calibri" w:hAnsi="Calibri" w:eastAsia="Calibri"/>
          <w:b w:val="0"/>
          <w:i/>
          <w:color w:val="282828"/>
          <w:sz w:val="22"/>
        </w:rPr>
        <w:t>Bay: No.</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Calcium-channel blocker overdose</w:t>
      </w:r>
    </w:p>
    <w:p>
      <w:pPr>
        <w:spacing w:before="0" w:after="20" w:line="259" w:lineRule="auto"/>
      </w:pPr>
      <w:r>
        <w:rPr>
          <w:rFonts w:ascii="Calibri" w:hAnsi="Calibri" w:eastAsia="Calibri"/>
          <w:b w:val="0"/>
          <w:i/>
          <w:color w:val="282828"/>
          <w:sz w:val="22"/>
        </w:rPr>
        <w:t>Bay: Brady, shock, hyperglycaemia, verapamil SR. Calcium, HIET.</w:t>
      </w:r>
    </w:p>
    <w:p>
      <w:pPr>
        <w:spacing w:before="120" w:after="20" w:line="259" w:lineRule="auto"/>
        <w:shd w:fill="F8E8E8" w:val="clear"/>
      </w:pPr>
      <w:r>
        <w:rPr>
          <w:rFonts w:ascii="Calibri" w:hAnsi="Calibri" w:eastAsia="Calibri"/>
          <w:b w:val="0"/>
          <w:i w:val="0"/>
          <w:color w:val="A02828"/>
          <w:sz w:val="22"/>
        </w:rPr>
        <w:t>B. [WRONG] Beta-blocker OD as the only possibility</w:t>
      </w:r>
    </w:p>
    <w:p>
      <w:pPr>
        <w:spacing w:before="0" w:after="20" w:line="259" w:lineRule="auto"/>
      </w:pPr>
      <w:r>
        <w:rPr>
          <w:rFonts w:ascii="Calibri" w:hAnsi="Calibri" w:eastAsia="Calibri"/>
          <w:b w:val="0"/>
          <w:i/>
          <w:color w:val="282828"/>
          <w:sz w:val="22"/>
        </w:rPr>
        <w:t>Bay: Hyperglycaemia points at CCB. The box is verapamil. HIET still helps both.</w:t>
      </w:r>
    </w:p>
    <w:p>
      <w:pPr>
        <w:spacing w:before="120" w:after="20" w:line="259" w:lineRule="auto"/>
        <w:shd w:fill="F8E8E8" w:val="clear"/>
      </w:pPr>
      <w:r>
        <w:rPr>
          <w:rFonts w:ascii="Calibri" w:hAnsi="Calibri" w:eastAsia="Calibri"/>
          <w:b w:val="0"/>
          <w:i w:val="0"/>
          <w:color w:val="A02828"/>
          <w:sz w:val="22"/>
        </w:rPr>
        <w:t>C. [WRONG] Complete heart block from ischaemia only</w:t>
      </w:r>
    </w:p>
    <w:p>
      <w:pPr>
        <w:spacing w:before="0" w:after="20" w:line="259" w:lineRule="auto"/>
      </w:pPr>
      <w:r>
        <w:rPr>
          <w:rFonts w:ascii="Calibri" w:hAnsi="Calibri" w:eastAsia="Calibri"/>
          <w:b w:val="0"/>
          <w:i/>
          <w:color w:val="282828"/>
          <w:sz w:val="22"/>
        </w:rPr>
        <w:t>Bay: Treat the toxin.</w:t>
      </w:r>
    </w:p>
    <w:p>
      <w:pPr>
        <w:spacing w:before="120" w:after="20" w:line="259" w:lineRule="auto"/>
        <w:shd w:fill="F8E8E8" w:val="clear"/>
      </w:pPr>
      <w:r>
        <w:rPr>
          <w:rFonts w:ascii="Calibri" w:hAnsi="Calibri" w:eastAsia="Calibri"/>
          <w:b w:val="0"/>
          <w:i w:val="0"/>
          <w:color w:val="A02828"/>
          <w:sz w:val="22"/>
        </w:rPr>
        <w:t>D. [WRONG] HHS</w:t>
      </w:r>
    </w:p>
    <w:p>
      <w:pPr>
        <w:spacing w:before="0" w:after="20" w:line="259" w:lineRule="auto"/>
      </w:pPr>
      <w:r>
        <w:rPr>
          <w:rFonts w:ascii="Calibri" w:hAnsi="Calibri" w:eastAsia="Calibri"/>
          <w:b w:val="0"/>
          <w:i/>
          <w:color w:val="282828"/>
          <w:sz w:val="22"/>
        </w:rPr>
        <w:t>Bay: Glucose 11, empty CCB box, HR 40.</w:t>
      </w:r>
    </w:p>
    <w:p>
      <w:pPr>
        <w:spacing w:before="120" w:after="20" w:line="259" w:lineRule="auto"/>
        <w:shd w:fill="F8E8E8" w:val="clear"/>
      </w:pPr>
      <w:r>
        <w:rPr>
          <w:rFonts w:ascii="Calibri" w:hAnsi="Calibri" w:eastAsia="Calibri"/>
          <w:b w:val="0"/>
          <w:i w:val="0"/>
          <w:color w:val="A02828"/>
          <w:sz w:val="22"/>
        </w:rPr>
        <w:t>E. [WRONG] Opioid</w:t>
      </w:r>
    </w:p>
    <w:p>
      <w:pPr>
        <w:spacing w:before="0" w:after="20" w:line="259" w:lineRule="auto"/>
      </w:pPr>
      <w:r>
        <w:rPr>
          <w:rFonts w:ascii="Calibri" w:hAnsi="Calibri" w:eastAsia="Calibri"/>
          <w:b w:val="0"/>
          <w:i/>
          <w:color w:val="282828"/>
          <w:sz w:val="22"/>
        </w:rPr>
        <w:t>Bay: RR 14, GCS 13, HR 40, sugar 11.</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BP 78 on HIET and calcium. ICU mention lipid.</w:t>
      </w:r>
    </w:p>
    <w:p>
      <w:pPr>
        <w:spacing w:before="120" w:after="20" w:line="259" w:lineRule="auto"/>
        <w:shd w:fill="E8F5EC" w:val="clear"/>
      </w:pPr>
      <w:r>
        <w:rPr>
          <w:rFonts w:ascii="Calibri" w:hAnsi="Calibri" w:eastAsia="Calibri"/>
          <w:b/>
          <w:i w:val="0"/>
          <w:color w:val="146E3C"/>
          <w:sz w:val="22"/>
        </w:rPr>
        <w:t>A. [CORRECT] Lipid emulsion as rescue, do not stop HIET, ECMO if arrest</w:t>
      </w:r>
    </w:p>
    <w:p>
      <w:pPr>
        <w:spacing w:before="0" w:after="20" w:line="259" w:lineRule="auto"/>
      </w:pPr>
      <w:r>
        <w:rPr>
          <w:rFonts w:ascii="Calibri" w:hAnsi="Calibri" w:eastAsia="Calibri"/>
          <w:b w:val="0"/>
          <w:i/>
          <w:color w:val="282828"/>
          <w:sz w:val="22"/>
        </w:rPr>
        <w:t>Bay: Intralipid going. Pads on. SR can be long.</w:t>
      </w:r>
    </w:p>
    <w:p>
      <w:pPr>
        <w:spacing w:before="0" w:after="40" w:line="259" w:lineRule="auto"/>
      </w:pPr>
      <w:r>
        <w:rPr>
          <w:rFonts w:ascii="Calibri" w:hAnsi="Calibri" w:eastAsia="Calibri"/>
          <w:b w:val="0"/>
          <w:i/>
          <w:color w:val="5A4614"/>
          <w:sz w:val="20"/>
        </w:rPr>
        <w:t>Reaction: sbp +6</w:t>
      </w:r>
    </w:p>
    <w:p>
      <w:pPr>
        <w:spacing w:before="80" w:after="40" w:line="259" w:lineRule="auto"/>
      </w:pPr>
      <w:r>
        <w:rPr>
          <w:rFonts w:ascii="Calibri" w:hAnsi="Calibri" w:eastAsia="Calibri"/>
          <w:b/>
          <w:i w:val="0"/>
          <w:color w:val="46326E"/>
          <w:sz w:val="22"/>
        </w:rPr>
        <w:t xml:space="preserve">    Follow-up: Pacing?</w:t>
      </w:r>
    </w:p>
    <w:p>
      <w:pPr>
        <w:spacing w:before="120" w:after="20" w:line="259" w:lineRule="auto"/>
        <w:shd w:fill="E8F5EC" w:val="clear"/>
      </w:pPr>
      <w:r>
        <w:rPr>
          <w:rFonts w:ascii="Calibri" w:hAnsi="Calibri" w:eastAsia="Calibri"/>
          <w:b/>
          <w:i w:val="0"/>
          <w:color w:val="146E3C"/>
          <w:sz w:val="22"/>
        </w:rPr>
        <w:t xml:space="preserve">    A. [CORRECT] Try if drugs fail — electrical capture often without a pulse in CCB</w:t>
      </w:r>
    </w:p>
    <w:p>
      <w:pPr>
        <w:spacing w:before="0" w:after="20" w:line="259" w:lineRule="auto"/>
      </w:pPr>
      <w:r>
        <w:rPr>
          <w:rFonts w:ascii="Calibri" w:hAnsi="Calibri" w:eastAsia="Calibri"/>
          <w:b w:val="0"/>
          <w:i/>
          <w:color w:val="282828"/>
          <w:sz w:val="22"/>
        </w:rPr>
        <w:t xml:space="preserve">       Bay: Do not rely on it. ECMO is the real rescue in refractory shock.</w:t>
      </w:r>
    </w:p>
    <w:p>
      <w:pPr>
        <w:spacing w:before="120" w:after="20" w:line="259" w:lineRule="auto"/>
        <w:shd w:fill="F8E8E8" w:val="clear"/>
      </w:pPr>
      <w:r>
        <w:rPr>
          <w:rFonts w:ascii="Calibri" w:hAnsi="Calibri" w:eastAsia="Calibri"/>
          <w:b w:val="0"/>
          <w:i w:val="0"/>
          <w:color w:val="A02828"/>
          <w:sz w:val="22"/>
        </w:rPr>
        <w:t xml:space="preserve">    B. [WRONG] Pacing replaces HIET</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C. [WRONG] Must pace every CCB tablet</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D. [WRONG] Unsynchronised 200 J for a pulse of 40</w:t>
      </w:r>
    </w:p>
    <w:p>
      <w:pPr>
        <w:spacing w:before="0" w:after="20" w:line="259" w:lineRule="auto"/>
      </w:pPr>
      <w:r>
        <w:rPr>
          <w:rFonts w:ascii="Calibri" w:hAnsi="Calibri" w:eastAsia="Calibri"/>
          <w:b w:val="0"/>
          <w:i/>
          <w:color w:val="282828"/>
          <w:sz w:val="22"/>
        </w:rPr>
        <w:t xml:space="preserve">       Bay: She has a pulse. That is not VF.</w:t>
      </w:r>
    </w:p>
    <w:p>
      <w:pPr>
        <w:spacing w:before="120" w:after="20" w:line="259" w:lineRule="auto"/>
        <w:shd w:fill="F8E8E8" w:val="clear"/>
      </w:pPr>
      <w:r>
        <w:rPr>
          <w:rFonts w:ascii="Calibri" w:hAnsi="Calibri" w:eastAsia="Calibri"/>
          <w:b w:val="0"/>
          <w:i w:val="0"/>
          <w:color w:val="A02828"/>
          <w:sz w:val="22"/>
        </w:rPr>
        <w:t xml:space="preserve">    E. [WRONG] No further treatment once lipid is in</w:t>
      </w:r>
    </w:p>
    <w:p>
      <w:pPr>
        <w:spacing w:before="0" w:after="20" w:line="259" w:lineRule="auto"/>
      </w:pPr>
      <w:r>
        <w:rPr>
          <w:rFonts w:ascii="Calibri" w:hAnsi="Calibri" w:eastAsia="Calibri"/>
          <w:b w:val="0"/>
          <w:i/>
          <w:color w:val="282828"/>
          <w:sz w:val="22"/>
        </w:rPr>
        <w:t xml:space="preserve">       Bay: Keep HIET.</w:t>
      </w:r>
    </w:p>
    <w:p>
      <w:pPr>
        <w:spacing w:before="120" w:after="20" w:line="259" w:lineRule="auto"/>
        <w:shd w:fill="F8E8E8" w:val="clear"/>
      </w:pPr>
      <w:r>
        <w:rPr>
          <w:rFonts w:ascii="Calibri" w:hAnsi="Calibri" w:eastAsia="Calibri"/>
          <w:b w:val="0"/>
          <w:i w:val="0"/>
          <w:color w:val="A02828"/>
          <w:sz w:val="22"/>
        </w:rPr>
        <w:t>B. [WRONG] Stop HIET because lipid is 'the antidote'</w:t>
      </w:r>
    </w:p>
    <w:p>
      <w:pPr>
        <w:spacing w:before="0" w:after="20" w:line="259" w:lineRule="auto"/>
      </w:pPr>
      <w:r>
        <w:rPr>
          <w:rFonts w:ascii="Calibri" w:hAnsi="Calibri" w:eastAsia="Calibri"/>
          <w:b w:val="0"/>
          <w:i/>
          <w:color w:val="282828"/>
          <w:sz w:val="22"/>
        </w:rPr>
        <w:t>Bay: Keep both.</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DC cardiovert the bradycardia at 200 J unsync</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Discharge to psych at BP 78</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Oral calcium for the next 24 hours only</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She is 90 systolic on infusions.</w:t>
      </w:r>
    </w:p>
    <w:p>
      <w:pPr>
        <w:spacing w:before="120" w:after="20" w:line="259" w:lineRule="auto"/>
        <w:shd w:fill="E8F5EC" w:val="clear"/>
      </w:pPr>
      <w:r>
        <w:rPr>
          <w:rFonts w:ascii="Calibri" w:hAnsi="Calibri" w:eastAsia="Calibri"/>
          <w:b/>
          <w:i w:val="0"/>
          <w:color w:val="146E3C"/>
          <w:sz w:val="22"/>
        </w:rPr>
        <w:t>A. [CORRECT] ICU — HIET, glucose, K, NPIS, ECMO-aware</w:t>
      </w:r>
    </w:p>
    <w:p>
      <w:pPr>
        <w:spacing w:before="0" w:after="20" w:line="259" w:lineRule="auto"/>
      </w:pPr>
      <w:r>
        <w:rPr>
          <w:rFonts w:ascii="Calibri" w:hAnsi="Calibri" w:eastAsia="Calibri"/>
          <w:b w:val="0"/>
          <w:i/>
          <w:color w:val="282828"/>
          <w:sz w:val="22"/>
        </w:rPr>
        <w:t>Bay: Yes. SR CCB is a long night.</w:t>
      </w:r>
    </w:p>
    <w:p>
      <w:pPr>
        <w:spacing w:before="120" w:after="20" w:line="259" w:lineRule="auto"/>
        <w:shd w:fill="F8E8E8" w:val="clear"/>
      </w:pPr>
      <w:r>
        <w:rPr>
          <w:rFonts w:ascii="Calibri" w:hAnsi="Calibri" w:eastAsia="Calibri"/>
          <w:b w:val="0"/>
          <w:i w:val="0"/>
          <w:color w:val="A02828"/>
          <w:sz w:val="22"/>
        </w:rPr>
        <w:t>B. [WRONG] Psych ward</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C. [WRONG] AMU cubicle</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D. [WRONG] Home with her son</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E. [WRONG] CCU without insulin because 'it's only a heart rate'</w:t>
      </w:r>
    </w:p>
    <w:p>
      <w:pPr>
        <w:spacing w:before="0" w:after="20" w:line="259" w:lineRule="auto"/>
      </w:pPr>
      <w:r>
        <w:rPr>
          <w:rFonts w:ascii="Calibri" w:hAnsi="Calibri" w:eastAsia="Calibri"/>
          <w:b w:val="0"/>
          <w:i/>
          <w:color w:val="282828"/>
          <w:sz w:val="22"/>
        </w:rPr>
        <w:t>Bay: They can share — take the HIET.</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ICU.</w:t>
      </w:r>
    </w:p>
    <w:p>
      <w:pPr>
        <w:spacing w:before="120" w:after="20" w:line="259" w:lineRule="auto"/>
        <w:shd w:fill="E8F5EC" w:val="clear"/>
      </w:pPr>
      <w:r>
        <w:rPr>
          <w:rFonts w:ascii="Calibri" w:hAnsi="Calibri" w:eastAsia="Calibri"/>
          <w:b/>
          <w:i w:val="0"/>
          <w:color w:val="146E3C"/>
          <w:sz w:val="22"/>
        </w:rPr>
        <w:t>A. [CORRECT] Times of calcium and insulin, glucose, potassium, formulation SR, NPIS reference</w:t>
      </w:r>
    </w:p>
    <w:p>
      <w:pPr>
        <w:spacing w:before="0" w:after="20" w:line="259" w:lineRule="auto"/>
      </w:pPr>
      <w:r>
        <w:rPr>
          <w:rFonts w:ascii="Calibri" w:hAnsi="Calibri" w:eastAsia="Calibri"/>
          <w:b w:val="0"/>
          <w:i/>
          <w:color w:val="282828"/>
          <w:sz w:val="22"/>
        </w:rPr>
        <w:t>Bay: Handover is the infusions.</w:t>
      </w:r>
    </w:p>
    <w:p>
      <w:pPr>
        <w:spacing w:before="80" w:after="40" w:line="259" w:lineRule="auto"/>
      </w:pPr>
      <w:r>
        <w:rPr>
          <w:rFonts w:ascii="Calibri" w:hAnsi="Calibri" w:eastAsia="Calibri"/>
          <w:b/>
          <w:i w:val="0"/>
          <w:color w:val="46326E"/>
          <w:sz w:val="22"/>
        </w:rPr>
        <w:t xml:space="preserve">    Follow-up: Glucose on transfer?</w:t>
      </w:r>
    </w:p>
    <w:p>
      <w:pPr>
        <w:spacing w:before="120" w:after="20" w:line="259" w:lineRule="auto"/>
        <w:shd w:fill="E8F5EC" w:val="clear"/>
      </w:pPr>
      <w:r>
        <w:rPr>
          <w:rFonts w:ascii="Calibri" w:hAnsi="Calibri" w:eastAsia="Calibri"/>
          <w:b/>
          <w:i w:val="0"/>
          <w:color w:val="146E3C"/>
          <w:sz w:val="22"/>
        </w:rPr>
        <w:t xml:space="preserve">    A. [CORRECT] Check in the lift — HIET drops BM even if she started at 11</w:t>
      </w:r>
    </w:p>
    <w:p>
      <w:pPr>
        <w:spacing w:before="0" w:after="20" w:line="259" w:lineRule="auto"/>
      </w:pPr>
      <w:r>
        <w:rPr>
          <w:rFonts w:ascii="Calibri" w:hAnsi="Calibri" w:eastAsia="Calibri"/>
          <w:b w:val="0"/>
          <w:i/>
          <w:color w:val="282828"/>
          <w:sz w:val="22"/>
        </w:rPr>
        <w:t xml:space="preserve">       Bay: Yes.</w:t>
      </w:r>
    </w:p>
    <w:p>
      <w:pPr>
        <w:spacing w:before="120" w:after="20" w:line="259" w:lineRule="auto"/>
        <w:shd w:fill="F8E8E8" w:val="clear"/>
      </w:pPr>
      <w:r>
        <w:rPr>
          <w:rFonts w:ascii="Calibri" w:hAnsi="Calibri" w:eastAsia="Calibri"/>
          <w:b w:val="0"/>
          <w:i w:val="0"/>
          <w:color w:val="A02828"/>
          <w:sz w:val="22"/>
        </w:rPr>
        <w:t xml:space="preserve">    B. [WRONG] Cannot fall</w:t>
      </w:r>
    </w:p>
    <w:p>
      <w:pPr>
        <w:spacing w:before="0" w:after="20" w:line="259" w:lineRule="auto"/>
      </w:pPr>
      <w:r>
        <w:rPr>
          <w:rFonts w:ascii="Calibri" w:hAnsi="Calibri" w:eastAsia="Calibri"/>
          <w:b w:val="0"/>
          <w:i/>
          <w:color w:val="282828"/>
          <w:sz w:val="22"/>
        </w:rPr>
        <w:t xml:space="preserve">       Bay: It can.</w:t>
      </w:r>
    </w:p>
    <w:p>
      <w:pPr>
        <w:spacing w:before="120" w:after="20" w:line="259" w:lineRule="auto"/>
        <w:shd w:fill="F8E8E8" w:val="clear"/>
      </w:pPr>
      <w:r>
        <w:rPr>
          <w:rFonts w:ascii="Calibri" w:hAnsi="Calibri" w:eastAsia="Calibri"/>
          <w:b w:val="0"/>
          <w:i w:val="0"/>
          <w:color w:val="A02828"/>
          <w:sz w:val="22"/>
        </w:rPr>
        <w:t xml:space="preserve">    C. [WRONG] Stop glucose because she is diabetic-range</w:t>
      </w:r>
    </w:p>
    <w:p>
      <w:pPr>
        <w:spacing w:before="0" w:after="20" w:line="259" w:lineRule="auto"/>
      </w:pPr>
      <w:r>
        <w:rPr>
          <w:rFonts w:ascii="Calibri" w:hAnsi="Calibri" w:eastAsia="Calibri"/>
          <w:b w:val="0"/>
          <w:i/>
          <w:color w:val="282828"/>
          <w:sz w:val="22"/>
        </w:rPr>
        <w:t xml:space="preserve">       Bay: She is not a T2 sliding-scale.</w:t>
      </w:r>
    </w:p>
    <w:p>
      <w:pPr>
        <w:spacing w:before="120" w:after="20" w:line="259" w:lineRule="auto"/>
        <w:shd w:fill="F8E8E8" w:val="clear"/>
      </w:pPr>
      <w:r>
        <w:rPr>
          <w:rFonts w:ascii="Calibri" w:hAnsi="Calibri" w:eastAsia="Calibri"/>
          <w:b w:val="0"/>
          <w:i w:val="0"/>
          <w:color w:val="A02828"/>
          <w:sz w:val="22"/>
        </w:rPr>
        <w:t xml:space="preserve">    D. [WRONG] Only a lab BM in the morning</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E. [WRONG] A sandwich instead of an infusion</w:t>
      </w:r>
    </w:p>
    <w:p>
      <w:pPr>
        <w:spacing w:before="0" w:after="20" w:line="259" w:lineRule="auto"/>
      </w:pPr>
      <w:r>
        <w:rPr>
          <w:rFonts w:ascii="Calibri" w:hAnsi="Calibri" w:eastAsia="Calibri"/>
          <w:b w:val="0"/>
          <w:i/>
          <w:color w:val="282828"/>
          <w:sz w:val="22"/>
        </w:rPr>
        <w:t xml:space="preserve">       Bay: GCS 13, shocked.</w:t>
      </w:r>
    </w:p>
    <w:p>
      <w:pPr>
        <w:spacing w:before="120" w:after="20" w:line="259" w:lineRule="auto"/>
        <w:shd w:fill="F8E8E8" w:val="clear"/>
      </w:pPr>
      <w:r>
        <w:rPr>
          <w:rFonts w:ascii="Calibri" w:hAnsi="Calibri" w:eastAsia="Calibri"/>
          <w:b w:val="0"/>
          <w:i w:val="0"/>
          <w:color w:val="A02828"/>
          <w:sz w:val="22"/>
        </w:rPr>
        <w:t>B. [WRONG] Stop insulin for transfer</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Give 1 mg adrenaline cover</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Activated charcoal, GCS 13, no airway, 4 hours on SR</w:t>
      </w:r>
    </w:p>
    <w:p>
      <w:pPr>
        <w:spacing w:before="0" w:after="20" w:line="259" w:lineRule="auto"/>
      </w:pPr>
      <w:r>
        <w:rPr>
          <w:rFonts w:ascii="Calibri" w:hAnsi="Calibri" w:eastAsia="Calibri"/>
          <w:b w:val="0"/>
          <w:i/>
          <w:color w:val="282828"/>
          <w:sz w:val="22"/>
        </w:rPr>
        <w:t>Bay: Ask NPIS — SR sometimes gets MDAC if the airway is safe. Do not aspirate her.</w:t>
      </w:r>
    </w:p>
    <w:p>
      <w:pPr>
        <w:spacing w:before="120" w:after="20" w:line="259" w:lineRule="auto"/>
        <w:shd w:fill="F8E8E8" w:val="clear"/>
      </w:pPr>
      <w:r>
        <w:rPr>
          <w:rFonts w:ascii="Calibri" w:hAnsi="Calibri" w:eastAsia="Calibri"/>
          <w:b w:val="0"/>
          <w:i w:val="0"/>
          <w:color w:val="A02828"/>
          <w:sz w:val="22"/>
        </w:rPr>
        <w:t>E. [WRONG] Unmonitored hug with family in the car park</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NPIS later.</w:t>
      </w:r>
    </w:p>
    <w:p>
      <w:pPr>
        <w:spacing w:before="120" w:after="20" w:line="259" w:lineRule="auto"/>
        <w:shd w:fill="E8F5EC" w:val="clear"/>
      </w:pPr>
      <w:r>
        <w:rPr>
          <w:rFonts w:ascii="Calibri" w:hAnsi="Calibri" w:eastAsia="Calibri"/>
          <w:b/>
          <w:i w:val="0"/>
          <w:color w:val="146E3C"/>
          <w:sz w:val="22"/>
        </w:rPr>
        <w:t>A. [CORRECT] Verapamil overdose (calcium-channel blocker)</w:t>
      </w:r>
    </w:p>
    <w:p>
      <w:pPr>
        <w:spacing w:before="0" w:after="20" w:line="259" w:lineRule="auto"/>
      </w:pPr>
      <w:r>
        <w:rPr>
          <w:rFonts w:ascii="Calibri" w:hAnsi="Calibri" w:eastAsia="Calibri"/>
          <w:b w:val="0"/>
          <w:i/>
          <w:color w:val="282828"/>
          <w:sz w:val="22"/>
        </w:rPr>
        <w:t>Bay: That is the diagnosis.</w:t>
      </w:r>
    </w:p>
    <w:p>
      <w:pPr>
        <w:spacing w:before="120" w:after="20" w:line="259" w:lineRule="auto"/>
        <w:shd w:fill="F8E8E8" w:val="clear"/>
      </w:pPr>
      <w:r>
        <w:rPr>
          <w:rFonts w:ascii="Calibri" w:hAnsi="Calibri" w:eastAsia="Calibri"/>
          <w:b w:val="0"/>
          <w:i w:val="0"/>
          <w:color w:val="A02828"/>
          <w:sz w:val="22"/>
        </w:rPr>
        <w:t>B. [WRONG] Propranolol as the only possible toxin</w:t>
      </w:r>
    </w:p>
    <w:p>
      <w:pPr>
        <w:spacing w:before="0" w:after="20" w:line="259" w:lineRule="auto"/>
      </w:pPr>
      <w:r>
        <w:rPr>
          <w:rFonts w:ascii="Calibri" w:hAnsi="Calibri" w:eastAsia="Calibri"/>
          <w:b w:val="0"/>
          <w:i/>
          <w:color w:val="282828"/>
          <w:sz w:val="22"/>
        </w:rPr>
        <w:t>Bay: Glucose 11 and the box say CCB.</w:t>
      </w:r>
    </w:p>
    <w:p>
      <w:pPr>
        <w:spacing w:before="120" w:after="20" w:line="259" w:lineRule="auto"/>
        <w:shd w:fill="F8E8E8" w:val="clear"/>
      </w:pPr>
      <w:r>
        <w:rPr>
          <w:rFonts w:ascii="Calibri" w:hAnsi="Calibri" w:eastAsia="Calibri"/>
          <w:b w:val="0"/>
          <w:i w:val="0"/>
          <w:color w:val="A02828"/>
          <w:sz w:val="22"/>
        </w:rPr>
        <w:t>C. [WRONG] Digoxin</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D. [WRONG] Simple vasovagal</w:t>
      </w:r>
    </w:p>
    <w:p>
      <w:pPr>
        <w:spacing w:before="0" w:after="20" w:line="259" w:lineRule="auto"/>
      </w:pPr>
      <w:r>
        <w:rPr>
          <w:rFonts w:ascii="Calibri" w:hAnsi="Calibri" w:eastAsia="Calibri"/>
          <w:b w:val="0"/>
          <w:i/>
          <w:color w:val="282828"/>
          <w:sz w:val="22"/>
        </w:rPr>
        <w:t>Bay: Empty SR box.</w:t>
      </w:r>
    </w:p>
    <w:p>
      <w:pPr>
        <w:spacing w:before="120" w:after="20" w:line="259" w:lineRule="auto"/>
        <w:shd w:fill="F8E8E8" w:val="clear"/>
      </w:pPr>
      <w:r>
        <w:rPr>
          <w:rFonts w:ascii="Calibri" w:hAnsi="Calibri" w:eastAsia="Calibri"/>
          <w:b w:val="0"/>
          <w:i w:val="0"/>
          <w:color w:val="A02828"/>
          <w:sz w:val="22"/>
        </w:rPr>
        <w:t>E. [WRONG] Primary complete heart block</w:t>
      </w:r>
    </w:p>
    <w:p>
      <w:pPr>
        <w:spacing w:before="0" w:after="20" w:line="259" w:lineRule="auto"/>
      </w:pPr>
      <w:r>
        <w:rPr>
          <w:rFonts w:ascii="Calibri" w:hAnsi="Calibri" w:eastAsia="Calibri"/>
          <w:b w:val="0"/>
          <w:i/>
          <w:color w:val="282828"/>
          <w:sz w:val="22"/>
        </w:rPr>
        <w:t>Bay: Treat as toxin first.</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Verapamil (CCB) overdose</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Empty verapamil SR, HR 40, BP 70, warm shock</w:t>
      </w:r>
    </w:p>
    <w:p>
      <w:pPr>
        <w:spacing w:before="0" w:after="40" w:line="259" w:lineRule="auto"/>
      </w:pPr>
      <w:r>
        <w:rPr>
          <w:rFonts w:ascii="Calibri" w:hAnsi="Calibri" w:eastAsia="Calibri"/>
          <w:b w:val="0"/>
          <w:i w:val="0"/>
          <w:sz w:val="22"/>
        </w:rPr>
        <w:t>• Glucose 11 — insulin blockade clue</w:t>
      </w:r>
    </w:p>
    <w:p>
      <w:pPr>
        <w:spacing w:before="0" w:after="40" w:line="259" w:lineRule="auto"/>
      </w:pPr>
      <w:r>
        <w:rPr>
          <w:rFonts w:ascii="Calibri" w:hAnsi="Calibri" w:eastAsia="Calibri"/>
          <w:b w:val="0"/>
          <w:i w:val="0"/>
          <w:sz w:val="22"/>
        </w:rPr>
        <w:t>• Poor response to atropine</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12-lead, glucose, ABG, U&amp;E, paracetamol in mixed OD</w:t>
      </w:r>
    </w:p>
    <w:p>
      <w:pPr>
        <w:spacing w:before="0" w:after="40" w:line="259" w:lineRule="auto"/>
      </w:pPr>
      <w:r>
        <w:rPr>
          <w:rFonts w:ascii="Calibri" w:hAnsi="Calibri" w:eastAsia="Calibri"/>
          <w:b w:val="0"/>
          <w:i w:val="0"/>
          <w:sz w:val="22"/>
        </w:rPr>
        <w:t>• No delay for a verapamil level</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Calcium chloride 10 mL 10% (or gluconate 30 mL), repeat</w:t>
      </w:r>
    </w:p>
    <w:p>
      <w:pPr>
        <w:spacing w:before="0" w:after="40" w:line="259" w:lineRule="auto"/>
      </w:pPr>
      <w:r>
        <w:rPr>
          <w:rFonts w:ascii="Calibri" w:hAnsi="Calibri" w:eastAsia="Calibri"/>
          <w:b w:val="0"/>
          <w:i w:val="0"/>
          <w:sz w:val="22"/>
        </w:rPr>
        <w:t>• HIET 1 unit/kg then infusion, watch glucose and K</w:t>
      </w:r>
    </w:p>
    <w:p>
      <w:pPr>
        <w:spacing w:before="0" w:after="40" w:line="259" w:lineRule="auto"/>
      </w:pPr>
      <w:r>
        <w:rPr>
          <w:rFonts w:ascii="Calibri" w:hAnsi="Calibri" w:eastAsia="Calibri"/>
          <w:b w:val="0"/>
          <w:i w:val="0"/>
          <w:sz w:val="22"/>
        </w:rPr>
        <w:t>• Vasopressors as adjunct; lipid / ECMO if refractory</w:t>
      </w:r>
    </w:p>
    <w:p>
      <w:pPr>
        <w:spacing w:before="0" w:after="40" w:line="259" w:lineRule="auto"/>
      </w:pPr>
      <w:r>
        <w:rPr>
          <w:rFonts w:ascii="Calibri" w:hAnsi="Calibri" w:eastAsia="Calibri"/>
          <w:b w:val="0"/>
          <w:i w:val="0"/>
          <w:sz w:val="22"/>
        </w:rPr>
        <w:t>• Pacing often fails to produce a pulse</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TOXBASE calcium-channel blockers</w:t>
      </w:r>
    </w:p>
    <w:p>
      <w:pPr>
        <w:spacing w:before="0" w:after="40" w:line="259" w:lineRule="auto"/>
      </w:pPr>
      <w:r>
        <w:rPr>
          <w:rFonts w:ascii="Calibri" w:hAnsi="Calibri" w:eastAsia="Calibri"/>
          <w:b w:val="0"/>
          <w:i w:val="0"/>
          <w:sz w:val="22"/>
        </w:rPr>
        <w:t>• NPIS / RCEM toxicology</w:t>
      </w:r>
    </w:p>
    <w:p>
      <w:pPr>
        <w:spacing w:before="0" w:after="40" w:line="259" w:lineRule="auto"/>
      </w:pPr>
      <w:r>
        <w:rPr>
          <w:rFonts w:ascii="Calibri" w:hAnsi="Calibri" w:eastAsia="Calibri"/>
          <w:b w:val="0"/>
          <w:i w:val="0"/>
          <w:sz w:val="22"/>
        </w:rPr>
        <w:t>• RCUK special circumstances — poisoning</w:t>
      </w:r>
    </w:p>
    <w:p>
      <w:r>
        <w:br w:type="page"/>
      </w:r>
    </w:p>
    <w:p>
      <w:pPr>
        <w:spacing w:before="120" w:after="160" w:line="259" w:lineRule="auto"/>
      </w:pPr>
      <w:r>
        <w:rPr>
          <w:rFonts w:ascii="Calibri" w:hAnsi="Calibri" w:eastAsia="Calibri"/>
          <w:b/>
          <w:i w:val="0"/>
          <w:color w:val="0C0E10"/>
          <w:sz w:val="36"/>
        </w:rPr>
        <w:t>Case 41 — Myasthenic crisis with respiratory failure</w:t>
      </w:r>
    </w:p>
    <w:p>
      <w:pPr>
        <w:spacing w:before="0" w:after="40" w:line="259" w:lineRule="auto"/>
      </w:pPr>
      <w:r>
        <w:rPr>
          <w:rFonts w:ascii="Calibri" w:hAnsi="Calibri" w:eastAsia="Calibri"/>
          <w:b w:val="0"/>
          <w:i/>
          <w:color w:val="5A5A5A"/>
          <w:sz w:val="20"/>
        </w:rPr>
        <w:t>buzzer · Emergency buzzer — Majors · rhythm sinus-tach</w:t>
      </w:r>
    </w:p>
    <w:p>
      <w:pPr>
        <w:spacing w:before="0" w:after="40" w:line="259" w:lineRule="auto"/>
      </w:pPr>
      <w:r>
        <w:rPr>
          <w:rFonts w:ascii="Calibri" w:hAnsi="Calibri" w:eastAsia="Calibri"/>
          <w:b w:val="0"/>
          <w:i/>
          <w:color w:val="5A5A5A"/>
          <w:sz w:val="20"/>
        </w:rPr>
        <w:t>HR 108   BP 128/74   RR 28   SpO2 93%   temp 37.8   GCS 15   BM 5.6</w:t>
      </w:r>
    </w:p>
    <w:p>
      <w:pPr>
        <w:spacing w:before="240" w:after="80" w:line="259" w:lineRule="auto"/>
      </w:pPr>
      <w:r>
        <w:rPr>
          <w:rFonts w:ascii="Calibri" w:hAnsi="Calibri" w:eastAsia="Calibri"/>
          <w:b/>
          <w:i w:val="0"/>
          <w:color w:val="1E2832"/>
          <w:sz w:val="26"/>
        </w:rPr>
        <w:t>Pre-alert / buzzer</w:t>
      </w:r>
    </w:p>
    <w:p>
      <w:pPr>
        <w:spacing w:before="40" w:after="40" w:line="259" w:lineRule="auto"/>
      </w:pPr>
      <w:r>
        <w:rPr>
          <w:rFonts w:ascii="Calibri" w:hAnsi="Calibri" w:eastAsia="Calibri"/>
          <w:b w:val="0"/>
          <w:i w:val="0"/>
          <w:sz w:val="22"/>
        </w:rPr>
        <w:t>Emergency buzzer — Majors 3.</w:t>
      </w:r>
    </w:p>
    <w:p>
      <w:pPr>
        <w:spacing w:before="0" w:after="40" w:line="259" w:lineRule="auto"/>
      </w:pPr>
      <w:r>
        <w:rPr>
          <w:rFonts w:ascii="Calibri" w:hAnsi="Calibri" w:eastAsia="Calibri"/>
          <w:b w:val="0"/>
          <w:i w:val="0"/>
          <w:sz w:val="22"/>
        </w:rPr>
      </w:r>
    </w:p>
    <w:p>
      <w:pPr>
        <w:spacing w:before="0" w:after="40" w:line="259" w:lineRule="auto"/>
      </w:pPr>
      <w:r>
        <w:rPr>
          <w:rFonts w:ascii="Calibri" w:hAnsi="Calibri" w:eastAsia="Calibri"/>
          <w:b w:val="0"/>
          <w:i w:val="0"/>
          <w:sz w:val="22"/>
        </w:rPr>
        <w:t>A 34-year-old woman, known myasthenia gravis, 3 days of a chesty cold, now breathless, weak voice, cannot finish a sentence. She looks tired in a way that scares you.</w:t>
      </w:r>
    </w:p>
    <w:p>
      <w:pPr>
        <w:spacing w:before="240" w:after="80" w:line="259" w:lineRule="auto"/>
      </w:pPr>
      <w:r>
        <w:rPr>
          <w:rFonts w:ascii="Calibri" w:hAnsi="Calibri" w:eastAsia="Calibri"/>
          <w:b/>
          <w:i w:val="0"/>
          <w:color w:val="1E2832"/>
          <w:sz w:val="26"/>
        </w:rPr>
        <w:t>ABCDE</w:t>
      </w:r>
    </w:p>
    <w:p>
      <w:pPr>
        <w:spacing w:before="40" w:after="40" w:line="259" w:lineRule="auto"/>
      </w:pPr>
      <w:r>
        <w:rPr>
          <w:rFonts w:ascii="Calibri" w:hAnsi="Calibri" w:eastAsia="Calibri"/>
          <w:b w:val="0"/>
          <w:i w:val="0"/>
          <w:sz w:val="22"/>
        </w:rPr>
        <w:t>A — patent, weak voice, no stridor, pooling a little saliva.</w:t>
      </w:r>
    </w:p>
    <w:p>
      <w:pPr>
        <w:spacing w:before="0" w:after="40" w:line="259" w:lineRule="auto"/>
      </w:pPr>
      <w:r>
        <w:rPr>
          <w:rFonts w:ascii="Calibri" w:hAnsi="Calibri" w:eastAsia="Calibri"/>
          <w:b w:val="0"/>
          <w:i w:val="0"/>
          <w:sz w:val="22"/>
        </w:rPr>
        <w:t>B — RR 28, shallow, quiet bases, SpO2 93% air, using accessories, single-breath count of 8.</w:t>
      </w:r>
    </w:p>
    <w:p>
      <w:pPr>
        <w:spacing w:before="0" w:after="40" w:line="259" w:lineRule="auto"/>
      </w:pPr>
      <w:r>
        <w:rPr>
          <w:rFonts w:ascii="Calibri" w:hAnsi="Calibri" w:eastAsia="Calibri"/>
          <w:b w:val="0"/>
          <w:i w:val="0"/>
          <w:sz w:val="22"/>
        </w:rPr>
        <w:t>C — HR 108, BP 128/74, no failure.</w:t>
      </w:r>
    </w:p>
    <w:p>
      <w:pPr>
        <w:spacing w:before="0" w:after="40" w:line="259" w:lineRule="auto"/>
      </w:pPr>
      <w:r>
        <w:rPr>
          <w:rFonts w:ascii="Calibri" w:hAnsi="Calibri" w:eastAsia="Calibri"/>
          <w:b w:val="0"/>
          <w:i w:val="0"/>
          <w:sz w:val="22"/>
        </w:rPr>
        <w:t>D — GCS 15, BM 5.6, bilateral ptosis worse on looking up, proximal weakness.</w:t>
      </w:r>
    </w:p>
    <w:p>
      <w:pPr>
        <w:spacing w:before="0" w:after="40" w:line="259" w:lineRule="auto"/>
      </w:pPr>
      <w:r>
        <w:rPr>
          <w:rFonts w:ascii="Calibri" w:hAnsi="Calibri" w:eastAsia="Calibri"/>
          <w:b w:val="0"/>
          <w:i w:val="0"/>
          <w:sz w:val="22"/>
        </w:rPr>
        <w:t>E — no rash. Pyridostigmine bottles in the bag. No opioid.</w:t>
      </w:r>
    </w:p>
    <w:p>
      <w:pPr>
        <w:spacing w:before="240" w:after="80" w:line="259" w:lineRule="auto"/>
      </w:pPr>
      <w:r>
        <w:rPr>
          <w:rFonts w:ascii="Calibri" w:hAnsi="Calibri" w:eastAsia="Calibri"/>
          <w:b/>
          <w:i w:val="0"/>
          <w:color w:val="1E2832"/>
          <w:sz w:val="26"/>
        </w:rPr>
        <w:t>Q1 — What do you want first?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MG, infection, weak voice, single-breath count 8, SpO2 93%.</w:t>
      </w:r>
    </w:p>
    <w:p>
      <w:pPr>
        <w:spacing w:before="120" w:after="20" w:line="259" w:lineRule="auto"/>
        <w:shd w:fill="E8F5EC" w:val="clear"/>
      </w:pPr>
      <w:r>
        <w:rPr>
          <w:rFonts w:ascii="Calibri" w:hAnsi="Calibri" w:eastAsia="Calibri"/>
          <w:b/>
          <w:i w:val="0"/>
          <w:color w:val="146E3C"/>
          <w:sz w:val="22"/>
        </w:rPr>
        <w:t>A. [CORRECT] Call ICU — this is a falling vital capacity</w:t>
      </w:r>
    </w:p>
    <w:p>
      <w:pPr>
        <w:spacing w:before="0" w:after="20" w:line="259" w:lineRule="auto"/>
      </w:pPr>
      <w:r>
        <w:rPr>
          <w:rFonts w:ascii="Calibri" w:hAnsi="Calibri" w:eastAsia="Calibri"/>
          <w:b w:val="0"/>
          <w:i/>
          <w:color w:val="282828"/>
          <w:sz w:val="22"/>
        </w:rPr>
        <w:t>Bay: Do not wait for a pCO2 of 8. Do not dump a huge extra pyridostigmine and hope. NIV may bridge. The tube is coming if she tires.</w:t>
      </w:r>
    </w:p>
    <w:p>
      <w:pPr>
        <w:spacing w:before="0" w:after="40" w:line="259" w:lineRule="auto"/>
      </w:pPr>
      <w:r>
        <w:rPr>
          <w:rFonts w:ascii="Calibri" w:hAnsi="Calibri" w:eastAsia="Calibri"/>
          <w:b w:val="0"/>
          <w:i/>
          <w:color w:val="5A4614"/>
          <w:sz w:val="20"/>
        </w:rPr>
        <w:t>Reaction: spo2 +2, O2 2 L</w:t>
      </w:r>
    </w:p>
    <w:p>
      <w:pPr>
        <w:spacing w:before="80" w:after="40" w:line="259" w:lineRule="auto"/>
      </w:pPr>
      <w:r>
        <w:rPr>
          <w:rFonts w:ascii="Calibri" w:hAnsi="Calibri" w:eastAsia="Calibri"/>
          <w:b/>
          <w:i w:val="0"/>
          <w:color w:val="46326E"/>
          <w:sz w:val="22"/>
        </w:rPr>
        <w:t xml:space="preserve">    Follow-up: When do you intubate myasthenia?</w:t>
      </w:r>
    </w:p>
    <w:p>
      <w:pPr>
        <w:spacing w:before="120" w:after="20" w:line="259" w:lineRule="auto"/>
        <w:shd w:fill="E8F5EC" w:val="clear"/>
      </w:pPr>
      <w:r>
        <w:rPr>
          <w:rFonts w:ascii="Calibri" w:hAnsi="Calibri" w:eastAsia="Calibri"/>
          <w:b/>
          <w:i w:val="0"/>
          <w:color w:val="146E3C"/>
          <w:sz w:val="22"/>
        </w:rPr>
        <w:t xml:space="preserve">    A. [CORRECT] Falling vital capacity (~15–20 mL/kg), hypercapnia, exhaustion, weak cough, aspiration</w:t>
      </w:r>
    </w:p>
    <w:p>
      <w:pPr>
        <w:spacing w:before="0" w:after="20" w:line="259" w:lineRule="auto"/>
      </w:pPr>
      <w:r>
        <w:rPr>
          <w:rFonts w:ascii="Calibri" w:hAnsi="Calibri" w:eastAsia="Calibri"/>
          <w:b w:val="0"/>
          <w:i/>
          <w:color w:val="282828"/>
          <w:sz w:val="22"/>
        </w:rPr>
        <w:t xml:space="preserve">       Bay: Do it electively, not as a crash at 03:00.</w:t>
      </w:r>
    </w:p>
    <w:p>
      <w:pPr>
        <w:spacing w:before="120" w:after="20" w:line="259" w:lineRule="auto"/>
        <w:shd w:fill="F8E8E8" w:val="clear"/>
      </w:pPr>
      <w:r>
        <w:rPr>
          <w:rFonts w:ascii="Calibri" w:hAnsi="Calibri" w:eastAsia="Calibri"/>
          <w:b w:val="0"/>
          <w:i w:val="0"/>
          <w:color w:val="A02828"/>
          <w:sz w:val="22"/>
        </w:rPr>
        <w:t xml:space="preserve">    B. [WRONG] Only when she arrests</w:t>
      </w:r>
    </w:p>
    <w:p>
      <w:pPr>
        <w:spacing w:before="0" w:after="20" w:line="259" w:lineRule="auto"/>
      </w:pPr>
      <w:r>
        <w:rPr>
          <w:rFonts w:ascii="Calibri" w:hAnsi="Calibri" w:eastAsia="Calibri"/>
          <w:b w:val="0"/>
          <w:i/>
          <w:color w:val="282828"/>
          <w:sz w:val="22"/>
        </w:rPr>
        <w:t xml:space="preserve">       Bay: Too late.</w:t>
      </w:r>
    </w:p>
    <w:p>
      <w:pPr>
        <w:spacing w:before="120" w:after="20" w:line="259" w:lineRule="auto"/>
        <w:shd w:fill="F8E8E8" w:val="clear"/>
      </w:pPr>
      <w:r>
        <w:rPr>
          <w:rFonts w:ascii="Calibri" w:hAnsi="Calibri" w:eastAsia="Calibri"/>
          <w:b w:val="0"/>
          <w:i w:val="0"/>
          <w:color w:val="A02828"/>
          <w:sz w:val="22"/>
        </w:rPr>
        <w:t xml:space="preserve">    C. [WRONG] Never — MG does not get tubes</w:t>
      </w:r>
    </w:p>
    <w:p>
      <w:pPr>
        <w:spacing w:before="0" w:after="20" w:line="259" w:lineRule="auto"/>
      </w:pPr>
      <w:r>
        <w:rPr>
          <w:rFonts w:ascii="Calibri" w:hAnsi="Calibri" w:eastAsia="Calibri"/>
          <w:b w:val="0"/>
          <w:i/>
          <w:color w:val="282828"/>
          <w:sz w:val="22"/>
        </w:rPr>
        <w:t xml:space="preserve">       Bay: Crisis is an airway disease.</w:t>
      </w:r>
    </w:p>
    <w:p>
      <w:pPr>
        <w:spacing w:before="120" w:after="20" w:line="259" w:lineRule="auto"/>
        <w:shd w:fill="F8E8E8" w:val="clear"/>
      </w:pPr>
      <w:r>
        <w:rPr>
          <w:rFonts w:ascii="Calibri" w:hAnsi="Calibri" w:eastAsia="Calibri"/>
          <w:b w:val="0"/>
          <w:i w:val="0"/>
          <w:color w:val="A02828"/>
          <w:sz w:val="22"/>
        </w:rPr>
        <w:t xml:space="preserve">    D. [WRONG] After an edrophonium test in resus</w:t>
      </w:r>
    </w:p>
    <w:p>
      <w:pPr>
        <w:spacing w:before="0" w:after="20" w:line="259" w:lineRule="auto"/>
      </w:pPr>
      <w:r>
        <w:rPr>
          <w:rFonts w:ascii="Calibri" w:hAnsi="Calibri" w:eastAsia="Calibri"/>
          <w:b w:val="0"/>
          <w:i/>
          <w:color w:val="282828"/>
          <w:sz w:val="22"/>
        </w:rPr>
        <w:t xml:space="preserve">       Bay: Tensilon tests can crash her. Do not.</w:t>
      </w:r>
    </w:p>
    <w:p>
      <w:pPr>
        <w:spacing w:before="120" w:after="20" w:line="259" w:lineRule="auto"/>
        <w:shd w:fill="F8E8E8" w:val="clear"/>
      </w:pPr>
      <w:r>
        <w:rPr>
          <w:rFonts w:ascii="Calibri" w:hAnsi="Calibri" w:eastAsia="Calibri"/>
          <w:b w:val="0"/>
          <w:i w:val="0"/>
          <w:color w:val="A02828"/>
          <w:sz w:val="22"/>
        </w:rPr>
        <w:t xml:space="preserve">    E. [WRONG] After you have doubled pyridostigmine three times</w:t>
      </w:r>
    </w:p>
    <w:p>
      <w:pPr>
        <w:spacing w:before="0" w:after="20" w:line="259" w:lineRule="auto"/>
      </w:pPr>
      <w:r>
        <w:rPr>
          <w:rFonts w:ascii="Calibri" w:hAnsi="Calibri" w:eastAsia="Calibri"/>
          <w:b w:val="0"/>
          <w:i/>
          <w:color w:val="282828"/>
          <w:sz w:val="22"/>
        </w:rPr>
        <w:t xml:space="preserve">       Bay: Cholinergic crisis on top of a weak chest.</w:t>
      </w:r>
    </w:p>
    <w:p>
      <w:pPr>
        <w:spacing w:before="120" w:after="20" w:line="259" w:lineRule="auto"/>
        <w:shd w:fill="F8E8E8" w:val="clear"/>
      </w:pPr>
      <w:r>
        <w:rPr>
          <w:rFonts w:ascii="Calibri" w:hAnsi="Calibri" w:eastAsia="Calibri"/>
          <w:b w:val="0"/>
          <w:i w:val="0"/>
          <w:color w:val="A02828"/>
          <w:sz w:val="22"/>
        </w:rPr>
        <w:t>B. [WRONG] Edrophonium (Tensilon) test in resus</w:t>
      </w:r>
    </w:p>
    <w:p>
      <w:pPr>
        <w:spacing w:before="0" w:after="20" w:line="259" w:lineRule="auto"/>
      </w:pPr>
      <w:r>
        <w:rPr>
          <w:rFonts w:ascii="Calibri" w:hAnsi="Calibri" w:eastAsia="Calibri"/>
          <w:b w:val="0"/>
          <w:i/>
          <w:color w:val="282828"/>
          <w:sz w:val="22"/>
        </w:rPr>
        <w:t>Bay: Can precipitate crisis. Not a resus party trick.</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Double pyridostigmine and send her to the waiting room</w:t>
      </w:r>
    </w:p>
    <w:p>
      <w:pPr>
        <w:spacing w:before="0" w:after="20" w:line="259" w:lineRule="auto"/>
      </w:pPr>
      <w:r>
        <w:rPr>
          <w:rFonts w:ascii="Calibri" w:hAnsi="Calibri" w:eastAsia="Calibri"/>
          <w:b w:val="0"/>
          <w:i/>
          <w:color w:val="282828"/>
          <w:sz w:val="22"/>
        </w:rPr>
        <w:t>Bay: She cannot count to 10.</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Succinylcholine RSI 'as usual' if you tube</w:t>
      </w:r>
    </w:p>
    <w:p>
      <w:pPr>
        <w:spacing w:before="0" w:after="20" w:line="259" w:lineRule="auto"/>
      </w:pPr>
      <w:r>
        <w:rPr>
          <w:rFonts w:ascii="Calibri" w:hAnsi="Calibri" w:eastAsia="Calibri"/>
          <w:b w:val="0"/>
          <w:i/>
          <w:color w:val="282828"/>
          <w:sz w:val="22"/>
        </w:rPr>
        <w:t>Bay: MG is unpredictable with sux. Use a difficult-airway plan and discuss rocuronium/doses with ICU.</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Discharge with a rescue steroid pack only</w:t>
      </w:r>
    </w:p>
    <w:p>
      <w:pPr>
        <w:spacing w:before="0" w:after="20" w:line="259" w:lineRule="auto"/>
      </w:pPr>
      <w:r>
        <w:rPr>
          <w:rFonts w:ascii="Calibri" w:hAnsi="Calibri" w:eastAsia="Calibri"/>
          <w:b w:val="0"/>
          <w:i/>
          <w:color w:val="282828"/>
          <w:sz w:val="22"/>
        </w:rPr>
        <w:t>Bay: Single-breath 8.</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Q2 — What's next?</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ICU are walking. Gas: pH 7.32, pCO2 6.8, pO2 9.1. Still talking, just.</w:t>
      </w:r>
    </w:p>
    <w:p>
      <w:pPr>
        <w:spacing w:before="120" w:after="20" w:line="259" w:lineRule="auto"/>
        <w:shd w:fill="E8F5EC" w:val="clear"/>
      </w:pPr>
      <w:r>
        <w:rPr>
          <w:rFonts w:ascii="Calibri" w:hAnsi="Calibri" w:eastAsia="Calibri"/>
          <w:b/>
          <w:i w:val="0"/>
          <w:color w:val="146E3C"/>
          <w:sz w:val="22"/>
        </w:rPr>
        <w:t>A. [CORRECT] Elective intubation (or a closely watched NIV bridge)</w:t>
      </w:r>
    </w:p>
    <w:p>
      <w:pPr>
        <w:spacing w:before="0" w:after="20" w:line="259" w:lineRule="auto"/>
      </w:pPr>
      <w:r>
        <w:rPr>
          <w:rFonts w:ascii="Calibri" w:hAnsi="Calibri" w:eastAsia="Calibri"/>
          <w:b w:val="0"/>
          <w:i/>
          <w:color w:val="282828"/>
          <w:sz w:val="22"/>
        </w:rPr>
        <w:t>Bay: You stay. If the mask is a trial, failure is a tube, not a ward.</w:t>
      </w:r>
    </w:p>
    <w:p>
      <w:pPr>
        <w:spacing w:before="0" w:after="40" w:line="259" w:lineRule="auto"/>
      </w:pPr>
      <w:r>
        <w:rPr>
          <w:rFonts w:ascii="Calibri" w:hAnsi="Calibri" w:eastAsia="Calibri"/>
          <w:b w:val="0"/>
          <w:i/>
          <w:color w:val="5A4614"/>
          <w:sz w:val="20"/>
        </w:rPr>
        <w:t>Reaction: gcs -2</w:t>
      </w:r>
    </w:p>
    <w:p>
      <w:pPr>
        <w:spacing w:before="80" w:after="40" w:line="259" w:lineRule="auto"/>
      </w:pPr>
      <w:r>
        <w:rPr>
          <w:rFonts w:ascii="Calibri" w:hAnsi="Calibri" w:eastAsia="Calibri"/>
          <w:b/>
          <w:i w:val="0"/>
          <w:color w:val="46326E"/>
          <w:sz w:val="22"/>
        </w:rPr>
        <w:t xml:space="preserve">    Follow-up: NIV here?</w:t>
      </w:r>
    </w:p>
    <w:p>
      <w:pPr>
        <w:spacing w:before="120" w:after="20" w:line="259" w:lineRule="auto"/>
        <w:shd w:fill="E8F5EC" w:val="clear"/>
      </w:pPr>
      <w:r>
        <w:rPr>
          <w:rFonts w:ascii="Calibri" w:hAnsi="Calibri" w:eastAsia="Calibri"/>
          <w:b/>
          <w:i w:val="0"/>
          <w:color w:val="146E3C"/>
          <w:sz w:val="22"/>
        </w:rPr>
        <w:t xml:space="preserve">    A. [CORRECT] A short, supervised bridge while you prepare to tube — not a ward overnight experiment</w:t>
      </w:r>
    </w:p>
    <w:p>
      <w:pPr>
        <w:spacing w:before="0" w:after="20" w:line="259" w:lineRule="auto"/>
      </w:pPr>
      <w:r>
        <w:rPr>
          <w:rFonts w:ascii="Calibri" w:hAnsi="Calibri" w:eastAsia="Calibri"/>
          <w:b w:val="0"/>
          <w:i/>
          <w:color w:val="282828"/>
          <w:sz w:val="22"/>
        </w:rPr>
        <w:t xml:space="preserve">       Bay: Hypercapnia and exhaustion in MG often need a tube.</w:t>
      </w:r>
    </w:p>
    <w:p>
      <w:pPr>
        <w:spacing w:before="120" w:after="20" w:line="259" w:lineRule="auto"/>
        <w:shd w:fill="F8E8E8" w:val="clear"/>
      </w:pPr>
      <w:r>
        <w:rPr>
          <w:rFonts w:ascii="Calibri" w:hAnsi="Calibri" w:eastAsia="Calibri"/>
          <w:b w:val="0"/>
          <w:i w:val="0"/>
          <w:color w:val="A02828"/>
          <w:sz w:val="22"/>
        </w:rPr>
        <w:t xml:space="preserve">    B. [WRONG] Home NIV starting next week</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C. [WRONG] NIV instead of ever calling ICU</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D. [WRONG] CPAP 15 as for APO</w:t>
      </w:r>
    </w:p>
    <w:p>
      <w:pPr>
        <w:spacing w:before="0" w:after="20" w:line="259" w:lineRule="auto"/>
      </w:pPr>
      <w:r>
        <w:rPr>
          <w:rFonts w:ascii="Calibri" w:hAnsi="Calibri" w:eastAsia="Calibri"/>
          <w:b w:val="0"/>
          <w:i/>
          <w:color w:val="282828"/>
          <w:sz w:val="22"/>
        </w:rPr>
        <w:t xml:space="preserve">       Bay: This is weakness, not oedema.</w:t>
      </w:r>
    </w:p>
    <w:p>
      <w:pPr>
        <w:spacing w:before="120" w:after="20" w:line="259" w:lineRule="auto"/>
        <w:shd w:fill="F8E8E8" w:val="clear"/>
      </w:pPr>
      <w:r>
        <w:rPr>
          <w:rFonts w:ascii="Calibri" w:hAnsi="Calibri" w:eastAsia="Calibri"/>
          <w:b w:val="0"/>
          <w:i w:val="0"/>
          <w:color w:val="A02828"/>
          <w:sz w:val="22"/>
        </w:rPr>
        <w:t xml:space="preserve">    E. [WRONG] BiPAP unsupervised in the car park</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B. [WRONG] More pyridostigmine NG and a 6-hour review on AMU</w:t>
      </w:r>
    </w:p>
    <w:p>
      <w:pPr>
        <w:spacing w:before="0" w:after="20" w:line="259" w:lineRule="auto"/>
      </w:pPr>
      <w:r>
        <w:rPr>
          <w:rFonts w:ascii="Calibri" w:hAnsi="Calibri" w:eastAsia="Calibri"/>
          <w:b w:val="0"/>
          <w:i/>
          <w:color w:val="282828"/>
          <w:sz w:val="22"/>
        </w:rPr>
        <w:t>Bay: pCO2 6.8 and tiring.</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Morphine 10 mg to 'settle the rate'</w:t>
      </w:r>
    </w:p>
    <w:p>
      <w:pPr>
        <w:spacing w:before="0" w:after="20" w:line="259" w:lineRule="auto"/>
      </w:pPr>
      <w:r>
        <w:rPr>
          <w:rFonts w:ascii="Calibri" w:hAnsi="Calibri" w:eastAsia="Calibri"/>
          <w:b w:val="0"/>
          <w:i/>
          <w:color w:val="282828"/>
          <w:sz w:val="22"/>
        </w:rPr>
        <w:t>Bay: You will stop the only muscles she has left.</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Standard RSI with a large sux dose because 'it's just like everyone'</w:t>
      </w:r>
    </w:p>
    <w:p>
      <w:pPr>
        <w:spacing w:before="0" w:after="20" w:line="259" w:lineRule="auto"/>
      </w:pPr>
      <w:r>
        <w:rPr>
          <w:rFonts w:ascii="Calibri" w:hAnsi="Calibri" w:eastAsia="Calibri"/>
          <w:b w:val="0"/>
          <w:i/>
          <w:color w:val="282828"/>
          <w:sz w:val="22"/>
        </w:rPr>
        <w:t>Bay: Talk to ICU about the neuromuscular plan.</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E. [WRONG] Send her for an unescorted vital-capacity in physiology at 09:00</w:t>
      </w:r>
    </w:p>
    <w:p>
      <w:pPr>
        <w:spacing w:before="0" w:after="20" w:line="259" w:lineRule="auto"/>
      </w:pPr>
      <w:r>
        <w:rPr>
          <w:rFonts w:ascii="Calibri" w:hAnsi="Calibri" w:eastAsia="Calibri"/>
          <w:b w:val="0"/>
          <w:i/>
          <w:color w:val="282828"/>
          <w:sz w:val="22"/>
        </w:rPr>
        <w:t>Bay: She may not be alive at 09:00.</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Q3 — What do you want sent?</w:t>
      </w:r>
    </w:p>
    <w:p>
      <w:pPr>
        <w:spacing w:before="0" w:after="40" w:line="259" w:lineRule="auto"/>
      </w:pPr>
      <w:r>
        <w:rPr>
          <w:rFonts w:ascii="Calibri" w:hAnsi="Calibri" w:eastAsia="Calibri"/>
          <w:b w:val="0"/>
          <w:i/>
          <w:color w:val="5A5A5A"/>
          <w:sz w:val="20"/>
        </w:rPr>
        <w:t>Investigations. Wrong answers do not count toward death.</w:t>
      </w:r>
    </w:p>
    <w:p>
      <w:pPr>
        <w:spacing w:before="40" w:after="120" w:line="259" w:lineRule="auto"/>
      </w:pPr>
      <w:r>
        <w:rPr>
          <w:rFonts w:ascii="Calibri" w:hAnsi="Calibri" w:eastAsia="Calibri"/>
          <w:b w:val="0"/>
          <w:i/>
          <w:color w:val="283746"/>
          <w:sz w:val="22"/>
        </w:rPr>
        <w:t>Nurse/bay: Airway plan is on. Send labs.</w:t>
      </w:r>
    </w:p>
    <w:p>
      <w:pPr>
        <w:spacing w:before="40" w:after="40" w:line="259" w:lineRule="auto"/>
      </w:pPr>
      <w:r>
        <w:rPr>
          <w:rFonts w:ascii="Calibri" w:hAnsi="Calibri" w:eastAsia="Calibri"/>
          <w:b w:val="0"/>
          <w:i w:val="0"/>
          <w:sz w:val="22"/>
        </w:rPr>
        <w:t>gas (REQUIRED)</w:t>
      </w:r>
    </w:p>
    <w:p>
      <w:pPr>
        <w:spacing w:before="0" w:after="40" w:line="259" w:lineRule="auto"/>
      </w:pPr>
      <w:r>
        <w:rPr>
          <w:rFonts w:ascii="Calibri" w:hAnsi="Calibri" w:eastAsia="Calibri"/>
          <w:b w:val="0"/>
          <w:i w:val="0"/>
          <w:sz w:val="22"/>
        </w:rPr>
        <w:t>Result: pH 7.32  pCO2 6.8  pO2 9.1  HCO3 26  BE 0  lactate 1.0  K+ 4.0  Hb 134</w:t>
      </w:r>
    </w:p>
    <w:p>
      <w:pPr>
        <w:spacing w:before="0" w:after="40" w:line="259" w:lineRule="auto"/>
      </w:pPr>
      <w:r>
        <w:rPr>
          <w:rFonts w:ascii="Calibri" w:hAnsi="Calibri" w:eastAsia="Calibri"/>
          <w:b w:val="0"/>
          <w:i w:val="0"/>
          <w:sz w:val="22"/>
        </w:rPr>
        <w:t>Type 2 failure from weakness. This is the indication.</w:t>
      </w:r>
    </w:p>
    <w:p>
      <w:pPr>
        <w:spacing w:before="40" w:after="40" w:line="259" w:lineRule="auto"/>
      </w:pPr>
      <w:r>
        <w:rPr>
          <w:rFonts w:ascii="Calibri" w:hAnsi="Calibri" w:eastAsia="Calibri"/>
          <w:b w:val="0"/>
          <w:i w:val="0"/>
          <w:sz w:val="22"/>
        </w:rPr>
        <w:t>glucose (REQUIRED)</w:t>
      </w:r>
    </w:p>
    <w:p>
      <w:pPr>
        <w:spacing w:before="0" w:after="40" w:line="259" w:lineRule="auto"/>
      </w:pPr>
      <w:r>
        <w:rPr>
          <w:rFonts w:ascii="Calibri" w:hAnsi="Calibri" w:eastAsia="Calibri"/>
          <w:b w:val="0"/>
          <w:i w:val="0"/>
          <w:sz w:val="22"/>
        </w:rPr>
        <w:t>Result: 5.6 mmol/L</w:t>
      </w:r>
    </w:p>
    <w:p>
      <w:pPr>
        <w:spacing w:before="40" w:after="40" w:line="259" w:lineRule="auto"/>
      </w:pPr>
      <w:r>
        <w:rPr>
          <w:rFonts w:ascii="Calibri" w:hAnsi="Calibri" w:eastAsia="Calibri"/>
          <w:b w:val="0"/>
          <w:i w:val="0"/>
          <w:sz w:val="22"/>
        </w:rPr>
        <w:t>ecg (REQUIRED)</w:t>
      </w:r>
    </w:p>
    <w:p>
      <w:pPr>
        <w:spacing w:before="0" w:after="40" w:line="259" w:lineRule="auto"/>
      </w:pPr>
      <w:r>
        <w:rPr>
          <w:rFonts w:ascii="Calibri" w:hAnsi="Calibri" w:eastAsia="Calibri"/>
          <w:b w:val="0"/>
          <w:i w:val="0"/>
          <w:sz w:val="22"/>
        </w:rPr>
        <w:t>ECG: sinus-tach</w:t>
      </w:r>
    </w:p>
    <w:p>
      <w:pPr>
        <w:spacing w:before="40" w:after="40" w:line="259" w:lineRule="auto"/>
      </w:pPr>
      <w:r>
        <w:rPr>
          <w:rFonts w:ascii="Calibri" w:hAnsi="Calibri" w:eastAsia="Calibri"/>
          <w:b w:val="0"/>
          <w:i w:val="0"/>
          <w:sz w:val="22"/>
        </w:rPr>
        <w:t>urine (optional)</w:t>
      </w:r>
    </w:p>
    <w:p>
      <w:pPr>
        <w:spacing w:before="0" w:after="40" w:line="259" w:lineRule="auto"/>
      </w:pPr>
      <w:r>
        <w:rPr>
          <w:rFonts w:ascii="Calibri" w:hAnsi="Calibri" w:eastAsia="Calibri"/>
          <w:b w:val="0"/>
          <w:i w:val="0"/>
          <w:sz w:val="22"/>
        </w:rPr>
        <w:t>Result: Dip: possible UTI. Treat infection — it is the trigger.</w:t>
      </w:r>
    </w:p>
    <w:p>
      <w:pPr>
        <w:spacing w:before="40" w:after="40" w:line="259" w:lineRule="auto"/>
      </w:pPr>
      <w:r>
        <w:rPr>
          <w:rFonts w:ascii="Calibri" w:hAnsi="Calibri" w:eastAsia="Calibri"/>
          <w:b w:val="0"/>
          <w:i w:val="0"/>
          <w:sz w:val="22"/>
        </w:rPr>
        <w:t>bloods (optional)</w:t>
      </w:r>
    </w:p>
    <w:p>
      <w:pPr>
        <w:spacing w:before="0" w:after="40" w:line="259" w:lineRule="auto"/>
      </w:pPr>
      <w:r>
        <w:rPr>
          <w:rFonts w:ascii="Calibri" w:hAnsi="Calibri" w:eastAsia="Calibri"/>
          <w:b w:val="0"/>
          <w:i w:val="0"/>
          <w:sz w:val="22"/>
        </w:rPr>
        <w:t>fbc: Hb 134   WCC 13.6   Plt 268</w:t>
      </w:r>
    </w:p>
    <w:p>
      <w:pPr>
        <w:spacing w:before="0" w:after="40" w:line="259" w:lineRule="auto"/>
      </w:pPr>
      <w:r>
        <w:rPr>
          <w:rFonts w:ascii="Calibri" w:hAnsi="Calibri" w:eastAsia="Calibri"/>
          <w:b w:val="0"/>
          <w:i w:val="0"/>
          <w:sz w:val="22"/>
        </w:rPr>
        <w:t>ue: Na 138   K 4.0   urea 5.2   creat 64</w:t>
      </w:r>
    </w:p>
    <w:p>
      <w:pPr>
        <w:spacing w:before="0" w:after="40" w:line="259" w:lineRule="auto"/>
      </w:pPr>
      <w:r>
        <w:rPr>
          <w:rFonts w:ascii="Calibri" w:hAnsi="Calibri" w:eastAsia="Calibri"/>
          <w:b w:val="0"/>
          <w:i w:val="0"/>
          <w:sz w:val="22"/>
        </w:rPr>
        <w:t>crp: 38 mg/L</w:t>
      </w:r>
    </w:p>
    <w:p>
      <w:pPr>
        <w:spacing w:before="40" w:after="40" w:line="259" w:lineRule="auto"/>
      </w:pPr>
      <w:r>
        <w:rPr>
          <w:rFonts w:ascii="Calibri" w:hAnsi="Calibri" w:eastAsia="Calibri"/>
          <w:b w:val="0"/>
          <w:i w:val="0"/>
          <w:sz w:val="22"/>
        </w:rPr>
        <w:t>cxr (optional)</w:t>
      </w:r>
    </w:p>
    <w:p>
      <w:pPr>
        <w:spacing w:before="0" w:after="40" w:line="259" w:lineRule="auto"/>
      </w:pPr>
      <w:r>
        <w:rPr>
          <w:rFonts w:ascii="Calibri" w:hAnsi="Calibri" w:eastAsia="Calibri"/>
          <w:b w:val="0"/>
          <w:i w:val="0"/>
          <w:sz w:val="22"/>
        </w:rPr>
        <w:t>CXR: clear</w:t>
      </w:r>
    </w:p>
    <w:p>
      <w:pPr>
        <w:spacing w:before="240" w:after="80" w:line="259" w:lineRule="auto"/>
      </w:pPr>
      <w:r>
        <w:rPr>
          <w:rFonts w:ascii="Calibri" w:hAnsi="Calibri" w:eastAsia="Calibri"/>
          <w:b/>
          <w:i w:val="0"/>
          <w:color w:val="1E2832"/>
          <w:sz w:val="26"/>
        </w:rPr>
        <w:t>Q4 —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Film not wet. WCC 13.6. Review — then decide.</w:t>
      </w:r>
    </w:p>
    <w:p>
      <w:pPr>
        <w:spacing w:before="120" w:after="20" w:line="259" w:lineRule="auto"/>
        <w:shd w:fill="E8F5EC" w:val="clear"/>
      </w:pPr>
      <w:r>
        <w:rPr>
          <w:rFonts w:ascii="Calibri" w:hAnsi="Calibri" w:eastAsia="Calibri"/>
          <w:b/>
          <w:i w:val="0"/>
          <w:color w:val="146E3C"/>
          <w:sz w:val="22"/>
        </w:rPr>
        <w:t>A. [CORRECT] Treat the infection, involve neurology for IVIG or plasma exchange, keep the airway plan</w:t>
      </w:r>
    </w:p>
    <w:p>
      <w:pPr>
        <w:spacing w:before="0" w:after="20" w:line="259" w:lineRule="auto"/>
      </w:pPr>
      <w:r>
        <w:rPr>
          <w:rFonts w:ascii="Calibri" w:hAnsi="Calibri" w:eastAsia="Calibri"/>
          <w:b w:val="0"/>
          <w:i/>
          <w:color w:val="282828"/>
          <w:sz w:val="22"/>
        </w:rPr>
        <w:t>Bay: Antibiotics as indicated. Do not start a random high-dose steroid in crisis without neurology — it can worsen weakness first.</w:t>
      </w:r>
    </w:p>
    <w:p>
      <w:pPr>
        <w:spacing w:before="80" w:after="40" w:line="259" w:lineRule="auto"/>
      </w:pPr>
      <w:r>
        <w:rPr>
          <w:rFonts w:ascii="Calibri" w:hAnsi="Calibri" w:eastAsia="Calibri"/>
          <w:b/>
          <w:i w:val="0"/>
          <w:color w:val="46326E"/>
          <w:sz w:val="22"/>
        </w:rPr>
        <w:t xml:space="preserve">    Follow-up: Steroid in crisis?</w:t>
      </w:r>
    </w:p>
    <w:p>
      <w:pPr>
        <w:spacing w:before="120" w:after="20" w:line="259" w:lineRule="auto"/>
        <w:shd w:fill="E8F5EC" w:val="clear"/>
      </w:pPr>
      <w:r>
        <w:rPr>
          <w:rFonts w:ascii="Calibri" w:hAnsi="Calibri" w:eastAsia="Calibri"/>
          <w:b/>
          <w:i w:val="0"/>
          <w:color w:val="146E3C"/>
          <w:sz w:val="22"/>
        </w:rPr>
        <w:t xml:space="preserve">    A. [CORRECT] With neurology — high-dose steroid can initially worsen MG; often IVIG/PLEX first in true crisis</w:t>
      </w:r>
    </w:p>
    <w:p>
      <w:pPr>
        <w:spacing w:before="0" w:after="20" w:line="259" w:lineRule="auto"/>
      </w:pPr>
      <w:r>
        <w:rPr>
          <w:rFonts w:ascii="Calibri" w:hAnsi="Calibri" w:eastAsia="Calibri"/>
          <w:b w:val="0"/>
          <w:i/>
          <w:color w:val="282828"/>
          <w:sz w:val="22"/>
        </w:rPr>
        <w:t xml:space="preserve">       Bay: Do not freelance 1 g methylpred from the trolley.</w:t>
      </w:r>
    </w:p>
    <w:p>
      <w:pPr>
        <w:spacing w:before="120" w:after="20" w:line="259" w:lineRule="auto"/>
        <w:shd w:fill="F8E8E8" w:val="clear"/>
      </w:pPr>
      <w:r>
        <w:rPr>
          <w:rFonts w:ascii="Calibri" w:hAnsi="Calibri" w:eastAsia="Calibri"/>
          <w:b w:val="0"/>
          <w:i w:val="0"/>
          <w:color w:val="A02828"/>
          <w:sz w:val="22"/>
        </w:rPr>
        <w:t xml:space="preserve">    B. [WRONG] 1 g methylpred now, always, before anyone tubes</w:t>
      </w:r>
    </w:p>
    <w:p>
      <w:pPr>
        <w:spacing w:before="0" w:after="20" w:line="259" w:lineRule="auto"/>
      </w:pPr>
      <w:r>
        <w:rPr>
          <w:rFonts w:ascii="Calibri" w:hAnsi="Calibri" w:eastAsia="Calibri"/>
          <w:b w:val="0"/>
          <w:i/>
          <w:color w:val="282828"/>
          <w:sz w:val="22"/>
        </w:rPr>
        <w:t xml:space="preserve">       Bay: May worsen.</w:t>
      </w:r>
    </w:p>
    <w:p>
      <w:pPr>
        <w:spacing w:before="120" w:after="20" w:line="259" w:lineRule="auto"/>
        <w:shd w:fill="F8E8E8" w:val="clear"/>
      </w:pPr>
      <w:r>
        <w:rPr>
          <w:rFonts w:ascii="Calibri" w:hAnsi="Calibri" w:eastAsia="Calibri"/>
          <w:b w:val="0"/>
          <w:i w:val="0"/>
          <w:color w:val="A02828"/>
          <w:sz w:val="22"/>
        </w:rPr>
        <w:t xml:space="preserve">    C. [WRONG] Stop all MG treatment because she is in hospital</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D. [WRONG] Pyridostigmine 10 tablets crushed now</w:t>
      </w:r>
    </w:p>
    <w:p>
      <w:pPr>
        <w:spacing w:before="0" w:after="20" w:line="259" w:lineRule="auto"/>
      </w:pPr>
      <w:r>
        <w:rPr>
          <w:rFonts w:ascii="Calibri" w:hAnsi="Calibri" w:eastAsia="Calibri"/>
          <w:b w:val="0"/>
          <w:i/>
          <w:color w:val="282828"/>
          <w:sz w:val="22"/>
        </w:rPr>
        <w:t xml:space="preserve">       Bay: Cholinergic crisis risk.</w:t>
      </w:r>
    </w:p>
    <w:p>
      <w:pPr>
        <w:spacing w:before="120" w:after="20" w:line="259" w:lineRule="auto"/>
        <w:shd w:fill="F8E8E8" w:val="clear"/>
      </w:pPr>
      <w:r>
        <w:rPr>
          <w:rFonts w:ascii="Calibri" w:hAnsi="Calibri" w:eastAsia="Calibri"/>
          <w:b w:val="0"/>
          <w:i w:val="0"/>
          <w:color w:val="A02828"/>
          <w:sz w:val="22"/>
        </w:rPr>
        <w:t xml:space="preserve">    E. [WRONG] No antibiotics because the film is clear</w:t>
      </w:r>
    </w:p>
    <w:p>
      <w:pPr>
        <w:spacing w:before="0" w:after="20" w:line="259" w:lineRule="auto"/>
      </w:pPr>
      <w:r>
        <w:rPr>
          <w:rFonts w:ascii="Calibri" w:hAnsi="Calibri" w:eastAsia="Calibri"/>
          <w:b w:val="0"/>
          <w:i/>
          <w:color w:val="282828"/>
          <w:sz w:val="22"/>
        </w:rPr>
        <w:t xml:space="preserve">       Bay: She has a cold that triggered this. Look and treat.</w:t>
      </w:r>
    </w:p>
    <w:p>
      <w:pPr>
        <w:spacing w:before="120" w:after="20" w:line="259" w:lineRule="auto"/>
        <w:shd w:fill="F8E8E8" w:val="clear"/>
      </w:pPr>
      <w:r>
        <w:rPr>
          <w:rFonts w:ascii="Calibri" w:hAnsi="Calibri" w:eastAsia="Calibri"/>
          <w:b w:val="0"/>
          <w:i w:val="0"/>
          <w:color w:val="A02828"/>
          <w:sz w:val="22"/>
        </w:rPr>
        <w:t>B. [WRONG] 1 g methylpred as a default before the airway is safe</w:t>
      </w:r>
    </w:p>
    <w:p>
      <w:pPr>
        <w:spacing w:before="0" w:after="20" w:line="259" w:lineRule="auto"/>
      </w:pPr>
      <w:r>
        <w:rPr>
          <w:rFonts w:ascii="Calibri" w:hAnsi="Calibri" w:eastAsia="Calibri"/>
          <w:b w:val="0"/>
          <w:i/>
          <w:color w:val="282828"/>
          <w:sz w:val="22"/>
        </w:rPr>
        <w:t>Bay: May worsen crisis.</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C. [WRONG] Ten extra pyridostigmine</w:t>
      </w:r>
    </w:p>
    <w:p>
      <w:pPr>
        <w:spacing w:before="0" w:after="20" w:line="259" w:lineRule="auto"/>
      </w:pPr>
      <w:r>
        <w:rPr>
          <w:rFonts w:ascii="Calibri" w:hAnsi="Calibri" w:eastAsia="Calibri"/>
          <w:b w:val="0"/>
          <w:i/>
          <w:color w:val="282828"/>
          <w:sz w:val="22"/>
        </w:rPr>
        <w:t>Bay: Cholinergic risk.</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Magnesium sulfate 2 g as in eclampsia</w:t>
      </w:r>
    </w:p>
    <w:p>
      <w:pPr>
        <w:spacing w:before="0" w:after="20" w:line="259" w:lineRule="auto"/>
      </w:pPr>
      <w:r>
        <w:rPr>
          <w:rFonts w:ascii="Calibri" w:hAnsi="Calibri" w:eastAsia="Calibri"/>
          <w:b w:val="0"/>
          <w:i/>
          <w:color w:val="282828"/>
          <w:sz w:val="22"/>
        </w:rPr>
        <w:t>Bay: Magnesium worsens NMJ blockade.</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Gentamicin because it is a 'strong antibiotic'</w:t>
      </w:r>
    </w:p>
    <w:p>
      <w:pPr>
        <w:spacing w:before="0" w:after="20" w:line="259" w:lineRule="auto"/>
      </w:pPr>
      <w:r>
        <w:rPr>
          <w:rFonts w:ascii="Calibri" w:hAnsi="Calibri" w:eastAsia="Calibri"/>
          <w:b w:val="0"/>
          <w:i/>
          <w:color w:val="282828"/>
          <w:sz w:val="22"/>
        </w:rPr>
        <w:t>Bay: Aminoglycosides worsen MG.</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Q5 — What else do you need?</w:t>
      </w:r>
    </w:p>
    <w:p>
      <w:pPr>
        <w:spacing w:before="0" w:after="40" w:line="259" w:lineRule="auto"/>
      </w:pPr>
      <w:r>
        <w:rPr>
          <w:rFonts w:ascii="Calibri" w:hAnsi="Calibri" w:eastAsia="Calibri"/>
          <w:b w:val="0"/>
          <w:i/>
          <w:color w:val="5A5A5A"/>
          <w:sz w:val="20"/>
        </w:rPr>
        <w:t>Multi-select. Wrong answers do not count toward death.</w:t>
      </w:r>
    </w:p>
    <w:p>
      <w:pPr>
        <w:spacing w:before="40" w:after="120" w:line="259" w:lineRule="auto"/>
      </w:pPr>
      <w:r>
        <w:rPr>
          <w:rFonts w:ascii="Calibri" w:hAnsi="Calibri" w:eastAsia="Calibri"/>
          <w:b w:val="0"/>
          <w:i/>
          <w:color w:val="283746"/>
          <w:sz w:val="22"/>
        </w:rPr>
        <w:t>Nurse/bay: Partner has her clinic letter.</w:t>
      </w:r>
    </w:p>
    <w:p>
      <w:pPr>
        <w:spacing w:before="120" w:after="20" w:line="259" w:lineRule="auto"/>
        <w:shd w:fill="E8F5EC" w:val="clear"/>
      </w:pPr>
      <w:r>
        <w:rPr>
          <w:rFonts w:ascii="Calibri" w:hAnsi="Calibri" w:eastAsia="Calibri"/>
          <w:b/>
          <w:i w:val="0"/>
          <w:color w:val="146E3C"/>
          <w:sz w:val="22"/>
        </w:rPr>
        <w:t>A. [CORRECT] Usual VC, last crisis, pyridostigmine dose, thymoma, recent steroids, infection</w:t>
      </w:r>
    </w:p>
    <w:p>
      <w:pPr>
        <w:spacing w:before="0" w:after="20" w:line="259" w:lineRule="auto"/>
      </w:pPr>
      <w:r>
        <w:rPr>
          <w:rFonts w:ascii="Calibri" w:hAnsi="Calibri" w:eastAsia="Calibri"/>
          <w:b w:val="0"/>
          <w:i/>
          <w:color w:val="282828"/>
          <w:sz w:val="22"/>
        </w:rPr>
        <w:t>Bay: No thymectomy, last crisis 3 years ago, on 60 mg pyridostigmine 4-hourly, a cold 3 days.</w:t>
      </w:r>
    </w:p>
    <w:p>
      <w:pPr>
        <w:spacing w:before="120" w:after="20" w:line="259" w:lineRule="auto"/>
        <w:shd w:fill="E8F5EC" w:val="clear"/>
      </w:pPr>
      <w:r>
        <w:rPr>
          <w:rFonts w:ascii="Calibri" w:hAnsi="Calibri" w:eastAsia="Calibri"/>
          <w:b/>
          <w:i w:val="0"/>
          <w:color w:val="146E3C"/>
          <w:sz w:val="22"/>
        </w:rPr>
        <w:t>B. [CORRECT] Drugs that worsen MG — gent, mag, macrolides, quinolones, beta-blockers</w:t>
      </w:r>
    </w:p>
    <w:p>
      <w:pPr>
        <w:spacing w:before="0" w:after="20" w:line="259" w:lineRule="auto"/>
      </w:pPr>
      <w:r>
        <w:rPr>
          <w:rFonts w:ascii="Calibri" w:hAnsi="Calibri" w:eastAsia="Calibri"/>
          <w:b w:val="0"/>
          <w:i/>
          <w:color w:val="282828"/>
          <w:sz w:val="22"/>
        </w:rPr>
        <w:t>Bay: Write them on the board as avoid.</w:t>
      </w:r>
    </w:p>
    <w:p>
      <w:pPr>
        <w:spacing w:before="120" w:after="20" w:line="259" w:lineRule="auto"/>
        <w:shd w:fill="E8F5EC" w:val="clear"/>
      </w:pPr>
      <w:r>
        <w:rPr>
          <w:rFonts w:ascii="Calibri" w:hAnsi="Calibri" w:eastAsia="Calibri"/>
          <w:b/>
          <w:i w:val="0"/>
          <w:color w:val="146E3C"/>
          <w:sz w:val="22"/>
        </w:rPr>
        <w:t>C. [CORRECT] Single-breath count, cough, swallow, sit-to-speak now</w:t>
      </w:r>
    </w:p>
    <w:p>
      <w:pPr>
        <w:spacing w:before="0" w:after="20" w:line="259" w:lineRule="auto"/>
      </w:pPr>
      <w:r>
        <w:rPr>
          <w:rFonts w:ascii="Calibri" w:hAnsi="Calibri" w:eastAsia="Calibri"/>
          <w:b w:val="0"/>
          <w:i/>
          <w:color w:val="282828"/>
          <w:sz w:val="22"/>
        </w:rPr>
        <w:t>Bay: Count is 8 and falling.</w:t>
      </w:r>
    </w:p>
    <w:p>
      <w:pPr>
        <w:spacing w:before="120" w:after="20" w:line="259" w:lineRule="auto"/>
        <w:shd w:fill="F8E8E8" w:val="clear"/>
      </w:pPr>
      <w:r>
        <w:rPr>
          <w:rFonts w:ascii="Calibri" w:hAnsi="Calibri" w:eastAsia="Calibri"/>
          <w:b w:val="0"/>
          <w:i w:val="0"/>
          <w:color w:val="A02828"/>
          <w:sz w:val="22"/>
        </w:rPr>
        <w:t>D. [WRONG] A forced stair-climb to 'document exercise capacity'</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E. [WRONG] Send her home with a peak-flow meter</w:t>
      </w:r>
    </w:p>
    <w:p>
      <w:pPr>
        <w:spacing w:before="0" w:after="20" w:line="259" w:lineRule="auto"/>
      </w:pPr>
      <w:r>
        <w:rPr>
          <w:rFonts w:ascii="Calibri" w:hAnsi="Calibri" w:eastAsia="Calibri"/>
          <w:b w:val="0"/>
          <w:i/>
          <w:color w:val="282828"/>
          <w:sz w:val="22"/>
        </w:rPr>
        <w:t>Bay: Wrong disease, wrong destination.</w:t>
      </w:r>
    </w:p>
    <w:p>
      <w:pPr>
        <w:spacing w:before="240" w:after="80" w:line="259" w:lineRule="auto"/>
      </w:pPr>
      <w:r>
        <w:rPr>
          <w:rFonts w:ascii="Calibri" w:hAnsi="Calibri" w:eastAsia="Calibri"/>
          <w:b/>
          <w:i w:val="0"/>
          <w:color w:val="1E2832"/>
          <w:sz w:val="26"/>
        </w:rPr>
        <w:t>Q6 — What is this?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Working diagnosis for this presentation.</w:t>
      </w:r>
    </w:p>
    <w:p>
      <w:pPr>
        <w:spacing w:before="120" w:after="20" w:line="259" w:lineRule="auto"/>
        <w:shd w:fill="E8F5EC" w:val="clear"/>
      </w:pPr>
      <w:r>
        <w:rPr>
          <w:rFonts w:ascii="Calibri" w:hAnsi="Calibri" w:eastAsia="Calibri"/>
          <w:b/>
          <w:i w:val="0"/>
          <w:color w:val="146E3C"/>
          <w:sz w:val="22"/>
        </w:rPr>
        <w:t>A. [CORRECT] Myasthenic crisis with impending respiratory failure</w:t>
      </w:r>
    </w:p>
    <w:p>
      <w:pPr>
        <w:spacing w:before="0" w:after="20" w:line="259" w:lineRule="auto"/>
      </w:pPr>
      <w:r>
        <w:rPr>
          <w:rFonts w:ascii="Calibri" w:hAnsi="Calibri" w:eastAsia="Calibri"/>
          <w:b w:val="0"/>
          <w:i/>
          <w:color w:val="282828"/>
          <w:sz w:val="22"/>
        </w:rPr>
        <w:t>Bay: Known MG, infection, weak voice, pCO2 6.8. Airway, ICU, IVIG/PLEX.</w:t>
      </w:r>
    </w:p>
    <w:p>
      <w:pPr>
        <w:spacing w:before="120" w:after="20" w:line="259" w:lineRule="auto"/>
        <w:shd w:fill="F8E8E8" w:val="clear"/>
      </w:pPr>
      <w:r>
        <w:rPr>
          <w:rFonts w:ascii="Calibri" w:hAnsi="Calibri" w:eastAsia="Calibri"/>
          <w:b w:val="0"/>
          <w:i w:val="0"/>
          <w:color w:val="A02828"/>
          <w:sz w:val="22"/>
        </w:rPr>
        <w:t>B. [WRONG] Cholinergic crisis as the first assumption without a drug binge</w:t>
      </w:r>
    </w:p>
    <w:p>
      <w:pPr>
        <w:spacing w:before="0" w:after="20" w:line="259" w:lineRule="auto"/>
      </w:pPr>
      <w:r>
        <w:rPr>
          <w:rFonts w:ascii="Calibri" w:hAnsi="Calibri" w:eastAsia="Calibri"/>
          <w:b w:val="0"/>
          <w:i/>
          <w:color w:val="282828"/>
          <w:sz w:val="22"/>
        </w:rPr>
        <w:t>Bay: She has an infection and a weak chest, not diarrhoea and fasciculations from a 20-tablet overdose.</w:t>
      </w:r>
    </w:p>
    <w:p>
      <w:pPr>
        <w:spacing w:before="120" w:after="20" w:line="259" w:lineRule="auto"/>
        <w:shd w:fill="F8E8E8" w:val="clear"/>
      </w:pPr>
      <w:r>
        <w:rPr>
          <w:rFonts w:ascii="Calibri" w:hAnsi="Calibri" w:eastAsia="Calibri"/>
          <w:b w:val="0"/>
          <w:i w:val="0"/>
          <w:color w:val="A02828"/>
          <w:sz w:val="22"/>
        </w:rPr>
        <w:t>C. [WRONG] Asthma</w:t>
      </w:r>
    </w:p>
    <w:p>
      <w:pPr>
        <w:spacing w:before="0" w:after="20" w:line="259" w:lineRule="auto"/>
      </w:pPr>
      <w:r>
        <w:rPr>
          <w:rFonts w:ascii="Calibri" w:hAnsi="Calibri" w:eastAsia="Calibri"/>
          <w:b w:val="0"/>
          <w:i/>
          <w:color w:val="282828"/>
          <w:sz w:val="22"/>
        </w:rPr>
        <w:t>Bay: No wheeze, a weak count.</w:t>
      </w:r>
    </w:p>
    <w:p>
      <w:pPr>
        <w:spacing w:before="120" w:after="20" w:line="259" w:lineRule="auto"/>
        <w:shd w:fill="F8E8E8" w:val="clear"/>
      </w:pPr>
      <w:r>
        <w:rPr>
          <w:rFonts w:ascii="Calibri" w:hAnsi="Calibri" w:eastAsia="Calibri"/>
          <w:b w:val="0"/>
          <w:i w:val="0"/>
          <w:color w:val="A02828"/>
          <w:sz w:val="22"/>
        </w:rPr>
        <w:t>D. [WRONG] GBS as the only possibility</w:t>
      </w:r>
    </w:p>
    <w:p>
      <w:pPr>
        <w:spacing w:before="0" w:after="20" w:line="259" w:lineRule="auto"/>
      </w:pPr>
      <w:r>
        <w:rPr>
          <w:rFonts w:ascii="Calibri" w:hAnsi="Calibri" w:eastAsia="Calibri"/>
          <w:b w:val="0"/>
          <w:i/>
          <w:color w:val="282828"/>
          <w:sz w:val="22"/>
        </w:rPr>
        <w:t>Bay: She has MG already. GBS is the cousin — still an airway.</w:t>
      </w:r>
    </w:p>
    <w:p>
      <w:pPr>
        <w:spacing w:before="120" w:after="20" w:line="259" w:lineRule="auto"/>
        <w:shd w:fill="F8E8E8" w:val="clear"/>
      </w:pPr>
      <w:r>
        <w:rPr>
          <w:rFonts w:ascii="Calibri" w:hAnsi="Calibri" w:eastAsia="Calibri"/>
          <w:b w:val="0"/>
          <w:i w:val="0"/>
          <w:color w:val="A02828"/>
          <w:sz w:val="22"/>
        </w:rPr>
        <w:t>E. [WRONG] Panic</w:t>
      </w:r>
    </w:p>
    <w:p>
      <w:pPr>
        <w:spacing w:before="0" w:after="20" w:line="259" w:lineRule="auto"/>
      </w:pPr>
      <w:r>
        <w:rPr>
          <w:rFonts w:ascii="Calibri" w:hAnsi="Calibri" w:eastAsia="Calibri"/>
          <w:b w:val="0"/>
          <w:i/>
          <w:color w:val="282828"/>
          <w:sz w:val="22"/>
        </w:rPr>
        <w:t>Bay: pCO2 6.8 is not panic.</w:t>
      </w:r>
    </w:p>
    <w:p>
      <w:pPr>
        <w:spacing w:before="240" w:after="80" w:line="259" w:lineRule="auto"/>
      </w:pPr>
      <w:r>
        <w:rPr>
          <w:rFonts w:ascii="Calibri" w:hAnsi="Calibri" w:eastAsia="Calibri"/>
          <w:b/>
          <w:i w:val="0"/>
          <w:color w:val="1E2832"/>
          <w:sz w:val="26"/>
        </w:rPr>
        <w:t>Q7 — They're still here. What now?</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Neurology: IVIG. She is tiring on the mask.</w:t>
      </w:r>
    </w:p>
    <w:p>
      <w:pPr>
        <w:spacing w:before="120" w:after="20" w:line="259" w:lineRule="auto"/>
        <w:shd w:fill="E8F5EC" w:val="clear"/>
      </w:pPr>
      <w:r>
        <w:rPr>
          <w:rFonts w:ascii="Calibri" w:hAnsi="Calibri" w:eastAsia="Calibri"/>
          <w:b/>
          <w:i w:val="0"/>
          <w:color w:val="146E3C"/>
          <w:sz w:val="22"/>
        </w:rPr>
        <w:t>A. [CORRECT] Intubate now, then IVIG / PLEX on ICU</w:t>
      </w:r>
    </w:p>
    <w:p>
      <w:pPr>
        <w:spacing w:before="0" w:after="20" w:line="259" w:lineRule="auto"/>
      </w:pPr>
      <w:r>
        <w:rPr>
          <w:rFonts w:ascii="Calibri" w:hAnsi="Calibri" w:eastAsia="Calibri"/>
          <w:b w:val="0"/>
          <w:i/>
          <w:color w:val="282828"/>
          <w:sz w:val="22"/>
        </w:rPr>
        <w:t>Bay: Elective tube. You do not wait for the IVIG to kick in on a mask that is failing.</w:t>
      </w:r>
    </w:p>
    <w:p>
      <w:pPr>
        <w:spacing w:before="0" w:after="40" w:line="259" w:lineRule="auto"/>
      </w:pPr>
      <w:r>
        <w:rPr>
          <w:rFonts w:ascii="Calibri" w:hAnsi="Calibri" w:eastAsia="Calibri"/>
          <w:b w:val="0"/>
          <w:i/>
          <w:color w:val="5A4614"/>
          <w:sz w:val="20"/>
        </w:rPr>
        <w:t>Reaction: gcs -3</w:t>
      </w:r>
    </w:p>
    <w:p>
      <w:pPr>
        <w:spacing w:before="80" w:after="40" w:line="259" w:lineRule="auto"/>
      </w:pPr>
      <w:r>
        <w:rPr>
          <w:rFonts w:ascii="Calibri" w:hAnsi="Calibri" w:eastAsia="Calibri"/>
          <w:b/>
          <w:i w:val="0"/>
          <w:color w:val="46326E"/>
          <w:sz w:val="22"/>
        </w:rPr>
        <w:t xml:space="preserve">    Follow-up: Does IVIG work tonight?</w:t>
      </w:r>
    </w:p>
    <w:p>
      <w:pPr>
        <w:spacing w:before="120" w:after="20" w:line="259" w:lineRule="auto"/>
        <w:shd w:fill="E8F5EC" w:val="clear"/>
      </w:pPr>
      <w:r>
        <w:rPr>
          <w:rFonts w:ascii="Calibri" w:hAnsi="Calibri" w:eastAsia="Calibri"/>
          <w:b/>
          <w:i w:val="0"/>
          <w:color w:val="146E3C"/>
          <w:sz w:val="22"/>
        </w:rPr>
        <w:t xml:space="preserve">    A. [CORRECT] Hours to days — it does not replace a tube this evening</w:t>
      </w:r>
    </w:p>
    <w:p>
      <w:pPr>
        <w:spacing w:before="0" w:after="20" w:line="259" w:lineRule="auto"/>
      </w:pPr>
      <w:r>
        <w:rPr>
          <w:rFonts w:ascii="Calibri" w:hAnsi="Calibri" w:eastAsia="Calibri"/>
          <w:b w:val="0"/>
          <w:i/>
          <w:color w:val="282828"/>
          <w:sz w:val="22"/>
        </w:rPr>
        <w:t xml:space="preserve">       Bay: Airway first, immunotherapy after.</w:t>
      </w:r>
    </w:p>
    <w:p>
      <w:pPr>
        <w:spacing w:before="120" w:after="20" w:line="259" w:lineRule="auto"/>
        <w:shd w:fill="F8E8E8" w:val="clear"/>
      </w:pPr>
      <w:r>
        <w:rPr>
          <w:rFonts w:ascii="Calibri" w:hAnsi="Calibri" w:eastAsia="Calibri"/>
          <w:b w:val="0"/>
          <w:i w:val="0"/>
          <w:color w:val="A02828"/>
          <w:sz w:val="22"/>
        </w:rPr>
        <w:t xml:space="preserve">    B. [WRONG] Immediately, so cancel the tube</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C. [WRONG] Never in MG</w:t>
      </w:r>
    </w:p>
    <w:p>
      <w:pPr>
        <w:spacing w:before="0" w:after="20" w:line="259" w:lineRule="auto"/>
      </w:pPr>
      <w:r>
        <w:rPr>
          <w:rFonts w:ascii="Calibri" w:hAnsi="Calibri" w:eastAsia="Calibri"/>
          <w:b w:val="0"/>
          <w:i/>
          <w:color w:val="282828"/>
          <w:sz w:val="22"/>
        </w:rPr>
        <w:t xml:space="preserve">       Bay: It does, with PLEX as alternative.</w:t>
      </w:r>
    </w:p>
    <w:p>
      <w:pPr>
        <w:spacing w:before="120" w:after="20" w:line="259" w:lineRule="auto"/>
        <w:shd w:fill="F8E8E8" w:val="clear"/>
      </w:pPr>
      <w:r>
        <w:rPr>
          <w:rFonts w:ascii="Calibri" w:hAnsi="Calibri" w:eastAsia="Calibri"/>
          <w:b w:val="0"/>
          <w:i w:val="0"/>
          <w:color w:val="A02828"/>
          <w:sz w:val="22"/>
        </w:rPr>
        <w:t xml:space="preserve">    D. [WRONG] Instead of treating infection</w:t>
      </w:r>
    </w:p>
    <w:p>
      <w:pPr>
        <w:spacing w:before="0" w:after="20" w:line="259" w:lineRule="auto"/>
      </w:pPr>
      <w:r>
        <w:rPr>
          <w:rFonts w:ascii="Calibri" w:hAnsi="Calibri" w:eastAsia="Calibri"/>
          <w:b w:val="0"/>
          <w:i/>
          <w:color w:val="282828"/>
          <w:sz w:val="22"/>
        </w:rPr>
        <w:t xml:space="preserve">       Bay: Treat both.</w:t>
      </w:r>
    </w:p>
    <w:p>
      <w:pPr>
        <w:spacing w:before="120" w:after="20" w:line="259" w:lineRule="auto"/>
        <w:shd w:fill="F8E8E8" w:val="clear"/>
      </w:pPr>
      <w:r>
        <w:rPr>
          <w:rFonts w:ascii="Calibri" w:hAnsi="Calibri" w:eastAsia="Calibri"/>
          <w:b w:val="0"/>
          <w:i w:val="0"/>
          <w:color w:val="A02828"/>
          <w:sz w:val="22"/>
        </w:rPr>
        <w:t xml:space="preserve">    E. [WRONG] Only after a Tensilon test</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B. [WRONG] Wait 48 hours of IVIG on a ward NIV</w:t>
      </w:r>
    </w:p>
    <w:p>
      <w:pPr>
        <w:spacing w:before="0" w:after="20" w:line="259" w:lineRule="auto"/>
      </w:pPr>
      <w:r>
        <w:rPr>
          <w:rFonts w:ascii="Calibri" w:hAnsi="Calibri" w:eastAsia="Calibri"/>
          <w:b w:val="0"/>
          <w:i/>
          <w:color w:val="282828"/>
          <w:sz w:val="22"/>
        </w:rPr>
        <w:t>Bay: She is tiring now.</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Magnesium for the 'respiratory effort'</w:t>
      </w:r>
    </w:p>
    <w:p>
      <w:pPr>
        <w:spacing w:before="0" w:after="20" w:line="259" w:lineRule="auto"/>
      </w:pPr>
      <w:r>
        <w:rPr>
          <w:rFonts w:ascii="Calibri" w:hAnsi="Calibri" w:eastAsia="Calibri"/>
          <w:b w:val="0"/>
          <w:i/>
          <w:color w:val="282828"/>
          <w:sz w:val="22"/>
        </w:rPr>
        <w:t>Bay: Worsens MG.</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D. [WRONG] Gentamicin for the cold</w:t>
      </w:r>
    </w:p>
    <w:p>
      <w:pPr>
        <w:spacing w:before="0" w:after="20" w:line="259" w:lineRule="auto"/>
      </w:pPr>
      <w:r>
        <w:rPr>
          <w:rFonts w:ascii="Calibri" w:hAnsi="Calibri" w:eastAsia="Calibri"/>
          <w:b w:val="0"/>
          <w:i/>
          <w:color w:val="282828"/>
          <w:sz w:val="22"/>
        </w:rPr>
        <w:t>Bay: Worsens MG.</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Extubate immediately after the tube to 'check VC'</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240" w:after="80" w:line="259" w:lineRule="auto"/>
      </w:pPr>
      <w:r>
        <w:rPr>
          <w:rFonts w:ascii="Calibri" w:hAnsi="Calibri" w:eastAsia="Calibri"/>
          <w:b/>
          <w:i w:val="0"/>
          <w:color w:val="1E2832"/>
          <w:sz w:val="26"/>
        </w:rPr>
        <w:t>Q8 — Where are they going?</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Tube in.</w:t>
      </w:r>
    </w:p>
    <w:p>
      <w:pPr>
        <w:spacing w:before="120" w:after="20" w:line="259" w:lineRule="auto"/>
        <w:shd w:fill="E8F5EC" w:val="clear"/>
      </w:pPr>
      <w:r>
        <w:rPr>
          <w:rFonts w:ascii="Calibri" w:hAnsi="Calibri" w:eastAsia="Calibri"/>
          <w:b/>
          <w:i w:val="0"/>
          <w:color w:val="146E3C"/>
          <w:sz w:val="22"/>
        </w:rPr>
        <w:t>A. [CORRECT] ICU with neurology — IVIG or plasma exchange</w:t>
      </w:r>
    </w:p>
    <w:p>
      <w:pPr>
        <w:spacing w:before="0" w:after="20" w:line="259" w:lineRule="auto"/>
      </w:pPr>
      <w:r>
        <w:rPr>
          <w:rFonts w:ascii="Calibri" w:hAnsi="Calibri" w:eastAsia="Calibri"/>
          <w:b w:val="0"/>
          <w:i/>
          <w:color w:val="282828"/>
          <w:sz w:val="22"/>
        </w:rPr>
        <w:t>Bay: Yes.</w:t>
      </w:r>
    </w:p>
    <w:p>
      <w:pPr>
        <w:spacing w:before="120" w:after="20" w:line="259" w:lineRule="auto"/>
        <w:shd w:fill="F8E8E8" w:val="clear"/>
      </w:pPr>
      <w:r>
        <w:rPr>
          <w:rFonts w:ascii="Calibri" w:hAnsi="Calibri" w:eastAsia="Calibri"/>
          <w:b w:val="0"/>
          <w:i w:val="0"/>
          <w:color w:val="A02828"/>
          <w:sz w:val="22"/>
        </w:rPr>
        <w:t>B. [WRONG] Home with extra pyridostigmine</w:t>
      </w:r>
    </w:p>
    <w:p>
      <w:pPr>
        <w:spacing w:before="0" w:after="20" w:line="259" w:lineRule="auto"/>
      </w:pPr>
      <w:r>
        <w:rPr>
          <w:rFonts w:ascii="Calibri" w:hAnsi="Calibri" w:eastAsia="Calibri"/>
          <w:b w:val="0"/>
          <w:i/>
          <w:color w:val="282828"/>
          <w:sz w:val="22"/>
        </w:rPr>
        <w:t>Bay: She is tubed.</w:t>
      </w:r>
    </w:p>
    <w:p>
      <w:pPr>
        <w:spacing w:before="120" w:after="20" w:line="259" w:lineRule="auto"/>
        <w:shd w:fill="F8E8E8" w:val="clear"/>
      </w:pPr>
      <w:r>
        <w:rPr>
          <w:rFonts w:ascii="Calibri" w:hAnsi="Calibri" w:eastAsia="Calibri"/>
          <w:b w:val="0"/>
          <w:i w:val="0"/>
          <w:color w:val="A02828"/>
          <w:sz w:val="22"/>
        </w:rPr>
        <w:t>C. [WRONG] AMU with 4-hourly obs</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D. [WRONG] Stroke unit</w:t>
      </w:r>
    </w:p>
    <w:p>
      <w:pPr>
        <w:spacing w:before="0" w:after="20" w:line="259" w:lineRule="auto"/>
      </w:pPr>
      <w:r>
        <w:rPr>
          <w:rFonts w:ascii="Calibri" w:hAnsi="Calibri" w:eastAsia="Calibri"/>
          <w:b w:val="0"/>
          <w:i/>
          <w:color w:val="282828"/>
          <w:sz w:val="22"/>
        </w:rPr>
        <w:t>Bay: No.</w:t>
      </w:r>
    </w:p>
    <w:p>
      <w:pPr>
        <w:spacing w:before="120" w:after="20" w:line="259" w:lineRule="auto"/>
        <w:shd w:fill="F8E8E8" w:val="clear"/>
      </w:pPr>
      <w:r>
        <w:rPr>
          <w:rFonts w:ascii="Calibri" w:hAnsi="Calibri" w:eastAsia="Calibri"/>
          <w:b w:val="0"/>
          <w:i w:val="0"/>
          <w:color w:val="A02828"/>
          <w:sz w:val="22"/>
        </w:rPr>
        <w:t>E. [WRONG] ENT for a 'vocal cord look' as the primary team</w:t>
      </w:r>
    </w:p>
    <w:p>
      <w:pPr>
        <w:spacing w:before="0" w:after="20" w:line="259" w:lineRule="auto"/>
      </w:pPr>
      <w:r>
        <w:rPr>
          <w:rFonts w:ascii="Calibri" w:hAnsi="Calibri" w:eastAsia="Calibri"/>
          <w:b w:val="0"/>
          <w:i/>
          <w:color w:val="282828"/>
          <w:sz w:val="22"/>
        </w:rPr>
        <w:t>Bay: The NMJ is the disease.</w:t>
      </w:r>
    </w:p>
    <w:p>
      <w:pPr>
        <w:spacing w:before="240" w:after="80" w:line="259" w:lineRule="auto"/>
      </w:pPr>
      <w:r>
        <w:rPr>
          <w:rFonts w:ascii="Calibri" w:hAnsi="Calibri" w:eastAsia="Calibri"/>
          <w:b/>
          <w:i w:val="0"/>
          <w:color w:val="1E2832"/>
          <w:sz w:val="26"/>
        </w:rPr>
        <w:t>Q9 — Anything else before they leave?</w:t>
      </w:r>
    </w:p>
    <w:p>
      <w:pPr>
        <w:spacing w:before="0" w:after="40" w:line="259" w:lineRule="auto"/>
      </w:pPr>
      <w:r>
        <w:rPr>
          <w:rFonts w:ascii="Calibri" w:hAnsi="Calibri" w:eastAsia="Calibri"/>
          <w:b w:val="0"/>
          <w:i/>
          <w:color w:val="5A5A5A"/>
          <w:sz w:val="20"/>
        </w:rPr>
        <w:t>Single best answer. Wrong answers count toward 3-wrong arrest.</w:t>
      </w:r>
    </w:p>
    <w:p>
      <w:pPr>
        <w:spacing w:before="40" w:after="120" w:line="259" w:lineRule="auto"/>
      </w:pPr>
      <w:r>
        <w:rPr>
          <w:rFonts w:ascii="Calibri" w:hAnsi="Calibri" w:eastAsia="Calibri"/>
          <w:b w:val="0"/>
          <w:i/>
          <w:color w:val="283746"/>
          <w:sz w:val="22"/>
        </w:rPr>
        <w:t>Nurse/bay: Before ICU.</w:t>
      </w:r>
    </w:p>
    <w:p>
      <w:pPr>
        <w:spacing w:before="120" w:after="20" w:line="259" w:lineRule="auto"/>
        <w:shd w:fill="E8F5EC" w:val="clear"/>
      </w:pPr>
      <w:r>
        <w:rPr>
          <w:rFonts w:ascii="Calibri" w:hAnsi="Calibri" w:eastAsia="Calibri"/>
          <w:b/>
          <w:i w:val="0"/>
          <w:color w:val="146E3C"/>
          <w:sz w:val="22"/>
        </w:rPr>
        <w:t>A. [CORRECT] VC/count trend, pCO2, drugs to avoid, infection plan, last pyridostigmine time</w:t>
      </w:r>
    </w:p>
    <w:p>
      <w:pPr>
        <w:spacing w:before="0" w:after="20" w:line="259" w:lineRule="auto"/>
      </w:pPr>
      <w:r>
        <w:rPr>
          <w:rFonts w:ascii="Calibri" w:hAnsi="Calibri" w:eastAsia="Calibri"/>
          <w:b w:val="0"/>
          <w:i/>
          <w:color w:val="282828"/>
          <w:sz w:val="22"/>
        </w:rPr>
        <w:t>Bay: Handover is the weakness curve.</w:t>
      </w:r>
    </w:p>
    <w:p>
      <w:pPr>
        <w:spacing w:before="80" w:after="40" w:line="259" w:lineRule="auto"/>
      </w:pPr>
      <w:r>
        <w:rPr>
          <w:rFonts w:ascii="Calibri" w:hAnsi="Calibri" w:eastAsia="Calibri"/>
          <w:b/>
          <w:i w:val="0"/>
          <w:color w:val="46326E"/>
          <w:sz w:val="22"/>
        </w:rPr>
        <w:t xml:space="preserve">    Follow-up: What goes on the drug chart in red?</w:t>
      </w:r>
    </w:p>
    <w:p>
      <w:pPr>
        <w:spacing w:before="120" w:after="20" w:line="259" w:lineRule="auto"/>
        <w:shd w:fill="E8F5EC" w:val="clear"/>
      </w:pPr>
      <w:r>
        <w:rPr>
          <w:rFonts w:ascii="Calibri" w:hAnsi="Calibri" w:eastAsia="Calibri"/>
          <w:b/>
          <w:i w:val="0"/>
          <w:color w:val="146E3C"/>
          <w:sz w:val="22"/>
        </w:rPr>
        <w:t xml:space="preserve">    A. [CORRECT] Avoid magnesium, aminoglycosides, quinolones, unnecessary beta-blockers</w:t>
      </w:r>
    </w:p>
    <w:p>
      <w:pPr>
        <w:spacing w:before="0" w:after="20" w:line="259" w:lineRule="auto"/>
      </w:pPr>
      <w:r>
        <w:rPr>
          <w:rFonts w:ascii="Calibri" w:hAnsi="Calibri" w:eastAsia="Calibri"/>
          <w:b w:val="0"/>
          <w:i/>
          <w:color w:val="282828"/>
          <w:sz w:val="22"/>
        </w:rPr>
        <w:t xml:space="preserve">       Bay: That list saves her next week.</w:t>
      </w:r>
    </w:p>
    <w:p>
      <w:pPr>
        <w:spacing w:before="120" w:after="20" w:line="259" w:lineRule="auto"/>
        <w:shd w:fill="F8E8E8" w:val="clear"/>
      </w:pPr>
      <w:r>
        <w:rPr>
          <w:rFonts w:ascii="Calibri" w:hAnsi="Calibri" w:eastAsia="Calibri"/>
          <w:b w:val="0"/>
          <w:i w:val="0"/>
          <w:color w:val="A02828"/>
          <w:sz w:val="22"/>
        </w:rPr>
        <w:t xml:space="preserve">    B. [WRONG] Give magnesium PRN for constipation</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C. [WRONG] Gentamicin for every temperature</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D. [WRONG] Ciprofloxacin default</w:t>
      </w:r>
    </w:p>
    <w:p>
      <w:pPr>
        <w:spacing w:before="0" w:after="20" w:line="259" w:lineRule="auto"/>
      </w:pPr>
      <w:r>
        <w:rPr>
          <w:rFonts w:ascii="Calibri" w:hAnsi="Calibri" w:eastAsia="Calibri"/>
          <w:b w:val="0"/>
          <w:i/>
          <w:color w:val="282828"/>
          <w:sz w:val="22"/>
        </w:rPr>
        <w:t xml:space="preserve">       Bay: No.</w:t>
      </w:r>
    </w:p>
    <w:p>
      <w:pPr>
        <w:spacing w:before="120" w:after="20" w:line="259" w:lineRule="auto"/>
        <w:shd w:fill="F8E8E8" w:val="clear"/>
      </w:pPr>
      <w:r>
        <w:rPr>
          <w:rFonts w:ascii="Calibri" w:hAnsi="Calibri" w:eastAsia="Calibri"/>
          <w:b w:val="0"/>
          <w:i w:val="0"/>
          <w:color w:val="A02828"/>
          <w:sz w:val="22"/>
        </w:rPr>
        <w:t xml:space="preserve">    E. [WRONG] Suxamethonium as the ward intubation default</w:t>
      </w:r>
    </w:p>
    <w:p>
      <w:pPr>
        <w:spacing w:before="0" w:after="20" w:line="259" w:lineRule="auto"/>
      </w:pPr>
      <w:r>
        <w:rPr>
          <w:rFonts w:ascii="Calibri" w:hAnsi="Calibri" w:eastAsia="Calibri"/>
          <w:b w:val="0"/>
          <w:i/>
          <w:color w:val="282828"/>
          <w:sz w:val="22"/>
        </w:rPr>
        <w:t xml:space="preserve">       Bay: Flag it.</w:t>
      </w:r>
    </w:p>
    <w:p>
      <w:pPr>
        <w:spacing w:before="120" w:after="20" w:line="259" w:lineRule="auto"/>
        <w:shd w:fill="F8E8E8" w:val="clear"/>
      </w:pPr>
      <w:r>
        <w:rPr>
          <w:rFonts w:ascii="Calibri" w:hAnsi="Calibri" w:eastAsia="Calibri"/>
          <w:b w:val="0"/>
          <w:i w:val="0"/>
          <w:color w:val="A02828"/>
          <w:sz w:val="22"/>
        </w:rPr>
        <w:t>B. [WRONG] A 2 g magnesium infusion for 'neuroprotection'</w:t>
      </w:r>
    </w:p>
    <w:p>
      <w:pPr>
        <w:spacing w:before="0" w:after="20" w:line="259" w:lineRule="auto"/>
      </w:pPr>
      <w:r>
        <w:rPr>
          <w:rFonts w:ascii="Calibri" w:hAnsi="Calibri" w:eastAsia="Calibri"/>
          <w:b w:val="0"/>
          <w:i/>
          <w:color w:val="282828"/>
          <w:sz w:val="22"/>
        </w:rPr>
        <w:t>Bay: No.</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C. [WRONG] Stop all pyridostigmine forever without neurology</w:t>
      </w:r>
    </w:p>
    <w:p>
      <w:pPr>
        <w:spacing w:before="0" w:after="20" w:line="259" w:lineRule="auto"/>
      </w:pPr>
      <w:r>
        <w:rPr>
          <w:rFonts w:ascii="Calibri" w:hAnsi="Calibri" w:eastAsia="Calibri"/>
          <w:b w:val="0"/>
          <w:i/>
          <w:color w:val="282828"/>
          <w:sz w:val="22"/>
        </w:rPr>
        <w:t>Bay: They will guide peri-intubation dosing.</w:t>
      </w:r>
    </w:p>
    <w:p>
      <w:pPr>
        <w:spacing w:before="0" w:after="40" w:line="259" w:lineRule="auto"/>
      </w:pPr>
      <w:r>
        <w:rPr>
          <w:rFonts w:ascii="Calibri" w:hAnsi="Calibri" w:eastAsia="Calibri"/>
          <w:b w:val="0"/>
          <w:i/>
          <w:color w:val="5A4614"/>
          <w:sz w:val="20"/>
        </w:rPr>
        <w:t>Reaction: hr +10, sbp -14, dbp -6, spo2 -6</w:t>
      </w:r>
    </w:p>
    <w:p>
      <w:pPr>
        <w:spacing w:before="120" w:after="20" w:line="259" w:lineRule="auto"/>
        <w:shd w:fill="F8E8E8" w:val="clear"/>
      </w:pPr>
      <w:r>
        <w:rPr>
          <w:rFonts w:ascii="Calibri" w:hAnsi="Calibri" w:eastAsia="Calibri"/>
          <w:b w:val="0"/>
          <w:i w:val="0"/>
          <w:color w:val="A02828"/>
          <w:sz w:val="22"/>
        </w:rPr>
        <w:t>D. [WRONG] Unescorted walk to ICU to 'keep her strong'</w:t>
      </w:r>
    </w:p>
    <w:p>
      <w:pPr>
        <w:spacing w:before="0" w:after="20" w:line="259" w:lineRule="auto"/>
      </w:pPr>
      <w:r>
        <w:rPr>
          <w:rFonts w:ascii="Calibri" w:hAnsi="Calibri" w:eastAsia="Calibri"/>
          <w:b w:val="0"/>
          <w:i/>
          <w:color w:val="282828"/>
          <w:sz w:val="22"/>
        </w:rPr>
        <w:t>Bay: She is tubed.</w:t>
      </w:r>
    </w:p>
    <w:p>
      <w:pPr>
        <w:spacing w:before="0" w:after="40" w:line="259" w:lineRule="auto"/>
      </w:pPr>
      <w:r>
        <w:rPr>
          <w:rFonts w:ascii="Calibri" w:hAnsi="Calibri" w:eastAsia="Calibri"/>
          <w:b w:val="0"/>
          <w:i/>
          <w:color w:val="5A4614"/>
          <w:sz w:val="20"/>
        </w:rPr>
        <w:t>Reaction: hr +14, sbp -22, rr +4, spo2 -10, gcs -2</w:t>
      </w:r>
    </w:p>
    <w:p>
      <w:pPr>
        <w:spacing w:before="120" w:after="20" w:line="259" w:lineRule="auto"/>
        <w:shd w:fill="F8E8E8" w:val="clear"/>
      </w:pPr>
      <w:r>
        <w:rPr>
          <w:rFonts w:ascii="Calibri" w:hAnsi="Calibri" w:eastAsia="Calibri"/>
          <w:b w:val="0"/>
          <w:i w:val="0"/>
          <w:color w:val="A02828"/>
          <w:sz w:val="22"/>
        </w:rPr>
        <w:t>E. [WRONG] Oral diet to 'keep energy up'</w:t>
      </w:r>
    </w:p>
    <w:p>
      <w:pPr>
        <w:spacing w:before="0" w:after="20" w:line="259" w:lineRule="auto"/>
      </w:pPr>
      <w:r>
        <w:rPr>
          <w:rFonts w:ascii="Calibri" w:hAnsi="Calibri" w:eastAsia="Calibri"/>
          <w:b w:val="0"/>
          <w:i/>
          <w:color w:val="282828"/>
          <w:sz w:val="22"/>
        </w:rPr>
        <w:t>Bay: Airway. NBM.</w:t>
      </w:r>
    </w:p>
    <w:p>
      <w:pPr>
        <w:spacing w:before="0" w:after="40" w:line="259" w:lineRule="auto"/>
      </w:pPr>
      <w:r>
        <w:rPr>
          <w:rFonts w:ascii="Calibri" w:hAnsi="Calibri" w:eastAsia="Calibri"/>
          <w:b w:val="0"/>
          <w:i/>
          <w:color w:val="5A4614"/>
          <w:sz w:val="20"/>
        </w:rPr>
        <w:t>Reaction: hr +10, sbp -14, dbp -6, spo2 -6</w:t>
      </w:r>
    </w:p>
    <w:p>
      <w:pPr>
        <w:spacing w:before="240" w:after="80" w:line="259" w:lineRule="auto"/>
      </w:pPr>
      <w:r>
        <w:rPr>
          <w:rFonts w:ascii="Calibri" w:hAnsi="Calibri" w:eastAsia="Calibri"/>
          <w:b/>
          <w:i w:val="0"/>
          <w:color w:val="1E2832"/>
          <w:sz w:val="26"/>
        </w:rPr>
        <w:t>Q10 — What's the diagnosis?</w:t>
      </w:r>
    </w:p>
    <w:p>
      <w:pPr>
        <w:spacing w:before="0" w:after="40" w:line="259" w:lineRule="auto"/>
      </w:pPr>
      <w:r>
        <w:rPr>
          <w:rFonts w:ascii="Calibri" w:hAnsi="Calibri" w:eastAsia="Calibri"/>
          <w:b w:val="0"/>
          <w:i/>
          <w:color w:val="5A5A5A"/>
          <w:sz w:val="20"/>
        </w:rPr>
        <w:t>Single best answer. Wrong answers do not count toward death.</w:t>
      </w:r>
    </w:p>
    <w:p>
      <w:pPr>
        <w:spacing w:before="40" w:after="120" w:line="259" w:lineRule="auto"/>
      </w:pPr>
      <w:r>
        <w:rPr>
          <w:rFonts w:ascii="Calibri" w:hAnsi="Calibri" w:eastAsia="Calibri"/>
          <w:b w:val="0"/>
          <w:i/>
          <w:color w:val="283746"/>
          <w:sz w:val="22"/>
        </w:rPr>
        <w:t>Nurse/bay: Neurology later.</w:t>
      </w:r>
    </w:p>
    <w:p>
      <w:pPr>
        <w:spacing w:before="120" w:after="20" w:line="259" w:lineRule="auto"/>
        <w:shd w:fill="E8F5EC" w:val="clear"/>
      </w:pPr>
      <w:r>
        <w:rPr>
          <w:rFonts w:ascii="Calibri" w:hAnsi="Calibri" w:eastAsia="Calibri"/>
          <w:b/>
          <w:i w:val="0"/>
          <w:color w:val="146E3C"/>
          <w:sz w:val="22"/>
        </w:rPr>
        <w:t>A. [CORRECT] Myasthenic crisis precipitated by infection</w:t>
      </w:r>
    </w:p>
    <w:p>
      <w:pPr>
        <w:spacing w:before="0" w:after="20" w:line="259" w:lineRule="auto"/>
      </w:pPr>
      <w:r>
        <w:rPr>
          <w:rFonts w:ascii="Calibri" w:hAnsi="Calibri" w:eastAsia="Calibri"/>
          <w:b w:val="0"/>
          <w:i/>
          <w:color w:val="282828"/>
          <w:sz w:val="22"/>
        </w:rPr>
        <w:t>Bay: That is the diagnosis.</w:t>
      </w:r>
    </w:p>
    <w:p>
      <w:pPr>
        <w:spacing w:before="120" w:after="20" w:line="259" w:lineRule="auto"/>
        <w:shd w:fill="F8E8E8" w:val="clear"/>
      </w:pPr>
      <w:r>
        <w:rPr>
          <w:rFonts w:ascii="Calibri" w:hAnsi="Calibri" w:eastAsia="Calibri"/>
          <w:b w:val="0"/>
          <w:i w:val="0"/>
          <w:color w:val="A02828"/>
          <w:sz w:val="22"/>
        </w:rPr>
        <w:t>B. [WRONG] Cholinergic crisis from a 30-tablet overdose</w:t>
      </w:r>
    </w:p>
    <w:p>
      <w:pPr>
        <w:spacing w:before="0" w:after="20" w:line="259" w:lineRule="auto"/>
      </w:pPr>
      <w:r>
        <w:rPr>
          <w:rFonts w:ascii="Calibri" w:hAnsi="Calibri" w:eastAsia="Calibri"/>
          <w:b w:val="0"/>
          <w:i/>
          <w:color w:val="282828"/>
          <w:sz w:val="22"/>
        </w:rPr>
        <w:t>Bay: Not the history.</w:t>
      </w:r>
    </w:p>
    <w:p>
      <w:pPr>
        <w:spacing w:before="120" w:after="20" w:line="259" w:lineRule="auto"/>
        <w:shd w:fill="F8E8E8" w:val="clear"/>
      </w:pPr>
      <w:r>
        <w:rPr>
          <w:rFonts w:ascii="Calibri" w:hAnsi="Calibri" w:eastAsia="Calibri"/>
          <w:b w:val="0"/>
          <w:i w:val="0"/>
          <w:color w:val="A02828"/>
          <w:sz w:val="22"/>
        </w:rPr>
        <w:t>C. [WRONG] GBS as a first presentation, ignoring the known MG</w:t>
      </w:r>
    </w:p>
    <w:p>
      <w:pPr>
        <w:spacing w:before="0" w:after="20" w:line="259" w:lineRule="auto"/>
      </w:pPr>
      <w:r>
        <w:rPr>
          <w:rFonts w:ascii="Calibri" w:hAnsi="Calibri" w:eastAsia="Calibri"/>
          <w:b w:val="0"/>
          <w:i/>
          <w:color w:val="282828"/>
          <w:sz w:val="22"/>
        </w:rPr>
        <w:t>Bay: She has MG.</w:t>
      </w:r>
    </w:p>
    <w:p>
      <w:pPr>
        <w:spacing w:before="120" w:after="20" w:line="259" w:lineRule="auto"/>
        <w:shd w:fill="F8E8E8" w:val="clear"/>
      </w:pPr>
      <w:r>
        <w:rPr>
          <w:rFonts w:ascii="Calibri" w:hAnsi="Calibri" w:eastAsia="Calibri"/>
          <w:b w:val="0"/>
          <w:i w:val="0"/>
          <w:color w:val="A02828"/>
          <w:sz w:val="22"/>
        </w:rPr>
        <w:t>D. [WRONG] Life-threatening asthma</w:t>
      </w:r>
    </w:p>
    <w:p>
      <w:pPr>
        <w:spacing w:before="0" w:after="20" w:line="259" w:lineRule="auto"/>
      </w:pPr>
      <w:r>
        <w:rPr>
          <w:rFonts w:ascii="Calibri" w:hAnsi="Calibri" w:eastAsia="Calibri"/>
          <w:b w:val="0"/>
          <w:i/>
          <w:color w:val="282828"/>
          <w:sz w:val="22"/>
        </w:rPr>
        <w:t>Bay: No wheeze, NMJ signs.</w:t>
      </w:r>
    </w:p>
    <w:p>
      <w:pPr>
        <w:spacing w:before="120" w:after="20" w:line="259" w:lineRule="auto"/>
        <w:shd w:fill="F8E8E8" w:val="clear"/>
      </w:pPr>
      <w:r>
        <w:rPr>
          <w:rFonts w:ascii="Calibri" w:hAnsi="Calibri" w:eastAsia="Calibri"/>
          <w:b w:val="0"/>
          <w:i w:val="0"/>
          <w:color w:val="A02828"/>
          <w:sz w:val="22"/>
        </w:rPr>
        <w:t>E. [WRONG] Opioid toxicity</w:t>
      </w:r>
    </w:p>
    <w:p>
      <w:pPr>
        <w:spacing w:before="0" w:after="20" w:line="259" w:lineRule="auto"/>
      </w:pPr>
      <w:r>
        <w:rPr>
          <w:rFonts w:ascii="Calibri" w:hAnsi="Calibri" w:eastAsia="Calibri"/>
          <w:b w:val="0"/>
          <w:i/>
          <w:color w:val="282828"/>
          <w:sz w:val="22"/>
        </w:rPr>
        <w:t>Bay: RR 28 and a count of 8.</w:t>
      </w:r>
    </w:p>
    <w:p>
      <w:pPr>
        <w:spacing w:before="240" w:after="80" w:line="259" w:lineRule="auto"/>
      </w:pPr>
      <w:r>
        <w:rPr>
          <w:rFonts w:ascii="Calibri" w:hAnsi="Calibri" w:eastAsia="Calibri"/>
          <w:b/>
          <w:i w:val="0"/>
          <w:color w:val="1E2832"/>
          <w:sz w:val="26"/>
        </w:rPr>
        <w:t>Debrief</w:t>
      </w:r>
    </w:p>
    <w:p>
      <w:pPr>
        <w:spacing w:before="40" w:after="40" w:line="259" w:lineRule="auto"/>
      </w:pPr>
      <w:r>
        <w:rPr>
          <w:rFonts w:ascii="Calibri" w:hAnsi="Calibri" w:eastAsia="Calibri"/>
          <w:b w:val="0"/>
          <w:i w:val="0"/>
          <w:sz w:val="22"/>
        </w:rPr>
        <w:t>Diagnosis: Myasthenic crisis with respiratory failure</w:t>
      </w:r>
    </w:p>
    <w:p>
      <w:pPr>
        <w:spacing w:before="160" w:after="60" w:line="259" w:lineRule="auto"/>
      </w:pPr>
      <w:r>
        <w:rPr>
          <w:rFonts w:ascii="Calibri" w:hAnsi="Calibri" w:eastAsia="Calibri"/>
          <w:b/>
          <w:i w:val="0"/>
          <w:color w:val="323C46"/>
          <w:sz w:val="24"/>
        </w:rPr>
        <w:t>Signs and symptoms</w:t>
      </w:r>
    </w:p>
    <w:p>
      <w:pPr>
        <w:spacing w:before="0" w:after="40" w:line="259" w:lineRule="auto"/>
      </w:pPr>
      <w:r>
        <w:rPr>
          <w:rFonts w:ascii="Calibri" w:hAnsi="Calibri" w:eastAsia="Calibri"/>
          <w:b w:val="0"/>
          <w:i w:val="0"/>
          <w:sz w:val="22"/>
        </w:rPr>
        <w:t>• Known MG, infection, weak voice, single-breath count 8</w:t>
      </w:r>
    </w:p>
    <w:p>
      <w:pPr>
        <w:spacing w:before="0" w:after="40" w:line="259" w:lineRule="auto"/>
      </w:pPr>
      <w:r>
        <w:rPr>
          <w:rFonts w:ascii="Calibri" w:hAnsi="Calibri" w:eastAsia="Calibri"/>
          <w:b w:val="0"/>
          <w:i w:val="0"/>
          <w:sz w:val="22"/>
        </w:rPr>
        <w:t>• Type 2 respiratory failure, tiring</w:t>
      </w:r>
    </w:p>
    <w:p>
      <w:pPr>
        <w:spacing w:before="0" w:after="40" w:line="259" w:lineRule="auto"/>
      </w:pPr>
      <w:r>
        <w:rPr>
          <w:rFonts w:ascii="Calibri" w:hAnsi="Calibri" w:eastAsia="Calibri"/>
          <w:b w:val="0"/>
          <w:i w:val="0"/>
          <w:sz w:val="22"/>
        </w:rPr>
        <w:t>• Ptosis, proximal weakness</w:t>
      </w:r>
    </w:p>
    <w:p>
      <w:pPr>
        <w:spacing w:before="160" w:after="60" w:line="259" w:lineRule="auto"/>
      </w:pPr>
      <w:r>
        <w:rPr>
          <w:rFonts w:ascii="Calibri" w:hAnsi="Calibri" w:eastAsia="Calibri"/>
          <w:b/>
          <w:i w:val="0"/>
          <w:color w:val="323C46"/>
          <w:sz w:val="24"/>
        </w:rPr>
        <w:t>Investigations</w:t>
      </w:r>
    </w:p>
    <w:p>
      <w:pPr>
        <w:spacing w:before="0" w:after="40" w:line="259" w:lineRule="auto"/>
      </w:pPr>
      <w:r>
        <w:rPr>
          <w:rFonts w:ascii="Calibri" w:hAnsi="Calibri" w:eastAsia="Calibri"/>
          <w:b w:val="0"/>
          <w:i w:val="0"/>
          <w:sz w:val="22"/>
        </w:rPr>
        <w:t>• ABG, vital capacity / single-breath count — do not wait for a physiology lab</w:t>
      </w:r>
    </w:p>
    <w:p>
      <w:pPr>
        <w:spacing w:before="0" w:after="40" w:line="259" w:lineRule="auto"/>
      </w:pPr>
      <w:r>
        <w:rPr>
          <w:rFonts w:ascii="Calibri" w:hAnsi="Calibri" w:eastAsia="Calibri"/>
          <w:b w:val="0"/>
          <w:i w:val="0"/>
          <w:sz w:val="22"/>
        </w:rPr>
        <w:t>• CXR, cultures — treat the trigger</w:t>
      </w:r>
    </w:p>
    <w:p>
      <w:pPr>
        <w:spacing w:before="0" w:after="40" w:line="259" w:lineRule="auto"/>
      </w:pPr>
      <w:r>
        <w:rPr>
          <w:rFonts w:ascii="Calibri" w:hAnsi="Calibri" w:eastAsia="Calibri"/>
          <w:b w:val="0"/>
          <w:i w:val="0"/>
          <w:sz w:val="22"/>
        </w:rPr>
        <w:t>• Do not do a Tensilon test in resus</w:t>
      </w:r>
    </w:p>
    <w:p>
      <w:pPr>
        <w:spacing w:before="160" w:after="60" w:line="259" w:lineRule="auto"/>
      </w:pPr>
      <w:r>
        <w:rPr>
          <w:rFonts w:ascii="Calibri" w:hAnsi="Calibri" w:eastAsia="Calibri"/>
          <w:b/>
          <w:i w:val="0"/>
          <w:color w:val="323C46"/>
          <w:sz w:val="24"/>
        </w:rPr>
        <w:t>Management</w:t>
      </w:r>
    </w:p>
    <w:p>
      <w:pPr>
        <w:spacing w:before="0" w:after="40" w:line="259" w:lineRule="auto"/>
      </w:pPr>
      <w:r>
        <w:rPr>
          <w:rFonts w:ascii="Calibri" w:hAnsi="Calibri" w:eastAsia="Calibri"/>
          <w:b w:val="0"/>
          <w:i w:val="0"/>
          <w:sz w:val="22"/>
        </w:rPr>
        <w:t>• Elective ICU intubation if VC falling / hypercapnia / exhaustion</w:t>
      </w:r>
    </w:p>
    <w:p>
      <w:pPr>
        <w:spacing w:before="0" w:after="40" w:line="259" w:lineRule="auto"/>
      </w:pPr>
      <w:r>
        <w:rPr>
          <w:rFonts w:ascii="Calibri" w:hAnsi="Calibri" w:eastAsia="Calibri"/>
          <w:b w:val="0"/>
          <w:i w:val="0"/>
          <w:sz w:val="22"/>
        </w:rPr>
        <w:t>• IVIG or plasma exchange with neurology</w:t>
      </w:r>
    </w:p>
    <w:p>
      <w:pPr>
        <w:spacing w:before="0" w:after="40" w:line="259" w:lineRule="auto"/>
      </w:pPr>
      <w:r>
        <w:rPr>
          <w:rFonts w:ascii="Calibri" w:hAnsi="Calibri" w:eastAsia="Calibri"/>
          <w:b w:val="0"/>
          <w:i w:val="0"/>
          <w:sz w:val="22"/>
        </w:rPr>
        <w:t>• Treat infection; avoid mag, aminoglycosides, quinolones</w:t>
      </w:r>
    </w:p>
    <w:p>
      <w:pPr>
        <w:spacing w:before="0" w:after="40" w:line="259" w:lineRule="auto"/>
      </w:pPr>
      <w:r>
        <w:rPr>
          <w:rFonts w:ascii="Calibri" w:hAnsi="Calibri" w:eastAsia="Calibri"/>
          <w:b w:val="0"/>
          <w:i w:val="0"/>
          <w:sz w:val="22"/>
        </w:rPr>
        <w:t>• Steroid only with specialist advice — can worsen first</w:t>
      </w:r>
    </w:p>
    <w:p>
      <w:pPr>
        <w:spacing w:before="160" w:after="60" w:line="259" w:lineRule="auto"/>
      </w:pPr>
      <w:r>
        <w:rPr>
          <w:rFonts w:ascii="Calibri" w:hAnsi="Calibri" w:eastAsia="Calibri"/>
          <w:b/>
          <w:i w:val="0"/>
          <w:color w:val="323C46"/>
          <w:sz w:val="24"/>
        </w:rPr>
        <w:t>Guidelines</w:t>
      </w:r>
    </w:p>
    <w:p>
      <w:pPr>
        <w:spacing w:before="0" w:after="40" w:line="259" w:lineRule="auto"/>
      </w:pPr>
      <w:r>
        <w:rPr>
          <w:rFonts w:ascii="Calibri" w:hAnsi="Calibri" w:eastAsia="Calibri"/>
          <w:b w:val="0"/>
          <w:i w:val="0"/>
          <w:sz w:val="22"/>
        </w:rPr>
        <w:t>• AAN / UK myasthenia guidelines</w:t>
      </w:r>
    </w:p>
    <w:p>
      <w:pPr>
        <w:spacing w:before="0" w:after="40" w:line="259" w:lineRule="auto"/>
      </w:pPr>
      <w:r>
        <w:rPr>
          <w:rFonts w:ascii="Calibri" w:hAnsi="Calibri" w:eastAsia="Calibri"/>
          <w:b w:val="0"/>
          <w:i w:val="0"/>
          <w:sz w:val="22"/>
        </w:rPr>
        <w:t>• Association of British Neurologists MG</w:t>
      </w:r>
    </w:p>
    <w:p>
      <w:pPr>
        <w:spacing w:before="0" w:after="40" w:line="259" w:lineRule="auto"/>
      </w:pPr>
      <w:r>
        <w:rPr>
          <w:rFonts w:ascii="Calibri" w:hAnsi="Calibri" w:eastAsia="Calibri"/>
          <w:b w:val="0"/>
          <w:i w:val="0"/>
          <w:sz w:val="22"/>
        </w:rPr>
        <w:t>• RCEM / ICS neuromuscular respiratory failure</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